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76352" w14:textId="77777777" w:rsidR="00650973" w:rsidRPr="00394868" w:rsidRDefault="00080072">
      <w:pPr>
        <w:spacing w:before="1560"/>
        <w:jc w:val="center"/>
        <w:rPr>
          <w:lang w:val="fr-BE"/>
        </w:rPr>
      </w:pPr>
      <w:r w:rsidRPr="00394868">
        <w:rPr>
          <w:b/>
          <w:color w:val="245B45"/>
          <w:sz w:val="56"/>
          <w:lang w:val="fr-BE"/>
        </w:rPr>
        <w:t>RESTAURATION FLEUR VERTE</w:t>
      </w:r>
    </w:p>
    <w:p w14:paraId="02EA147D" w14:textId="77777777" w:rsidR="00650973" w:rsidRPr="00394868" w:rsidRDefault="00080072">
      <w:pPr>
        <w:jc w:val="center"/>
        <w:rPr>
          <w:lang w:val="fr-BE"/>
        </w:rPr>
      </w:pPr>
      <w:r w:rsidRPr="00394868">
        <w:rPr>
          <w:b/>
          <w:color w:val="B8642A"/>
          <w:sz w:val="30"/>
          <w:lang w:val="fr-BE"/>
        </w:rPr>
        <w:t>Dunaflor Verde – Campo Internacional – Maspalomas et environs</w:t>
      </w:r>
    </w:p>
    <w:p w14:paraId="6920AEC3" w14:textId="77777777" w:rsidR="00650973" w:rsidRPr="00394868" w:rsidRDefault="00080072">
      <w:pPr>
        <w:spacing w:before="400"/>
        <w:jc w:val="center"/>
        <w:rPr>
          <w:lang w:val="fr-BE"/>
        </w:rPr>
      </w:pPr>
      <w:r w:rsidRPr="00394868">
        <w:rPr>
          <w:i/>
          <w:color w:val="666666"/>
          <w:sz w:val="26"/>
          <w:lang w:val="fr-BE"/>
        </w:rPr>
        <w:t>Guide personnel des restaurants, petits-déjeuners, bars et bonnes adresses</w:t>
      </w:r>
    </w:p>
    <w:p w14:paraId="25DD6741" w14:textId="77777777" w:rsidR="00650973" w:rsidRPr="00394868" w:rsidRDefault="00080072">
      <w:pPr>
        <w:spacing w:before="560"/>
        <w:jc w:val="center"/>
        <w:rPr>
          <w:lang w:val="fr-BE"/>
        </w:rPr>
      </w:pPr>
      <w:r w:rsidRPr="00394868">
        <w:rPr>
          <w:b/>
          <w:sz w:val="21"/>
          <w:lang w:val="fr-BE"/>
        </w:rPr>
        <w:t>VERSION COMPLÈTE – SOURCE : CHAT « RESTAURATION FLEUR VERTE »</w:t>
      </w:r>
    </w:p>
    <w:tbl>
      <w:tblPr>
        <w:tblStyle w:val="Grilledutableau"/>
        <w:tblW w:w="0" w:type="auto"/>
        <w:jc w:val="center"/>
        <w:tblLook w:val="04A0" w:firstRow="1" w:lastRow="0" w:firstColumn="1" w:lastColumn="0" w:noHBand="0" w:noVBand="1"/>
      </w:tblPr>
      <w:tblGrid>
        <w:gridCol w:w="10540"/>
      </w:tblGrid>
      <w:tr w:rsidR="00650973" w:rsidRPr="00394868" w14:paraId="52B84F2D" w14:textId="77777777">
        <w:trPr>
          <w:cantSplit/>
          <w:tblHeader/>
          <w:jc w:val="center"/>
        </w:trPr>
        <w:tc>
          <w:tcPr>
            <w:tcW w:w="10540" w:type="dxa"/>
            <w:shd w:val="clear" w:color="auto" w:fill="2F6B4F"/>
            <w:tcMar>
              <w:top w:w="70" w:type="dxa"/>
              <w:left w:w="80" w:type="dxa"/>
              <w:bottom w:w="70" w:type="dxa"/>
              <w:right w:w="80" w:type="dxa"/>
            </w:tcMar>
            <w:vAlign w:val="center"/>
          </w:tcPr>
          <w:p w14:paraId="39CEEF1F" w14:textId="77777777" w:rsidR="00650973" w:rsidRPr="00394868" w:rsidRDefault="00080072">
            <w:pPr>
              <w:jc w:val="center"/>
              <w:rPr>
                <w:lang w:val="fr-BE"/>
              </w:rPr>
            </w:pPr>
            <w:r w:rsidRPr="00394868">
              <w:rPr>
                <w:rFonts w:ascii="Arial" w:hAnsi="Arial"/>
                <w:b/>
                <w:i/>
                <w:color w:val="FFFFFF"/>
                <w:sz w:val="21"/>
                <w:lang w:val="fr-BE"/>
              </w:rPr>
              <w:t>Ce guide a été assemblé exclusivement à partir des informations déjà présentes dans le chat. Aucune nouvelle recherche Internet n’a été effectuée pour cette version. Lorsqu’une donnée est absente, ancienne, contradictoire ou incertaine, elle est signalée au lieu d’être inventée.</w:t>
            </w:r>
          </w:p>
        </w:tc>
      </w:tr>
    </w:tbl>
    <w:p w14:paraId="1AAAE996" w14:textId="0D83BB54" w:rsidR="00394868" w:rsidRPr="00394868" w:rsidRDefault="00394868" w:rsidP="00394868">
      <w:pPr>
        <w:rPr>
          <w:lang w:val="fr-BE"/>
        </w:rPr>
      </w:pPr>
      <w:r w:rsidRPr="00394868">
        <w:rPr>
          <w:lang w:val="fr-BE"/>
        </w:rPr>
        <w:t>maintenant tu vas rechercher toutes les photos ou image disponible se rapportant a tous les lieux et les repas que nous citons tu les stockes dans un dossier</w:t>
      </w:r>
    </w:p>
    <w:p w14:paraId="53D6138D" w14:textId="29CFDC1C" w:rsidR="00650973" w:rsidRPr="00394868" w:rsidRDefault="00650973">
      <w:pPr>
        <w:rPr>
          <w:lang w:val="fr-BE"/>
        </w:rPr>
      </w:pPr>
    </w:p>
    <w:p w14:paraId="56B8EE33" w14:textId="77777777" w:rsidR="00650973" w:rsidRPr="00394868" w:rsidRDefault="00080072">
      <w:pPr>
        <w:pStyle w:val="Titre1"/>
        <w:spacing w:before="200" w:after="80"/>
        <w:rPr>
          <w:lang w:val="fr-BE"/>
        </w:rPr>
      </w:pPr>
      <w:bookmarkStart w:id="0" w:name="sommaire"/>
      <w:r w:rsidRPr="00394868">
        <w:rPr>
          <w:rFonts w:ascii="Arial" w:hAnsi="Arial"/>
          <w:color w:val="2F6B4F"/>
          <w:sz w:val="36"/>
          <w:lang w:val="fr-BE"/>
        </w:rPr>
        <w:t>SOMMAIRE</w:t>
      </w:r>
      <w:bookmarkEnd w:id="0"/>
    </w:p>
    <w:p w14:paraId="0F96FC89" w14:textId="77777777" w:rsidR="00650973" w:rsidRPr="00394868" w:rsidRDefault="00080072">
      <w:pPr>
        <w:spacing w:after="100"/>
        <w:rPr>
          <w:lang w:val="fr-BE"/>
        </w:rPr>
      </w:pPr>
      <w:hyperlink w:anchor="section_1">
        <w:r w:rsidRPr="00394868">
          <w:rPr>
            <w:lang w:val="fr-BE"/>
          </w:rPr>
          <w:t>1. Grand tableau général</w:t>
        </w:r>
      </w:hyperlink>
      <w:r w:rsidRPr="00394868">
        <w:rPr>
          <w:rFonts w:ascii="Arial" w:hAnsi="Arial"/>
          <w:color w:val="777777"/>
          <w:lang w:val="fr-BE"/>
        </w:rPr>
        <w:t xml:space="preserve">   ↗</w:t>
      </w:r>
    </w:p>
    <w:p w14:paraId="2E62DDBA" w14:textId="77777777" w:rsidR="00650973" w:rsidRPr="00394868" w:rsidRDefault="00080072">
      <w:pPr>
        <w:spacing w:after="100"/>
        <w:rPr>
          <w:lang w:val="fr-BE"/>
        </w:rPr>
      </w:pPr>
      <w:hyperlink w:anchor="section_2">
        <w:r w:rsidRPr="00394868">
          <w:rPr>
            <w:lang w:val="fr-BE"/>
          </w:rPr>
          <w:t>2. Petits-déjeuners / cafés / brunchs</w:t>
        </w:r>
      </w:hyperlink>
      <w:r w:rsidRPr="00394868">
        <w:rPr>
          <w:rFonts w:ascii="Arial" w:hAnsi="Arial"/>
          <w:color w:val="777777"/>
          <w:lang w:val="fr-BE"/>
        </w:rPr>
        <w:t xml:space="preserve">   ↗</w:t>
      </w:r>
    </w:p>
    <w:p w14:paraId="21E0E6C3" w14:textId="77777777" w:rsidR="00650973" w:rsidRPr="00394868" w:rsidRDefault="00080072">
      <w:pPr>
        <w:spacing w:after="100"/>
        <w:rPr>
          <w:lang w:val="fr-BE"/>
        </w:rPr>
      </w:pPr>
      <w:hyperlink w:anchor="section_3">
        <w:r w:rsidRPr="00394868">
          <w:rPr>
            <w:lang w:val="fr-BE"/>
          </w:rPr>
          <w:t>3. Restaurants locaux « típicos »</w:t>
        </w:r>
      </w:hyperlink>
      <w:r w:rsidRPr="00394868">
        <w:rPr>
          <w:rFonts w:ascii="Arial" w:hAnsi="Arial"/>
          <w:color w:val="777777"/>
          <w:lang w:val="fr-BE"/>
        </w:rPr>
        <w:t xml:space="preserve">   ↗</w:t>
      </w:r>
    </w:p>
    <w:p w14:paraId="4C01978A" w14:textId="77777777" w:rsidR="00650973" w:rsidRPr="00394868" w:rsidRDefault="00080072">
      <w:pPr>
        <w:spacing w:after="100"/>
        <w:rPr>
          <w:lang w:val="fr-BE"/>
        </w:rPr>
      </w:pPr>
      <w:hyperlink w:anchor="section_4">
        <w:r w:rsidRPr="00394868">
          <w:rPr>
            <w:lang w:val="fr-BE"/>
          </w:rPr>
          <w:t>4. Autres restaurants</w:t>
        </w:r>
      </w:hyperlink>
      <w:r w:rsidRPr="00394868">
        <w:rPr>
          <w:rFonts w:ascii="Arial" w:hAnsi="Arial"/>
          <w:color w:val="777777"/>
          <w:lang w:val="fr-BE"/>
        </w:rPr>
        <w:t xml:space="preserve">   ↗</w:t>
      </w:r>
    </w:p>
    <w:p w14:paraId="741F54A8" w14:textId="77777777" w:rsidR="00650973" w:rsidRPr="00394868" w:rsidRDefault="00080072">
      <w:pPr>
        <w:spacing w:after="100"/>
        <w:rPr>
          <w:lang w:val="fr-BE"/>
        </w:rPr>
      </w:pPr>
      <w:hyperlink w:anchor="section_5">
        <w:r w:rsidRPr="00394868">
          <w:rPr>
            <w:lang w:val="fr-BE"/>
          </w:rPr>
          <w:t>5. Menus, cartes et tarifs détaillés</w:t>
        </w:r>
      </w:hyperlink>
      <w:r w:rsidRPr="00394868">
        <w:rPr>
          <w:rFonts w:ascii="Arial" w:hAnsi="Arial"/>
          <w:color w:val="777777"/>
          <w:lang w:val="fr-BE"/>
        </w:rPr>
        <w:t xml:space="preserve">   ↗</w:t>
      </w:r>
    </w:p>
    <w:p w14:paraId="70FFB4D4" w14:textId="77777777" w:rsidR="00650973" w:rsidRPr="00394868" w:rsidRDefault="00080072">
      <w:pPr>
        <w:spacing w:after="100"/>
        <w:rPr>
          <w:lang w:val="fr-BE"/>
        </w:rPr>
      </w:pPr>
      <w:hyperlink w:anchor="section_6">
        <w:r w:rsidRPr="00394868">
          <w:rPr>
            <w:lang w:val="fr-BE"/>
          </w:rPr>
          <w:t>6. Holidayworld / Nomad Gastro Market</w:t>
        </w:r>
      </w:hyperlink>
      <w:r w:rsidRPr="00394868">
        <w:rPr>
          <w:rFonts w:ascii="Arial" w:hAnsi="Arial"/>
          <w:color w:val="777777"/>
          <w:lang w:val="fr-BE"/>
        </w:rPr>
        <w:t xml:space="preserve">   ↗</w:t>
      </w:r>
    </w:p>
    <w:p w14:paraId="1CC91657" w14:textId="77777777" w:rsidR="00650973" w:rsidRPr="00394868" w:rsidRDefault="00080072">
      <w:pPr>
        <w:spacing w:after="100"/>
        <w:rPr>
          <w:lang w:val="fr-BE"/>
        </w:rPr>
      </w:pPr>
      <w:hyperlink w:anchor="section_7">
        <w:r w:rsidRPr="00394868">
          <w:rPr>
            <w:lang w:val="fr-BE"/>
          </w:rPr>
          <w:t>7. Classement par proximité</w:t>
        </w:r>
      </w:hyperlink>
      <w:r w:rsidRPr="00394868">
        <w:rPr>
          <w:rFonts w:ascii="Arial" w:hAnsi="Arial"/>
          <w:color w:val="777777"/>
          <w:lang w:val="fr-BE"/>
        </w:rPr>
        <w:t xml:space="preserve">   ↗</w:t>
      </w:r>
    </w:p>
    <w:p w14:paraId="696ABBAE" w14:textId="77777777" w:rsidR="00650973" w:rsidRPr="00394868" w:rsidRDefault="00080072">
      <w:pPr>
        <w:spacing w:after="100"/>
        <w:rPr>
          <w:lang w:val="fr-BE"/>
        </w:rPr>
      </w:pPr>
      <w:hyperlink w:anchor="section_8">
        <w:r w:rsidRPr="00394868">
          <w:rPr>
            <w:lang w:val="fr-BE"/>
          </w:rPr>
          <w:t>8. Nos meilleures adresses</w:t>
        </w:r>
      </w:hyperlink>
      <w:r w:rsidRPr="00394868">
        <w:rPr>
          <w:rFonts w:ascii="Arial" w:hAnsi="Arial"/>
          <w:color w:val="777777"/>
          <w:lang w:val="fr-BE"/>
        </w:rPr>
        <w:t xml:space="preserve">   ↗</w:t>
      </w:r>
    </w:p>
    <w:p w14:paraId="3EAEE544" w14:textId="77777777" w:rsidR="00650973" w:rsidRPr="00394868" w:rsidRDefault="00080072">
      <w:pPr>
        <w:spacing w:after="100"/>
        <w:rPr>
          <w:lang w:val="fr-BE"/>
        </w:rPr>
      </w:pPr>
      <w:hyperlink w:anchor="section_9">
        <w:r w:rsidRPr="00394868">
          <w:rPr>
            <w:lang w:val="fr-BE"/>
          </w:rPr>
          <w:t>9. Fiches pratiques par établissement</w:t>
        </w:r>
      </w:hyperlink>
      <w:r w:rsidRPr="00394868">
        <w:rPr>
          <w:rFonts w:ascii="Arial" w:hAnsi="Arial"/>
          <w:color w:val="777777"/>
          <w:lang w:val="fr-BE"/>
        </w:rPr>
        <w:t xml:space="preserve">   ↗</w:t>
      </w:r>
    </w:p>
    <w:p w14:paraId="569E407D" w14:textId="77777777" w:rsidR="00650973" w:rsidRPr="00394868" w:rsidRDefault="00080072">
      <w:pPr>
        <w:spacing w:after="100"/>
        <w:rPr>
          <w:lang w:val="fr-BE"/>
        </w:rPr>
      </w:pPr>
      <w:hyperlink w:anchor="section_10">
        <w:r w:rsidRPr="00394868">
          <w:rPr>
            <w:lang w:val="fr-BE"/>
          </w:rPr>
          <w:t>10. Résumé pratique pour les vacances</w:t>
        </w:r>
      </w:hyperlink>
      <w:r w:rsidRPr="00394868">
        <w:rPr>
          <w:rFonts w:ascii="Arial" w:hAnsi="Arial"/>
          <w:color w:val="777777"/>
          <w:lang w:val="fr-BE"/>
        </w:rPr>
        <w:t xml:space="preserve">   ↗</w:t>
      </w:r>
    </w:p>
    <w:p w14:paraId="101CCCA3" w14:textId="77777777" w:rsidR="00650973" w:rsidRPr="00394868" w:rsidRDefault="00080072">
      <w:pPr>
        <w:spacing w:after="100"/>
        <w:rPr>
          <w:lang w:val="fr-BE"/>
        </w:rPr>
      </w:pPr>
      <w:hyperlink w:anchor="annexe">
        <w:r w:rsidRPr="00394868">
          <w:rPr>
            <w:lang w:val="fr-BE"/>
          </w:rPr>
          <w:t>Annexe – Informations à vérifier / contradictions</w:t>
        </w:r>
      </w:hyperlink>
      <w:r w:rsidRPr="00394868">
        <w:rPr>
          <w:rFonts w:ascii="Arial" w:hAnsi="Arial"/>
          <w:color w:val="777777"/>
          <w:lang w:val="fr-BE"/>
        </w:rPr>
        <w:t xml:space="preserve">   ↗</w:t>
      </w:r>
    </w:p>
    <w:p w14:paraId="3BE338CB" w14:textId="77777777" w:rsidR="00650973" w:rsidRPr="00394868" w:rsidRDefault="00080072">
      <w:pPr>
        <w:rPr>
          <w:lang w:val="fr-BE"/>
        </w:rPr>
      </w:pPr>
      <w:r w:rsidRPr="00394868">
        <w:rPr>
          <w:lang w:val="fr-BE"/>
        </w:rPr>
        <w:br w:type="page"/>
      </w:r>
    </w:p>
    <w:p w14:paraId="1706AAB3" w14:textId="77777777" w:rsidR="00650973" w:rsidRPr="00394868" w:rsidRDefault="00650973">
      <w:pPr>
        <w:rPr>
          <w:lang w:val="fr-BE"/>
        </w:rPr>
        <w:sectPr w:rsidR="00650973" w:rsidRPr="00394868">
          <w:footerReference w:type="default" r:id="rId8"/>
          <w:pgSz w:w="12240" w:h="15840"/>
          <w:pgMar w:top="794" w:right="765" w:bottom="794" w:left="765" w:header="720" w:footer="720" w:gutter="0"/>
          <w:cols w:space="720"/>
          <w:docGrid w:linePitch="360"/>
        </w:sectPr>
      </w:pPr>
    </w:p>
    <w:p w14:paraId="75CF5E87" w14:textId="77777777" w:rsidR="00650973" w:rsidRPr="00394868" w:rsidRDefault="00080072">
      <w:pPr>
        <w:pStyle w:val="Titre1"/>
        <w:spacing w:before="200" w:after="80"/>
        <w:rPr>
          <w:lang w:val="fr-BE"/>
        </w:rPr>
      </w:pPr>
      <w:bookmarkStart w:id="1" w:name="section_1"/>
      <w:r w:rsidRPr="00394868">
        <w:rPr>
          <w:rFonts w:ascii="Arial" w:hAnsi="Arial"/>
          <w:color w:val="2F6B4F"/>
          <w:sz w:val="36"/>
          <w:lang w:val="fr-BE"/>
        </w:rPr>
        <w:lastRenderedPageBreak/>
        <w:t>1. GRAND TABLEAU GÉNÉRAL</w:t>
      </w:r>
      <w:bookmarkEnd w:id="1"/>
    </w:p>
    <w:p w14:paraId="2F6A6884" w14:textId="77777777" w:rsidR="00650973" w:rsidRPr="00394868" w:rsidRDefault="00080072">
      <w:pPr>
        <w:spacing w:after="80"/>
        <w:rPr>
          <w:lang w:val="fr-BE"/>
        </w:rPr>
      </w:pPr>
      <w:hyperlink w:anchor="sommaire">
        <w:r w:rsidRPr="00394868">
          <w:rPr>
            <w:lang w:val="fr-BE"/>
          </w:rPr>
          <w:t>↩</w:t>
        </w:r>
        <w:r w:rsidRPr="00394868">
          <w:rPr>
            <w:lang w:val="fr-BE"/>
          </w:rPr>
          <w:t xml:space="preserve"> Retour au sommaire</w:t>
        </w:r>
      </w:hyperlink>
    </w:p>
    <w:p w14:paraId="20385304" w14:textId="77777777" w:rsidR="00650973" w:rsidRPr="00394868" w:rsidRDefault="00080072">
      <w:pPr>
        <w:spacing w:after="80"/>
        <w:rPr>
          <w:lang w:val="fr-BE"/>
        </w:rPr>
      </w:pPr>
      <w:r w:rsidRPr="00394868">
        <w:rPr>
          <w:lang w:val="fr-BE"/>
        </w:rPr>
        <w:t>Ordre imposé : petits-déjeuners / cafés / brunchs, puis restaurants locaux « típicos », puis autres restaurants. Les distances et temps ne sont renseignés que lorsqu’ils ont été établis dans le chat.</w:t>
      </w:r>
    </w:p>
    <w:p w14:paraId="2BD589BC" w14:textId="77777777" w:rsidR="00650973" w:rsidRDefault="00080072">
      <w:pPr>
        <w:pStyle w:val="Titre2"/>
        <w:spacing w:before="160" w:after="80"/>
      </w:pPr>
      <w:r>
        <w:rPr>
          <w:rFonts w:ascii="Arial" w:hAnsi="Arial"/>
          <w:color w:val="C97A2B"/>
          <w:sz w:val="28"/>
        </w:rPr>
        <w:t>PETITS-DÉJEUNERS / CAFÉS / BRUNCHS</w:t>
      </w:r>
    </w:p>
    <w:p w14:paraId="3A11BD80" w14:textId="77777777" w:rsidR="00650973" w:rsidRDefault="00080072">
      <w:r>
        <w:rPr>
          <w:rFonts w:ascii="Arial" w:hAnsi="Arial"/>
          <w:b/>
          <w:color w:val="2F6B4F"/>
          <w:sz w:val="23"/>
        </w:rPr>
        <w:t>A. Identification et spécialités</w:t>
      </w:r>
    </w:p>
    <w:tbl>
      <w:tblPr>
        <w:tblStyle w:val="Grilledutableau"/>
        <w:tblW w:w="0" w:type="auto"/>
        <w:jc w:val="center"/>
        <w:tblLook w:val="04A0" w:firstRow="1" w:lastRow="0" w:firstColumn="1" w:lastColumn="0" w:noHBand="0" w:noVBand="1"/>
      </w:tblPr>
      <w:tblGrid>
        <w:gridCol w:w="567"/>
        <w:gridCol w:w="2608"/>
        <w:gridCol w:w="2551"/>
        <w:gridCol w:w="3458"/>
      </w:tblGrid>
      <w:tr w:rsidR="00650973" w14:paraId="2D192770" w14:textId="77777777">
        <w:trPr>
          <w:cantSplit/>
          <w:tblHeader/>
          <w:jc w:val="center"/>
        </w:trPr>
        <w:tc>
          <w:tcPr>
            <w:tcW w:w="567" w:type="dxa"/>
            <w:shd w:val="clear" w:color="auto" w:fill="2F6B4F"/>
            <w:tcMar>
              <w:top w:w="70" w:type="dxa"/>
              <w:left w:w="80" w:type="dxa"/>
              <w:bottom w:w="70" w:type="dxa"/>
              <w:right w:w="80" w:type="dxa"/>
            </w:tcMar>
            <w:vAlign w:val="center"/>
          </w:tcPr>
          <w:p w14:paraId="559FA6EC" w14:textId="77777777" w:rsidR="00650973" w:rsidRDefault="00080072">
            <w:pPr>
              <w:jc w:val="center"/>
            </w:pPr>
            <w:r>
              <w:rPr>
                <w:rFonts w:ascii="Arial" w:hAnsi="Arial"/>
                <w:b/>
                <w:color w:val="FFFFFF"/>
                <w:sz w:val="20"/>
              </w:rPr>
              <w:t>N°</w:t>
            </w:r>
          </w:p>
        </w:tc>
        <w:tc>
          <w:tcPr>
            <w:tcW w:w="2608" w:type="dxa"/>
            <w:shd w:val="clear" w:color="auto" w:fill="2F6B4F"/>
            <w:tcMar>
              <w:top w:w="70" w:type="dxa"/>
              <w:left w:w="80" w:type="dxa"/>
              <w:bottom w:w="70" w:type="dxa"/>
              <w:right w:w="80" w:type="dxa"/>
            </w:tcMar>
            <w:vAlign w:val="center"/>
          </w:tcPr>
          <w:p w14:paraId="68D39A40" w14:textId="77777777" w:rsidR="00650973" w:rsidRDefault="00080072">
            <w:pPr>
              <w:jc w:val="center"/>
            </w:pPr>
            <w:r>
              <w:rPr>
                <w:rFonts w:ascii="Arial" w:hAnsi="Arial"/>
                <w:b/>
                <w:color w:val="FFFFFF"/>
                <w:sz w:val="20"/>
              </w:rPr>
              <w:t>Nom</w:t>
            </w:r>
          </w:p>
        </w:tc>
        <w:tc>
          <w:tcPr>
            <w:tcW w:w="2551" w:type="dxa"/>
            <w:shd w:val="clear" w:color="auto" w:fill="2F6B4F"/>
            <w:tcMar>
              <w:top w:w="70" w:type="dxa"/>
              <w:left w:w="80" w:type="dxa"/>
              <w:bottom w:w="70" w:type="dxa"/>
              <w:right w:w="80" w:type="dxa"/>
            </w:tcMar>
            <w:vAlign w:val="center"/>
          </w:tcPr>
          <w:p w14:paraId="18D18662" w14:textId="77777777" w:rsidR="00650973" w:rsidRDefault="00080072">
            <w:pPr>
              <w:jc w:val="center"/>
            </w:pPr>
            <w:r>
              <w:rPr>
                <w:rFonts w:ascii="Arial" w:hAnsi="Arial"/>
                <w:b/>
                <w:color w:val="FFFFFF"/>
                <w:sz w:val="20"/>
              </w:rPr>
              <w:t>Type</w:t>
            </w:r>
          </w:p>
        </w:tc>
        <w:tc>
          <w:tcPr>
            <w:tcW w:w="3458" w:type="dxa"/>
            <w:shd w:val="clear" w:color="auto" w:fill="2F6B4F"/>
            <w:tcMar>
              <w:top w:w="70" w:type="dxa"/>
              <w:left w:w="80" w:type="dxa"/>
              <w:bottom w:w="70" w:type="dxa"/>
              <w:right w:w="80" w:type="dxa"/>
            </w:tcMar>
            <w:vAlign w:val="center"/>
          </w:tcPr>
          <w:p w14:paraId="391D1E1E" w14:textId="77777777" w:rsidR="00650973" w:rsidRDefault="00080072">
            <w:pPr>
              <w:jc w:val="center"/>
            </w:pPr>
            <w:r>
              <w:rPr>
                <w:rFonts w:ascii="Arial" w:hAnsi="Arial"/>
                <w:b/>
                <w:color w:val="FFFFFF"/>
                <w:sz w:val="20"/>
              </w:rPr>
              <w:t>Spécialité</w:t>
            </w:r>
          </w:p>
        </w:tc>
      </w:tr>
      <w:tr w:rsidR="00650973" w14:paraId="55088E13" w14:textId="77777777">
        <w:trPr>
          <w:cantSplit/>
          <w:jc w:val="center"/>
        </w:trPr>
        <w:tc>
          <w:tcPr>
            <w:tcW w:w="567" w:type="dxa"/>
            <w:tcMar>
              <w:top w:w="70" w:type="dxa"/>
              <w:left w:w="80" w:type="dxa"/>
              <w:bottom w:w="70" w:type="dxa"/>
              <w:right w:w="80" w:type="dxa"/>
            </w:tcMar>
            <w:vAlign w:val="center"/>
          </w:tcPr>
          <w:p w14:paraId="390AB28E" w14:textId="77777777" w:rsidR="00650973" w:rsidRDefault="00080072">
            <w:r>
              <w:rPr>
                <w:rFonts w:ascii="Arial" w:hAnsi="Arial"/>
                <w:sz w:val="20"/>
              </w:rPr>
              <w:t>1</w:t>
            </w:r>
          </w:p>
        </w:tc>
        <w:tc>
          <w:tcPr>
            <w:tcW w:w="2608" w:type="dxa"/>
            <w:tcMar>
              <w:top w:w="70" w:type="dxa"/>
              <w:left w:w="80" w:type="dxa"/>
              <w:bottom w:w="70" w:type="dxa"/>
              <w:right w:w="80" w:type="dxa"/>
            </w:tcMar>
            <w:vAlign w:val="center"/>
          </w:tcPr>
          <w:p w14:paraId="6A70B445" w14:textId="77777777" w:rsidR="00650973" w:rsidRDefault="00080072">
            <w:r>
              <w:rPr>
                <w:rFonts w:ascii="Arial" w:hAnsi="Arial"/>
                <w:sz w:val="20"/>
              </w:rPr>
              <w:t>Kiosko QR</w:t>
            </w:r>
          </w:p>
        </w:tc>
        <w:tc>
          <w:tcPr>
            <w:tcW w:w="2551" w:type="dxa"/>
            <w:tcMar>
              <w:top w:w="70" w:type="dxa"/>
              <w:left w:w="80" w:type="dxa"/>
              <w:bottom w:w="70" w:type="dxa"/>
              <w:right w:w="80" w:type="dxa"/>
            </w:tcMar>
            <w:vAlign w:val="center"/>
          </w:tcPr>
          <w:p w14:paraId="00C0AE3C" w14:textId="77777777" w:rsidR="00650973" w:rsidRDefault="00080072">
            <w:r>
              <w:rPr>
                <w:rFonts w:ascii="Arial" w:hAnsi="Arial"/>
                <w:sz w:val="20"/>
              </w:rPr>
              <w:t>Café / snack / petit-déjeuner</w:t>
            </w:r>
          </w:p>
        </w:tc>
        <w:tc>
          <w:tcPr>
            <w:tcW w:w="3458" w:type="dxa"/>
            <w:tcMar>
              <w:top w:w="70" w:type="dxa"/>
              <w:left w:w="80" w:type="dxa"/>
              <w:bottom w:w="70" w:type="dxa"/>
              <w:right w:w="80" w:type="dxa"/>
            </w:tcMar>
            <w:vAlign w:val="center"/>
          </w:tcPr>
          <w:p w14:paraId="7AE8EE3D" w14:textId="77777777" w:rsidR="00650973" w:rsidRDefault="00080072">
            <w:r>
              <w:rPr>
                <w:rFonts w:ascii="Arial" w:hAnsi="Arial"/>
                <w:sz w:val="20"/>
              </w:rPr>
              <w:t>Café, sandwiches, petit-déjeuner simple, cocktails</w:t>
            </w:r>
          </w:p>
        </w:tc>
      </w:tr>
      <w:tr w:rsidR="00650973" w14:paraId="11C4B2CB" w14:textId="77777777">
        <w:trPr>
          <w:cantSplit/>
          <w:jc w:val="center"/>
        </w:trPr>
        <w:tc>
          <w:tcPr>
            <w:tcW w:w="567" w:type="dxa"/>
            <w:shd w:val="clear" w:color="auto" w:fill="F8FAF8"/>
            <w:tcMar>
              <w:top w:w="70" w:type="dxa"/>
              <w:left w:w="80" w:type="dxa"/>
              <w:bottom w:w="70" w:type="dxa"/>
              <w:right w:w="80" w:type="dxa"/>
            </w:tcMar>
            <w:vAlign w:val="center"/>
          </w:tcPr>
          <w:p w14:paraId="443F5448" w14:textId="77777777" w:rsidR="00650973" w:rsidRDefault="00080072">
            <w:r>
              <w:rPr>
                <w:rFonts w:ascii="Arial" w:hAnsi="Arial"/>
                <w:sz w:val="20"/>
              </w:rPr>
              <w:t>2</w:t>
            </w:r>
          </w:p>
        </w:tc>
        <w:tc>
          <w:tcPr>
            <w:tcW w:w="2608" w:type="dxa"/>
            <w:shd w:val="clear" w:color="auto" w:fill="F8FAF8"/>
            <w:tcMar>
              <w:top w:w="70" w:type="dxa"/>
              <w:left w:w="80" w:type="dxa"/>
              <w:bottom w:w="70" w:type="dxa"/>
              <w:right w:w="80" w:type="dxa"/>
            </w:tcMar>
            <w:vAlign w:val="center"/>
          </w:tcPr>
          <w:p w14:paraId="4C911EC7" w14:textId="77777777" w:rsidR="00650973" w:rsidRDefault="00080072">
            <w:r>
              <w:rPr>
                <w:rFonts w:ascii="Arial" w:hAnsi="Arial"/>
                <w:sz w:val="20"/>
              </w:rPr>
              <w:t>Restaurante Campo de Golf de Maspalomas</w:t>
            </w:r>
          </w:p>
        </w:tc>
        <w:tc>
          <w:tcPr>
            <w:tcW w:w="2551" w:type="dxa"/>
            <w:shd w:val="clear" w:color="auto" w:fill="F8FAF8"/>
            <w:tcMar>
              <w:top w:w="70" w:type="dxa"/>
              <w:left w:w="80" w:type="dxa"/>
              <w:bottom w:w="70" w:type="dxa"/>
              <w:right w:w="80" w:type="dxa"/>
            </w:tcMar>
            <w:vAlign w:val="center"/>
          </w:tcPr>
          <w:p w14:paraId="7656A336" w14:textId="77777777" w:rsidR="00650973" w:rsidRDefault="00080072">
            <w:r>
              <w:rPr>
                <w:rFonts w:ascii="Arial" w:hAnsi="Arial"/>
                <w:sz w:val="20"/>
              </w:rPr>
              <w:t>Restaurant / petit-déjeuner à la carte</w:t>
            </w:r>
          </w:p>
        </w:tc>
        <w:tc>
          <w:tcPr>
            <w:tcW w:w="3458" w:type="dxa"/>
            <w:shd w:val="clear" w:color="auto" w:fill="F8FAF8"/>
            <w:tcMar>
              <w:top w:w="70" w:type="dxa"/>
              <w:left w:w="80" w:type="dxa"/>
              <w:bottom w:w="70" w:type="dxa"/>
              <w:right w:w="80" w:type="dxa"/>
            </w:tcMar>
            <w:vAlign w:val="center"/>
          </w:tcPr>
          <w:p w14:paraId="74C05689" w14:textId="77777777" w:rsidR="00650973" w:rsidRDefault="00080072">
            <w:r>
              <w:rPr>
                <w:rFonts w:ascii="Arial" w:hAnsi="Arial"/>
                <w:sz w:val="20"/>
              </w:rPr>
              <w:t>Œufs, omelettes, sandwiches, café</w:t>
            </w:r>
          </w:p>
        </w:tc>
      </w:tr>
      <w:tr w:rsidR="00650973" w14:paraId="3A8607D8" w14:textId="77777777">
        <w:trPr>
          <w:cantSplit/>
          <w:jc w:val="center"/>
        </w:trPr>
        <w:tc>
          <w:tcPr>
            <w:tcW w:w="567" w:type="dxa"/>
            <w:tcMar>
              <w:top w:w="70" w:type="dxa"/>
              <w:left w:w="80" w:type="dxa"/>
              <w:bottom w:w="70" w:type="dxa"/>
              <w:right w:w="80" w:type="dxa"/>
            </w:tcMar>
            <w:vAlign w:val="center"/>
          </w:tcPr>
          <w:p w14:paraId="420BD450" w14:textId="77777777" w:rsidR="00650973" w:rsidRDefault="00080072">
            <w:r>
              <w:rPr>
                <w:rFonts w:ascii="Arial" w:hAnsi="Arial"/>
                <w:sz w:val="20"/>
              </w:rPr>
              <w:t>3</w:t>
            </w:r>
          </w:p>
        </w:tc>
        <w:tc>
          <w:tcPr>
            <w:tcW w:w="2608" w:type="dxa"/>
            <w:tcMar>
              <w:top w:w="70" w:type="dxa"/>
              <w:left w:w="80" w:type="dxa"/>
              <w:bottom w:w="70" w:type="dxa"/>
              <w:right w:w="80" w:type="dxa"/>
            </w:tcMar>
            <w:vAlign w:val="center"/>
          </w:tcPr>
          <w:p w14:paraId="5ADCCE3D" w14:textId="77777777" w:rsidR="00650973" w:rsidRDefault="00080072">
            <w:r>
              <w:rPr>
                <w:rFonts w:ascii="Arial" w:hAnsi="Arial"/>
                <w:sz w:val="20"/>
              </w:rPr>
              <w:t>Bungalows Vistaflor</w:t>
            </w:r>
          </w:p>
        </w:tc>
        <w:tc>
          <w:tcPr>
            <w:tcW w:w="2551" w:type="dxa"/>
            <w:tcMar>
              <w:top w:w="70" w:type="dxa"/>
              <w:left w:w="80" w:type="dxa"/>
              <w:bottom w:w="70" w:type="dxa"/>
              <w:right w:w="80" w:type="dxa"/>
            </w:tcMar>
            <w:vAlign w:val="center"/>
          </w:tcPr>
          <w:p w14:paraId="63E0D772" w14:textId="77777777" w:rsidR="00650973" w:rsidRDefault="00080072">
            <w:r>
              <w:rPr>
                <w:rFonts w:ascii="Arial" w:hAnsi="Arial"/>
                <w:sz w:val="20"/>
              </w:rPr>
              <w:t>Buffet hôtel ouvert aux externes</w:t>
            </w:r>
          </w:p>
        </w:tc>
        <w:tc>
          <w:tcPr>
            <w:tcW w:w="3458" w:type="dxa"/>
            <w:tcMar>
              <w:top w:w="70" w:type="dxa"/>
              <w:left w:w="80" w:type="dxa"/>
              <w:bottom w:w="70" w:type="dxa"/>
              <w:right w:w="80" w:type="dxa"/>
            </w:tcMar>
            <w:vAlign w:val="center"/>
          </w:tcPr>
          <w:p w14:paraId="43B60FB9" w14:textId="77777777" w:rsidR="00650973" w:rsidRDefault="00080072">
            <w:r>
              <w:rPr>
                <w:rFonts w:ascii="Arial" w:hAnsi="Arial"/>
                <w:sz w:val="20"/>
              </w:rPr>
              <w:t>Buffet petit-déjeuner</w:t>
            </w:r>
          </w:p>
        </w:tc>
      </w:tr>
      <w:tr w:rsidR="00650973" w14:paraId="699EA3DE" w14:textId="77777777">
        <w:trPr>
          <w:cantSplit/>
          <w:jc w:val="center"/>
        </w:trPr>
        <w:tc>
          <w:tcPr>
            <w:tcW w:w="567" w:type="dxa"/>
            <w:shd w:val="clear" w:color="auto" w:fill="F8FAF8"/>
            <w:tcMar>
              <w:top w:w="70" w:type="dxa"/>
              <w:left w:w="80" w:type="dxa"/>
              <w:bottom w:w="70" w:type="dxa"/>
              <w:right w:w="80" w:type="dxa"/>
            </w:tcMar>
            <w:vAlign w:val="center"/>
          </w:tcPr>
          <w:p w14:paraId="42E7C8ED" w14:textId="77777777" w:rsidR="00650973" w:rsidRDefault="00080072">
            <w:r>
              <w:rPr>
                <w:rFonts w:ascii="Arial" w:hAnsi="Arial"/>
                <w:sz w:val="20"/>
              </w:rPr>
              <w:t>4</w:t>
            </w:r>
          </w:p>
        </w:tc>
        <w:tc>
          <w:tcPr>
            <w:tcW w:w="2608" w:type="dxa"/>
            <w:shd w:val="clear" w:color="auto" w:fill="F8FAF8"/>
            <w:tcMar>
              <w:top w:w="70" w:type="dxa"/>
              <w:left w:w="80" w:type="dxa"/>
              <w:bottom w:w="70" w:type="dxa"/>
              <w:right w:w="80" w:type="dxa"/>
            </w:tcMar>
            <w:vAlign w:val="center"/>
          </w:tcPr>
          <w:p w14:paraId="511415AC" w14:textId="77777777" w:rsidR="00650973" w:rsidRDefault="00080072">
            <w:r>
              <w:rPr>
                <w:rFonts w:ascii="Arial" w:hAnsi="Arial"/>
                <w:sz w:val="20"/>
              </w:rPr>
              <w:t>eó Maspalomas Resort</w:t>
            </w:r>
          </w:p>
        </w:tc>
        <w:tc>
          <w:tcPr>
            <w:tcW w:w="2551" w:type="dxa"/>
            <w:shd w:val="clear" w:color="auto" w:fill="F8FAF8"/>
            <w:tcMar>
              <w:top w:w="70" w:type="dxa"/>
              <w:left w:w="80" w:type="dxa"/>
              <w:bottom w:w="70" w:type="dxa"/>
              <w:right w:w="80" w:type="dxa"/>
            </w:tcMar>
            <w:vAlign w:val="center"/>
          </w:tcPr>
          <w:p w14:paraId="0A903EB4" w14:textId="77777777" w:rsidR="00650973" w:rsidRDefault="00080072">
            <w:r>
              <w:rPr>
                <w:rFonts w:ascii="Arial" w:hAnsi="Arial"/>
                <w:sz w:val="20"/>
              </w:rPr>
              <w:t>Buffet hôtel</w:t>
            </w:r>
          </w:p>
        </w:tc>
        <w:tc>
          <w:tcPr>
            <w:tcW w:w="3458" w:type="dxa"/>
            <w:shd w:val="clear" w:color="auto" w:fill="F8FAF8"/>
            <w:tcMar>
              <w:top w:w="70" w:type="dxa"/>
              <w:left w:w="80" w:type="dxa"/>
              <w:bottom w:w="70" w:type="dxa"/>
              <w:right w:w="80" w:type="dxa"/>
            </w:tcMar>
            <w:vAlign w:val="center"/>
          </w:tcPr>
          <w:p w14:paraId="5AC24359" w14:textId="77777777" w:rsidR="00650973" w:rsidRDefault="00080072">
            <w:r>
              <w:rPr>
                <w:rFonts w:ascii="Arial" w:hAnsi="Arial"/>
                <w:sz w:val="20"/>
              </w:rPr>
              <w:t>Buffet petit-déjeuner</w:t>
            </w:r>
          </w:p>
        </w:tc>
      </w:tr>
      <w:tr w:rsidR="00650973" w14:paraId="6D4C61C6" w14:textId="77777777">
        <w:trPr>
          <w:cantSplit/>
          <w:jc w:val="center"/>
        </w:trPr>
        <w:tc>
          <w:tcPr>
            <w:tcW w:w="567" w:type="dxa"/>
            <w:tcMar>
              <w:top w:w="70" w:type="dxa"/>
              <w:left w:w="80" w:type="dxa"/>
              <w:bottom w:w="70" w:type="dxa"/>
              <w:right w:w="80" w:type="dxa"/>
            </w:tcMar>
            <w:vAlign w:val="center"/>
          </w:tcPr>
          <w:p w14:paraId="06016321" w14:textId="77777777" w:rsidR="00650973" w:rsidRDefault="00080072">
            <w:r>
              <w:rPr>
                <w:rFonts w:ascii="Arial" w:hAnsi="Arial"/>
                <w:sz w:val="20"/>
              </w:rPr>
              <w:t>5</w:t>
            </w:r>
          </w:p>
        </w:tc>
        <w:tc>
          <w:tcPr>
            <w:tcW w:w="2608" w:type="dxa"/>
            <w:tcMar>
              <w:top w:w="70" w:type="dxa"/>
              <w:left w:w="80" w:type="dxa"/>
              <w:bottom w:w="70" w:type="dxa"/>
              <w:right w:w="80" w:type="dxa"/>
            </w:tcMar>
            <w:vAlign w:val="center"/>
          </w:tcPr>
          <w:p w14:paraId="7E44968B" w14:textId="77777777" w:rsidR="00650973" w:rsidRDefault="00080072">
            <w:r>
              <w:rPr>
                <w:rFonts w:ascii="Arial" w:hAnsi="Arial"/>
                <w:sz w:val="20"/>
              </w:rPr>
              <w:t>Bungalows Cordial Green Golf</w:t>
            </w:r>
          </w:p>
        </w:tc>
        <w:tc>
          <w:tcPr>
            <w:tcW w:w="2551" w:type="dxa"/>
            <w:tcMar>
              <w:top w:w="70" w:type="dxa"/>
              <w:left w:w="80" w:type="dxa"/>
              <w:bottom w:w="70" w:type="dxa"/>
              <w:right w:w="80" w:type="dxa"/>
            </w:tcMar>
            <w:vAlign w:val="center"/>
          </w:tcPr>
          <w:p w14:paraId="28503D1F" w14:textId="77777777" w:rsidR="00650973" w:rsidRDefault="00080072">
            <w:r>
              <w:rPr>
                <w:rFonts w:ascii="Arial" w:hAnsi="Arial"/>
                <w:sz w:val="20"/>
              </w:rPr>
              <w:t>Buffet hôtel</w:t>
            </w:r>
          </w:p>
        </w:tc>
        <w:tc>
          <w:tcPr>
            <w:tcW w:w="3458" w:type="dxa"/>
            <w:tcMar>
              <w:top w:w="70" w:type="dxa"/>
              <w:left w:w="80" w:type="dxa"/>
              <w:bottom w:w="70" w:type="dxa"/>
              <w:right w:w="80" w:type="dxa"/>
            </w:tcMar>
            <w:vAlign w:val="center"/>
          </w:tcPr>
          <w:p w14:paraId="29459406" w14:textId="77777777" w:rsidR="00650973" w:rsidRDefault="00080072">
            <w:r>
              <w:rPr>
                <w:rFonts w:ascii="Arial" w:hAnsi="Arial"/>
                <w:sz w:val="20"/>
              </w:rPr>
              <w:t>Buffet petit-déjeuner</w:t>
            </w:r>
          </w:p>
        </w:tc>
      </w:tr>
      <w:tr w:rsidR="00650973" w14:paraId="034AB999" w14:textId="77777777">
        <w:trPr>
          <w:cantSplit/>
          <w:jc w:val="center"/>
        </w:trPr>
        <w:tc>
          <w:tcPr>
            <w:tcW w:w="567" w:type="dxa"/>
            <w:shd w:val="clear" w:color="auto" w:fill="F8FAF8"/>
            <w:tcMar>
              <w:top w:w="70" w:type="dxa"/>
              <w:left w:w="80" w:type="dxa"/>
              <w:bottom w:w="70" w:type="dxa"/>
              <w:right w:w="80" w:type="dxa"/>
            </w:tcMar>
            <w:vAlign w:val="center"/>
          </w:tcPr>
          <w:p w14:paraId="264FE098" w14:textId="77777777" w:rsidR="00650973" w:rsidRDefault="00080072">
            <w:r>
              <w:rPr>
                <w:rFonts w:ascii="Arial" w:hAnsi="Arial"/>
                <w:sz w:val="20"/>
              </w:rPr>
              <w:t>6</w:t>
            </w:r>
          </w:p>
        </w:tc>
        <w:tc>
          <w:tcPr>
            <w:tcW w:w="2608" w:type="dxa"/>
            <w:shd w:val="clear" w:color="auto" w:fill="F8FAF8"/>
            <w:tcMar>
              <w:top w:w="70" w:type="dxa"/>
              <w:left w:w="80" w:type="dxa"/>
              <w:bottom w:w="70" w:type="dxa"/>
              <w:right w:w="80" w:type="dxa"/>
            </w:tcMar>
            <w:vAlign w:val="center"/>
          </w:tcPr>
          <w:p w14:paraId="6167DDD7" w14:textId="77777777" w:rsidR="00650973" w:rsidRDefault="00080072">
            <w:r>
              <w:rPr>
                <w:rFonts w:ascii="Arial" w:hAnsi="Arial"/>
                <w:sz w:val="20"/>
              </w:rPr>
              <w:t>Toro Piedra – Faro 2</w:t>
            </w:r>
          </w:p>
        </w:tc>
        <w:tc>
          <w:tcPr>
            <w:tcW w:w="2551" w:type="dxa"/>
            <w:shd w:val="clear" w:color="auto" w:fill="F8FAF8"/>
            <w:tcMar>
              <w:top w:w="70" w:type="dxa"/>
              <w:left w:w="80" w:type="dxa"/>
              <w:bottom w:w="70" w:type="dxa"/>
              <w:right w:w="80" w:type="dxa"/>
            </w:tcMar>
            <w:vAlign w:val="center"/>
          </w:tcPr>
          <w:p w14:paraId="68B66AE7" w14:textId="77777777" w:rsidR="00650973" w:rsidRDefault="00080072">
            <w:r>
              <w:rPr>
                <w:rFonts w:ascii="Arial" w:hAnsi="Arial"/>
                <w:sz w:val="20"/>
              </w:rPr>
              <w:t>Breakfast / restaurant</w:t>
            </w:r>
          </w:p>
        </w:tc>
        <w:tc>
          <w:tcPr>
            <w:tcW w:w="3458" w:type="dxa"/>
            <w:shd w:val="clear" w:color="auto" w:fill="F8FAF8"/>
            <w:tcMar>
              <w:top w:w="70" w:type="dxa"/>
              <w:left w:w="80" w:type="dxa"/>
              <w:bottom w:w="70" w:type="dxa"/>
              <w:right w:w="80" w:type="dxa"/>
            </w:tcMar>
            <w:vAlign w:val="center"/>
          </w:tcPr>
          <w:p w14:paraId="39300C0A" w14:textId="77777777" w:rsidR="00650973" w:rsidRDefault="00080072">
            <w:r>
              <w:rPr>
                <w:rFonts w:ascii="Arial" w:hAnsi="Arial"/>
                <w:sz w:val="20"/>
              </w:rPr>
              <w:t>Full English Breakfast en plusieurs tailles</w:t>
            </w:r>
          </w:p>
        </w:tc>
      </w:tr>
      <w:tr w:rsidR="00650973" w14:paraId="24722E50" w14:textId="77777777">
        <w:trPr>
          <w:cantSplit/>
          <w:jc w:val="center"/>
        </w:trPr>
        <w:tc>
          <w:tcPr>
            <w:tcW w:w="567" w:type="dxa"/>
            <w:tcMar>
              <w:top w:w="70" w:type="dxa"/>
              <w:left w:w="80" w:type="dxa"/>
              <w:bottom w:w="70" w:type="dxa"/>
              <w:right w:w="80" w:type="dxa"/>
            </w:tcMar>
            <w:vAlign w:val="center"/>
          </w:tcPr>
          <w:p w14:paraId="64BECD84" w14:textId="77777777" w:rsidR="00650973" w:rsidRDefault="00080072">
            <w:r>
              <w:rPr>
                <w:rFonts w:ascii="Arial" w:hAnsi="Arial"/>
                <w:sz w:val="20"/>
              </w:rPr>
              <w:t>7</w:t>
            </w:r>
          </w:p>
        </w:tc>
        <w:tc>
          <w:tcPr>
            <w:tcW w:w="2608" w:type="dxa"/>
            <w:tcMar>
              <w:top w:w="70" w:type="dxa"/>
              <w:left w:w="80" w:type="dxa"/>
              <w:bottom w:w="70" w:type="dxa"/>
              <w:right w:w="80" w:type="dxa"/>
            </w:tcMar>
            <w:vAlign w:val="center"/>
          </w:tcPr>
          <w:p w14:paraId="06DF1DDF" w14:textId="77777777" w:rsidR="00650973" w:rsidRDefault="00080072">
            <w:r>
              <w:rPr>
                <w:rFonts w:ascii="Arial" w:hAnsi="Arial"/>
                <w:sz w:val="20"/>
              </w:rPr>
              <w:t>Cleopatra – Faro 2</w:t>
            </w:r>
          </w:p>
        </w:tc>
        <w:tc>
          <w:tcPr>
            <w:tcW w:w="2551" w:type="dxa"/>
            <w:tcMar>
              <w:top w:w="70" w:type="dxa"/>
              <w:left w:w="80" w:type="dxa"/>
              <w:bottom w:w="70" w:type="dxa"/>
              <w:right w:w="80" w:type="dxa"/>
            </w:tcMar>
            <w:vAlign w:val="center"/>
          </w:tcPr>
          <w:p w14:paraId="3889A11F" w14:textId="77777777" w:rsidR="00650973" w:rsidRDefault="00080072">
            <w:r>
              <w:rPr>
                <w:rFonts w:ascii="Arial" w:hAnsi="Arial"/>
                <w:sz w:val="20"/>
              </w:rPr>
              <w:t>Café / bar / petit-déjeuner</w:t>
            </w:r>
          </w:p>
        </w:tc>
        <w:tc>
          <w:tcPr>
            <w:tcW w:w="3458" w:type="dxa"/>
            <w:tcMar>
              <w:top w:w="70" w:type="dxa"/>
              <w:left w:w="80" w:type="dxa"/>
              <w:bottom w:w="70" w:type="dxa"/>
              <w:right w:w="80" w:type="dxa"/>
            </w:tcMar>
            <w:vAlign w:val="center"/>
          </w:tcPr>
          <w:p w14:paraId="12F6E314" w14:textId="77777777" w:rsidR="00650973" w:rsidRDefault="00080072">
            <w:r>
              <w:rPr>
                <w:rFonts w:ascii="Arial" w:hAnsi="Arial"/>
                <w:sz w:val="20"/>
              </w:rPr>
              <w:t>Petit-déjeuner simple, café</w:t>
            </w:r>
          </w:p>
        </w:tc>
      </w:tr>
      <w:tr w:rsidR="00650973" w14:paraId="4F361332" w14:textId="77777777">
        <w:trPr>
          <w:cantSplit/>
          <w:jc w:val="center"/>
        </w:trPr>
        <w:tc>
          <w:tcPr>
            <w:tcW w:w="567" w:type="dxa"/>
            <w:shd w:val="clear" w:color="auto" w:fill="F8FAF8"/>
            <w:tcMar>
              <w:top w:w="70" w:type="dxa"/>
              <w:left w:w="80" w:type="dxa"/>
              <w:bottom w:w="70" w:type="dxa"/>
              <w:right w:w="80" w:type="dxa"/>
            </w:tcMar>
            <w:vAlign w:val="center"/>
          </w:tcPr>
          <w:p w14:paraId="4B6787CE" w14:textId="77777777" w:rsidR="00650973" w:rsidRDefault="00080072">
            <w:r>
              <w:rPr>
                <w:rFonts w:ascii="Arial" w:hAnsi="Arial"/>
                <w:sz w:val="20"/>
              </w:rPr>
              <w:t>8</w:t>
            </w:r>
          </w:p>
        </w:tc>
        <w:tc>
          <w:tcPr>
            <w:tcW w:w="2608" w:type="dxa"/>
            <w:shd w:val="clear" w:color="auto" w:fill="F8FAF8"/>
            <w:tcMar>
              <w:top w:w="70" w:type="dxa"/>
              <w:left w:w="80" w:type="dxa"/>
              <w:bottom w:w="70" w:type="dxa"/>
              <w:right w:w="80" w:type="dxa"/>
            </w:tcMar>
            <w:vAlign w:val="center"/>
          </w:tcPr>
          <w:p w14:paraId="5DD1D462" w14:textId="77777777" w:rsidR="00650973" w:rsidRDefault="00080072">
            <w:r>
              <w:rPr>
                <w:rFonts w:ascii="Arial" w:hAnsi="Arial"/>
                <w:sz w:val="20"/>
              </w:rPr>
              <w:t>Calma Café</w:t>
            </w:r>
          </w:p>
        </w:tc>
        <w:tc>
          <w:tcPr>
            <w:tcW w:w="2551" w:type="dxa"/>
            <w:shd w:val="clear" w:color="auto" w:fill="F8FAF8"/>
            <w:tcMar>
              <w:top w:w="70" w:type="dxa"/>
              <w:left w:w="80" w:type="dxa"/>
              <w:bottom w:w="70" w:type="dxa"/>
              <w:right w:w="80" w:type="dxa"/>
            </w:tcMar>
            <w:vAlign w:val="center"/>
          </w:tcPr>
          <w:p w14:paraId="55CD98AE" w14:textId="77777777" w:rsidR="00650973" w:rsidRDefault="00080072">
            <w:r>
              <w:rPr>
                <w:rFonts w:ascii="Arial" w:hAnsi="Arial"/>
                <w:sz w:val="20"/>
              </w:rPr>
              <w:t>Brunch café</w:t>
            </w:r>
          </w:p>
        </w:tc>
        <w:tc>
          <w:tcPr>
            <w:tcW w:w="3458" w:type="dxa"/>
            <w:shd w:val="clear" w:color="auto" w:fill="F8FAF8"/>
            <w:tcMar>
              <w:top w:w="70" w:type="dxa"/>
              <w:left w:w="80" w:type="dxa"/>
              <w:bottom w:w="70" w:type="dxa"/>
              <w:right w:w="80" w:type="dxa"/>
            </w:tcMar>
            <w:vAlign w:val="center"/>
          </w:tcPr>
          <w:p w14:paraId="4B672653" w14:textId="77777777" w:rsidR="00650973" w:rsidRDefault="00080072">
            <w:r>
              <w:rPr>
                <w:rFonts w:ascii="Arial" w:hAnsi="Arial"/>
                <w:sz w:val="20"/>
              </w:rPr>
              <w:t>Toasts, granola, œufs, pancakes, saumon</w:t>
            </w:r>
          </w:p>
        </w:tc>
      </w:tr>
      <w:tr w:rsidR="00650973" w14:paraId="1F21F925" w14:textId="77777777">
        <w:trPr>
          <w:cantSplit/>
          <w:jc w:val="center"/>
        </w:trPr>
        <w:tc>
          <w:tcPr>
            <w:tcW w:w="567" w:type="dxa"/>
            <w:tcMar>
              <w:top w:w="70" w:type="dxa"/>
              <w:left w:w="80" w:type="dxa"/>
              <w:bottom w:w="70" w:type="dxa"/>
              <w:right w:w="80" w:type="dxa"/>
            </w:tcMar>
            <w:vAlign w:val="center"/>
          </w:tcPr>
          <w:p w14:paraId="688B4538" w14:textId="77777777" w:rsidR="00650973" w:rsidRDefault="00080072">
            <w:r>
              <w:rPr>
                <w:rFonts w:ascii="Arial" w:hAnsi="Arial"/>
                <w:sz w:val="20"/>
              </w:rPr>
              <w:t>9</w:t>
            </w:r>
          </w:p>
        </w:tc>
        <w:tc>
          <w:tcPr>
            <w:tcW w:w="2608" w:type="dxa"/>
            <w:tcMar>
              <w:top w:w="70" w:type="dxa"/>
              <w:left w:w="80" w:type="dxa"/>
              <w:bottom w:w="70" w:type="dxa"/>
              <w:right w:w="80" w:type="dxa"/>
            </w:tcMar>
            <w:vAlign w:val="center"/>
          </w:tcPr>
          <w:p w14:paraId="41EB704D" w14:textId="77777777" w:rsidR="00650973" w:rsidRDefault="00080072">
            <w:r>
              <w:rPr>
                <w:rFonts w:ascii="Arial" w:hAnsi="Arial"/>
                <w:sz w:val="20"/>
              </w:rPr>
              <w:t>Oasis Café GC</w:t>
            </w:r>
          </w:p>
        </w:tc>
        <w:tc>
          <w:tcPr>
            <w:tcW w:w="2551" w:type="dxa"/>
            <w:tcMar>
              <w:top w:w="70" w:type="dxa"/>
              <w:left w:w="80" w:type="dxa"/>
              <w:bottom w:w="70" w:type="dxa"/>
              <w:right w:w="80" w:type="dxa"/>
            </w:tcMar>
            <w:vAlign w:val="center"/>
          </w:tcPr>
          <w:p w14:paraId="00401697" w14:textId="77777777" w:rsidR="00650973" w:rsidRDefault="00080072">
            <w:r>
              <w:rPr>
                <w:rFonts w:ascii="Arial" w:hAnsi="Arial"/>
                <w:sz w:val="20"/>
              </w:rPr>
              <w:t>Brunch / pancakes / churrería</w:t>
            </w:r>
          </w:p>
        </w:tc>
        <w:tc>
          <w:tcPr>
            <w:tcW w:w="3458" w:type="dxa"/>
            <w:tcMar>
              <w:top w:w="70" w:type="dxa"/>
              <w:left w:w="80" w:type="dxa"/>
              <w:bottom w:w="70" w:type="dxa"/>
              <w:right w:w="80" w:type="dxa"/>
            </w:tcMar>
            <w:vAlign w:val="center"/>
          </w:tcPr>
          <w:p w14:paraId="35AF3F73" w14:textId="77777777" w:rsidR="00650973" w:rsidRDefault="00080072">
            <w:r>
              <w:rPr>
                <w:rFonts w:ascii="Arial" w:hAnsi="Arial"/>
                <w:sz w:val="20"/>
              </w:rPr>
              <w:t>Toasts gourmet, pancakes, torrijas</w:t>
            </w:r>
          </w:p>
        </w:tc>
      </w:tr>
      <w:tr w:rsidR="00650973" w14:paraId="2F376258" w14:textId="77777777">
        <w:trPr>
          <w:cantSplit/>
          <w:jc w:val="center"/>
        </w:trPr>
        <w:tc>
          <w:tcPr>
            <w:tcW w:w="567" w:type="dxa"/>
            <w:shd w:val="clear" w:color="auto" w:fill="F8FAF8"/>
            <w:tcMar>
              <w:top w:w="70" w:type="dxa"/>
              <w:left w:w="80" w:type="dxa"/>
              <w:bottom w:w="70" w:type="dxa"/>
              <w:right w:w="80" w:type="dxa"/>
            </w:tcMar>
            <w:vAlign w:val="center"/>
          </w:tcPr>
          <w:p w14:paraId="755FC48C" w14:textId="77777777" w:rsidR="00650973" w:rsidRDefault="00080072">
            <w:r>
              <w:rPr>
                <w:rFonts w:ascii="Arial" w:hAnsi="Arial"/>
                <w:sz w:val="20"/>
              </w:rPr>
              <w:t>10</w:t>
            </w:r>
          </w:p>
        </w:tc>
        <w:tc>
          <w:tcPr>
            <w:tcW w:w="2608" w:type="dxa"/>
            <w:shd w:val="clear" w:color="auto" w:fill="F8FAF8"/>
            <w:tcMar>
              <w:top w:w="70" w:type="dxa"/>
              <w:left w:w="80" w:type="dxa"/>
              <w:bottom w:w="70" w:type="dxa"/>
              <w:right w:w="80" w:type="dxa"/>
            </w:tcMar>
            <w:vAlign w:val="center"/>
          </w:tcPr>
          <w:p w14:paraId="76043354" w14:textId="77777777" w:rsidR="00650973" w:rsidRDefault="00080072">
            <w:r>
              <w:rPr>
                <w:rFonts w:ascii="Arial" w:hAnsi="Arial"/>
                <w:sz w:val="20"/>
              </w:rPr>
              <w:t>Patio Canario</w:t>
            </w:r>
          </w:p>
        </w:tc>
        <w:tc>
          <w:tcPr>
            <w:tcW w:w="2551" w:type="dxa"/>
            <w:shd w:val="clear" w:color="auto" w:fill="F8FAF8"/>
            <w:tcMar>
              <w:top w:w="70" w:type="dxa"/>
              <w:left w:w="80" w:type="dxa"/>
              <w:bottom w:w="70" w:type="dxa"/>
              <w:right w:w="80" w:type="dxa"/>
            </w:tcMar>
            <w:vAlign w:val="center"/>
          </w:tcPr>
          <w:p w14:paraId="1A32231E" w14:textId="77777777" w:rsidR="00650973" w:rsidRDefault="00080072">
            <w:r>
              <w:rPr>
                <w:rFonts w:ascii="Arial" w:hAnsi="Arial"/>
                <w:sz w:val="20"/>
              </w:rPr>
              <w:t>Restaurant / petit-déjeuner à la carte</w:t>
            </w:r>
          </w:p>
        </w:tc>
        <w:tc>
          <w:tcPr>
            <w:tcW w:w="3458" w:type="dxa"/>
            <w:shd w:val="clear" w:color="auto" w:fill="F8FAF8"/>
            <w:tcMar>
              <w:top w:w="70" w:type="dxa"/>
              <w:left w:w="80" w:type="dxa"/>
              <w:bottom w:w="70" w:type="dxa"/>
              <w:right w:w="80" w:type="dxa"/>
            </w:tcMar>
            <w:vAlign w:val="center"/>
          </w:tcPr>
          <w:p w14:paraId="1079E448" w14:textId="77777777" w:rsidR="00650973" w:rsidRDefault="00080072">
            <w:r>
              <w:rPr>
                <w:rFonts w:ascii="Arial" w:hAnsi="Arial"/>
                <w:sz w:val="20"/>
              </w:rPr>
              <w:t>Petit-déjeuner varié</w:t>
            </w:r>
          </w:p>
        </w:tc>
      </w:tr>
      <w:tr w:rsidR="00650973" w14:paraId="62B5C81E" w14:textId="77777777">
        <w:trPr>
          <w:cantSplit/>
          <w:jc w:val="center"/>
        </w:trPr>
        <w:tc>
          <w:tcPr>
            <w:tcW w:w="567" w:type="dxa"/>
            <w:tcMar>
              <w:top w:w="70" w:type="dxa"/>
              <w:left w:w="80" w:type="dxa"/>
              <w:bottom w:w="70" w:type="dxa"/>
              <w:right w:w="80" w:type="dxa"/>
            </w:tcMar>
            <w:vAlign w:val="center"/>
          </w:tcPr>
          <w:p w14:paraId="7AC488AE" w14:textId="77777777" w:rsidR="00650973" w:rsidRDefault="00080072">
            <w:r>
              <w:rPr>
                <w:rFonts w:ascii="Arial" w:hAnsi="Arial"/>
                <w:sz w:val="20"/>
              </w:rPr>
              <w:t>11</w:t>
            </w:r>
          </w:p>
        </w:tc>
        <w:tc>
          <w:tcPr>
            <w:tcW w:w="2608" w:type="dxa"/>
            <w:tcMar>
              <w:top w:w="70" w:type="dxa"/>
              <w:left w:w="80" w:type="dxa"/>
              <w:bottom w:w="70" w:type="dxa"/>
              <w:right w:w="80" w:type="dxa"/>
            </w:tcMar>
            <w:vAlign w:val="center"/>
          </w:tcPr>
          <w:p w14:paraId="60BC7CAF" w14:textId="77777777" w:rsidR="00650973" w:rsidRDefault="00080072">
            <w:r>
              <w:rPr>
                <w:rFonts w:ascii="Arial" w:hAnsi="Arial"/>
                <w:sz w:val="20"/>
              </w:rPr>
              <w:t>Casas Pepe Apartments &amp; Spa</w:t>
            </w:r>
          </w:p>
        </w:tc>
        <w:tc>
          <w:tcPr>
            <w:tcW w:w="2551" w:type="dxa"/>
            <w:tcMar>
              <w:top w:w="70" w:type="dxa"/>
              <w:left w:w="80" w:type="dxa"/>
              <w:bottom w:w="70" w:type="dxa"/>
              <w:right w:w="80" w:type="dxa"/>
            </w:tcMar>
            <w:vAlign w:val="center"/>
          </w:tcPr>
          <w:p w14:paraId="3A0840FB" w14:textId="77777777" w:rsidR="00650973" w:rsidRDefault="00080072">
            <w:r>
              <w:rPr>
                <w:rFonts w:ascii="Arial" w:hAnsi="Arial"/>
                <w:sz w:val="20"/>
              </w:rPr>
              <w:t>Buffet externe</w:t>
            </w:r>
          </w:p>
        </w:tc>
        <w:tc>
          <w:tcPr>
            <w:tcW w:w="3458" w:type="dxa"/>
            <w:tcMar>
              <w:top w:w="70" w:type="dxa"/>
              <w:left w:w="80" w:type="dxa"/>
              <w:bottom w:w="70" w:type="dxa"/>
              <w:right w:w="80" w:type="dxa"/>
            </w:tcMar>
            <w:vAlign w:val="center"/>
          </w:tcPr>
          <w:p w14:paraId="69B1BD3D" w14:textId="77777777" w:rsidR="00650973" w:rsidRDefault="00080072">
            <w:r>
              <w:rPr>
                <w:rFonts w:ascii="Arial" w:hAnsi="Arial"/>
                <w:sz w:val="20"/>
              </w:rPr>
              <w:t>Buffet petit-déjeuner</w:t>
            </w:r>
          </w:p>
        </w:tc>
      </w:tr>
      <w:tr w:rsidR="00650973" w14:paraId="17045E6A" w14:textId="77777777">
        <w:trPr>
          <w:cantSplit/>
          <w:jc w:val="center"/>
        </w:trPr>
        <w:tc>
          <w:tcPr>
            <w:tcW w:w="567" w:type="dxa"/>
            <w:shd w:val="clear" w:color="auto" w:fill="F8FAF8"/>
            <w:tcMar>
              <w:top w:w="70" w:type="dxa"/>
              <w:left w:w="80" w:type="dxa"/>
              <w:bottom w:w="70" w:type="dxa"/>
              <w:right w:w="80" w:type="dxa"/>
            </w:tcMar>
            <w:vAlign w:val="center"/>
          </w:tcPr>
          <w:p w14:paraId="72CB0382" w14:textId="77777777" w:rsidR="00650973" w:rsidRDefault="00080072">
            <w:r>
              <w:rPr>
                <w:rFonts w:ascii="Arial" w:hAnsi="Arial"/>
                <w:sz w:val="20"/>
              </w:rPr>
              <w:t>12</w:t>
            </w:r>
          </w:p>
        </w:tc>
        <w:tc>
          <w:tcPr>
            <w:tcW w:w="2608" w:type="dxa"/>
            <w:shd w:val="clear" w:color="auto" w:fill="F8FAF8"/>
            <w:tcMar>
              <w:top w:w="70" w:type="dxa"/>
              <w:left w:w="80" w:type="dxa"/>
              <w:bottom w:w="70" w:type="dxa"/>
              <w:right w:w="80" w:type="dxa"/>
            </w:tcMar>
            <w:vAlign w:val="center"/>
          </w:tcPr>
          <w:p w14:paraId="71527F8B" w14:textId="77777777" w:rsidR="00650973" w:rsidRDefault="00080072">
            <w:r>
              <w:rPr>
                <w:rFonts w:ascii="Arial" w:hAnsi="Arial"/>
                <w:sz w:val="20"/>
              </w:rPr>
              <w:t>Gold by Marina</w:t>
            </w:r>
          </w:p>
        </w:tc>
        <w:tc>
          <w:tcPr>
            <w:tcW w:w="2551" w:type="dxa"/>
            <w:shd w:val="clear" w:color="auto" w:fill="F8FAF8"/>
            <w:tcMar>
              <w:top w:w="70" w:type="dxa"/>
              <w:left w:w="80" w:type="dxa"/>
              <w:bottom w:w="70" w:type="dxa"/>
              <w:right w:w="80" w:type="dxa"/>
            </w:tcMar>
            <w:vAlign w:val="center"/>
          </w:tcPr>
          <w:p w14:paraId="04F3F84D" w14:textId="77777777" w:rsidR="00650973" w:rsidRDefault="00080072">
            <w:r>
              <w:rPr>
                <w:rFonts w:ascii="Arial" w:hAnsi="Arial"/>
                <w:sz w:val="20"/>
              </w:rPr>
              <w:t>Buffet hôtel externe</w:t>
            </w:r>
          </w:p>
        </w:tc>
        <w:tc>
          <w:tcPr>
            <w:tcW w:w="3458" w:type="dxa"/>
            <w:shd w:val="clear" w:color="auto" w:fill="F8FAF8"/>
            <w:tcMar>
              <w:top w:w="70" w:type="dxa"/>
              <w:left w:w="80" w:type="dxa"/>
              <w:bottom w:w="70" w:type="dxa"/>
              <w:right w:w="80" w:type="dxa"/>
            </w:tcMar>
            <w:vAlign w:val="center"/>
          </w:tcPr>
          <w:p w14:paraId="1E895EBE" w14:textId="77777777" w:rsidR="00650973" w:rsidRDefault="00080072">
            <w:r>
              <w:rPr>
                <w:rFonts w:ascii="Arial" w:hAnsi="Arial"/>
                <w:sz w:val="20"/>
              </w:rPr>
              <w:t>Buffet international</w:t>
            </w:r>
          </w:p>
        </w:tc>
      </w:tr>
      <w:tr w:rsidR="00650973" w14:paraId="6375E3A0" w14:textId="77777777">
        <w:trPr>
          <w:cantSplit/>
          <w:jc w:val="center"/>
        </w:trPr>
        <w:tc>
          <w:tcPr>
            <w:tcW w:w="567" w:type="dxa"/>
            <w:tcMar>
              <w:top w:w="70" w:type="dxa"/>
              <w:left w:w="80" w:type="dxa"/>
              <w:bottom w:w="70" w:type="dxa"/>
              <w:right w:w="80" w:type="dxa"/>
            </w:tcMar>
            <w:vAlign w:val="center"/>
          </w:tcPr>
          <w:p w14:paraId="1DA6D59D" w14:textId="77777777" w:rsidR="00650973" w:rsidRDefault="00080072">
            <w:r>
              <w:rPr>
                <w:rFonts w:ascii="Arial" w:hAnsi="Arial"/>
                <w:sz w:val="20"/>
              </w:rPr>
              <w:t>13</w:t>
            </w:r>
          </w:p>
        </w:tc>
        <w:tc>
          <w:tcPr>
            <w:tcW w:w="2608" w:type="dxa"/>
            <w:tcMar>
              <w:top w:w="70" w:type="dxa"/>
              <w:left w:w="80" w:type="dxa"/>
              <w:bottom w:w="70" w:type="dxa"/>
              <w:right w:w="80" w:type="dxa"/>
            </w:tcMar>
            <w:vAlign w:val="center"/>
          </w:tcPr>
          <w:p w14:paraId="245D97FE" w14:textId="77777777" w:rsidR="00650973" w:rsidRDefault="00080072">
            <w:r>
              <w:rPr>
                <w:rFonts w:ascii="Arial" w:hAnsi="Arial"/>
                <w:sz w:val="20"/>
              </w:rPr>
              <w:t>Bohemia Suites &amp; Spa</w:t>
            </w:r>
          </w:p>
        </w:tc>
        <w:tc>
          <w:tcPr>
            <w:tcW w:w="2551" w:type="dxa"/>
            <w:tcMar>
              <w:top w:w="70" w:type="dxa"/>
              <w:left w:w="80" w:type="dxa"/>
              <w:bottom w:w="70" w:type="dxa"/>
              <w:right w:w="80" w:type="dxa"/>
            </w:tcMar>
            <w:vAlign w:val="center"/>
          </w:tcPr>
          <w:p w14:paraId="359CA857" w14:textId="77777777" w:rsidR="00650973" w:rsidRDefault="00080072">
            <w:r>
              <w:rPr>
                <w:rFonts w:ascii="Arial" w:hAnsi="Arial"/>
                <w:sz w:val="20"/>
              </w:rPr>
              <w:t>Buffet premium externe</w:t>
            </w:r>
          </w:p>
        </w:tc>
        <w:tc>
          <w:tcPr>
            <w:tcW w:w="3458" w:type="dxa"/>
            <w:tcMar>
              <w:top w:w="70" w:type="dxa"/>
              <w:left w:w="80" w:type="dxa"/>
              <w:bottom w:w="70" w:type="dxa"/>
              <w:right w:w="80" w:type="dxa"/>
            </w:tcMar>
            <w:vAlign w:val="center"/>
          </w:tcPr>
          <w:p w14:paraId="55F2ECDE" w14:textId="77777777" w:rsidR="00650973" w:rsidRDefault="00080072">
            <w:r>
              <w:rPr>
                <w:rFonts w:ascii="Arial" w:hAnsi="Arial"/>
                <w:sz w:val="20"/>
              </w:rPr>
              <w:t>Buffet + offre chaude</w:t>
            </w:r>
          </w:p>
        </w:tc>
      </w:tr>
      <w:tr w:rsidR="00650973" w14:paraId="3CA2A90E" w14:textId="77777777">
        <w:trPr>
          <w:cantSplit/>
          <w:jc w:val="center"/>
        </w:trPr>
        <w:tc>
          <w:tcPr>
            <w:tcW w:w="567" w:type="dxa"/>
            <w:shd w:val="clear" w:color="auto" w:fill="F8FAF8"/>
            <w:tcMar>
              <w:top w:w="70" w:type="dxa"/>
              <w:left w:w="80" w:type="dxa"/>
              <w:bottom w:w="70" w:type="dxa"/>
              <w:right w:w="80" w:type="dxa"/>
            </w:tcMar>
            <w:vAlign w:val="center"/>
          </w:tcPr>
          <w:p w14:paraId="3CAA6F4E" w14:textId="77777777" w:rsidR="00650973" w:rsidRDefault="00080072">
            <w:r>
              <w:rPr>
                <w:rFonts w:ascii="Arial" w:hAnsi="Arial"/>
                <w:sz w:val="20"/>
              </w:rPr>
              <w:t>14</w:t>
            </w:r>
          </w:p>
        </w:tc>
        <w:tc>
          <w:tcPr>
            <w:tcW w:w="2608" w:type="dxa"/>
            <w:shd w:val="clear" w:color="auto" w:fill="F8FAF8"/>
            <w:tcMar>
              <w:top w:w="70" w:type="dxa"/>
              <w:left w:w="80" w:type="dxa"/>
              <w:bottom w:w="70" w:type="dxa"/>
              <w:right w:w="80" w:type="dxa"/>
            </w:tcMar>
            <w:vAlign w:val="center"/>
          </w:tcPr>
          <w:p w14:paraId="717CD8AD" w14:textId="77777777" w:rsidR="00650973" w:rsidRDefault="00080072">
            <w:r>
              <w:rPr>
                <w:rFonts w:ascii="Arial" w:hAnsi="Arial"/>
                <w:sz w:val="20"/>
              </w:rPr>
              <w:t>Corallium Dunamar by Lopesan</w:t>
            </w:r>
          </w:p>
        </w:tc>
        <w:tc>
          <w:tcPr>
            <w:tcW w:w="2551" w:type="dxa"/>
            <w:shd w:val="clear" w:color="auto" w:fill="F8FAF8"/>
            <w:tcMar>
              <w:top w:w="70" w:type="dxa"/>
              <w:left w:w="80" w:type="dxa"/>
              <w:bottom w:w="70" w:type="dxa"/>
              <w:right w:w="80" w:type="dxa"/>
            </w:tcMar>
            <w:vAlign w:val="center"/>
          </w:tcPr>
          <w:p w14:paraId="5D9160C7" w14:textId="77777777" w:rsidR="00650973" w:rsidRDefault="00080072">
            <w:r>
              <w:rPr>
                <w:rFonts w:ascii="Arial" w:hAnsi="Arial"/>
                <w:sz w:val="20"/>
              </w:rPr>
              <w:t>Brunch buffet occasionnel</w:t>
            </w:r>
          </w:p>
        </w:tc>
        <w:tc>
          <w:tcPr>
            <w:tcW w:w="3458" w:type="dxa"/>
            <w:shd w:val="clear" w:color="auto" w:fill="F8FAF8"/>
            <w:tcMar>
              <w:top w:w="70" w:type="dxa"/>
              <w:left w:w="80" w:type="dxa"/>
              <w:bottom w:w="70" w:type="dxa"/>
              <w:right w:w="80" w:type="dxa"/>
            </w:tcMar>
            <w:vAlign w:val="center"/>
          </w:tcPr>
          <w:p w14:paraId="2D3A9CEB" w14:textId="77777777" w:rsidR="00650973" w:rsidRDefault="00080072">
            <w:r>
              <w:rPr>
                <w:rFonts w:ascii="Arial" w:hAnsi="Arial"/>
                <w:sz w:val="20"/>
              </w:rPr>
              <w:t>Brunch buffet premium</w:t>
            </w:r>
          </w:p>
        </w:tc>
      </w:tr>
      <w:tr w:rsidR="00650973" w14:paraId="403B5A09" w14:textId="77777777">
        <w:trPr>
          <w:cantSplit/>
          <w:jc w:val="center"/>
        </w:trPr>
        <w:tc>
          <w:tcPr>
            <w:tcW w:w="567" w:type="dxa"/>
            <w:tcMar>
              <w:top w:w="70" w:type="dxa"/>
              <w:left w:w="80" w:type="dxa"/>
              <w:bottom w:w="70" w:type="dxa"/>
              <w:right w:w="80" w:type="dxa"/>
            </w:tcMar>
            <w:vAlign w:val="center"/>
          </w:tcPr>
          <w:p w14:paraId="473C5514" w14:textId="77777777" w:rsidR="00650973" w:rsidRDefault="00080072">
            <w:r>
              <w:rPr>
                <w:rFonts w:ascii="Arial" w:hAnsi="Arial"/>
                <w:sz w:val="20"/>
              </w:rPr>
              <w:lastRenderedPageBreak/>
              <w:t>15</w:t>
            </w:r>
          </w:p>
        </w:tc>
        <w:tc>
          <w:tcPr>
            <w:tcW w:w="2608" w:type="dxa"/>
            <w:tcMar>
              <w:top w:w="70" w:type="dxa"/>
              <w:left w:w="80" w:type="dxa"/>
              <w:bottom w:w="70" w:type="dxa"/>
              <w:right w:w="80" w:type="dxa"/>
            </w:tcMar>
            <w:vAlign w:val="center"/>
          </w:tcPr>
          <w:p w14:paraId="7098B5AE" w14:textId="77777777" w:rsidR="00650973" w:rsidRDefault="00080072">
            <w:r>
              <w:rPr>
                <w:rFonts w:ascii="Arial" w:hAnsi="Arial"/>
                <w:sz w:val="20"/>
              </w:rPr>
              <w:t>Maspalomas Princess / Tabaiba Princess</w:t>
            </w:r>
          </w:p>
        </w:tc>
        <w:tc>
          <w:tcPr>
            <w:tcW w:w="2551" w:type="dxa"/>
            <w:tcMar>
              <w:top w:w="70" w:type="dxa"/>
              <w:left w:w="80" w:type="dxa"/>
              <w:bottom w:w="70" w:type="dxa"/>
              <w:right w:w="80" w:type="dxa"/>
            </w:tcMar>
            <w:vAlign w:val="center"/>
          </w:tcPr>
          <w:p w14:paraId="2D7ED71D" w14:textId="77777777" w:rsidR="00650973" w:rsidRDefault="00080072">
            <w:r>
              <w:rPr>
                <w:rFonts w:ascii="Arial" w:hAnsi="Arial"/>
                <w:sz w:val="20"/>
              </w:rPr>
              <w:t>Day Pass + buffet</w:t>
            </w:r>
          </w:p>
        </w:tc>
        <w:tc>
          <w:tcPr>
            <w:tcW w:w="3458" w:type="dxa"/>
            <w:tcMar>
              <w:top w:w="70" w:type="dxa"/>
              <w:left w:w="80" w:type="dxa"/>
              <w:bottom w:w="70" w:type="dxa"/>
              <w:right w:w="80" w:type="dxa"/>
            </w:tcMar>
            <w:vAlign w:val="center"/>
          </w:tcPr>
          <w:p w14:paraId="760F3399" w14:textId="77777777" w:rsidR="00650973" w:rsidRDefault="00080072">
            <w:r>
              <w:rPr>
                <w:rFonts w:ascii="Arial" w:hAnsi="Arial"/>
                <w:sz w:val="20"/>
              </w:rPr>
              <w:t>Petit-déjeuner + journée hôtel</w:t>
            </w:r>
          </w:p>
        </w:tc>
      </w:tr>
      <w:tr w:rsidR="00650973" w14:paraId="7E71F02B" w14:textId="77777777">
        <w:trPr>
          <w:cantSplit/>
          <w:jc w:val="center"/>
        </w:trPr>
        <w:tc>
          <w:tcPr>
            <w:tcW w:w="567" w:type="dxa"/>
            <w:shd w:val="clear" w:color="auto" w:fill="F8FAF8"/>
            <w:tcMar>
              <w:top w:w="70" w:type="dxa"/>
              <w:left w:w="80" w:type="dxa"/>
              <w:bottom w:w="70" w:type="dxa"/>
              <w:right w:w="80" w:type="dxa"/>
            </w:tcMar>
            <w:vAlign w:val="center"/>
          </w:tcPr>
          <w:p w14:paraId="3FF9E303" w14:textId="77777777" w:rsidR="00650973" w:rsidRDefault="00080072">
            <w:r>
              <w:rPr>
                <w:rFonts w:ascii="Arial" w:hAnsi="Arial"/>
                <w:sz w:val="20"/>
              </w:rPr>
              <w:t>16</w:t>
            </w:r>
          </w:p>
        </w:tc>
        <w:tc>
          <w:tcPr>
            <w:tcW w:w="2608" w:type="dxa"/>
            <w:shd w:val="clear" w:color="auto" w:fill="F8FAF8"/>
            <w:tcMar>
              <w:top w:w="70" w:type="dxa"/>
              <w:left w:w="80" w:type="dxa"/>
              <w:bottom w:w="70" w:type="dxa"/>
              <w:right w:w="80" w:type="dxa"/>
            </w:tcMar>
            <w:vAlign w:val="center"/>
          </w:tcPr>
          <w:p w14:paraId="7086B876" w14:textId="77777777" w:rsidR="00650973" w:rsidRDefault="00080072">
            <w:r>
              <w:rPr>
                <w:rFonts w:ascii="Arial" w:hAnsi="Arial"/>
                <w:sz w:val="20"/>
              </w:rPr>
              <w:t>Deliciosa BrunchCafe</w:t>
            </w:r>
          </w:p>
        </w:tc>
        <w:tc>
          <w:tcPr>
            <w:tcW w:w="2551" w:type="dxa"/>
            <w:shd w:val="clear" w:color="auto" w:fill="F8FAF8"/>
            <w:tcMar>
              <w:top w:w="70" w:type="dxa"/>
              <w:left w:w="80" w:type="dxa"/>
              <w:bottom w:w="70" w:type="dxa"/>
              <w:right w:w="80" w:type="dxa"/>
            </w:tcMar>
            <w:vAlign w:val="center"/>
          </w:tcPr>
          <w:p w14:paraId="7B5F86EB" w14:textId="77777777" w:rsidR="00650973" w:rsidRDefault="00080072">
            <w:r>
              <w:rPr>
                <w:rFonts w:ascii="Arial" w:hAnsi="Arial"/>
                <w:sz w:val="20"/>
              </w:rPr>
              <w:t>Café-brunch</w:t>
            </w:r>
          </w:p>
        </w:tc>
        <w:tc>
          <w:tcPr>
            <w:tcW w:w="3458" w:type="dxa"/>
            <w:shd w:val="clear" w:color="auto" w:fill="F8FAF8"/>
            <w:tcMar>
              <w:top w:w="70" w:type="dxa"/>
              <w:left w:w="80" w:type="dxa"/>
              <w:bottom w:w="70" w:type="dxa"/>
              <w:right w:w="80" w:type="dxa"/>
            </w:tcMar>
            <w:vAlign w:val="center"/>
          </w:tcPr>
          <w:p w14:paraId="1AC7CF8C" w14:textId="77777777" w:rsidR="00650973" w:rsidRDefault="00080072">
            <w:r>
              <w:rPr>
                <w:rFonts w:ascii="Arial" w:hAnsi="Arial"/>
                <w:sz w:val="20"/>
              </w:rPr>
              <w:t>Breakfast anglais, brunch, bowls, croissants</w:t>
            </w:r>
          </w:p>
        </w:tc>
      </w:tr>
      <w:tr w:rsidR="00650973" w14:paraId="7A16E2FC" w14:textId="77777777">
        <w:trPr>
          <w:cantSplit/>
          <w:jc w:val="center"/>
        </w:trPr>
        <w:tc>
          <w:tcPr>
            <w:tcW w:w="567" w:type="dxa"/>
            <w:tcMar>
              <w:top w:w="70" w:type="dxa"/>
              <w:left w:w="80" w:type="dxa"/>
              <w:bottom w:w="70" w:type="dxa"/>
              <w:right w:w="80" w:type="dxa"/>
            </w:tcMar>
            <w:vAlign w:val="center"/>
          </w:tcPr>
          <w:p w14:paraId="7417984E" w14:textId="77777777" w:rsidR="00650973" w:rsidRDefault="00080072">
            <w:r>
              <w:rPr>
                <w:rFonts w:ascii="Arial" w:hAnsi="Arial"/>
                <w:sz w:val="20"/>
              </w:rPr>
              <w:t>17</w:t>
            </w:r>
          </w:p>
        </w:tc>
        <w:tc>
          <w:tcPr>
            <w:tcW w:w="2608" w:type="dxa"/>
            <w:tcMar>
              <w:top w:w="70" w:type="dxa"/>
              <w:left w:w="80" w:type="dxa"/>
              <w:bottom w:w="70" w:type="dxa"/>
              <w:right w:w="80" w:type="dxa"/>
            </w:tcMar>
            <w:vAlign w:val="center"/>
          </w:tcPr>
          <w:p w14:paraId="483ADDC0" w14:textId="77777777" w:rsidR="00650973" w:rsidRDefault="00080072">
            <w:r>
              <w:rPr>
                <w:rFonts w:ascii="Arial" w:hAnsi="Arial"/>
                <w:sz w:val="20"/>
              </w:rPr>
              <w:t>Cordial Santa Águeda</w:t>
            </w:r>
          </w:p>
        </w:tc>
        <w:tc>
          <w:tcPr>
            <w:tcW w:w="2551" w:type="dxa"/>
            <w:tcMar>
              <w:top w:w="70" w:type="dxa"/>
              <w:left w:w="80" w:type="dxa"/>
              <w:bottom w:w="70" w:type="dxa"/>
              <w:right w:w="80" w:type="dxa"/>
            </w:tcMar>
            <w:vAlign w:val="center"/>
          </w:tcPr>
          <w:p w14:paraId="1559DA81" w14:textId="77777777" w:rsidR="00650973" w:rsidRDefault="00080072">
            <w:r>
              <w:rPr>
                <w:rFonts w:ascii="Arial" w:hAnsi="Arial"/>
                <w:sz w:val="20"/>
              </w:rPr>
              <w:t>Buffet externe</w:t>
            </w:r>
          </w:p>
        </w:tc>
        <w:tc>
          <w:tcPr>
            <w:tcW w:w="3458" w:type="dxa"/>
            <w:tcMar>
              <w:top w:w="70" w:type="dxa"/>
              <w:left w:w="80" w:type="dxa"/>
              <w:bottom w:w="70" w:type="dxa"/>
              <w:right w:w="80" w:type="dxa"/>
            </w:tcMar>
            <w:vAlign w:val="center"/>
          </w:tcPr>
          <w:p w14:paraId="332052D7" w14:textId="77777777" w:rsidR="00650973" w:rsidRDefault="00080072">
            <w:r>
              <w:rPr>
                <w:rFonts w:ascii="Arial" w:hAnsi="Arial"/>
                <w:sz w:val="20"/>
              </w:rPr>
              <w:t>Buffet hôtel</w:t>
            </w:r>
          </w:p>
        </w:tc>
      </w:tr>
      <w:tr w:rsidR="00650973" w14:paraId="3413DD53" w14:textId="77777777">
        <w:trPr>
          <w:cantSplit/>
          <w:jc w:val="center"/>
        </w:trPr>
        <w:tc>
          <w:tcPr>
            <w:tcW w:w="567" w:type="dxa"/>
            <w:shd w:val="clear" w:color="auto" w:fill="F8FAF8"/>
            <w:tcMar>
              <w:top w:w="70" w:type="dxa"/>
              <w:left w:w="80" w:type="dxa"/>
              <w:bottom w:w="70" w:type="dxa"/>
              <w:right w:w="80" w:type="dxa"/>
            </w:tcMar>
            <w:vAlign w:val="center"/>
          </w:tcPr>
          <w:p w14:paraId="5B0ED86E" w14:textId="77777777" w:rsidR="00650973" w:rsidRDefault="00080072">
            <w:r>
              <w:rPr>
                <w:rFonts w:ascii="Arial" w:hAnsi="Arial"/>
                <w:sz w:val="20"/>
              </w:rPr>
              <w:t>18</w:t>
            </w:r>
          </w:p>
        </w:tc>
        <w:tc>
          <w:tcPr>
            <w:tcW w:w="2608" w:type="dxa"/>
            <w:shd w:val="clear" w:color="auto" w:fill="F8FAF8"/>
            <w:tcMar>
              <w:top w:w="70" w:type="dxa"/>
              <w:left w:w="80" w:type="dxa"/>
              <w:bottom w:w="70" w:type="dxa"/>
              <w:right w:w="80" w:type="dxa"/>
            </w:tcMar>
            <w:vAlign w:val="center"/>
          </w:tcPr>
          <w:p w14:paraId="6391C99A" w14:textId="77777777" w:rsidR="00650973" w:rsidRDefault="00080072">
            <w:r>
              <w:rPr>
                <w:rFonts w:ascii="Arial" w:hAnsi="Arial"/>
                <w:sz w:val="20"/>
              </w:rPr>
              <w:t>HiperDino Express Playmar</w:t>
            </w:r>
          </w:p>
        </w:tc>
        <w:tc>
          <w:tcPr>
            <w:tcW w:w="2551" w:type="dxa"/>
            <w:shd w:val="clear" w:color="auto" w:fill="F8FAF8"/>
            <w:tcMar>
              <w:top w:w="70" w:type="dxa"/>
              <w:left w:w="80" w:type="dxa"/>
              <w:bottom w:w="70" w:type="dxa"/>
              <w:right w:w="80" w:type="dxa"/>
            </w:tcMar>
            <w:vAlign w:val="center"/>
          </w:tcPr>
          <w:p w14:paraId="6AF00A62" w14:textId="77777777" w:rsidR="00650973" w:rsidRDefault="00080072">
            <w:r>
              <w:rPr>
                <w:rFonts w:ascii="Arial" w:hAnsi="Arial"/>
                <w:sz w:val="20"/>
              </w:rPr>
              <w:t>Supermarché – option pratique</w:t>
            </w:r>
          </w:p>
        </w:tc>
        <w:tc>
          <w:tcPr>
            <w:tcW w:w="3458" w:type="dxa"/>
            <w:shd w:val="clear" w:color="auto" w:fill="F8FAF8"/>
            <w:tcMar>
              <w:top w:w="70" w:type="dxa"/>
              <w:left w:w="80" w:type="dxa"/>
              <w:bottom w:w="70" w:type="dxa"/>
              <w:right w:w="80" w:type="dxa"/>
            </w:tcMar>
            <w:vAlign w:val="center"/>
          </w:tcPr>
          <w:p w14:paraId="15CB51F5" w14:textId="77777777" w:rsidR="00650973" w:rsidRDefault="00080072">
            <w:r>
              <w:rPr>
                <w:rFonts w:ascii="Arial" w:hAnsi="Arial"/>
                <w:sz w:val="20"/>
              </w:rPr>
              <w:t>Pain frais et provisions pour petit-déjeuner au bungalow</w:t>
            </w:r>
          </w:p>
        </w:tc>
      </w:tr>
    </w:tbl>
    <w:p w14:paraId="791E9144" w14:textId="77777777" w:rsidR="00650973" w:rsidRDefault="00080072">
      <w:r>
        <w:rPr>
          <w:rFonts w:ascii="Arial" w:hAnsi="Arial"/>
          <w:b/>
          <w:color w:val="2F6B4F"/>
          <w:sz w:val="23"/>
        </w:rPr>
        <w:t>B. Localisation et proximité</w:t>
      </w:r>
    </w:p>
    <w:tbl>
      <w:tblPr>
        <w:tblStyle w:val="Grilledutableau"/>
        <w:tblW w:w="0" w:type="auto"/>
        <w:jc w:val="center"/>
        <w:tblLook w:val="04A0" w:firstRow="1" w:lastRow="0" w:firstColumn="1" w:lastColumn="0" w:noHBand="0" w:noVBand="1"/>
      </w:tblPr>
      <w:tblGrid>
        <w:gridCol w:w="567"/>
        <w:gridCol w:w="2721"/>
        <w:gridCol w:w="3572"/>
        <w:gridCol w:w="2438"/>
      </w:tblGrid>
      <w:tr w:rsidR="00650973" w14:paraId="5B5CDF82" w14:textId="77777777">
        <w:trPr>
          <w:cantSplit/>
          <w:tblHeader/>
          <w:jc w:val="center"/>
        </w:trPr>
        <w:tc>
          <w:tcPr>
            <w:tcW w:w="567" w:type="dxa"/>
            <w:shd w:val="clear" w:color="auto" w:fill="2F6B4F"/>
            <w:tcMar>
              <w:top w:w="70" w:type="dxa"/>
              <w:left w:w="80" w:type="dxa"/>
              <w:bottom w:w="70" w:type="dxa"/>
              <w:right w:w="80" w:type="dxa"/>
            </w:tcMar>
            <w:vAlign w:val="center"/>
          </w:tcPr>
          <w:p w14:paraId="24B7CEEC" w14:textId="77777777" w:rsidR="00650973" w:rsidRDefault="00080072">
            <w:pPr>
              <w:jc w:val="center"/>
            </w:pPr>
            <w:r>
              <w:rPr>
                <w:rFonts w:ascii="Arial" w:hAnsi="Arial"/>
                <w:b/>
                <w:color w:val="FFFFFF"/>
                <w:sz w:val="20"/>
              </w:rPr>
              <w:t>N°</w:t>
            </w:r>
          </w:p>
        </w:tc>
        <w:tc>
          <w:tcPr>
            <w:tcW w:w="2721" w:type="dxa"/>
            <w:shd w:val="clear" w:color="auto" w:fill="2F6B4F"/>
            <w:tcMar>
              <w:top w:w="70" w:type="dxa"/>
              <w:left w:w="80" w:type="dxa"/>
              <w:bottom w:w="70" w:type="dxa"/>
              <w:right w:w="80" w:type="dxa"/>
            </w:tcMar>
            <w:vAlign w:val="center"/>
          </w:tcPr>
          <w:p w14:paraId="3A89F8E5" w14:textId="77777777" w:rsidR="00650973" w:rsidRDefault="00080072">
            <w:pPr>
              <w:jc w:val="center"/>
            </w:pPr>
            <w:r>
              <w:rPr>
                <w:rFonts w:ascii="Arial" w:hAnsi="Arial"/>
                <w:b/>
                <w:color w:val="FFFFFF"/>
                <w:sz w:val="20"/>
              </w:rPr>
              <w:t>Nom</w:t>
            </w:r>
          </w:p>
        </w:tc>
        <w:tc>
          <w:tcPr>
            <w:tcW w:w="3572" w:type="dxa"/>
            <w:shd w:val="clear" w:color="auto" w:fill="2F6B4F"/>
            <w:tcMar>
              <w:top w:w="70" w:type="dxa"/>
              <w:left w:w="80" w:type="dxa"/>
              <w:bottom w:w="70" w:type="dxa"/>
              <w:right w:w="80" w:type="dxa"/>
            </w:tcMar>
            <w:vAlign w:val="center"/>
          </w:tcPr>
          <w:p w14:paraId="5A1E35C4" w14:textId="77777777" w:rsidR="00650973" w:rsidRDefault="00080072">
            <w:pPr>
              <w:jc w:val="center"/>
            </w:pPr>
            <w:r>
              <w:rPr>
                <w:rFonts w:ascii="Arial" w:hAnsi="Arial"/>
                <w:b/>
                <w:color w:val="FFFFFF"/>
                <w:sz w:val="20"/>
              </w:rPr>
              <w:t>Adresse / zone</w:t>
            </w:r>
          </w:p>
        </w:tc>
        <w:tc>
          <w:tcPr>
            <w:tcW w:w="2438" w:type="dxa"/>
            <w:shd w:val="clear" w:color="auto" w:fill="2F6B4F"/>
            <w:tcMar>
              <w:top w:w="70" w:type="dxa"/>
              <w:left w:w="80" w:type="dxa"/>
              <w:bottom w:w="70" w:type="dxa"/>
              <w:right w:w="80" w:type="dxa"/>
            </w:tcMar>
            <w:vAlign w:val="center"/>
          </w:tcPr>
          <w:p w14:paraId="54019278" w14:textId="77777777" w:rsidR="00650973" w:rsidRDefault="00080072">
            <w:pPr>
              <w:jc w:val="center"/>
            </w:pPr>
            <w:r>
              <w:rPr>
                <w:rFonts w:ascii="Arial" w:hAnsi="Arial"/>
                <w:b/>
                <w:color w:val="FFFFFF"/>
                <w:sz w:val="20"/>
              </w:rPr>
              <w:t>Proximité / distance</w:t>
            </w:r>
          </w:p>
        </w:tc>
      </w:tr>
      <w:tr w:rsidR="00650973" w14:paraId="7B47758A" w14:textId="77777777">
        <w:trPr>
          <w:cantSplit/>
          <w:jc w:val="center"/>
        </w:trPr>
        <w:tc>
          <w:tcPr>
            <w:tcW w:w="567" w:type="dxa"/>
            <w:tcMar>
              <w:top w:w="70" w:type="dxa"/>
              <w:left w:w="80" w:type="dxa"/>
              <w:bottom w:w="70" w:type="dxa"/>
              <w:right w:w="80" w:type="dxa"/>
            </w:tcMar>
            <w:vAlign w:val="center"/>
          </w:tcPr>
          <w:p w14:paraId="14F756DF" w14:textId="77777777" w:rsidR="00650973" w:rsidRDefault="00080072">
            <w:r>
              <w:rPr>
                <w:rFonts w:ascii="Arial" w:hAnsi="Arial"/>
                <w:sz w:val="20"/>
              </w:rPr>
              <w:t>1</w:t>
            </w:r>
          </w:p>
        </w:tc>
        <w:tc>
          <w:tcPr>
            <w:tcW w:w="2721" w:type="dxa"/>
            <w:tcMar>
              <w:top w:w="70" w:type="dxa"/>
              <w:left w:w="80" w:type="dxa"/>
              <w:bottom w:w="70" w:type="dxa"/>
              <w:right w:w="80" w:type="dxa"/>
            </w:tcMar>
            <w:vAlign w:val="center"/>
          </w:tcPr>
          <w:p w14:paraId="6FCC57EA" w14:textId="77777777" w:rsidR="00650973" w:rsidRDefault="00080072">
            <w:r>
              <w:rPr>
                <w:rFonts w:ascii="Arial" w:hAnsi="Arial"/>
                <w:sz w:val="20"/>
              </w:rPr>
              <w:t>Kiosko QR</w:t>
            </w:r>
          </w:p>
        </w:tc>
        <w:tc>
          <w:tcPr>
            <w:tcW w:w="3572" w:type="dxa"/>
            <w:tcMar>
              <w:top w:w="70" w:type="dxa"/>
              <w:left w:w="80" w:type="dxa"/>
              <w:bottom w:w="70" w:type="dxa"/>
              <w:right w:w="80" w:type="dxa"/>
            </w:tcMar>
            <w:vAlign w:val="center"/>
          </w:tcPr>
          <w:p w14:paraId="0D55A0F9" w14:textId="77777777" w:rsidR="00650973" w:rsidRDefault="00080072">
            <w:r>
              <w:rPr>
                <w:rFonts w:ascii="Arial" w:hAnsi="Arial"/>
                <w:sz w:val="20"/>
              </w:rPr>
              <w:t>Av. Touroperador Neckermann 3 — Playmar / Campo Internacional</w:t>
            </w:r>
          </w:p>
        </w:tc>
        <w:tc>
          <w:tcPr>
            <w:tcW w:w="2438" w:type="dxa"/>
            <w:tcMar>
              <w:top w:w="70" w:type="dxa"/>
              <w:left w:w="80" w:type="dxa"/>
              <w:bottom w:w="70" w:type="dxa"/>
              <w:right w:w="80" w:type="dxa"/>
            </w:tcMar>
            <w:vAlign w:val="center"/>
          </w:tcPr>
          <w:p w14:paraId="290D38C4" w14:textId="77777777" w:rsidR="00650973" w:rsidRDefault="00080072">
            <w:r>
              <w:rPr>
                <w:rFonts w:ascii="Arial" w:hAnsi="Arial"/>
                <w:sz w:val="20"/>
              </w:rPr>
              <w:t>Très proche ; ≈0,4 km (approx. citée)</w:t>
            </w:r>
          </w:p>
        </w:tc>
      </w:tr>
      <w:tr w:rsidR="00650973" w14:paraId="14941FC5" w14:textId="77777777">
        <w:trPr>
          <w:cantSplit/>
          <w:jc w:val="center"/>
        </w:trPr>
        <w:tc>
          <w:tcPr>
            <w:tcW w:w="567" w:type="dxa"/>
            <w:shd w:val="clear" w:color="auto" w:fill="F8FAF8"/>
            <w:tcMar>
              <w:top w:w="70" w:type="dxa"/>
              <w:left w:w="80" w:type="dxa"/>
              <w:bottom w:w="70" w:type="dxa"/>
              <w:right w:w="80" w:type="dxa"/>
            </w:tcMar>
            <w:vAlign w:val="center"/>
          </w:tcPr>
          <w:p w14:paraId="7F753421" w14:textId="77777777" w:rsidR="00650973" w:rsidRDefault="00080072">
            <w:r>
              <w:rPr>
                <w:rFonts w:ascii="Arial" w:hAnsi="Arial"/>
                <w:sz w:val="20"/>
              </w:rPr>
              <w:t>2</w:t>
            </w:r>
          </w:p>
        </w:tc>
        <w:tc>
          <w:tcPr>
            <w:tcW w:w="2721" w:type="dxa"/>
            <w:shd w:val="clear" w:color="auto" w:fill="F8FAF8"/>
            <w:tcMar>
              <w:top w:w="70" w:type="dxa"/>
              <w:left w:w="80" w:type="dxa"/>
              <w:bottom w:w="70" w:type="dxa"/>
              <w:right w:w="80" w:type="dxa"/>
            </w:tcMar>
            <w:vAlign w:val="center"/>
          </w:tcPr>
          <w:p w14:paraId="4E5DBFB6" w14:textId="77777777" w:rsidR="00650973" w:rsidRDefault="00080072">
            <w:r>
              <w:rPr>
                <w:rFonts w:ascii="Arial" w:hAnsi="Arial"/>
                <w:sz w:val="20"/>
              </w:rPr>
              <w:t>Restaurante Campo de Golf de Maspalomas</w:t>
            </w:r>
          </w:p>
        </w:tc>
        <w:tc>
          <w:tcPr>
            <w:tcW w:w="3572" w:type="dxa"/>
            <w:shd w:val="clear" w:color="auto" w:fill="F8FAF8"/>
            <w:tcMar>
              <w:top w:w="70" w:type="dxa"/>
              <w:left w:w="80" w:type="dxa"/>
              <w:bottom w:w="70" w:type="dxa"/>
              <w:right w:w="80" w:type="dxa"/>
            </w:tcMar>
            <w:vAlign w:val="center"/>
          </w:tcPr>
          <w:p w14:paraId="7D908E58" w14:textId="77777777" w:rsidR="00650973" w:rsidRDefault="00080072">
            <w:r>
              <w:rPr>
                <w:rFonts w:ascii="Arial" w:hAnsi="Arial"/>
                <w:sz w:val="20"/>
              </w:rPr>
              <w:t>Av. Touroperador Neckermann 0 — Campo Internacional</w:t>
            </w:r>
          </w:p>
        </w:tc>
        <w:tc>
          <w:tcPr>
            <w:tcW w:w="2438" w:type="dxa"/>
            <w:shd w:val="clear" w:color="auto" w:fill="F8FAF8"/>
            <w:tcMar>
              <w:top w:w="70" w:type="dxa"/>
              <w:left w:w="80" w:type="dxa"/>
              <w:bottom w:w="70" w:type="dxa"/>
              <w:right w:w="80" w:type="dxa"/>
            </w:tcMar>
            <w:vAlign w:val="center"/>
          </w:tcPr>
          <w:p w14:paraId="2DB1AF05" w14:textId="77777777" w:rsidR="00650973" w:rsidRDefault="00080072">
            <w:r>
              <w:rPr>
                <w:rFonts w:ascii="Arial" w:hAnsi="Arial"/>
                <w:sz w:val="20"/>
              </w:rPr>
              <w:t>Très proche ; ≈280 m</w:t>
            </w:r>
          </w:p>
        </w:tc>
      </w:tr>
      <w:tr w:rsidR="00650973" w14:paraId="18CFB8B5" w14:textId="77777777">
        <w:trPr>
          <w:cantSplit/>
          <w:jc w:val="center"/>
        </w:trPr>
        <w:tc>
          <w:tcPr>
            <w:tcW w:w="567" w:type="dxa"/>
            <w:tcMar>
              <w:top w:w="70" w:type="dxa"/>
              <w:left w:w="80" w:type="dxa"/>
              <w:bottom w:w="70" w:type="dxa"/>
              <w:right w:w="80" w:type="dxa"/>
            </w:tcMar>
            <w:vAlign w:val="center"/>
          </w:tcPr>
          <w:p w14:paraId="119390F3" w14:textId="77777777" w:rsidR="00650973" w:rsidRDefault="00080072">
            <w:r>
              <w:rPr>
                <w:rFonts w:ascii="Arial" w:hAnsi="Arial"/>
                <w:sz w:val="20"/>
              </w:rPr>
              <w:t>3</w:t>
            </w:r>
          </w:p>
        </w:tc>
        <w:tc>
          <w:tcPr>
            <w:tcW w:w="2721" w:type="dxa"/>
            <w:tcMar>
              <w:top w:w="70" w:type="dxa"/>
              <w:left w:w="80" w:type="dxa"/>
              <w:bottom w:w="70" w:type="dxa"/>
              <w:right w:w="80" w:type="dxa"/>
            </w:tcMar>
            <w:vAlign w:val="center"/>
          </w:tcPr>
          <w:p w14:paraId="652C7F96" w14:textId="77777777" w:rsidR="00650973" w:rsidRDefault="00080072">
            <w:r>
              <w:rPr>
                <w:rFonts w:ascii="Arial" w:hAnsi="Arial"/>
                <w:sz w:val="20"/>
              </w:rPr>
              <w:t>Bungalows Vistaflor</w:t>
            </w:r>
          </w:p>
        </w:tc>
        <w:tc>
          <w:tcPr>
            <w:tcW w:w="3572" w:type="dxa"/>
            <w:tcMar>
              <w:top w:w="70" w:type="dxa"/>
              <w:left w:w="80" w:type="dxa"/>
              <w:bottom w:w="70" w:type="dxa"/>
              <w:right w:w="80" w:type="dxa"/>
            </w:tcMar>
            <w:vAlign w:val="center"/>
          </w:tcPr>
          <w:p w14:paraId="77277801" w14:textId="77777777" w:rsidR="00650973" w:rsidRDefault="00080072">
            <w:r>
              <w:rPr>
                <w:rFonts w:ascii="Arial" w:hAnsi="Arial"/>
                <w:sz w:val="20"/>
              </w:rPr>
              <w:t>Av. Touroperador Neckermann, secteur Vistaflor — Campo Internacional</w:t>
            </w:r>
          </w:p>
        </w:tc>
        <w:tc>
          <w:tcPr>
            <w:tcW w:w="2438" w:type="dxa"/>
            <w:tcMar>
              <w:top w:w="70" w:type="dxa"/>
              <w:left w:w="80" w:type="dxa"/>
              <w:bottom w:w="70" w:type="dxa"/>
              <w:right w:w="80" w:type="dxa"/>
            </w:tcMar>
            <w:vAlign w:val="center"/>
          </w:tcPr>
          <w:p w14:paraId="4033A863" w14:textId="77777777" w:rsidR="00650973" w:rsidRDefault="00080072">
            <w:r>
              <w:rPr>
                <w:rFonts w:ascii="Arial" w:hAnsi="Arial"/>
                <w:sz w:val="20"/>
              </w:rPr>
              <w:t>Très proche ; Non établie</w:t>
            </w:r>
          </w:p>
        </w:tc>
      </w:tr>
      <w:tr w:rsidR="00650973" w14:paraId="6FBCD35A" w14:textId="77777777">
        <w:trPr>
          <w:cantSplit/>
          <w:jc w:val="center"/>
        </w:trPr>
        <w:tc>
          <w:tcPr>
            <w:tcW w:w="567" w:type="dxa"/>
            <w:shd w:val="clear" w:color="auto" w:fill="F8FAF8"/>
            <w:tcMar>
              <w:top w:w="70" w:type="dxa"/>
              <w:left w:w="80" w:type="dxa"/>
              <w:bottom w:w="70" w:type="dxa"/>
              <w:right w:w="80" w:type="dxa"/>
            </w:tcMar>
            <w:vAlign w:val="center"/>
          </w:tcPr>
          <w:p w14:paraId="73EDA9F4" w14:textId="77777777" w:rsidR="00650973" w:rsidRDefault="00080072">
            <w:r>
              <w:rPr>
                <w:rFonts w:ascii="Arial" w:hAnsi="Arial"/>
                <w:sz w:val="20"/>
              </w:rPr>
              <w:t>4</w:t>
            </w:r>
          </w:p>
        </w:tc>
        <w:tc>
          <w:tcPr>
            <w:tcW w:w="2721" w:type="dxa"/>
            <w:shd w:val="clear" w:color="auto" w:fill="F8FAF8"/>
            <w:tcMar>
              <w:top w:w="70" w:type="dxa"/>
              <w:left w:w="80" w:type="dxa"/>
              <w:bottom w:w="70" w:type="dxa"/>
              <w:right w:w="80" w:type="dxa"/>
            </w:tcMar>
            <w:vAlign w:val="center"/>
          </w:tcPr>
          <w:p w14:paraId="7F9DEA4D" w14:textId="77777777" w:rsidR="00650973" w:rsidRDefault="00080072">
            <w:r>
              <w:rPr>
                <w:rFonts w:ascii="Arial" w:hAnsi="Arial"/>
                <w:sz w:val="20"/>
              </w:rPr>
              <w:t>eó Maspalomas Resort</w:t>
            </w:r>
          </w:p>
        </w:tc>
        <w:tc>
          <w:tcPr>
            <w:tcW w:w="3572" w:type="dxa"/>
            <w:shd w:val="clear" w:color="auto" w:fill="F8FAF8"/>
            <w:tcMar>
              <w:top w:w="70" w:type="dxa"/>
              <w:left w:w="80" w:type="dxa"/>
              <w:bottom w:w="70" w:type="dxa"/>
              <w:right w:w="80" w:type="dxa"/>
            </w:tcMar>
            <w:vAlign w:val="center"/>
          </w:tcPr>
          <w:p w14:paraId="68328521" w14:textId="77777777" w:rsidR="00650973" w:rsidRDefault="00080072">
            <w:r>
              <w:rPr>
                <w:rFonts w:ascii="Arial" w:hAnsi="Arial"/>
                <w:sz w:val="20"/>
              </w:rPr>
              <w:t>Av. Touroperador Neckermann 3 — Campo Internacional</w:t>
            </w:r>
          </w:p>
        </w:tc>
        <w:tc>
          <w:tcPr>
            <w:tcW w:w="2438" w:type="dxa"/>
            <w:shd w:val="clear" w:color="auto" w:fill="F8FAF8"/>
            <w:tcMar>
              <w:top w:w="70" w:type="dxa"/>
              <w:left w:w="80" w:type="dxa"/>
              <w:bottom w:w="70" w:type="dxa"/>
              <w:right w:w="80" w:type="dxa"/>
            </w:tcMar>
            <w:vAlign w:val="center"/>
          </w:tcPr>
          <w:p w14:paraId="752A3840" w14:textId="77777777" w:rsidR="00650973" w:rsidRDefault="00080072">
            <w:r>
              <w:rPr>
                <w:rFonts w:ascii="Arial" w:hAnsi="Arial"/>
                <w:sz w:val="20"/>
              </w:rPr>
              <w:t>Très proche ; Non établie</w:t>
            </w:r>
          </w:p>
        </w:tc>
      </w:tr>
      <w:tr w:rsidR="00650973" w14:paraId="397CE16D" w14:textId="77777777">
        <w:trPr>
          <w:cantSplit/>
          <w:jc w:val="center"/>
        </w:trPr>
        <w:tc>
          <w:tcPr>
            <w:tcW w:w="567" w:type="dxa"/>
            <w:tcMar>
              <w:top w:w="70" w:type="dxa"/>
              <w:left w:w="80" w:type="dxa"/>
              <w:bottom w:w="70" w:type="dxa"/>
              <w:right w:w="80" w:type="dxa"/>
            </w:tcMar>
            <w:vAlign w:val="center"/>
          </w:tcPr>
          <w:p w14:paraId="3A05174F" w14:textId="77777777" w:rsidR="00650973" w:rsidRDefault="00080072">
            <w:r>
              <w:rPr>
                <w:rFonts w:ascii="Arial" w:hAnsi="Arial"/>
                <w:sz w:val="20"/>
              </w:rPr>
              <w:t>5</w:t>
            </w:r>
          </w:p>
        </w:tc>
        <w:tc>
          <w:tcPr>
            <w:tcW w:w="2721" w:type="dxa"/>
            <w:tcMar>
              <w:top w:w="70" w:type="dxa"/>
              <w:left w:w="80" w:type="dxa"/>
              <w:bottom w:w="70" w:type="dxa"/>
              <w:right w:w="80" w:type="dxa"/>
            </w:tcMar>
            <w:vAlign w:val="center"/>
          </w:tcPr>
          <w:p w14:paraId="705C1607" w14:textId="77777777" w:rsidR="00650973" w:rsidRDefault="00080072">
            <w:r>
              <w:rPr>
                <w:rFonts w:ascii="Arial" w:hAnsi="Arial"/>
                <w:sz w:val="20"/>
              </w:rPr>
              <w:t>Bungalows Cordial Green Golf</w:t>
            </w:r>
          </w:p>
        </w:tc>
        <w:tc>
          <w:tcPr>
            <w:tcW w:w="3572" w:type="dxa"/>
            <w:tcMar>
              <w:top w:w="70" w:type="dxa"/>
              <w:left w:w="80" w:type="dxa"/>
              <w:bottom w:w="70" w:type="dxa"/>
              <w:right w:w="80" w:type="dxa"/>
            </w:tcMar>
            <w:vAlign w:val="center"/>
          </w:tcPr>
          <w:p w14:paraId="17C5ECB4" w14:textId="77777777" w:rsidR="00650973" w:rsidRDefault="00080072">
            <w:r>
              <w:rPr>
                <w:rFonts w:ascii="Arial" w:hAnsi="Arial"/>
                <w:sz w:val="20"/>
              </w:rPr>
              <w:t>Av. Touroperador Tjaereborg 2 — Campo Internacional</w:t>
            </w:r>
          </w:p>
        </w:tc>
        <w:tc>
          <w:tcPr>
            <w:tcW w:w="2438" w:type="dxa"/>
            <w:tcMar>
              <w:top w:w="70" w:type="dxa"/>
              <w:left w:w="80" w:type="dxa"/>
              <w:bottom w:w="70" w:type="dxa"/>
              <w:right w:w="80" w:type="dxa"/>
            </w:tcMar>
            <w:vAlign w:val="center"/>
          </w:tcPr>
          <w:p w14:paraId="1F166712" w14:textId="77777777" w:rsidR="00650973" w:rsidRDefault="00080072">
            <w:r>
              <w:rPr>
                <w:rFonts w:ascii="Arial" w:hAnsi="Arial"/>
                <w:sz w:val="20"/>
              </w:rPr>
              <w:t>Proche ; Non établie</w:t>
            </w:r>
          </w:p>
        </w:tc>
      </w:tr>
      <w:tr w:rsidR="00650973" w14:paraId="439E8217" w14:textId="77777777">
        <w:trPr>
          <w:cantSplit/>
          <w:jc w:val="center"/>
        </w:trPr>
        <w:tc>
          <w:tcPr>
            <w:tcW w:w="567" w:type="dxa"/>
            <w:shd w:val="clear" w:color="auto" w:fill="F8FAF8"/>
            <w:tcMar>
              <w:top w:w="70" w:type="dxa"/>
              <w:left w:w="80" w:type="dxa"/>
              <w:bottom w:w="70" w:type="dxa"/>
              <w:right w:w="80" w:type="dxa"/>
            </w:tcMar>
            <w:vAlign w:val="center"/>
          </w:tcPr>
          <w:p w14:paraId="06E0DBCE" w14:textId="77777777" w:rsidR="00650973" w:rsidRDefault="00080072">
            <w:r>
              <w:rPr>
                <w:rFonts w:ascii="Arial" w:hAnsi="Arial"/>
                <w:sz w:val="20"/>
              </w:rPr>
              <w:t>6</w:t>
            </w:r>
          </w:p>
        </w:tc>
        <w:tc>
          <w:tcPr>
            <w:tcW w:w="2721" w:type="dxa"/>
            <w:shd w:val="clear" w:color="auto" w:fill="F8FAF8"/>
            <w:tcMar>
              <w:top w:w="70" w:type="dxa"/>
              <w:left w:w="80" w:type="dxa"/>
              <w:bottom w:w="70" w:type="dxa"/>
              <w:right w:w="80" w:type="dxa"/>
            </w:tcMar>
            <w:vAlign w:val="center"/>
          </w:tcPr>
          <w:p w14:paraId="7B5D3311" w14:textId="77777777" w:rsidR="00650973" w:rsidRDefault="00080072">
            <w:r>
              <w:rPr>
                <w:rFonts w:ascii="Arial" w:hAnsi="Arial"/>
                <w:sz w:val="20"/>
              </w:rPr>
              <w:t>Toro Piedra – Faro 2</w:t>
            </w:r>
          </w:p>
        </w:tc>
        <w:tc>
          <w:tcPr>
            <w:tcW w:w="3572" w:type="dxa"/>
            <w:shd w:val="clear" w:color="auto" w:fill="F8FAF8"/>
            <w:tcMar>
              <w:top w:w="70" w:type="dxa"/>
              <w:left w:w="80" w:type="dxa"/>
              <w:bottom w:w="70" w:type="dxa"/>
              <w:right w:w="80" w:type="dxa"/>
            </w:tcMar>
            <w:vAlign w:val="center"/>
          </w:tcPr>
          <w:p w14:paraId="417D0D16" w14:textId="77777777" w:rsidR="00650973" w:rsidRDefault="00080072">
            <w:r>
              <w:rPr>
                <w:rFonts w:ascii="Arial" w:hAnsi="Arial"/>
                <w:sz w:val="20"/>
              </w:rPr>
              <w:t>C.C. Faro 2 — Campo Internacional / Faro 2</w:t>
            </w:r>
          </w:p>
        </w:tc>
        <w:tc>
          <w:tcPr>
            <w:tcW w:w="2438" w:type="dxa"/>
            <w:shd w:val="clear" w:color="auto" w:fill="F8FAF8"/>
            <w:tcMar>
              <w:top w:w="70" w:type="dxa"/>
              <w:left w:w="80" w:type="dxa"/>
              <w:bottom w:w="70" w:type="dxa"/>
              <w:right w:w="80" w:type="dxa"/>
            </w:tcMar>
            <w:vAlign w:val="center"/>
          </w:tcPr>
          <w:p w14:paraId="756BCCD8" w14:textId="77777777" w:rsidR="00650973" w:rsidRDefault="00080072">
            <w:r>
              <w:rPr>
                <w:rFonts w:ascii="Arial" w:hAnsi="Arial"/>
                <w:sz w:val="20"/>
              </w:rPr>
              <w:t>Proche ; Faro 2 ≈0,3 km de Dunaflor (centre)</w:t>
            </w:r>
          </w:p>
        </w:tc>
      </w:tr>
      <w:tr w:rsidR="00650973" w14:paraId="72E24495" w14:textId="77777777">
        <w:trPr>
          <w:cantSplit/>
          <w:jc w:val="center"/>
        </w:trPr>
        <w:tc>
          <w:tcPr>
            <w:tcW w:w="567" w:type="dxa"/>
            <w:tcMar>
              <w:top w:w="70" w:type="dxa"/>
              <w:left w:w="80" w:type="dxa"/>
              <w:bottom w:w="70" w:type="dxa"/>
              <w:right w:w="80" w:type="dxa"/>
            </w:tcMar>
            <w:vAlign w:val="center"/>
          </w:tcPr>
          <w:p w14:paraId="32F17D81" w14:textId="77777777" w:rsidR="00650973" w:rsidRDefault="00080072">
            <w:r>
              <w:rPr>
                <w:rFonts w:ascii="Arial" w:hAnsi="Arial"/>
                <w:sz w:val="20"/>
              </w:rPr>
              <w:t>7</w:t>
            </w:r>
          </w:p>
        </w:tc>
        <w:tc>
          <w:tcPr>
            <w:tcW w:w="2721" w:type="dxa"/>
            <w:tcMar>
              <w:top w:w="70" w:type="dxa"/>
              <w:left w:w="80" w:type="dxa"/>
              <w:bottom w:w="70" w:type="dxa"/>
              <w:right w:w="80" w:type="dxa"/>
            </w:tcMar>
            <w:vAlign w:val="center"/>
          </w:tcPr>
          <w:p w14:paraId="75688CD6" w14:textId="77777777" w:rsidR="00650973" w:rsidRDefault="00080072">
            <w:r>
              <w:rPr>
                <w:rFonts w:ascii="Arial" w:hAnsi="Arial"/>
                <w:sz w:val="20"/>
              </w:rPr>
              <w:t>Cleopatra – Faro 2</w:t>
            </w:r>
          </w:p>
        </w:tc>
        <w:tc>
          <w:tcPr>
            <w:tcW w:w="3572" w:type="dxa"/>
            <w:tcMar>
              <w:top w:w="70" w:type="dxa"/>
              <w:left w:w="80" w:type="dxa"/>
              <w:bottom w:w="70" w:type="dxa"/>
              <w:right w:w="80" w:type="dxa"/>
            </w:tcMar>
            <w:vAlign w:val="center"/>
          </w:tcPr>
          <w:p w14:paraId="46EFD8D1" w14:textId="77777777" w:rsidR="00650973" w:rsidRDefault="00080072">
            <w:r>
              <w:rPr>
                <w:rFonts w:ascii="Arial" w:hAnsi="Arial"/>
                <w:sz w:val="20"/>
              </w:rPr>
              <w:t>Faro 2 / Av. Touroperador Holland Int. — Campo Internacional / Faro 2</w:t>
            </w:r>
          </w:p>
        </w:tc>
        <w:tc>
          <w:tcPr>
            <w:tcW w:w="2438" w:type="dxa"/>
            <w:tcMar>
              <w:top w:w="70" w:type="dxa"/>
              <w:left w:w="80" w:type="dxa"/>
              <w:bottom w:w="70" w:type="dxa"/>
              <w:right w:w="80" w:type="dxa"/>
            </w:tcMar>
            <w:vAlign w:val="center"/>
          </w:tcPr>
          <w:p w14:paraId="7A5D9321" w14:textId="77777777" w:rsidR="00650973" w:rsidRDefault="00080072">
            <w:r>
              <w:rPr>
                <w:rFonts w:ascii="Arial" w:hAnsi="Arial"/>
                <w:sz w:val="20"/>
              </w:rPr>
              <w:t>Proche ; Faro 2 ≈0,3 km de Dunaflor (centre)</w:t>
            </w:r>
          </w:p>
        </w:tc>
      </w:tr>
      <w:tr w:rsidR="00650973" w14:paraId="2E6F5E31" w14:textId="77777777">
        <w:trPr>
          <w:cantSplit/>
          <w:jc w:val="center"/>
        </w:trPr>
        <w:tc>
          <w:tcPr>
            <w:tcW w:w="567" w:type="dxa"/>
            <w:shd w:val="clear" w:color="auto" w:fill="F8FAF8"/>
            <w:tcMar>
              <w:top w:w="70" w:type="dxa"/>
              <w:left w:w="80" w:type="dxa"/>
              <w:bottom w:w="70" w:type="dxa"/>
              <w:right w:w="80" w:type="dxa"/>
            </w:tcMar>
            <w:vAlign w:val="center"/>
          </w:tcPr>
          <w:p w14:paraId="6D6E0209" w14:textId="77777777" w:rsidR="00650973" w:rsidRDefault="00080072">
            <w:r>
              <w:rPr>
                <w:rFonts w:ascii="Arial" w:hAnsi="Arial"/>
                <w:sz w:val="20"/>
              </w:rPr>
              <w:t>8</w:t>
            </w:r>
          </w:p>
        </w:tc>
        <w:tc>
          <w:tcPr>
            <w:tcW w:w="2721" w:type="dxa"/>
            <w:shd w:val="clear" w:color="auto" w:fill="F8FAF8"/>
            <w:tcMar>
              <w:top w:w="70" w:type="dxa"/>
              <w:left w:w="80" w:type="dxa"/>
              <w:bottom w:w="70" w:type="dxa"/>
              <w:right w:w="80" w:type="dxa"/>
            </w:tcMar>
            <w:vAlign w:val="center"/>
          </w:tcPr>
          <w:p w14:paraId="3051017E" w14:textId="77777777" w:rsidR="00650973" w:rsidRDefault="00080072">
            <w:r>
              <w:rPr>
                <w:rFonts w:ascii="Arial" w:hAnsi="Arial"/>
                <w:sz w:val="20"/>
              </w:rPr>
              <w:t>Calma Café</w:t>
            </w:r>
          </w:p>
        </w:tc>
        <w:tc>
          <w:tcPr>
            <w:tcW w:w="3572" w:type="dxa"/>
            <w:shd w:val="clear" w:color="auto" w:fill="F8FAF8"/>
            <w:tcMar>
              <w:top w:w="70" w:type="dxa"/>
              <w:left w:w="80" w:type="dxa"/>
              <w:bottom w:w="70" w:type="dxa"/>
              <w:right w:w="80" w:type="dxa"/>
            </w:tcMar>
            <w:vAlign w:val="center"/>
          </w:tcPr>
          <w:p w14:paraId="2EB2F9BE" w14:textId="77777777" w:rsidR="00650973" w:rsidRDefault="00080072">
            <w:r>
              <w:rPr>
                <w:rFonts w:ascii="Arial" w:hAnsi="Arial"/>
                <w:sz w:val="20"/>
              </w:rPr>
              <w:t>Apt Aloe, Av. de Tirajana 3 — Maspalomas / Playa del Inglés</w:t>
            </w:r>
          </w:p>
        </w:tc>
        <w:tc>
          <w:tcPr>
            <w:tcW w:w="2438" w:type="dxa"/>
            <w:shd w:val="clear" w:color="auto" w:fill="F8FAF8"/>
            <w:tcMar>
              <w:top w:w="70" w:type="dxa"/>
              <w:left w:w="80" w:type="dxa"/>
              <w:bottom w:w="70" w:type="dxa"/>
              <w:right w:w="80" w:type="dxa"/>
            </w:tcMar>
            <w:vAlign w:val="center"/>
          </w:tcPr>
          <w:p w14:paraId="2323C5FE" w14:textId="77777777" w:rsidR="00650973" w:rsidRDefault="00080072">
            <w:r>
              <w:rPr>
                <w:rFonts w:ascii="Arial" w:hAnsi="Arial"/>
                <w:sz w:val="20"/>
              </w:rPr>
              <w:t>À pied élargi / courte voiture ; Non établie</w:t>
            </w:r>
          </w:p>
        </w:tc>
      </w:tr>
      <w:tr w:rsidR="00650973" w14:paraId="1B37252F" w14:textId="77777777">
        <w:trPr>
          <w:cantSplit/>
          <w:jc w:val="center"/>
        </w:trPr>
        <w:tc>
          <w:tcPr>
            <w:tcW w:w="567" w:type="dxa"/>
            <w:tcMar>
              <w:top w:w="70" w:type="dxa"/>
              <w:left w:w="80" w:type="dxa"/>
              <w:bottom w:w="70" w:type="dxa"/>
              <w:right w:w="80" w:type="dxa"/>
            </w:tcMar>
            <w:vAlign w:val="center"/>
          </w:tcPr>
          <w:p w14:paraId="017D4B22" w14:textId="77777777" w:rsidR="00650973" w:rsidRDefault="00080072">
            <w:r>
              <w:rPr>
                <w:rFonts w:ascii="Arial" w:hAnsi="Arial"/>
                <w:sz w:val="20"/>
              </w:rPr>
              <w:t>9</w:t>
            </w:r>
          </w:p>
        </w:tc>
        <w:tc>
          <w:tcPr>
            <w:tcW w:w="2721" w:type="dxa"/>
            <w:tcMar>
              <w:top w:w="70" w:type="dxa"/>
              <w:left w:w="80" w:type="dxa"/>
              <w:bottom w:w="70" w:type="dxa"/>
              <w:right w:w="80" w:type="dxa"/>
            </w:tcMar>
            <w:vAlign w:val="center"/>
          </w:tcPr>
          <w:p w14:paraId="3EB7F5D9" w14:textId="77777777" w:rsidR="00650973" w:rsidRDefault="00080072">
            <w:r>
              <w:rPr>
                <w:rFonts w:ascii="Arial" w:hAnsi="Arial"/>
                <w:sz w:val="20"/>
              </w:rPr>
              <w:t>Oasis Café GC</w:t>
            </w:r>
          </w:p>
        </w:tc>
        <w:tc>
          <w:tcPr>
            <w:tcW w:w="3572" w:type="dxa"/>
            <w:tcMar>
              <w:top w:w="70" w:type="dxa"/>
              <w:left w:w="80" w:type="dxa"/>
              <w:bottom w:w="70" w:type="dxa"/>
              <w:right w:w="80" w:type="dxa"/>
            </w:tcMar>
            <w:vAlign w:val="center"/>
          </w:tcPr>
          <w:p w14:paraId="325F5CE7" w14:textId="77777777" w:rsidR="00650973" w:rsidRDefault="00080072">
            <w:r>
              <w:rPr>
                <w:rFonts w:ascii="Arial" w:hAnsi="Arial"/>
                <w:sz w:val="20"/>
              </w:rPr>
              <w:t>C. Plácido Domingo 10 — San Fernando</w:t>
            </w:r>
          </w:p>
        </w:tc>
        <w:tc>
          <w:tcPr>
            <w:tcW w:w="2438" w:type="dxa"/>
            <w:tcMar>
              <w:top w:w="70" w:type="dxa"/>
              <w:left w:w="80" w:type="dxa"/>
              <w:bottom w:w="70" w:type="dxa"/>
              <w:right w:w="80" w:type="dxa"/>
            </w:tcMar>
            <w:vAlign w:val="center"/>
          </w:tcPr>
          <w:p w14:paraId="0F7BCB69" w14:textId="77777777" w:rsidR="00650973" w:rsidRDefault="00080072">
            <w:r>
              <w:rPr>
                <w:rFonts w:ascii="Arial" w:hAnsi="Arial"/>
                <w:sz w:val="20"/>
              </w:rPr>
              <w:t>Courte voiture ; Non établie</w:t>
            </w:r>
          </w:p>
        </w:tc>
      </w:tr>
      <w:tr w:rsidR="00650973" w14:paraId="026BF3FF" w14:textId="77777777">
        <w:trPr>
          <w:cantSplit/>
          <w:jc w:val="center"/>
        </w:trPr>
        <w:tc>
          <w:tcPr>
            <w:tcW w:w="567" w:type="dxa"/>
            <w:shd w:val="clear" w:color="auto" w:fill="F8FAF8"/>
            <w:tcMar>
              <w:top w:w="70" w:type="dxa"/>
              <w:left w:w="80" w:type="dxa"/>
              <w:bottom w:w="70" w:type="dxa"/>
              <w:right w:w="80" w:type="dxa"/>
            </w:tcMar>
            <w:vAlign w:val="center"/>
          </w:tcPr>
          <w:p w14:paraId="2D9A2BBB" w14:textId="77777777" w:rsidR="00650973" w:rsidRDefault="00080072">
            <w:r>
              <w:rPr>
                <w:rFonts w:ascii="Arial" w:hAnsi="Arial"/>
                <w:sz w:val="20"/>
              </w:rPr>
              <w:t>10</w:t>
            </w:r>
          </w:p>
        </w:tc>
        <w:tc>
          <w:tcPr>
            <w:tcW w:w="2721" w:type="dxa"/>
            <w:shd w:val="clear" w:color="auto" w:fill="F8FAF8"/>
            <w:tcMar>
              <w:top w:w="70" w:type="dxa"/>
              <w:left w:w="80" w:type="dxa"/>
              <w:bottom w:w="70" w:type="dxa"/>
              <w:right w:w="80" w:type="dxa"/>
            </w:tcMar>
            <w:vAlign w:val="center"/>
          </w:tcPr>
          <w:p w14:paraId="0E8C6C7E" w14:textId="77777777" w:rsidR="00650973" w:rsidRDefault="00080072">
            <w:r>
              <w:rPr>
                <w:rFonts w:ascii="Arial" w:hAnsi="Arial"/>
                <w:sz w:val="20"/>
              </w:rPr>
              <w:t>Patio Canario</w:t>
            </w:r>
          </w:p>
        </w:tc>
        <w:tc>
          <w:tcPr>
            <w:tcW w:w="3572" w:type="dxa"/>
            <w:shd w:val="clear" w:color="auto" w:fill="F8FAF8"/>
            <w:tcMar>
              <w:top w:w="70" w:type="dxa"/>
              <w:left w:w="80" w:type="dxa"/>
              <w:bottom w:w="70" w:type="dxa"/>
              <w:right w:w="80" w:type="dxa"/>
            </w:tcMar>
            <w:vAlign w:val="center"/>
          </w:tcPr>
          <w:p w14:paraId="3C2AE328" w14:textId="77777777" w:rsidR="00650973" w:rsidRDefault="00080072">
            <w:r>
              <w:rPr>
                <w:rFonts w:ascii="Arial" w:hAnsi="Arial"/>
                <w:sz w:val="20"/>
              </w:rPr>
              <w:t>Calle / Av. de Tenerife 8 — Playa del Inglés</w:t>
            </w:r>
          </w:p>
        </w:tc>
        <w:tc>
          <w:tcPr>
            <w:tcW w:w="2438" w:type="dxa"/>
            <w:shd w:val="clear" w:color="auto" w:fill="F8FAF8"/>
            <w:tcMar>
              <w:top w:w="70" w:type="dxa"/>
              <w:left w:w="80" w:type="dxa"/>
              <w:bottom w:w="70" w:type="dxa"/>
              <w:right w:w="80" w:type="dxa"/>
            </w:tcMar>
            <w:vAlign w:val="center"/>
          </w:tcPr>
          <w:p w14:paraId="54595703" w14:textId="77777777" w:rsidR="00650973" w:rsidRDefault="00080072">
            <w:r>
              <w:rPr>
                <w:rFonts w:ascii="Arial" w:hAnsi="Arial"/>
                <w:sz w:val="20"/>
              </w:rPr>
              <w:t>Courte voiture ; Non établie</w:t>
            </w:r>
          </w:p>
        </w:tc>
      </w:tr>
      <w:tr w:rsidR="00650973" w14:paraId="2B3A53DC" w14:textId="77777777">
        <w:trPr>
          <w:cantSplit/>
          <w:jc w:val="center"/>
        </w:trPr>
        <w:tc>
          <w:tcPr>
            <w:tcW w:w="567" w:type="dxa"/>
            <w:tcMar>
              <w:top w:w="70" w:type="dxa"/>
              <w:left w:w="80" w:type="dxa"/>
              <w:bottom w:w="70" w:type="dxa"/>
              <w:right w:w="80" w:type="dxa"/>
            </w:tcMar>
            <w:vAlign w:val="center"/>
          </w:tcPr>
          <w:p w14:paraId="027C3251" w14:textId="77777777" w:rsidR="00650973" w:rsidRDefault="00080072">
            <w:r>
              <w:rPr>
                <w:rFonts w:ascii="Arial" w:hAnsi="Arial"/>
                <w:sz w:val="20"/>
              </w:rPr>
              <w:t>11</w:t>
            </w:r>
          </w:p>
        </w:tc>
        <w:tc>
          <w:tcPr>
            <w:tcW w:w="2721" w:type="dxa"/>
            <w:tcMar>
              <w:top w:w="70" w:type="dxa"/>
              <w:left w:w="80" w:type="dxa"/>
              <w:bottom w:w="70" w:type="dxa"/>
              <w:right w:w="80" w:type="dxa"/>
            </w:tcMar>
            <w:vAlign w:val="center"/>
          </w:tcPr>
          <w:p w14:paraId="71A2F523" w14:textId="77777777" w:rsidR="00650973" w:rsidRDefault="00080072">
            <w:r>
              <w:rPr>
                <w:rFonts w:ascii="Arial" w:hAnsi="Arial"/>
                <w:sz w:val="20"/>
              </w:rPr>
              <w:t>Casas Pepe Apartments &amp; Spa</w:t>
            </w:r>
          </w:p>
        </w:tc>
        <w:tc>
          <w:tcPr>
            <w:tcW w:w="3572" w:type="dxa"/>
            <w:tcMar>
              <w:top w:w="70" w:type="dxa"/>
              <w:left w:w="80" w:type="dxa"/>
              <w:bottom w:w="70" w:type="dxa"/>
              <w:right w:w="80" w:type="dxa"/>
            </w:tcMar>
            <w:vAlign w:val="center"/>
          </w:tcPr>
          <w:p w14:paraId="13A33AE5" w14:textId="77777777" w:rsidR="00650973" w:rsidRDefault="00080072">
            <w:r>
              <w:rPr>
                <w:rFonts w:ascii="Arial" w:hAnsi="Arial"/>
                <w:sz w:val="20"/>
              </w:rPr>
              <w:t>Av. de Bonn 1 — Playa del Inglés</w:t>
            </w:r>
          </w:p>
        </w:tc>
        <w:tc>
          <w:tcPr>
            <w:tcW w:w="2438" w:type="dxa"/>
            <w:tcMar>
              <w:top w:w="70" w:type="dxa"/>
              <w:left w:w="80" w:type="dxa"/>
              <w:bottom w:w="70" w:type="dxa"/>
              <w:right w:w="80" w:type="dxa"/>
            </w:tcMar>
            <w:vAlign w:val="center"/>
          </w:tcPr>
          <w:p w14:paraId="781726D9" w14:textId="77777777" w:rsidR="00650973" w:rsidRDefault="00080072">
            <w:r>
              <w:rPr>
                <w:rFonts w:ascii="Arial" w:hAnsi="Arial"/>
                <w:sz w:val="20"/>
              </w:rPr>
              <w:t>Courte voiture ; Non établie</w:t>
            </w:r>
          </w:p>
        </w:tc>
      </w:tr>
      <w:tr w:rsidR="00650973" w14:paraId="76A6D2D3" w14:textId="77777777">
        <w:trPr>
          <w:cantSplit/>
          <w:jc w:val="center"/>
        </w:trPr>
        <w:tc>
          <w:tcPr>
            <w:tcW w:w="567" w:type="dxa"/>
            <w:shd w:val="clear" w:color="auto" w:fill="F8FAF8"/>
            <w:tcMar>
              <w:top w:w="70" w:type="dxa"/>
              <w:left w:w="80" w:type="dxa"/>
              <w:bottom w:w="70" w:type="dxa"/>
              <w:right w:w="80" w:type="dxa"/>
            </w:tcMar>
            <w:vAlign w:val="center"/>
          </w:tcPr>
          <w:p w14:paraId="77AFF0AA" w14:textId="77777777" w:rsidR="00650973" w:rsidRDefault="00080072">
            <w:r>
              <w:rPr>
                <w:rFonts w:ascii="Arial" w:hAnsi="Arial"/>
                <w:sz w:val="20"/>
              </w:rPr>
              <w:lastRenderedPageBreak/>
              <w:t>12</w:t>
            </w:r>
          </w:p>
        </w:tc>
        <w:tc>
          <w:tcPr>
            <w:tcW w:w="2721" w:type="dxa"/>
            <w:shd w:val="clear" w:color="auto" w:fill="F8FAF8"/>
            <w:tcMar>
              <w:top w:w="70" w:type="dxa"/>
              <w:left w:w="80" w:type="dxa"/>
              <w:bottom w:w="70" w:type="dxa"/>
              <w:right w:w="80" w:type="dxa"/>
            </w:tcMar>
            <w:vAlign w:val="center"/>
          </w:tcPr>
          <w:p w14:paraId="33B0B07B" w14:textId="77777777" w:rsidR="00650973" w:rsidRDefault="00080072">
            <w:r>
              <w:rPr>
                <w:rFonts w:ascii="Arial" w:hAnsi="Arial"/>
                <w:sz w:val="20"/>
              </w:rPr>
              <w:t>Gold by Marina</w:t>
            </w:r>
          </w:p>
        </w:tc>
        <w:tc>
          <w:tcPr>
            <w:tcW w:w="3572" w:type="dxa"/>
            <w:shd w:val="clear" w:color="auto" w:fill="F8FAF8"/>
            <w:tcMar>
              <w:top w:w="70" w:type="dxa"/>
              <w:left w:w="80" w:type="dxa"/>
              <w:bottom w:w="70" w:type="dxa"/>
              <w:right w:w="80" w:type="dxa"/>
            </w:tcMar>
            <w:vAlign w:val="center"/>
          </w:tcPr>
          <w:p w14:paraId="1C6F28F1" w14:textId="77777777" w:rsidR="00650973" w:rsidRDefault="00080072">
            <w:r>
              <w:rPr>
                <w:rFonts w:ascii="Arial" w:hAnsi="Arial"/>
                <w:sz w:val="20"/>
              </w:rPr>
              <w:t>Av. Estados Unidos 15 — Playa del Inglés</w:t>
            </w:r>
          </w:p>
        </w:tc>
        <w:tc>
          <w:tcPr>
            <w:tcW w:w="2438" w:type="dxa"/>
            <w:shd w:val="clear" w:color="auto" w:fill="F8FAF8"/>
            <w:tcMar>
              <w:top w:w="70" w:type="dxa"/>
              <w:left w:w="80" w:type="dxa"/>
              <w:bottom w:w="70" w:type="dxa"/>
              <w:right w:w="80" w:type="dxa"/>
            </w:tcMar>
            <w:vAlign w:val="center"/>
          </w:tcPr>
          <w:p w14:paraId="6F825940" w14:textId="77777777" w:rsidR="00650973" w:rsidRDefault="00080072">
            <w:r>
              <w:rPr>
                <w:rFonts w:ascii="Arial" w:hAnsi="Arial"/>
                <w:sz w:val="20"/>
              </w:rPr>
              <w:t>Courte voiture ; Non établie</w:t>
            </w:r>
          </w:p>
        </w:tc>
      </w:tr>
      <w:tr w:rsidR="00650973" w14:paraId="35F83BDB" w14:textId="77777777">
        <w:trPr>
          <w:cantSplit/>
          <w:jc w:val="center"/>
        </w:trPr>
        <w:tc>
          <w:tcPr>
            <w:tcW w:w="567" w:type="dxa"/>
            <w:tcMar>
              <w:top w:w="70" w:type="dxa"/>
              <w:left w:w="80" w:type="dxa"/>
              <w:bottom w:w="70" w:type="dxa"/>
              <w:right w:w="80" w:type="dxa"/>
            </w:tcMar>
            <w:vAlign w:val="center"/>
          </w:tcPr>
          <w:p w14:paraId="78F2DC1D" w14:textId="77777777" w:rsidR="00650973" w:rsidRDefault="00080072">
            <w:r>
              <w:rPr>
                <w:rFonts w:ascii="Arial" w:hAnsi="Arial"/>
                <w:sz w:val="20"/>
              </w:rPr>
              <w:t>13</w:t>
            </w:r>
          </w:p>
        </w:tc>
        <w:tc>
          <w:tcPr>
            <w:tcW w:w="2721" w:type="dxa"/>
            <w:tcMar>
              <w:top w:w="70" w:type="dxa"/>
              <w:left w:w="80" w:type="dxa"/>
              <w:bottom w:w="70" w:type="dxa"/>
              <w:right w:w="80" w:type="dxa"/>
            </w:tcMar>
            <w:vAlign w:val="center"/>
          </w:tcPr>
          <w:p w14:paraId="17F3414B" w14:textId="77777777" w:rsidR="00650973" w:rsidRDefault="00080072">
            <w:r>
              <w:rPr>
                <w:rFonts w:ascii="Arial" w:hAnsi="Arial"/>
                <w:sz w:val="20"/>
              </w:rPr>
              <w:t>Bohemia Suites &amp; Spa</w:t>
            </w:r>
          </w:p>
        </w:tc>
        <w:tc>
          <w:tcPr>
            <w:tcW w:w="3572" w:type="dxa"/>
            <w:tcMar>
              <w:top w:w="70" w:type="dxa"/>
              <w:left w:w="80" w:type="dxa"/>
              <w:bottom w:w="70" w:type="dxa"/>
              <w:right w:w="80" w:type="dxa"/>
            </w:tcMar>
            <w:vAlign w:val="center"/>
          </w:tcPr>
          <w:p w14:paraId="6A1C9E5B" w14:textId="77777777" w:rsidR="00650973" w:rsidRDefault="00080072">
            <w:r>
              <w:rPr>
                <w:rFonts w:ascii="Arial" w:hAnsi="Arial"/>
                <w:sz w:val="20"/>
              </w:rPr>
              <w:t>Av. Estados Unidos 28 — Playa del Inglés</w:t>
            </w:r>
          </w:p>
        </w:tc>
        <w:tc>
          <w:tcPr>
            <w:tcW w:w="2438" w:type="dxa"/>
            <w:tcMar>
              <w:top w:w="70" w:type="dxa"/>
              <w:left w:w="80" w:type="dxa"/>
              <w:bottom w:w="70" w:type="dxa"/>
              <w:right w:w="80" w:type="dxa"/>
            </w:tcMar>
            <w:vAlign w:val="center"/>
          </w:tcPr>
          <w:p w14:paraId="66F3E72B" w14:textId="77777777" w:rsidR="00650973" w:rsidRDefault="00080072">
            <w:r>
              <w:rPr>
                <w:rFonts w:ascii="Arial" w:hAnsi="Arial"/>
                <w:sz w:val="20"/>
              </w:rPr>
              <w:t>Courte voiture ; Non établie</w:t>
            </w:r>
          </w:p>
        </w:tc>
      </w:tr>
      <w:tr w:rsidR="00650973" w14:paraId="731BD982" w14:textId="77777777">
        <w:trPr>
          <w:cantSplit/>
          <w:jc w:val="center"/>
        </w:trPr>
        <w:tc>
          <w:tcPr>
            <w:tcW w:w="567" w:type="dxa"/>
            <w:shd w:val="clear" w:color="auto" w:fill="F8FAF8"/>
            <w:tcMar>
              <w:top w:w="70" w:type="dxa"/>
              <w:left w:w="80" w:type="dxa"/>
              <w:bottom w:w="70" w:type="dxa"/>
              <w:right w:w="80" w:type="dxa"/>
            </w:tcMar>
            <w:vAlign w:val="center"/>
          </w:tcPr>
          <w:p w14:paraId="0F1D153B" w14:textId="77777777" w:rsidR="00650973" w:rsidRDefault="00080072">
            <w:r>
              <w:rPr>
                <w:rFonts w:ascii="Arial" w:hAnsi="Arial"/>
                <w:sz w:val="20"/>
              </w:rPr>
              <w:t>14</w:t>
            </w:r>
          </w:p>
        </w:tc>
        <w:tc>
          <w:tcPr>
            <w:tcW w:w="2721" w:type="dxa"/>
            <w:shd w:val="clear" w:color="auto" w:fill="F8FAF8"/>
            <w:tcMar>
              <w:top w:w="70" w:type="dxa"/>
              <w:left w:w="80" w:type="dxa"/>
              <w:bottom w:w="70" w:type="dxa"/>
              <w:right w:w="80" w:type="dxa"/>
            </w:tcMar>
            <w:vAlign w:val="center"/>
          </w:tcPr>
          <w:p w14:paraId="69C435A6" w14:textId="77777777" w:rsidR="00650973" w:rsidRDefault="00080072">
            <w:r>
              <w:rPr>
                <w:rFonts w:ascii="Arial" w:hAnsi="Arial"/>
                <w:sz w:val="20"/>
              </w:rPr>
              <w:t>Corallium Dunamar by Lopesan</w:t>
            </w:r>
          </w:p>
        </w:tc>
        <w:tc>
          <w:tcPr>
            <w:tcW w:w="3572" w:type="dxa"/>
            <w:shd w:val="clear" w:color="auto" w:fill="F8FAF8"/>
            <w:tcMar>
              <w:top w:w="70" w:type="dxa"/>
              <w:left w:w="80" w:type="dxa"/>
              <w:bottom w:w="70" w:type="dxa"/>
              <w:right w:w="80" w:type="dxa"/>
            </w:tcMar>
            <w:vAlign w:val="center"/>
          </w:tcPr>
          <w:p w14:paraId="274B0A81" w14:textId="77777777" w:rsidR="00650973" w:rsidRDefault="00080072">
            <w:r>
              <w:rPr>
                <w:rFonts w:ascii="Arial" w:hAnsi="Arial"/>
                <w:sz w:val="20"/>
              </w:rPr>
              <w:t>Playa del Inglés — Playa del Inglés</w:t>
            </w:r>
          </w:p>
        </w:tc>
        <w:tc>
          <w:tcPr>
            <w:tcW w:w="2438" w:type="dxa"/>
            <w:shd w:val="clear" w:color="auto" w:fill="F8FAF8"/>
            <w:tcMar>
              <w:top w:w="70" w:type="dxa"/>
              <w:left w:w="80" w:type="dxa"/>
              <w:bottom w:w="70" w:type="dxa"/>
              <w:right w:w="80" w:type="dxa"/>
            </w:tcMar>
            <w:vAlign w:val="center"/>
          </w:tcPr>
          <w:p w14:paraId="04DED19B" w14:textId="77777777" w:rsidR="00650973" w:rsidRDefault="00080072">
            <w:r>
              <w:rPr>
                <w:rFonts w:ascii="Arial" w:hAnsi="Arial"/>
                <w:sz w:val="20"/>
              </w:rPr>
              <w:t>Courte voiture ; Non établie</w:t>
            </w:r>
          </w:p>
        </w:tc>
      </w:tr>
      <w:tr w:rsidR="00650973" w14:paraId="54F0FBE1" w14:textId="77777777">
        <w:trPr>
          <w:cantSplit/>
          <w:jc w:val="center"/>
        </w:trPr>
        <w:tc>
          <w:tcPr>
            <w:tcW w:w="567" w:type="dxa"/>
            <w:tcMar>
              <w:top w:w="70" w:type="dxa"/>
              <w:left w:w="80" w:type="dxa"/>
              <w:bottom w:w="70" w:type="dxa"/>
              <w:right w:w="80" w:type="dxa"/>
            </w:tcMar>
            <w:vAlign w:val="center"/>
          </w:tcPr>
          <w:p w14:paraId="0E7444E5" w14:textId="77777777" w:rsidR="00650973" w:rsidRDefault="00080072">
            <w:r>
              <w:rPr>
                <w:rFonts w:ascii="Arial" w:hAnsi="Arial"/>
                <w:sz w:val="20"/>
              </w:rPr>
              <w:t>15</w:t>
            </w:r>
          </w:p>
        </w:tc>
        <w:tc>
          <w:tcPr>
            <w:tcW w:w="2721" w:type="dxa"/>
            <w:tcMar>
              <w:top w:w="70" w:type="dxa"/>
              <w:left w:w="80" w:type="dxa"/>
              <w:bottom w:w="70" w:type="dxa"/>
              <w:right w:w="80" w:type="dxa"/>
            </w:tcMar>
            <w:vAlign w:val="center"/>
          </w:tcPr>
          <w:p w14:paraId="1D83B1A0" w14:textId="77777777" w:rsidR="00650973" w:rsidRDefault="00080072">
            <w:r>
              <w:rPr>
                <w:rFonts w:ascii="Arial" w:hAnsi="Arial"/>
                <w:sz w:val="20"/>
              </w:rPr>
              <w:t>Maspalomas Princess / Tabaiba Princess</w:t>
            </w:r>
          </w:p>
        </w:tc>
        <w:tc>
          <w:tcPr>
            <w:tcW w:w="3572" w:type="dxa"/>
            <w:tcMar>
              <w:top w:w="70" w:type="dxa"/>
              <w:left w:w="80" w:type="dxa"/>
              <w:bottom w:w="70" w:type="dxa"/>
              <w:right w:w="80" w:type="dxa"/>
            </w:tcMar>
            <w:vAlign w:val="center"/>
          </w:tcPr>
          <w:p w14:paraId="604215F3" w14:textId="77777777" w:rsidR="00650973" w:rsidRDefault="00080072">
            <w:r>
              <w:rPr>
                <w:rFonts w:ascii="Arial" w:hAnsi="Arial"/>
                <w:sz w:val="20"/>
              </w:rPr>
              <w:t>Av. Touroperador TUI — Maspalomas</w:t>
            </w:r>
          </w:p>
        </w:tc>
        <w:tc>
          <w:tcPr>
            <w:tcW w:w="2438" w:type="dxa"/>
            <w:tcMar>
              <w:top w:w="70" w:type="dxa"/>
              <w:left w:w="80" w:type="dxa"/>
              <w:bottom w:w="70" w:type="dxa"/>
              <w:right w:w="80" w:type="dxa"/>
            </w:tcMar>
            <w:vAlign w:val="center"/>
          </w:tcPr>
          <w:p w14:paraId="6250E869" w14:textId="77777777" w:rsidR="00650973" w:rsidRDefault="00080072">
            <w:r>
              <w:rPr>
                <w:rFonts w:ascii="Arial" w:hAnsi="Arial"/>
                <w:sz w:val="20"/>
              </w:rPr>
              <w:t>Courte voiture ; Non établie</w:t>
            </w:r>
          </w:p>
        </w:tc>
      </w:tr>
      <w:tr w:rsidR="00650973" w14:paraId="1808CEF9" w14:textId="77777777">
        <w:trPr>
          <w:cantSplit/>
          <w:jc w:val="center"/>
        </w:trPr>
        <w:tc>
          <w:tcPr>
            <w:tcW w:w="567" w:type="dxa"/>
            <w:shd w:val="clear" w:color="auto" w:fill="F8FAF8"/>
            <w:tcMar>
              <w:top w:w="70" w:type="dxa"/>
              <w:left w:w="80" w:type="dxa"/>
              <w:bottom w:w="70" w:type="dxa"/>
              <w:right w:w="80" w:type="dxa"/>
            </w:tcMar>
            <w:vAlign w:val="center"/>
          </w:tcPr>
          <w:p w14:paraId="3BFBCA9E" w14:textId="77777777" w:rsidR="00650973" w:rsidRDefault="00080072">
            <w:r>
              <w:rPr>
                <w:rFonts w:ascii="Arial" w:hAnsi="Arial"/>
                <w:sz w:val="20"/>
              </w:rPr>
              <w:t>16</w:t>
            </w:r>
          </w:p>
        </w:tc>
        <w:tc>
          <w:tcPr>
            <w:tcW w:w="2721" w:type="dxa"/>
            <w:shd w:val="clear" w:color="auto" w:fill="F8FAF8"/>
            <w:tcMar>
              <w:top w:w="70" w:type="dxa"/>
              <w:left w:w="80" w:type="dxa"/>
              <w:bottom w:w="70" w:type="dxa"/>
              <w:right w:w="80" w:type="dxa"/>
            </w:tcMar>
            <w:vAlign w:val="center"/>
          </w:tcPr>
          <w:p w14:paraId="4598EE1C" w14:textId="77777777" w:rsidR="00650973" w:rsidRDefault="00080072">
            <w:r>
              <w:rPr>
                <w:rFonts w:ascii="Arial" w:hAnsi="Arial"/>
                <w:sz w:val="20"/>
              </w:rPr>
              <w:t>Deliciosa BrunchCafe</w:t>
            </w:r>
          </w:p>
        </w:tc>
        <w:tc>
          <w:tcPr>
            <w:tcW w:w="3572" w:type="dxa"/>
            <w:shd w:val="clear" w:color="auto" w:fill="F8FAF8"/>
            <w:tcMar>
              <w:top w:w="70" w:type="dxa"/>
              <w:left w:w="80" w:type="dxa"/>
              <w:bottom w:w="70" w:type="dxa"/>
              <w:right w:w="80" w:type="dxa"/>
            </w:tcMar>
            <w:vAlign w:val="center"/>
          </w:tcPr>
          <w:p w14:paraId="16F3726E" w14:textId="77777777" w:rsidR="00650973" w:rsidRDefault="00080072">
            <w:r>
              <w:rPr>
                <w:rFonts w:ascii="Arial" w:hAnsi="Arial"/>
                <w:sz w:val="20"/>
              </w:rPr>
              <w:t>C.C. San Agustín, 2e étage — San Agustín</w:t>
            </w:r>
          </w:p>
        </w:tc>
        <w:tc>
          <w:tcPr>
            <w:tcW w:w="2438" w:type="dxa"/>
            <w:shd w:val="clear" w:color="auto" w:fill="F8FAF8"/>
            <w:tcMar>
              <w:top w:w="70" w:type="dxa"/>
              <w:left w:w="80" w:type="dxa"/>
              <w:bottom w:w="70" w:type="dxa"/>
              <w:right w:w="80" w:type="dxa"/>
            </w:tcMar>
            <w:vAlign w:val="center"/>
          </w:tcPr>
          <w:p w14:paraId="147999AA" w14:textId="77777777" w:rsidR="00650973" w:rsidRDefault="00080072">
            <w:r>
              <w:rPr>
                <w:rFonts w:ascii="Arial" w:hAnsi="Arial"/>
                <w:sz w:val="20"/>
              </w:rPr>
              <w:t>Voiture conseillée ; Non établie</w:t>
            </w:r>
          </w:p>
        </w:tc>
      </w:tr>
      <w:tr w:rsidR="00650973" w14:paraId="60D20463" w14:textId="77777777">
        <w:trPr>
          <w:cantSplit/>
          <w:jc w:val="center"/>
        </w:trPr>
        <w:tc>
          <w:tcPr>
            <w:tcW w:w="567" w:type="dxa"/>
            <w:tcMar>
              <w:top w:w="70" w:type="dxa"/>
              <w:left w:w="80" w:type="dxa"/>
              <w:bottom w:w="70" w:type="dxa"/>
              <w:right w:w="80" w:type="dxa"/>
            </w:tcMar>
            <w:vAlign w:val="center"/>
          </w:tcPr>
          <w:p w14:paraId="24F8F37C" w14:textId="77777777" w:rsidR="00650973" w:rsidRDefault="00080072">
            <w:r>
              <w:rPr>
                <w:rFonts w:ascii="Arial" w:hAnsi="Arial"/>
                <w:sz w:val="20"/>
              </w:rPr>
              <w:t>17</w:t>
            </w:r>
          </w:p>
        </w:tc>
        <w:tc>
          <w:tcPr>
            <w:tcW w:w="2721" w:type="dxa"/>
            <w:tcMar>
              <w:top w:w="70" w:type="dxa"/>
              <w:left w:w="80" w:type="dxa"/>
              <w:bottom w:w="70" w:type="dxa"/>
              <w:right w:w="80" w:type="dxa"/>
            </w:tcMar>
            <w:vAlign w:val="center"/>
          </w:tcPr>
          <w:p w14:paraId="7DA1AB64" w14:textId="77777777" w:rsidR="00650973" w:rsidRDefault="00080072">
            <w:r>
              <w:rPr>
                <w:rFonts w:ascii="Arial" w:hAnsi="Arial"/>
                <w:sz w:val="20"/>
              </w:rPr>
              <w:t>Cordial Santa Águeda</w:t>
            </w:r>
          </w:p>
        </w:tc>
        <w:tc>
          <w:tcPr>
            <w:tcW w:w="3572" w:type="dxa"/>
            <w:tcMar>
              <w:top w:w="70" w:type="dxa"/>
              <w:left w:w="80" w:type="dxa"/>
              <w:bottom w:w="70" w:type="dxa"/>
              <w:right w:w="80" w:type="dxa"/>
            </w:tcMar>
            <w:vAlign w:val="center"/>
          </w:tcPr>
          <w:p w14:paraId="3E39293E" w14:textId="77777777" w:rsidR="00650973" w:rsidRDefault="00080072">
            <w:r>
              <w:rPr>
                <w:rFonts w:ascii="Arial" w:hAnsi="Arial"/>
                <w:sz w:val="20"/>
              </w:rPr>
              <w:t>El Pajar / Arguineguín — Sud-ouest</w:t>
            </w:r>
          </w:p>
        </w:tc>
        <w:tc>
          <w:tcPr>
            <w:tcW w:w="2438" w:type="dxa"/>
            <w:tcMar>
              <w:top w:w="70" w:type="dxa"/>
              <w:left w:w="80" w:type="dxa"/>
              <w:bottom w:w="70" w:type="dxa"/>
              <w:right w:w="80" w:type="dxa"/>
            </w:tcMar>
            <w:vAlign w:val="center"/>
          </w:tcPr>
          <w:p w14:paraId="31F00A90" w14:textId="77777777" w:rsidR="00650973" w:rsidRDefault="00080072">
            <w:r>
              <w:rPr>
                <w:rFonts w:ascii="Arial" w:hAnsi="Arial"/>
                <w:sz w:val="20"/>
              </w:rPr>
              <w:t>Voiture conseillée ; Non établie</w:t>
            </w:r>
          </w:p>
        </w:tc>
      </w:tr>
      <w:tr w:rsidR="00650973" w14:paraId="3E7C84F3" w14:textId="77777777">
        <w:trPr>
          <w:cantSplit/>
          <w:jc w:val="center"/>
        </w:trPr>
        <w:tc>
          <w:tcPr>
            <w:tcW w:w="567" w:type="dxa"/>
            <w:shd w:val="clear" w:color="auto" w:fill="F8FAF8"/>
            <w:tcMar>
              <w:top w:w="70" w:type="dxa"/>
              <w:left w:w="80" w:type="dxa"/>
              <w:bottom w:w="70" w:type="dxa"/>
              <w:right w:w="80" w:type="dxa"/>
            </w:tcMar>
            <w:vAlign w:val="center"/>
          </w:tcPr>
          <w:p w14:paraId="73FF2E24" w14:textId="77777777" w:rsidR="00650973" w:rsidRDefault="00080072">
            <w:r>
              <w:rPr>
                <w:rFonts w:ascii="Arial" w:hAnsi="Arial"/>
                <w:sz w:val="20"/>
              </w:rPr>
              <w:t>18</w:t>
            </w:r>
          </w:p>
        </w:tc>
        <w:tc>
          <w:tcPr>
            <w:tcW w:w="2721" w:type="dxa"/>
            <w:shd w:val="clear" w:color="auto" w:fill="F8FAF8"/>
            <w:tcMar>
              <w:top w:w="70" w:type="dxa"/>
              <w:left w:w="80" w:type="dxa"/>
              <w:bottom w:w="70" w:type="dxa"/>
              <w:right w:w="80" w:type="dxa"/>
            </w:tcMar>
            <w:vAlign w:val="center"/>
          </w:tcPr>
          <w:p w14:paraId="1F9A15AA" w14:textId="77777777" w:rsidR="00650973" w:rsidRDefault="00080072">
            <w:r>
              <w:rPr>
                <w:rFonts w:ascii="Arial" w:hAnsi="Arial"/>
                <w:sz w:val="20"/>
              </w:rPr>
              <w:t>HiperDino Express Playmar</w:t>
            </w:r>
          </w:p>
        </w:tc>
        <w:tc>
          <w:tcPr>
            <w:tcW w:w="3572" w:type="dxa"/>
            <w:shd w:val="clear" w:color="auto" w:fill="F8FAF8"/>
            <w:tcMar>
              <w:top w:w="70" w:type="dxa"/>
              <w:left w:w="80" w:type="dxa"/>
              <w:bottom w:w="70" w:type="dxa"/>
              <w:right w:w="80" w:type="dxa"/>
            </w:tcMar>
            <w:vAlign w:val="center"/>
          </w:tcPr>
          <w:p w14:paraId="753DD486" w14:textId="77777777" w:rsidR="00650973" w:rsidRDefault="00080072">
            <w:r>
              <w:rPr>
                <w:rFonts w:ascii="Arial" w:hAnsi="Arial"/>
                <w:sz w:val="20"/>
              </w:rPr>
              <w:t>Av. Touroperador Neckermann 1, C.C. Playmar — Playmar / Campo Internacional</w:t>
            </w:r>
          </w:p>
        </w:tc>
        <w:tc>
          <w:tcPr>
            <w:tcW w:w="2438" w:type="dxa"/>
            <w:shd w:val="clear" w:color="auto" w:fill="F8FAF8"/>
            <w:tcMar>
              <w:top w:w="70" w:type="dxa"/>
              <w:left w:w="80" w:type="dxa"/>
              <w:bottom w:w="70" w:type="dxa"/>
              <w:right w:w="80" w:type="dxa"/>
            </w:tcMar>
            <w:vAlign w:val="center"/>
          </w:tcPr>
          <w:p w14:paraId="600F1A9B" w14:textId="77777777" w:rsidR="00650973" w:rsidRDefault="00080072">
            <w:r>
              <w:rPr>
                <w:rFonts w:ascii="Arial" w:hAnsi="Arial"/>
                <w:sz w:val="20"/>
              </w:rPr>
              <w:t>Immédiat / très proche ; Supermarché cité à ~15 m dans une annonce Dunaflor</w:t>
            </w:r>
          </w:p>
        </w:tc>
      </w:tr>
    </w:tbl>
    <w:p w14:paraId="4A05338C" w14:textId="77777777" w:rsidR="00650973" w:rsidRDefault="00080072">
      <w:r>
        <w:rPr>
          <w:rFonts w:ascii="Arial" w:hAnsi="Arial"/>
          <w:b/>
          <w:color w:val="2F6B4F"/>
          <w:sz w:val="23"/>
        </w:rPr>
        <w:t>C. Accès depuis Dunaflor Verde</w:t>
      </w:r>
    </w:p>
    <w:tbl>
      <w:tblPr>
        <w:tblStyle w:val="Grilledutableau"/>
        <w:tblW w:w="0" w:type="auto"/>
        <w:jc w:val="center"/>
        <w:tblLook w:val="04A0" w:firstRow="1" w:lastRow="0" w:firstColumn="1" w:lastColumn="0" w:noHBand="0" w:noVBand="1"/>
      </w:tblPr>
      <w:tblGrid>
        <w:gridCol w:w="567"/>
        <w:gridCol w:w="3005"/>
        <w:gridCol w:w="3005"/>
        <w:gridCol w:w="2835"/>
      </w:tblGrid>
      <w:tr w:rsidR="00650973" w14:paraId="3B6FDF5B" w14:textId="77777777">
        <w:trPr>
          <w:cantSplit/>
          <w:tblHeader/>
          <w:jc w:val="center"/>
        </w:trPr>
        <w:tc>
          <w:tcPr>
            <w:tcW w:w="567" w:type="dxa"/>
            <w:shd w:val="clear" w:color="auto" w:fill="2F6B4F"/>
            <w:tcMar>
              <w:top w:w="70" w:type="dxa"/>
              <w:left w:w="80" w:type="dxa"/>
              <w:bottom w:w="70" w:type="dxa"/>
              <w:right w:w="80" w:type="dxa"/>
            </w:tcMar>
            <w:vAlign w:val="center"/>
          </w:tcPr>
          <w:p w14:paraId="44975076" w14:textId="77777777" w:rsidR="00650973" w:rsidRDefault="00080072">
            <w:pPr>
              <w:jc w:val="center"/>
            </w:pPr>
            <w:r>
              <w:rPr>
                <w:rFonts w:ascii="Arial" w:hAnsi="Arial"/>
                <w:b/>
                <w:color w:val="FFFFFF"/>
                <w:sz w:val="20"/>
              </w:rPr>
              <w:t>N°</w:t>
            </w:r>
          </w:p>
        </w:tc>
        <w:tc>
          <w:tcPr>
            <w:tcW w:w="3005" w:type="dxa"/>
            <w:shd w:val="clear" w:color="auto" w:fill="2F6B4F"/>
            <w:tcMar>
              <w:top w:w="70" w:type="dxa"/>
              <w:left w:w="80" w:type="dxa"/>
              <w:bottom w:w="70" w:type="dxa"/>
              <w:right w:w="80" w:type="dxa"/>
            </w:tcMar>
            <w:vAlign w:val="center"/>
          </w:tcPr>
          <w:p w14:paraId="7BF68718" w14:textId="77777777" w:rsidR="00650973" w:rsidRDefault="00080072">
            <w:pPr>
              <w:jc w:val="center"/>
            </w:pPr>
            <w:r>
              <w:rPr>
                <w:rFonts w:ascii="Arial" w:hAnsi="Arial"/>
                <w:b/>
                <w:color w:val="FFFFFF"/>
                <w:sz w:val="20"/>
              </w:rPr>
              <w:t>Nom</w:t>
            </w:r>
          </w:p>
        </w:tc>
        <w:tc>
          <w:tcPr>
            <w:tcW w:w="3005" w:type="dxa"/>
            <w:shd w:val="clear" w:color="auto" w:fill="2F6B4F"/>
            <w:tcMar>
              <w:top w:w="70" w:type="dxa"/>
              <w:left w:w="80" w:type="dxa"/>
              <w:bottom w:w="70" w:type="dxa"/>
              <w:right w:w="80" w:type="dxa"/>
            </w:tcMar>
            <w:vAlign w:val="center"/>
          </w:tcPr>
          <w:p w14:paraId="3BA9A7D1" w14:textId="77777777" w:rsidR="00650973" w:rsidRDefault="00080072">
            <w:pPr>
              <w:jc w:val="center"/>
            </w:pPr>
            <w:r>
              <w:rPr>
                <w:rFonts w:ascii="Arial" w:hAnsi="Arial"/>
                <w:b/>
                <w:color w:val="FFFFFF"/>
                <w:sz w:val="20"/>
              </w:rPr>
              <w:t>Temps à pied</w:t>
            </w:r>
          </w:p>
        </w:tc>
        <w:tc>
          <w:tcPr>
            <w:tcW w:w="2835" w:type="dxa"/>
            <w:shd w:val="clear" w:color="auto" w:fill="2F6B4F"/>
            <w:tcMar>
              <w:top w:w="70" w:type="dxa"/>
              <w:left w:w="80" w:type="dxa"/>
              <w:bottom w:w="70" w:type="dxa"/>
              <w:right w:w="80" w:type="dxa"/>
            </w:tcMar>
            <w:vAlign w:val="center"/>
          </w:tcPr>
          <w:p w14:paraId="7697DFC1" w14:textId="77777777" w:rsidR="00650973" w:rsidRDefault="00080072">
            <w:pPr>
              <w:jc w:val="center"/>
            </w:pPr>
            <w:r>
              <w:rPr>
                <w:rFonts w:ascii="Arial" w:hAnsi="Arial"/>
                <w:b/>
                <w:color w:val="FFFFFF"/>
                <w:sz w:val="20"/>
              </w:rPr>
              <w:t>Voiture</w:t>
            </w:r>
          </w:p>
        </w:tc>
      </w:tr>
      <w:tr w:rsidR="00650973" w14:paraId="21F602A9" w14:textId="77777777">
        <w:trPr>
          <w:cantSplit/>
          <w:jc w:val="center"/>
        </w:trPr>
        <w:tc>
          <w:tcPr>
            <w:tcW w:w="567" w:type="dxa"/>
            <w:tcMar>
              <w:top w:w="70" w:type="dxa"/>
              <w:left w:w="80" w:type="dxa"/>
              <w:bottom w:w="70" w:type="dxa"/>
              <w:right w:w="80" w:type="dxa"/>
            </w:tcMar>
            <w:vAlign w:val="center"/>
          </w:tcPr>
          <w:p w14:paraId="4DD883CB" w14:textId="77777777" w:rsidR="00650973" w:rsidRDefault="00080072">
            <w:r>
              <w:rPr>
                <w:rFonts w:ascii="Arial" w:hAnsi="Arial"/>
                <w:sz w:val="20"/>
              </w:rPr>
              <w:t>1</w:t>
            </w:r>
          </w:p>
        </w:tc>
        <w:tc>
          <w:tcPr>
            <w:tcW w:w="3005" w:type="dxa"/>
            <w:tcMar>
              <w:top w:w="70" w:type="dxa"/>
              <w:left w:w="80" w:type="dxa"/>
              <w:bottom w:w="70" w:type="dxa"/>
              <w:right w:w="80" w:type="dxa"/>
            </w:tcMar>
            <w:vAlign w:val="center"/>
          </w:tcPr>
          <w:p w14:paraId="0644E581" w14:textId="77777777" w:rsidR="00650973" w:rsidRDefault="00080072">
            <w:r>
              <w:rPr>
                <w:rFonts w:ascii="Arial" w:hAnsi="Arial"/>
                <w:sz w:val="20"/>
              </w:rPr>
              <w:t>Kiosko QR</w:t>
            </w:r>
          </w:p>
        </w:tc>
        <w:tc>
          <w:tcPr>
            <w:tcW w:w="3005" w:type="dxa"/>
            <w:tcMar>
              <w:top w:w="70" w:type="dxa"/>
              <w:left w:w="80" w:type="dxa"/>
              <w:bottom w:w="70" w:type="dxa"/>
              <w:right w:w="80" w:type="dxa"/>
            </w:tcMar>
            <w:vAlign w:val="center"/>
          </w:tcPr>
          <w:p w14:paraId="1C2548C7" w14:textId="77777777" w:rsidR="00650973" w:rsidRDefault="00080072">
            <w:r>
              <w:rPr>
                <w:rFonts w:ascii="Arial" w:hAnsi="Arial"/>
                <w:sz w:val="20"/>
              </w:rPr>
              <w:t>≈5 min (approx.)</w:t>
            </w:r>
          </w:p>
        </w:tc>
        <w:tc>
          <w:tcPr>
            <w:tcW w:w="2835" w:type="dxa"/>
            <w:tcMar>
              <w:top w:w="70" w:type="dxa"/>
              <w:left w:w="80" w:type="dxa"/>
              <w:bottom w:w="70" w:type="dxa"/>
              <w:right w:w="80" w:type="dxa"/>
            </w:tcMar>
            <w:vAlign w:val="center"/>
          </w:tcPr>
          <w:p w14:paraId="5D65B5A2" w14:textId="77777777" w:rsidR="00650973" w:rsidRDefault="00080072">
            <w:r>
              <w:rPr>
                <w:rFonts w:ascii="Arial" w:hAnsi="Arial"/>
                <w:sz w:val="20"/>
              </w:rPr>
              <w:t>Non nécessaire</w:t>
            </w:r>
          </w:p>
        </w:tc>
      </w:tr>
      <w:tr w:rsidR="00650973" w14:paraId="15134A98" w14:textId="77777777">
        <w:trPr>
          <w:cantSplit/>
          <w:jc w:val="center"/>
        </w:trPr>
        <w:tc>
          <w:tcPr>
            <w:tcW w:w="567" w:type="dxa"/>
            <w:shd w:val="clear" w:color="auto" w:fill="F8FAF8"/>
            <w:tcMar>
              <w:top w:w="70" w:type="dxa"/>
              <w:left w:w="80" w:type="dxa"/>
              <w:bottom w:w="70" w:type="dxa"/>
              <w:right w:w="80" w:type="dxa"/>
            </w:tcMar>
            <w:vAlign w:val="center"/>
          </w:tcPr>
          <w:p w14:paraId="75D0DC11" w14:textId="77777777" w:rsidR="00650973" w:rsidRDefault="00080072">
            <w:r>
              <w:rPr>
                <w:rFonts w:ascii="Arial" w:hAnsi="Arial"/>
                <w:sz w:val="20"/>
              </w:rPr>
              <w:t>2</w:t>
            </w:r>
          </w:p>
        </w:tc>
        <w:tc>
          <w:tcPr>
            <w:tcW w:w="3005" w:type="dxa"/>
            <w:shd w:val="clear" w:color="auto" w:fill="F8FAF8"/>
            <w:tcMar>
              <w:top w:w="70" w:type="dxa"/>
              <w:left w:w="80" w:type="dxa"/>
              <w:bottom w:w="70" w:type="dxa"/>
              <w:right w:w="80" w:type="dxa"/>
            </w:tcMar>
            <w:vAlign w:val="center"/>
          </w:tcPr>
          <w:p w14:paraId="68976DBC" w14:textId="77777777" w:rsidR="00650973" w:rsidRDefault="00080072">
            <w:r>
              <w:rPr>
                <w:rFonts w:ascii="Arial" w:hAnsi="Arial"/>
                <w:sz w:val="20"/>
              </w:rPr>
              <w:t>Restaurante Campo de Golf de Maspalomas</w:t>
            </w:r>
          </w:p>
        </w:tc>
        <w:tc>
          <w:tcPr>
            <w:tcW w:w="3005" w:type="dxa"/>
            <w:shd w:val="clear" w:color="auto" w:fill="F8FAF8"/>
            <w:tcMar>
              <w:top w:w="70" w:type="dxa"/>
              <w:left w:w="80" w:type="dxa"/>
              <w:bottom w:w="70" w:type="dxa"/>
              <w:right w:w="80" w:type="dxa"/>
            </w:tcMar>
            <w:vAlign w:val="center"/>
          </w:tcPr>
          <w:p w14:paraId="1459C55A" w14:textId="77777777" w:rsidR="00650973" w:rsidRDefault="00080072">
            <w:r>
              <w:rPr>
                <w:rFonts w:ascii="Arial" w:hAnsi="Arial"/>
                <w:sz w:val="20"/>
              </w:rPr>
              <w:t>Quelques minutes ; valeur exacte non établie</w:t>
            </w:r>
          </w:p>
        </w:tc>
        <w:tc>
          <w:tcPr>
            <w:tcW w:w="2835" w:type="dxa"/>
            <w:shd w:val="clear" w:color="auto" w:fill="F8FAF8"/>
            <w:tcMar>
              <w:top w:w="70" w:type="dxa"/>
              <w:left w:w="80" w:type="dxa"/>
              <w:bottom w:w="70" w:type="dxa"/>
              <w:right w:w="80" w:type="dxa"/>
            </w:tcMar>
            <w:vAlign w:val="center"/>
          </w:tcPr>
          <w:p w14:paraId="52F4D16E" w14:textId="77777777" w:rsidR="00650973" w:rsidRDefault="00080072">
            <w:r>
              <w:rPr>
                <w:rFonts w:ascii="Arial" w:hAnsi="Arial"/>
                <w:sz w:val="20"/>
              </w:rPr>
              <w:t>Non nécessaire</w:t>
            </w:r>
          </w:p>
        </w:tc>
      </w:tr>
      <w:tr w:rsidR="00650973" w14:paraId="6320870F" w14:textId="77777777">
        <w:trPr>
          <w:cantSplit/>
          <w:jc w:val="center"/>
        </w:trPr>
        <w:tc>
          <w:tcPr>
            <w:tcW w:w="567" w:type="dxa"/>
            <w:tcMar>
              <w:top w:w="70" w:type="dxa"/>
              <w:left w:w="80" w:type="dxa"/>
              <w:bottom w:w="70" w:type="dxa"/>
              <w:right w:w="80" w:type="dxa"/>
            </w:tcMar>
            <w:vAlign w:val="center"/>
          </w:tcPr>
          <w:p w14:paraId="202176B2" w14:textId="77777777" w:rsidR="00650973" w:rsidRDefault="00080072">
            <w:r>
              <w:rPr>
                <w:rFonts w:ascii="Arial" w:hAnsi="Arial"/>
                <w:sz w:val="20"/>
              </w:rPr>
              <w:t>3</w:t>
            </w:r>
          </w:p>
        </w:tc>
        <w:tc>
          <w:tcPr>
            <w:tcW w:w="3005" w:type="dxa"/>
            <w:tcMar>
              <w:top w:w="70" w:type="dxa"/>
              <w:left w:w="80" w:type="dxa"/>
              <w:bottom w:w="70" w:type="dxa"/>
              <w:right w:w="80" w:type="dxa"/>
            </w:tcMar>
            <w:vAlign w:val="center"/>
          </w:tcPr>
          <w:p w14:paraId="3ED35D76" w14:textId="77777777" w:rsidR="00650973" w:rsidRDefault="00080072">
            <w:r>
              <w:rPr>
                <w:rFonts w:ascii="Arial" w:hAnsi="Arial"/>
                <w:sz w:val="20"/>
              </w:rPr>
              <w:t>Bungalows Vistaflor</w:t>
            </w:r>
          </w:p>
        </w:tc>
        <w:tc>
          <w:tcPr>
            <w:tcW w:w="3005" w:type="dxa"/>
            <w:tcMar>
              <w:top w:w="70" w:type="dxa"/>
              <w:left w:w="80" w:type="dxa"/>
              <w:bottom w:w="70" w:type="dxa"/>
              <w:right w:w="80" w:type="dxa"/>
            </w:tcMar>
            <w:vAlign w:val="center"/>
          </w:tcPr>
          <w:p w14:paraId="4DB546B1"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3E65D170" w14:textId="77777777" w:rsidR="00650973" w:rsidRDefault="00080072">
            <w:r>
              <w:rPr>
                <w:rFonts w:ascii="Arial" w:hAnsi="Arial"/>
                <w:sz w:val="20"/>
              </w:rPr>
              <w:t>Non nécessaire</w:t>
            </w:r>
          </w:p>
        </w:tc>
      </w:tr>
      <w:tr w:rsidR="00650973" w14:paraId="6B86708E" w14:textId="77777777">
        <w:trPr>
          <w:cantSplit/>
          <w:jc w:val="center"/>
        </w:trPr>
        <w:tc>
          <w:tcPr>
            <w:tcW w:w="567" w:type="dxa"/>
            <w:shd w:val="clear" w:color="auto" w:fill="F8FAF8"/>
            <w:tcMar>
              <w:top w:w="70" w:type="dxa"/>
              <w:left w:w="80" w:type="dxa"/>
              <w:bottom w:w="70" w:type="dxa"/>
              <w:right w:w="80" w:type="dxa"/>
            </w:tcMar>
            <w:vAlign w:val="center"/>
          </w:tcPr>
          <w:p w14:paraId="71EA2E53" w14:textId="77777777" w:rsidR="00650973" w:rsidRDefault="00080072">
            <w:r>
              <w:rPr>
                <w:rFonts w:ascii="Arial" w:hAnsi="Arial"/>
                <w:sz w:val="20"/>
              </w:rPr>
              <w:t>4</w:t>
            </w:r>
          </w:p>
        </w:tc>
        <w:tc>
          <w:tcPr>
            <w:tcW w:w="3005" w:type="dxa"/>
            <w:shd w:val="clear" w:color="auto" w:fill="F8FAF8"/>
            <w:tcMar>
              <w:top w:w="70" w:type="dxa"/>
              <w:left w:w="80" w:type="dxa"/>
              <w:bottom w:w="70" w:type="dxa"/>
              <w:right w:w="80" w:type="dxa"/>
            </w:tcMar>
            <w:vAlign w:val="center"/>
          </w:tcPr>
          <w:p w14:paraId="40002B3A" w14:textId="77777777" w:rsidR="00650973" w:rsidRDefault="00080072">
            <w:r>
              <w:rPr>
                <w:rFonts w:ascii="Arial" w:hAnsi="Arial"/>
                <w:sz w:val="20"/>
              </w:rPr>
              <w:t>eó Maspalomas Resort</w:t>
            </w:r>
          </w:p>
        </w:tc>
        <w:tc>
          <w:tcPr>
            <w:tcW w:w="3005" w:type="dxa"/>
            <w:shd w:val="clear" w:color="auto" w:fill="F8FAF8"/>
            <w:tcMar>
              <w:top w:w="70" w:type="dxa"/>
              <w:left w:w="80" w:type="dxa"/>
              <w:bottom w:w="70" w:type="dxa"/>
              <w:right w:w="80" w:type="dxa"/>
            </w:tcMar>
            <w:vAlign w:val="center"/>
          </w:tcPr>
          <w:p w14:paraId="61871A53"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1709BC38" w14:textId="77777777" w:rsidR="00650973" w:rsidRDefault="00080072">
            <w:r>
              <w:rPr>
                <w:rFonts w:ascii="Arial" w:hAnsi="Arial"/>
                <w:sz w:val="20"/>
              </w:rPr>
              <w:t>Non nécessaire</w:t>
            </w:r>
          </w:p>
        </w:tc>
      </w:tr>
      <w:tr w:rsidR="00650973" w14:paraId="58B90483" w14:textId="77777777">
        <w:trPr>
          <w:cantSplit/>
          <w:jc w:val="center"/>
        </w:trPr>
        <w:tc>
          <w:tcPr>
            <w:tcW w:w="567" w:type="dxa"/>
            <w:tcMar>
              <w:top w:w="70" w:type="dxa"/>
              <w:left w:w="80" w:type="dxa"/>
              <w:bottom w:w="70" w:type="dxa"/>
              <w:right w:w="80" w:type="dxa"/>
            </w:tcMar>
            <w:vAlign w:val="center"/>
          </w:tcPr>
          <w:p w14:paraId="1F98EAFA" w14:textId="77777777" w:rsidR="00650973" w:rsidRDefault="00080072">
            <w:r>
              <w:rPr>
                <w:rFonts w:ascii="Arial" w:hAnsi="Arial"/>
                <w:sz w:val="20"/>
              </w:rPr>
              <w:t>5</w:t>
            </w:r>
          </w:p>
        </w:tc>
        <w:tc>
          <w:tcPr>
            <w:tcW w:w="3005" w:type="dxa"/>
            <w:tcMar>
              <w:top w:w="70" w:type="dxa"/>
              <w:left w:w="80" w:type="dxa"/>
              <w:bottom w:w="70" w:type="dxa"/>
              <w:right w:w="80" w:type="dxa"/>
            </w:tcMar>
            <w:vAlign w:val="center"/>
          </w:tcPr>
          <w:p w14:paraId="487B482B" w14:textId="77777777" w:rsidR="00650973" w:rsidRDefault="00080072">
            <w:r>
              <w:rPr>
                <w:rFonts w:ascii="Arial" w:hAnsi="Arial"/>
                <w:sz w:val="20"/>
              </w:rPr>
              <w:t>Bungalows Cordial Green Golf</w:t>
            </w:r>
          </w:p>
        </w:tc>
        <w:tc>
          <w:tcPr>
            <w:tcW w:w="3005" w:type="dxa"/>
            <w:tcMar>
              <w:top w:w="70" w:type="dxa"/>
              <w:left w:w="80" w:type="dxa"/>
              <w:bottom w:w="70" w:type="dxa"/>
              <w:right w:w="80" w:type="dxa"/>
            </w:tcMar>
            <w:vAlign w:val="center"/>
          </w:tcPr>
          <w:p w14:paraId="3C8C812C"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75444FDF" w14:textId="77777777" w:rsidR="00650973" w:rsidRDefault="00080072">
            <w:r>
              <w:rPr>
                <w:rFonts w:ascii="Arial" w:hAnsi="Arial"/>
                <w:sz w:val="20"/>
              </w:rPr>
              <w:t>Non nécessaire</w:t>
            </w:r>
          </w:p>
        </w:tc>
      </w:tr>
      <w:tr w:rsidR="00650973" w14:paraId="724BAD03" w14:textId="77777777">
        <w:trPr>
          <w:cantSplit/>
          <w:jc w:val="center"/>
        </w:trPr>
        <w:tc>
          <w:tcPr>
            <w:tcW w:w="567" w:type="dxa"/>
            <w:shd w:val="clear" w:color="auto" w:fill="F8FAF8"/>
            <w:tcMar>
              <w:top w:w="70" w:type="dxa"/>
              <w:left w:w="80" w:type="dxa"/>
              <w:bottom w:w="70" w:type="dxa"/>
              <w:right w:w="80" w:type="dxa"/>
            </w:tcMar>
            <w:vAlign w:val="center"/>
          </w:tcPr>
          <w:p w14:paraId="4CEF0203" w14:textId="77777777" w:rsidR="00650973" w:rsidRDefault="00080072">
            <w:r>
              <w:rPr>
                <w:rFonts w:ascii="Arial" w:hAnsi="Arial"/>
                <w:sz w:val="20"/>
              </w:rPr>
              <w:t>6</w:t>
            </w:r>
          </w:p>
        </w:tc>
        <w:tc>
          <w:tcPr>
            <w:tcW w:w="3005" w:type="dxa"/>
            <w:shd w:val="clear" w:color="auto" w:fill="F8FAF8"/>
            <w:tcMar>
              <w:top w:w="70" w:type="dxa"/>
              <w:left w:w="80" w:type="dxa"/>
              <w:bottom w:w="70" w:type="dxa"/>
              <w:right w:w="80" w:type="dxa"/>
            </w:tcMar>
            <w:vAlign w:val="center"/>
          </w:tcPr>
          <w:p w14:paraId="082D0090" w14:textId="77777777" w:rsidR="00650973" w:rsidRDefault="00080072">
            <w:r>
              <w:rPr>
                <w:rFonts w:ascii="Arial" w:hAnsi="Arial"/>
                <w:sz w:val="20"/>
              </w:rPr>
              <w:t>Toro Piedra – Faro 2</w:t>
            </w:r>
          </w:p>
        </w:tc>
        <w:tc>
          <w:tcPr>
            <w:tcW w:w="3005" w:type="dxa"/>
            <w:shd w:val="clear" w:color="auto" w:fill="F8FAF8"/>
            <w:tcMar>
              <w:top w:w="70" w:type="dxa"/>
              <w:left w:w="80" w:type="dxa"/>
              <w:bottom w:w="70" w:type="dxa"/>
              <w:right w:w="80" w:type="dxa"/>
            </w:tcMar>
            <w:vAlign w:val="center"/>
          </w:tcPr>
          <w:p w14:paraId="417B5520" w14:textId="77777777" w:rsidR="00650973" w:rsidRDefault="00080072">
            <w:r>
              <w:rPr>
                <w:rFonts w:ascii="Arial" w:hAnsi="Arial"/>
                <w:sz w:val="20"/>
              </w:rPr>
              <w:t>≈5 min vers Faro 2 ; exact restaurant non établi</w:t>
            </w:r>
          </w:p>
        </w:tc>
        <w:tc>
          <w:tcPr>
            <w:tcW w:w="2835" w:type="dxa"/>
            <w:shd w:val="clear" w:color="auto" w:fill="F8FAF8"/>
            <w:tcMar>
              <w:top w:w="70" w:type="dxa"/>
              <w:left w:w="80" w:type="dxa"/>
              <w:bottom w:w="70" w:type="dxa"/>
              <w:right w:w="80" w:type="dxa"/>
            </w:tcMar>
            <w:vAlign w:val="center"/>
          </w:tcPr>
          <w:p w14:paraId="337D8B09" w14:textId="77777777" w:rsidR="00650973" w:rsidRDefault="00080072">
            <w:r>
              <w:rPr>
                <w:rFonts w:ascii="Arial" w:hAnsi="Arial"/>
                <w:sz w:val="20"/>
              </w:rPr>
              <w:t>Non nécessaire</w:t>
            </w:r>
          </w:p>
        </w:tc>
      </w:tr>
      <w:tr w:rsidR="00650973" w14:paraId="3AB343C5" w14:textId="77777777">
        <w:trPr>
          <w:cantSplit/>
          <w:jc w:val="center"/>
        </w:trPr>
        <w:tc>
          <w:tcPr>
            <w:tcW w:w="567" w:type="dxa"/>
            <w:tcMar>
              <w:top w:w="70" w:type="dxa"/>
              <w:left w:w="80" w:type="dxa"/>
              <w:bottom w:w="70" w:type="dxa"/>
              <w:right w:w="80" w:type="dxa"/>
            </w:tcMar>
            <w:vAlign w:val="center"/>
          </w:tcPr>
          <w:p w14:paraId="5C3936A3" w14:textId="77777777" w:rsidR="00650973" w:rsidRDefault="00080072">
            <w:r>
              <w:rPr>
                <w:rFonts w:ascii="Arial" w:hAnsi="Arial"/>
                <w:sz w:val="20"/>
              </w:rPr>
              <w:t>7</w:t>
            </w:r>
          </w:p>
        </w:tc>
        <w:tc>
          <w:tcPr>
            <w:tcW w:w="3005" w:type="dxa"/>
            <w:tcMar>
              <w:top w:w="70" w:type="dxa"/>
              <w:left w:w="80" w:type="dxa"/>
              <w:bottom w:w="70" w:type="dxa"/>
              <w:right w:w="80" w:type="dxa"/>
            </w:tcMar>
            <w:vAlign w:val="center"/>
          </w:tcPr>
          <w:p w14:paraId="19F1F072" w14:textId="77777777" w:rsidR="00650973" w:rsidRDefault="00080072">
            <w:r>
              <w:rPr>
                <w:rFonts w:ascii="Arial" w:hAnsi="Arial"/>
                <w:sz w:val="20"/>
              </w:rPr>
              <w:t>Cleopatra – Faro 2</w:t>
            </w:r>
          </w:p>
        </w:tc>
        <w:tc>
          <w:tcPr>
            <w:tcW w:w="3005" w:type="dxa"/>
            <w:tcMar>
              <w:top w:w="70" w:type="dxa"/>
              <w:left w:w="80" w:type="dxa"/>
              <w:bottom w:w="70" w:type="dxa"/>
              <w:right w:w="80" w:type="dxa"/>
            </w:tcMar>
            <w:vAlign w:val="center"/>
          </w:tcPr>
          <w:p w14:paraId="71A20819" w14:textId="77777777" w:rsidR="00650973" w:rsidRDefault="00080072">
            <w:r>
              <w:rPr>
                <w:rFonts w:ascii="Arial" w:hAnsi="Arial"/>
                <w:sz w:val="20"/>
              </w:rPr>
              <w:t>≈5 min vers Faro 2 ; exact non établi</w:t>
            </w:r>
          </w:p>
        </w:tc>
        <w:tc>
          <w:tcPr>
            <w:tcW w:w="2835" w:type="dxa"/>
            <w:tcMar>
              <w:top w:w="70" w:type="dxa"/>
              <w:left w:w="80" w:type="dxa"/>
              <w:bottom w:w="70" w:type="dxa"/>
              <w:right w:w="80" w:type="dxa"/>
            </w:tcMar>
            <w:vAlign w:val="center"/>
          </w:tcPr>
          <w:p w14:paraId="701D9A3F" w14:textId="77777777" w:rsidR="00650973" w:rsidRDefault="00080072">
            <w:r>
              <w:rPr>
                <w:rFonts w:ascii="Arial" w:hAnsi="Arial"/>
                <w:sz w:val="20"/>
              </w:rPr>
              <w:t>Non nécessaire</w:t>
            </w:r>
          </w:p>
        </w:tc>
      </w:tr>
      <w:tr w:rsidR="00650973" w14:paraId="727D2DEC" w14:textId="77777777">
        <w:trPr>
          <w:cantSplit/>
          <w:jc w:val="center"/>
        </w:trPr>
        <w:tc>
          <w:tcPr>
            <w:tcW w:w="567" w:type="dxa"/>
            <w:shd w:val="clear" w:color="auto" w:fill="F8FAF8"/>
            <w:tcMar>
              <w:top w:w="70" w:type="dxa"/>
              <w:left w:w="80" w:type="dxa"/>
              <w:bottom w:w="70" w:type="dxa"/>
              <w:right w:w="80" w:type="dxa"/>
            </w:tcMar>
            <w:vAlign w:val="center"/>
          </w:tcPr>
          <w:p w14:paraId="0A3BB12A" w14:textId="77777777" w:rsidR="00650973" w:rsidRDefault="00080072">
            <w:r>
              <w:rPr>
                <w:rFonts w:ascii="Arial" w:hAnsi="Arial"/>
                <w:sz w:val="20"/>
              </w:rPr>
              <w:t>8</w:t>
            </w:r>
          </w:p>
        </w:tc>
        <w:tc>
          <w:tcPr>
            <w:tcW w:w="3005" w:type="dxa"/>
            <w:shd w:val="clear" w:color="auto" w:fill="F8FAF8"/>
            <w:tcMar>
              <w:top w:w="70" w:type="dxa"/>
              <w:left w:w="80" w:type="dxa"/>
              <w:bottom w:w="70" w:type="dxa"/>
              <w:right w:w="80" w:type="dxa"/>
            </w:tcMar>
            <w:vAlign w:val="center"/>
          </w:tcPr>
          <w:p w14:paraId="2F084E82" w14:textId="77777777" w:rsidR="00650973" w:rsidRDefault="00080072">
            <w:r>
              <w:rPr>
                <w:rFonts w:ascii="Arial" w:hAnsi="Arial"/>
                <w:sz w:val="20"/>
              </w:rPr>
              <w:t>Calma Café</w:t>
            </w:r>
          </w:p>
        </w:tc>
        <w:tc>
          <w:tcPr>
            <w:tcW w:w="3005" w:type="dxa"/>
            <w:shd w:val="clear" w:color="auto" w:fill="F8FAF8"/>
            <w:tcMar>
              <w:top w:w="70" w:type="dxa"/>
              <w:left w:w="80" w:type="dxa"/>
              <w:bottom w:w="70" w:type="dxa"/>
              <w:right w:w="80" w:type="dxa"/>
            </w:tcMar>
            <w:vAlign w:val="center"/>
          </w:tcPr>
          <w:p w14:paraId="6CB8982E"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00B31D71" w14:textId="77777777" w:rsidR="00650973" w:rsidRDefault="00080072">
            <w:r>
              <w:rPr>
                <w:rFonts w:ascii="Arial" w:hAnsi="Arial"/>
                <w:sz w:val="20"/>
              </w:rPr>
              <w:t>Courte voiture</w:t>
            </w:r>
          </w:p>
        </w:tc>
      </w:tr>
      <w:tr w:rsidR="00650973" w14:paraId="2CA7014B" w14:textId="77777777">
        <w:trPr>
          <w:cantSplit/>
          <w:jc w:val="center"/>
        </w:trPr>
        <w:tc>
          <w:tcPr>
            <w:tcW w:w="567" w:type="dxa"/>
            <w:tcMar>
              <w:top w:w="70" w:type="dxa"/>
              <w:left w:w="80" w:type="dxa"/>
              <w:bottom w:w="70" w:type="dxa"/>
              <w:right w:w="80" w:type="dxa"/>
            </w:tcMar>
            <w:vAlign w:val="center"/>
          </w:tcPr>
          <w:p w14:paraId="4757A794" w14:textId="77777777" w:rsidR="00650973" w:rsidRDefault="00080072">
            <w:r>
              <w:rPr>
                <w:rFonts w:ascii="Arial" w:hAnsi="Arial"/>
                <w:sz w:val="20"/>
              </w:rPr>
              <w:t>9</w:t>
            </w:r>
          </w:p>
        </w:tc>
        <w:tc>
          <w:tcPr>
            <w:tcW w:w="3005" w:type="dxa"/>
            <w:tcMar>
              <w:top w:w="70" w:type="dxa"/>
              <w:left w:w="80" w:type="dxa"/>
              <w:bottom w:w="70" w:type="dxa"/>
              <w:right w:w="80" w:type="dxa"/>
            </w:tcMar>
            <w:vAlign w:val="center"/>
          </w:tcPr>
          <w:p w14:paraId="08C4ACEA" w14:textId="77777777" w:rsidR="00650973" w:rsidRDefault="00080072">
            <w:r>
              <w:rPr>
                <w:rFonts w:ascii="Arial" w:hAnsi="Arial"/>
                <w:sz w:val="20"/>
              </w:rPr>
              <w:t>Oasis Café GC</w:t>
            </w:r>
          </w:p>
        </w:tc>
        <w:tc>
          <w:tcPr>
            <w:tcW w:w="3005" w:type="dxa"/>
            <w:tcMar>
              <w:top w:w="70" w:type="dxa"/>
              <w:left w:w="80" w:type="dxa"/>
              <w:bottom w:w="70" w:type="dxa"/>
              <w:right w:w="80" w:type="dxa"/>
            </w:tcMar>
            <w:vAlign w:val="center"/>
          </w:tcPr>
          <w:p w14:paraId="7C2A3FCE"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7BDEC7E1" w14:textId="77777777" w:rsidR="00650973" w:rsidRDefault="00080072">
            <w:r>
              <w:rPr>
                <w:rFonts w:ascii="Arial" w:hAnsi="Arial"/>
                <w:sz w:val="20"/>
              </w:rPr>
              <w:t>Courte voiture</w:t>
            </w:r>
          </w:p>
        </w:tc>
      </w:tr>
      <w:tr w:rsidR="00650973" w14:paraId="58C7C18B" w14:textId="77777777">
        <w:trPr>
          <w:cantSplit/>
          <w:jc w:val="center"/>
        </w:trPr>
        <w:tc>
          <w:tcPr>
            <w:tcW w:w="567" w:type="dxa"/>
            <w:shd w:val="clear" w:color="auto" w:fill="F8FAF8"/>
            <w:tcMar>
              <w:top w:w="70" w:type="dxa"/>
              <w:left w:w="80" w:type="dxa"/>
              <w:bottom w:w="70" w:type="dxa"/>
              <w:right w:w="80" w:type="dxa"/>
            </w:tcMar>
            <w:vAlign w:val="center"/>
          </w:tcPr>
          <w:p w14:paraId="1DE96C25" w14:textId="77777777" w:rsidR="00650973" w:rsidRDefault="00080072">
            <w:r>
              <w:rPr>
                <w:rFonts w:ascii="Arial" w:hAnsi="Arial"/>
                <w:sz w:val="20"/>
              </w:rPr>
              <w:lastRenderedPageBreak/>
              <w:t>10</w:t>
            </w:r>
          </w:p>
        </w:tc>
        <w:tc>
          <w:tcPr>
            <w:tcW w:w="3005" w:type="dxa"/>
            <w:shd w:val="clear" w:color="auto" w:fill="F8FAF8"/>
            <w:tcMar>
              <w:top w:w="70" w:type="dxa"/>
              <w:left w:w="80" w:type="dxa"/>
              <w:bottom w:w="70" w:type="dxa"/>
              <w:right w:w="80" w:type="dxa"/>
            </w:tcMar>
            <w:vAlign w:val="center"/>
          </w:tcPr>
          <w:p w14:paraId="1EE68F60" w14:textId="77777777" w:rsidR="00650973" w:rsidRDefault="00080072">
            <w:r>
              <w:rPr>
                <w:rFonts w:ascii="Arial" w:hAnsi="Arial"/>
                <w:sz w:val="20"/>
              </w:rPr>
              <w:t>Patio Canario</w:t>
            </w:r>
          </w:p>
        </w:tc>
        <w:tc>
          <w:tcPr>
            <w:tcW w:w="3005" w:type="dxa"/>
            <w:shd w:val="clear" w:color="auto" w:fill="F8FAF8"/>
            <w:tcMar>
              <w:top w:w="70" w:type="dxa"/>
              <w:left w:w="80" w:type="dxa"/>
              <w:bottom w:w="70" w:type="dxa"/>
              <w:right w:w="80" w:type="dxa"/>
            </w:tcMar>
            <w:vAlign w:val="center"/>
          </w:tcPr>
          <w:p w14:paraId="0E1717BE"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26F67A8A" w14:textId="77777777" w:rsidR="00650973" w:rsidRDefault="00080072">
            <w:r>
              <w:rPr>
                <w:rFonts w:ascii="Arial" w:hAnsi="Arial"/>
                <w:sz w:val="20"/>
              </w:rPr>
              <w:t>Courte voiture</w:t>
            </w:r>
          </w:p>
        </w:tc>
      </w:tr>
      <w:tr w:rsidR="00650973" w14:paraId="03EAE153" w14:textId="77777777">
        <w:trPr>
          <w:cantSplit/>
          <w:jc w:val="center"/>
        </w:trPr>
        <w:tc>
          <w:tcPr>
            <w:tcW w:w="567" w:type="dxa"/>
            <w:tcMar>
              <w:top w:w="70" w:type="dxa"/>
              <w:left w:w="80" w:type="dxa"/>
              <w:bottom w:w="70" w:type="dxa"/>
              <w:right w:w="80" w:type="dxa"/>
            </w:tcMar>
            <w:vAlign w:val="center"/>
          </w:tcPr>
          <w:p w14:paraId="0258E14B" w14:textId="77777777" w:rsidR="00650973" w:rsidRDefault="00080072">
            <w:r>
              <w:rPr>
                <w:rFonts w:ascii="Arial" w:hAnsi="Arial"/>
                <w:sz w:val="20"/>
              </w:rPr>
              <w:t>11</w:t>
            </w:r>
          </w:p>
        </w:tc>
        <w:tc>
          <w:tcPr>
            <w:tcW w:w="3005" w:type="dxa"/>
            <w:tcMar>
              <w:top w:w="70" w:type="dxa"/>
              <w:left w:w="80" w:type="dxa"/>
              <w:bottom w:w="70" w:type="dxa"/>
              <w:right w:w="80" w:type="dxa"/>
            </w:tcMar>
            <w:vAlign w:val="center"/>
          </w:tcPr>
          <w:p w14:paraId="26C7AE06" w14:textId="77777777" w:rsidR="00650973" w:rsidRDefault="00080072">
            <w:r>
              <w:rPr>
                <w:rFonts w:ascii="Arial" w:hAnsi="Arial"/>
                <w:sz w:val="20"/>
              </w:rPr>
              <w:t>Casas Pepe Apartments &amp; Spa</w:t>
            </w:r>
          </w:p>
        </w:tc>
        <w:tc>
          <w:tcPr>
            <w:tcW w:w="3005" w:type="dxa"/>
            <w:tcMar>
              <w:top w:w="70" w:type="dxa"/>
              <w:left w:w="80" w:type="dxa"/>
              <w:bottom w:w="70" w:type="dxa"/>
              <w:right w:w="80" w:type="dxa"/>
            </w:tcMar>
            <w:vAlign w:val="center"/>
          </w:tcPr>
          <w:p w14:paraId="556BE35D"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26FE46B2" w14:textId="77777777" w:rsidR="00650973" w:rsidRDefault="00080072">
            <w:r>
              <w:rPr>
                <w:rFonts w:ascii="Arial" w:hAnsi="Arial"/>
                <w:sz w:val="20"/>
              </w:rPr>
              <w:t>Courte voiture</w:t>
            </w:r>
          </w:p>
        </w:tc>
      </w:tr>
      <w:tr w:rsidR="00650973" w14:paraId="13DA2462" w14:textId="77777777">
        <w:trPr>
          <w:cantSplit/>
          <w:jc w:val="center"/>
        </w:trPr>
        <w:tc>
          <w:tcPr>
            <w:tcW w:w="567" w:type="dxa"/>
            <w:shd w:val="clear" w:color="auto" w:fill="F8FAF8"/>
            <w:tcMar>
              <w:top w:w="70" w:type="dxa"/>
              <w:left w:w="80" w:type="dxa"/>
              <w:bottom w:w="70" w:type="dxa"/>
              <w:right w:w="80" w:type="dxa"/>
            </w:tcMar>
            <w:vAlign w:val="center"/>
          </w:tcPr>
          <w:p w14:paraId="64D2EBA4" w14:textId="77777777" w:rsidR="00650973" w:rsidRDefault="00080072">
            <w:r>
              <w:rPr>
                <w:rFonts w:ascii="Arial" w:hAnsi="Arial"/>
                <w:sz w:val="20"/>
              </w:rPr>
              <w:t>12</w:t>
            </w:r>
          </w:p>
        </w:tc>
        <w:tc>
          <w:tcPr>
            <w:tcW w:w="3005" w:type="dxa"/>
            <w:shd w:val="clear" w:color="auto" w:fill="F8FAF8"/>
            <w:tcMar>
              <w:top w:w="70" w:type="dxa"/>
              <w:left w:w="80" w:type="dxa"/>
              <w:bottom w:w="70" w:type="dxa"/>
              <w:right w:w="80" w:type="dxa"/>
            </w:tcMar>
            <w:vAlign w:val="center"/>
          </w:tcPr>
          <w:p w14:paraId="0AA6DF27" w14:textId="77777777" w:rsidR="00650973" w:rsidRDefault="00080072">
            <w:r>
              <w:rPr>
                <w:rFonts w:ascii="Arial" w:hAnsi="Arial"/>
                <w:sz w:val="20"/>
              </w:rPr>
              <w:t>Gold by Marina</w:t>
            </w:r>
          </w:p>
        </w:tc>
        <w:tc>
          <w:tcPr>
            <w:tcW w:w="3005" w:type="dxa"/>
            <w:shd w:val="clear" w:color="auto" w:fill="F8FAF8"/>
            <w:tcMar>
              <w:top w:w="70" w:type="dxa"/>
              <w:left w:w="80" w:type="dxa"/>
              <w:bottom w:w="70" w:type="dxa"/>
              <w:right w:w="80" w:type="dxa"/>
            </w:tcMar>
            <w:vAlign w:val="center"/>
          </w:tcPr>
          <w:p w14:paraId="3ECB9636"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234E748E" w14:textId="77777777" w:rsidR="00650973" w:rsidRDefault="00080072">
            <w:r>
              <w:rPr>
                <w:rFonts w:ascii="Arial" w:hAnsi="Arial"/>
                <w:sz w:val="20"/>
              </w:rPr>
              <w:t>Courte voiture</w:t>
            </w:r>
          </w:p>
        </w:tc>
      </w:tr>
      <w:tr w:rsidR="00650973" w14:paraId="2E57052D" w14:textId="77777777">
        <w:trPr>
          <w:cantSplit/>
          <w:jc w:val="center"/>
        </w:trPr>
        <w:tc>
          <w:tcPr>
            <w:tcW w:w="567" w:type="dxa"/>
            <w:tcMar>
              <w:top w:w="70" w:type="dxa"/>
              <w:left w:w="80" w:type="dxa"/>
              <w:bottom w:w="70" w:type="dxa"/>
              <w:right w:w="80" w:type="dxa"/>
            </w:tcMar>
            <w:vAlign w:val="center"/>
          </w:tcPr>
          <w:p w14:paraId="32B2914E" w14:textId="77777777" w:rsidR="00650973" w:rsidRDefault="00080072">
            <w:r>
              <w:rPr>
                <w:rFonts w:ascii="Arial" w:hAnsi="Arial"/>
                <w:sz w:val="20"/>
              </w:rPr>
              <w:t>13</w:t>
            </w:r>
          </w:p>
        </w:tc>
        <w:tc>
          <w:tcPr>
            <w:tcW w:w="3005" w:type="dxa"/>
            <w:tcMar>
              <w:top w:w="70" w:type="dxa"/>
              <w:left w:w="80" w:type="dxa"/>
              <w:bottom w:w="70" w:type="dxa"/>
              <w:right w:w="80" w:type="dxa"/>
            </w:tcMar>
            <w:vAlign w:val="center"/>
          </w:tcPr>
          <w:p w14:paraId="077D1EAD" w14:textId="77777777" w:rsidR="00650973" w:rsidRDefault="00080072">
            <w:r>
              <w:rPr>
                <w:rFonts w:ascii="Arial" w:hAnsi="Arial"/>
                <w:sz w:val="20"/>
              </w:rPr>
              <w:t>Bohemia Suites &amp; Spa</w:t>
            </w:r>
          </w:p>
        </w:tc>
        <w:tc>
          <w:tcPr>
            <w:tcW w:w="3005" w:type="dxa"/>
            <w:tcMar>
              <w:top w:w="70" w:type="dxa"/>
              <w:left w:w="80" w:type="dxa"/>
              <w:bottom w:w="70" w:type="dxa"/>
              <w:right w:w="80" w:type="dxa"/>
            </w:tcMar>
            <w:vAlign w:val="center"/>
          </w:tcPr>
          <w:p w14:paraId="660E954F"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5882D5F5" w14:textId="77777777" w:rsidR="00650973" w:rsidRDefault="00080072">
            <w:r>
              <w:rPr>
                <w:rFonts w:ascii="Arial" w:hAnsi="Arial"/>
                <w:sz w:val="20"/>
              </w:rPr>
              <w:t>Courte voiture</w:t>
            </w:r>
          </w:p>
        </w:tc>
      </w:tr>
      <w:tr w:rsidR="00650973" w14:paraId="4D53E7E9" w14:textId="77777777">
        <w:trPr>
          <w:cantSplit/>
          <w:jc w:val="center"/>
        </w:trPr>
        <w:tc>
          <w:tcPr>
            <w:tcW w:w="567" w:type="dxa"/>
            <w:shd w:val="clear" w:color="auto" w:fill="F8FAF8"/>
            <w:tcMar>
              <w:top w:w="70" w:type="dxa"/>
              <w:left w:w="80" w:type="dxa"/>
              <w:bottom w:w="70" w:type="dxa"/>
              <w:right w:w="80" w:type="dxa"/>
            </w:tcMar>
            <w:vAlign w:val="center"/>
          </w:tcPr>
          <w:p w14:paraId="5B6E5BC6" w14:textId="77777777" w:rsidR="00650973" w:rsidRDefault="00080072">
            <w:r>
              <w:rPr>
                <w:rFonts w:ascii="Arial" w:hAnsi="Arial"/>
                <w:sz w:val="20"/>
              </w:rPr>
              <w:t>14</w:t>
            </w:r>
          </w:p>
        </w:tc>
        <w:tc>
          <w:tcPr>
            <w:tcW w:w="3005" w:type="dxa"/>
            <w:shd w:val="clear" w:color="auto" w:fill="F8FAF8"/>
            <w:tcMar>
              <w:top w:w="70" w:type="dxa"/>
              <w:left w:w="80" w:type="dxa"/>
              <w:bottom w:w="70" w:type="dxa"/>
              <w:right w:w="80" w:type="dxa"/>
            </w:tcMar>
            <w:vAlign w:val="center"/>
          </w:tcPr>
          <w:p w14:paraId="33C39F42" w14:textId="77777777" w:rsidR="00650973" w:rsidRDefault="00080072">
            <w:r>
              <w:rPr>
                <w:rFonts w:ascii="Arial" w:hAnsi="Arial"/>
                <w:sz w:val="20"/>
              </w:rPr>
              <w:t>Corallium Dunamar by Lopesan</w:t>
            </w:r>
          </w:p>
        </w:tc>
        <w:tc>
          <w:tcPr>
            <w:tcW w:w="3005" w:type="dxa"/>
            <w:shd w:val="clear" w:color="auto" w:fill="F8FAF8"/>
            <w:tcMar>
              <w:top w:w="70" w:type="dxa"/>
              <w:left w:w="80" w:type="dxa"/>
              <w:bottom w:w="70" w:type="dxa"/>
              <w:right w:w="80" w:type="dxa"/>
            </w:tcMar>
            <w:vAlign w:val="center"/>
          </w:tcPr>
          <w:p w14:paraId="72C18921"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05B6B53F" w14:textId="77777777" w:rsidR="00650973" w:rsidRDefault="00080072">
            <w:r>
              <w:rPr>
                <w:rFonts w:ascii="Arial" w:hAnsi="Arial"/>
                <w:sz w:val="20"/>
              </w:rPr>
              <w:t>Courte voiture</w:t>
            </w:r>
          </w:p>
        </w:tc>
      </w:tr>
      <w:tr w:rsidR="00650973" w14:paraId="30427AEC" w14:textId="77777777">
        <w:trPr>
          <w:cantSplit/>
          <w:jc w:val="center"/>
        </w:trPr>
        <w:tc>
          <w:tcPr>
            <w:tcW w:w="567" w:type="dxa"/>
            <w:tcMar>
              <w:top w:w="70" w:type="dxa"/>
              <w:left w:w="80" w:type="dxa"/>
              <w:bottom w:w="70" w:type="dxa"/>
              <w:right w:w="80" w:type="dxa"/>
            </w:tcMar>
            <w:vAlign w:val="center"/>
          </w:tcPr>
          <w:p w14:paraId="26F4AE10" w14:textId="77777777" w:rsidR="00650973" w:rsidRDefault="00080072">
            <w:r>
              <w:rPr>
                <w:rFonts w:ascii="Arial" w:hAnsi="Arial"/>
                <w:sz w:val="20"/>
              </w:rPr>
              <w:t>15</w:t>
            </w:r>
          </w:p>
        </w:tc>
        <w:tc>
          <w:tcPr>
            <w:tcW w:w="3005" w:type="dxa"/>
            <w:tcMar>
              <w:top w:w="70" w:type="dxa"/>
              <w:left w:w="80" w:type="dxa"/>
              <w:bottom w:w="70" w:type="dxa"/>
              <w:right w:w="80" w:type="dxa"/>
            </w:tcMar>
            <w:vAlign w:val="center"/>
          </w:tcPr>
          <w:p w14:paraId="13C65C2E" w14:textId="77777777" w:rsidR="00650973" w:rsidRDefault="00080072">
            <w:r>
              <w:rPr>
                <w:rFonts w:ascii="Arial" w:hAnsi="Arial"/>
                <w:sz w:val="20"/>
              </w:rPr>
              <w:t>Maspalomas Princess / Tabaiba Princess</w:t>
            </w:r>
          </w:p>
        </w:tc>
        <w:tc>
          <w:tcPr>
            <w:tcW w:w="3005" w:type="dxa"/>
            <w:tcMar>
              <w:top w:w="70" w:type="dxa"/>
              <w:left w:w="80" w:type="dxa"/>
              <w:bottom w:w="70" w:type="dxa"/>
              <w:right w:w="80" w:type="dxa"/>
            </w:tcMar>
            <w:vAlign w:val="center"/>
          </w:tcPr>
          <w:p w14:paraId="3BCB0550"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7697952B" w14:textId="77777777" w:rsidR="00650973" w:rsidRDefault="00080072">
            <w:r>
              <w:rPr>
                <w:rFonts w:ascii="Arial" w:hAnsi="Arial"/>
                <w:sz w:val="20"/>
              </w:rPr>
              <w:t>Courte voiture</w:t>
            </w:r>
          </w:p>
        </w:tc>
      </w:tr>
      <w:tr w:rsidR="00650973" w14:paraId="1786B357" w14:textId="77777777">
        <w:trPr>
          <w:cantSplit/>
          <w:jc w:val="center"/>
        </w:trPr>
        <w:tc>
          <w:tcPr>
            <w:tcW w:w="567" w:type="dxa"/>
            <w:shd w:val="clear" w:color="auto" w:fill="F8FAF8"/>
            <w:tcMar>
              <w:top w:w="70" w:type="dxa"/>
              <w:left w:w="80" w:type="dxa"/>
              <w:bottom w:w="70" w:type="dxa"/>
              <w:right w:w="80" w:type="dxa"/>
            </w:tcMar>
            <w:vAlign w:val="center"/>
          </w:tcPr>
          <w:p w14:paraId="01728395" w14:textId="77777777" w:rsidR="00650973" w:rsidRDefault="00080072">
            <w:r>
              <w:rPr>
                <w:rFonts w:ascii="Arial" w:hAnsi="Arial"/>
                <w:sz w:val="20"/>
              </w:rPr>
              <w:t>16</w:t>
            </w:r>
          </w:p>
        </w:tc>
        <w:tc>
          <w:tcPr>
            <w:tcW w:w="3005" w:type="dxa"/>
            <w:shd w:val="clear" w:color="auto" w:fill="F8FAF8"/>
            <w:tcMar>
              <w:top w:w="70" w:type="dxa"/>
              <w:left w:w="80" w:type="dxa"/>
              <w:bottom w:w="70" w:type="dxa"/>
              <w:right w:w="80" w:type="dxa"/>
            </w:tcMar>
            <w:vAlign w:val="center"/>
          </w:tcPr>
          <w:p w14:paraId="212EA86C" w14:textId="77777777" w:rsidR="00650973" w:rsidRDefault="00080072">
            <w:r>
              <w:rPr>
                <w:rFonts w:ascii="Arial" w:hAnsi="Arial"/>
                <w:sz w:val="20"/>
              </w:rPr>
              <w:t>Deliciosa BrunchCafe</w:t>
            </w:r>
          </w:p>
        </w:tc>
        <w:tc>
          <w:tcPr>
            <w:tcW w:w="3005" w:type="dxa"/>
            <w:shd w:val="clear" w:color="auto" w:fill="F8FAF8"/>
            <w:tcMar>
              <w:top w:w="70" w:type="dxa"/>
              <w:left w:w="80" w:type="dxa"/>
              <w:bottom w:w="70" w:type="dxa"/>
              <w:right w:w="80" w:type="dxa"/>
            </w:tcMar>
            <w:vAlign w:val="center"/>
          </w:tcPr>
          <w:p w14:paraId="1600010B"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1934BEC1" w14:textId="77777777" w:rsidR="00650973" w:rsidRDefault="00080072">
            <w:r>
              <w:rPr>
                <w:rFonts w:ascii="Arial" w:hAnsi="Arial"/>
                <w:sz w:val="20"/>
              </w:rPr>
              <w:t>≈10–15 min (repéré)</w:t>
            </w:r>
          </w:p>
        </w:tc>
      </w:tr>
      <w:tr w:rsidR="00650973" w14:paraId="4F8BAB32" w14:textId="77777777">
        <w:trPr>
          <w:cantSplit/>
          <w:jc w:val="center"/>
        </w:trPr>
        <w:tc>
          <w:tcPr>
            <w:tcW w:w="567" w:type="dxa"/>
            <w:tcMar>
              <w:top w:w="70" w:type="dxa"/>
              <w:left w:w="80" w:type="dxa"/>
              <w:bottom w:w="70" w:type="dxa"/>
              <w:right w:w="80" w:type="dxa"/>
            </w:tcMar>
            <w:vAlign w:val="center"/>
          </w:tcPr>
          <w:p w14:paraId="259ADBCC" w14:textId="77777777" w:rsidR="00650973" w:rsidRDefault="00080072">
            <w:r>
              <w:rPr>
                <w:rFonts w:ascii="Arial" w:hAnsi="Arial"/>
                <w:sz w:val="20"/>
              </w:rPr>
              <w:t>17</w:t>
            </w:r>
          </w:p>
        </w:tc>
        <w:tc>
          <w:tcPr>
            <w:tcW w:w="3005" w:type="dxa"/>
            <w:tcMar>
              <w:top w:w="70" w:type="dxa"/>
              <w:left w:w="80" w:type="dxa"/>
              <w:bottom w:w="70" w:type="dxa"/>
              <w:right w:w="80" w:type="dxa"/>
            </w:tcMar>
            <w:vAlign w:val="center"/>
          </w:tcPr>
          <w:p w14:paraId="40EEF25F" w14:textId="77777777" w:rsidR="00650973" w:rsidRDefault="00080072">
            <w:r>
              <w:rPr>
                <w:rFonts w:ascii="Arial" w:hAnsi="Arial"/>
                <w:sz w:val="20"/>
              </w:rPr>
              <w:t>Cordial Santa Águeda</w:t>
            </w:r>
          </w:p>
        </w:tc>
        <w:tc>
          <w:tcPr>
            <w:tcW w:w="3005" w:type="dxa"/>
            <w:tcMar>
              <w:top w:w="70" w:type="dxa"/>
              <w:left w:w="80" w:type="dxa"/>
              <w:bottom w:w="70" w:type="dxa"/>
              <w:right w:w="80" w:type="dxa"/>
            </w:tcMar>
            <w:vAlign w:val="center"/>
          </w:tcPr>
          <w:p w14:paraId="29D4ECC2"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688BA025" w14:textId="77777777" w:rsidR="00650973" w:rsidRDefault="00080072">
            <w:r>
              <w:rPr>
                <w:rFonts w:ascii="Arial" w:hAnsi="Arial"/>
                <w:sz w:val="20"/>
              </w:rPr>
              <w:t>≈15–20 min (repéré)</w:t>
            </w:r>
          </w:p>
        </w:tc>
      </w:tr>
      <w:tr w:rsidR="00650973" w14:paraId="70777751" w14:textId="77777777">
        <w:trPr>
          <w:cantSplit/>
          <w:jc w:val="center"/>
        </w:trPr>
        <w:tc>
          <w:tcPr>
            <w:tcW w:w="567" w:type="dxa"/>
            <w:shd w:val="clear" w:color="auto" w:fill="F8FAF8"/>
            <w:tcMar>
              <w:top w:w="70" w:type="dxa"/>
              <w:left w:w="80" w:type="dxa"/>
              <w:bottom w:w="70" w:type="dxa"/>
              <w:right w:w="80" w:type="dxa"/>
            </w:tcMar>
            <w:vAlign w:val="center"/>
          </w:tcPr>
          <w:p w14:paraId="3C336B64" w14:textId="77777777" w:rsidR="00650973" w:rsidRDefault="00080072">
            <w:r>
              <w:rPr>
                <w:rFonts w:ascii="Arial" w:hAnsi="Arial"/>
                <w:sz w:val="20"/>
              </w:rPr>
              <w:t>18</w:t>
            </w:r>
          </w:p>
        </w:tc>
        <w:tc>
          <w:tcPr>
            <w:tcW w:w="3005" w:type="dxa"/>
            <w:shd w:val="clear" w:color="auto" w:fill="F8FAF8"/>
            <w:tcMar>
              <w:top w:w="70" w:type="dxa"/>
              <w:left w:w="80" w:type="dxa"/>
              <w:bottom w:w="70" w:type="dxa"/>
              <w:right w:w="80" w:type="dxa"/>
            </w:tcMar>
            <w:vAlign w:val="center"/>
          </w:tcPr>
          <w:p w14:paraId="1BABA715" w14:textId="77777777" w:rsidR="00650973" w:rsidRDefault="00080072">
            <w:r>
              <w:rPr>
                <w:rFonts w:ascii="Arial" w:hAnsi="Arial"/>
                <w:sz w:val="20"/>
              </w:rPr>
              <w:t>HiperDino Express Playmar</w:t>
            </w:r>
          </w:p>
        </w:tc>
        <w:tc>
          <w:tcPr>
            <w:tcW w:w="3005" w:type="dxa"/>
            <w:shd w:val="clear" w:color="auto" w:fill="F8FAF8"/>
            <w:tcMar>
              <w:top w:w="70" w:type="dxa"/>
              <w:left w:w="80" w:type="dxa"/>
              <w:bottom w:w="70" w:type="dxa"/>
              <w:right w:w="80" w:type="dxa"/>
            </w:tcMar>
            <w:vAlign w:val="center"/>
          </w:tcPr>
          <w:p w14:paraId="23359C9C" w14:textId="77777777" w:rsidR="00650973" w:rsidRDefault="00080072">
            <w:r>
              <w:rPr>
                <w:rFonts w:ascii="Arial" w:hAnsi="Arial"/>
                <w:sz w:val="20"/>
              </w:rPr>
              <w:t>Quelques pas</w:t>
            </w:r>
          </w:p>
        </w:tc>
        <w:tc>
          <w:tcPr>
            <w:tcW w:w="2835" w:type="dxa"/>
            <w:shd w:val="clear" w:color="auto" w:fill="F8FAF8"/>
            <w:tcMar>
              <w:top w:w="70" w:type="dxa"/>
              <w:left w:w="80" w:type="dxa"/>
              <w:bottom w:w="70" w:type="dxa"/>
              <w:right w:w="80" w:type="dxa"/>
            </w:tcMar>
            <w:vAlign w:val="center"/>
          </w:tcPr>
          <w:p w14:paraId="5AC5C731" w14:textId="77777777" w:rsidR="00650973" w:rsidRDefault="00080072">
            <w:r>
              <w:rPr>
                <w:rFonts w:ascii="Arial" w:hAnsi="Arial"/>
                <w:sz w:val="20"/>
              </w:rPr>
              <w:t>Non</w:t>
            </w:r>
          </w:p>
        </w:tc>
      </w:tr>
    </w:tbl>
    <w:p w14:paraId="32295A6F" w14:textId="77777777" w:rsidR="00650973" w:rsidRDefault="00080072">
      <w:r>
        <w:rPr>
          <w:rFonts w:ascii="Arial" w:hAnsi="Arial"/>
          <w:b/>
          <w:color w:val="2F6B4F"/>
          <w:sz w:val="23"/>
        </w:rPr>
        <w:t>D. Prix et horaires</w:t>
      </w:r>
    </w:p>
    <w:tbl>
      <w:tblPr>
        <w:tblStyle w:val="Grilledutableau"/>
        <w:tblW w:w="0" w:type="auto"/>
        <w:jc w:val="center"/>
        <w:tblLook w:val="04A0" w:firstRow="1" w:lastRow="0" w:firstColumn="1" w:lastColumn="0" w:noHBand="0" w:noVBand="1"/>
      </w:tblPr>
      <w:tblGrid>
        <w:gridCol w:w="567"/>
        <w:gridCol w:w="2835"/>
        <w:gridCol w:w="2835"/>
        <w:gridCol w:w="3118"/>
      </w:tblGrid>
      <w:tr w:rsidR="00650973" w14:paraId="6E63D471" w14:textId="77777777">
        <w:trPr>
          <w:cantSplit/>
          <w:tblHeader/>
          <w:jc w:val="center"/>
        </w:trPr>
        <w:tc>
          <w:tcPr>
            <w:tcW w:w="567" w:type="dxa"/>
            <w:shd w:val="clear" w:color="auto" w:fill="2F6B4F"/>
            <w:tcMar>
              <w:top w:w="70" w:type="dxa"/>
              <w:left w:w="80" w:type="dxa"/>
              <w:bottom w:w="70" w:type="dxa"/>
              <w:right w:w="80" w:type="dxa"/>
            </w:tcMar>
            <w:vAlign w:val="center"/>
          </w:tcPr>
          <w:p w14:paraId="777F1F79" w14:textId="77777777" w:rsidR="00650973" w:rsidRDefault="00080072">
            <w:pPr>
              <w:jc w:val="center"/>
            </w:pPr>
            <w:r>
              <w:rPr>
                <w:rFonts w:ascii="Arial" w:hAnsi="Arial"/>
                <w:b/>
                <w:color w:val="FFFFFF"/>
                <w:sz w:val="20"/>
              </w:rPr>
              <w:t>N°</w:t>
            </w:r>
          </w:p>
        </w:tc>
        <w:tc>
          <w:tcPr>
            <w:tcW w:w="2835" w:type="dxa"/>
            <w:shd w:val="clear" w:color="auto" w:fill="2F6B4F"/>
            <w:tcMar>
              <w:top w:w="70" w:type="dxa"/>
              <w:left w:w="80" w:type="dxa"/>
              <w:bottom w:w="70" w:type="dxa"/>
              <w:right w:w="80" w:type="dxa"/>
            </w:tcMar>
            <w:vAlign w:val="center"/>
          </w:tcPr>
          <w:p w14:paraId="62E76C47" w14:textId="77777777" w:rsidR="00650973" w:rsidRDefault="00080072">
            <w:pPr>
              <w:jc w:val="center"/>
            </w:pPr>
            <w:r>
              <w:rPr>
                <w:rFonts w:ascii="Arial" w:hAnsi="Arial"/>
                <w:b/>
                <w:color w:val="FFFFFF"/>
                <w:sz w:val="20"/>
              </w:rPr>
              <w:t>Nom</w:t>
            </w:r>
          </w:p>
        </w:tc>
        <w:tc>
          <w:tcPr>
            <w:tcW w:w="2835" w:type="dxa"/>
            <w:shd w:val="clear" w:color="auto" w:fill="2F6B4F"/>
            <w:tcMar>
              <w:top w:w="70" w:type="dxa"/>
              <w:left w:w="80" w:type="dxa"/>
              <w:bottom w:w="70" w:type="dxa"/>
              <w:right w:w="80" w:type="dxa"/>
            </w:tcMar>
            <w:vAlign w:val="center"/>
          </w:tcPr>
          <w:p w14:paraId="6331BB6E" w14:textId="77777777" w:rsidR="00650973" w:rsidRDefault="00080072">
            <w:pPr>
              <w:jc w:val="center"/>
            </w:pPr>
            <w:r>
              <w:rPr>
                <w:rFonts w:ascii="Arial" w:hAnsi="Arial"/>
                <w:b/>
                <w:color w:val="FFFFFF"/>
                <w:sz w:val="20"/>
              </w:rPr>
              <w:t>Prix indicatifs</w:t>
            </w:r>
          </w:p>
        </w:tc>
        <w:tc>
          <w:tcPr>
            <w:tcW w:w="3118" w:type="dxa"/>
            <w:shd w:val="clear" w:color="auto" w:fill="2F6B4F"/>
            <w:tcMar>
              <w:top w:w="70" w:type="dxa"/>
              <w:left w:w="80" w:type="dxa"/>
              <w:bottom w:w="70" w:type="dxa"/>
              <w:right w:w="80" w:type="dxa"/>
            </w:tcMar>
            <w:vAlign w:val="center"/>
          </w:tcPr>
          <w:p w14:paraId="05F04A6C" w14:textId="77777777" w:rsidR="00650973" w:rsidRDefault="00080072">
            <w:pPr>
              <w:jc w:val="center"/>
            </w:pPr>
            <w:r>
              <w:rPr>
                <w:rFonts w:ascii="Arial" w:hAnsi="Arial"/>
                <w:b/>
                <w:color w:val="FFFFFF"/>
                <w:sz w:val="20"/>
              </w:rPr>
              <w:t>Horaires</w:t>
            </w:r>
          </w:p>
        </w:tc>
      </w:tr>
      <w:tr w:rsidR="00650973" w14:paraId="21CB5B98" w14:textId="77777777">
        <w:trPr>
          <w:cantSplit/>
          <w:jc w:val="center"/>
        </w:trPr>
        <w:tc>
          <w:tcPr>
            <w:tcW w:w="567" w:type="dxa"/>
            <w:tcMar>
              <w:top w:w="70" w:type="dxa"/>
              <w:left w:w="80" w:type="dxa"/>
              <w:bottom w:w="70" w:type="dxa"/>
              <w:right w:w="80" w:type="dxa"/>
            </w:tcMar>
            <w:vAlign w:val="center"/>
          </w:tcPr>
          <w:p w14:paraId="06D9F0A2" w14:textId="77777777" w:rsidR="00650973" w:rsidRDefault="00080072">
            <w:r>
              <w:rPr>
                <w:rFonts w:ascii="Arial" w:hAnsi="Arial"/>
                <w:sz w:val="20"/>
              </w:rPr>
              <w:t>1</w:t>
            </w:r>
          </w:p>
        </w:tc>
        <w:tc>
          <w:tcPr>
            <w:tcW w:w="2835" w:type="dxa"/>
            <w:tcMar>
              <w:top w:w="70" w:type="dxa"/>
              <w:left w:w="80" w:type="dxa"/>
              <w:bottom w:w="70" w:type="dxa"/>
              <w:right w:w="80" w:type="dxa"/>
            </w:tcMar>
            <w:vAlign w:val="center"/>
          </w:tcPr>
          <w:p w14:paraId="71F13ACF" w14:textId="77777777" w:rsidR="00650973" w:rsidRDefault="00080072">
            <w:r>
              <w:rPr>
                <w:rFonts w:ascii="Arial" w:hAnsi="Arial"/>
                <w:sz w:val="20"/>
              </w:rPr>
              <w:t>Kiosko QR</w:t>
            </w:r>
          </w:p>
        </w:tc>
        <w:tc>
          <w:tcPr>
            <w:tcW w:w="2835" w:type="dxa"/>
            <w:tcMar>
              <w:top w:w="70" w:type="dxa"/>
              <w:left w:w="80" w:type="dxa"/>
              <w:bottom w:w="70" w:type="dxa"/>
              <w:right w:w="80" w:type="dxa"/>
            </w:tcMar>
            <w:vAlign w:val="center"/>
          </w:tcPr>
          <w:p w14:paraId="4E6A0DBC" w14:textId="77777777" w:rsidR="00650973" w:rsidRDefault="00080072">
            <w:r>
              <w:rPr>
                <w:rFonts w:ascii="Arial" w:hAnsi="Arial"/>
                <w:sz w:val="20"/>
              </w:rPr>
              <w:t>Prix exacts non retrouvés</w:t>
            </w:r>
          </w:p>
        </w:tc>
        <w:tc>
          <w:tcPr>
            <w:tcW w:w="3118" w:type="dxa"/>
            <w:tcMar>
              <w:top w:w="70" w:type="dxa"/>
              <w:left w:w="80" w:type="dxa"/>
              <w:bottom w:w="70" w:type="dxa"/>
              <w:right w:w="80" w:type="dxa"/>
            </w:tcMar>
            <w:vAlign w:val="center"/>
          </w:tcPr>
          <w:p w14:paraId="559DCCEC" w14:textId="77777777" w:rsidR="00650973" w:rsidRDefault="00080072">
            <w:r>
              <w:rPr>
                <w:rFonts w:ascii="Arial" w:hAnsi="Arial"/>
                <w:sz w:val="20"/>
              </w:rPr>
              <w:t>Dès env. 7h30 ; fermeture ~22h15 relevée</w:t>
            </w:r>
          </w:p>
        </w:tc>
      </w:tr>
      <w:tr w:rsidR="00650973" w14:paraId="5BA03F3B" w14:textId="77777777">
        <w:trPr>
          <w:cantSplit/>
          <w:jc w:val="center"/>
        </w:trPr>
        <w:tc>
          <w:tcPr>
            <w:tcW w:w="567" w:type="dxa"/>
            <w:shd w:val="clear" w:color="auto" w:fill="F8FAF8"/>
            <w:tcMar>
              <w:top w:w="70" w:type="dxa"/>
              <w:left w:w="80" w:type="dxa"/>
              <w:bottom w:w="70" w:type="dxa"/>
              <w:right w:w="80" w:type="dxa"/>
            </w:tcMar>
            <w:vAlign w:val="center"/>
          </w:tcPr>
          <w:p w14:paraId="1185923D" w14:textId="77777777" w:rsidR="00650973" w:rsidRDefault="00080072">
            <w:r>
              <w:rPr>
                <w:rFonts w:ascii="Arial" w:hAnsi="Arial"/>
                <w:sz w:val="20"/>
              </w:rPr>
              <w:t>2</w:t>
            </w:r>
          </w:p>
        </w:tc>
        <w:tc>
          <w:tcPr>
            <w:tcW w:w="2835" w:type="dxa"/>
            <w:shd w:val="clear" w:color="auto" w:fill="F8FAF8"/>
            <w:tcMar>
              <w:top w:w="70" w:type="dxa"/>
              <w:left w:w="80" w:type="dxa"/>
              <w:bottom w:w="70" w:type="dxa"/>
              <w:right w:w="80" w:type="dxa"/>
            </w:tcMar>
            <w:vAlign w:val="center"/>
          </w:tcPr>
          <w:p w14:paraId="4C47F498" w14:textId="77777777" w:rsidR="00650973" w:rsidRDefault="00080072">
            <w:r>
              <w:rPr>
                <w:rFonts w:ascii="Arial" w:hAnsi="Arial"/>
                <w:sz w:val="20"/>
              </w:rPr>
              <w:t>Restaurante Campo de Golf de Maspalomas</w:t>
            </w:r>
          </w:p>
        </w:tc>
        <w:tc>
          <w:tcPr>
            <w:tcW w:w="2835" w:type="dxa"/>
            <w:shd w:val="clear" w:color="auto" w:fill="F8FAF8"/>
            <w:tcMar>
              <w:top w:w="70" w:type="dxa"/>
              <w:left w:w="80" w:type="dxa"/>
              <w:bottom w:w="70" w:type="dxa"/>
              <w:right w:w="80" w:type="dxa"/>
            </w:tcMar>
            <w:vAlign w:val="center"/>
          </w:tcPr>
          <w:p w14:paraId="7F7F3B2A" w14:textId="77777777" w:rsidR="00650973" w:rsidRDefault="00080072">
            <w:r>
              <w:rPr>
                <w:rFonts w:ascii="Arial" w:hAnsi="Arial"/>
                <w:sz w:val="20"/>
              </w:rPr>
              <w:t>4,50–11 € le matin</w:t>
            </w:r>
          </w:p>
        </w:tc>
        <w:tc>
          <w:tcPr>
            <w:tcW w:w="3118" w:type="dxa"/>
            <w:shd w:val="clear" w:color="auto" w:fill="F8FAF8"/>
            <w:tcMar>
              <w:top w:w="70" w:type="dxa"/>
              <w:left w:w="80" w:type="dxa"/>
              <w:bottom w:w="70" w:type="dxa"/>
              <w:right w:w="80" w:type="dxa"/>
            </w:tcMar>
            <w:vAlign w:val="center"/>
          </w:tcPr>
          <w:p w14:paraId="4F0DB331" w14:textId="77777777" w:rsidR="00650973" w:rsidRDefault="00080072">
            <w:r>
              <w:rPr>
                <w:rFonts w:ascii="Arial" w:hAnsi="Arial"/>
                <w:sz w:val="20"/>
              </w:rPr>
              <w:t>Dès 9h ; horaires relevés 9h–20h30, dim. plus court</w:t>
            </w:r>
          </w:p>
        </w:tc>
      </w:tr>
      <w:tr w:rsidR="00650973" w14:paraId="60E7D499" w14:textId="77777777">
        <w:trPr>
          <w:cantSplit/>
          <w:jc w:val="center"/>
        </w:trPr>
        <w:tc>
          <w:tcPr>
            <w:tcW w:w="567" w:type="dxa"/>
            <w:tcMar>
              <w:top w:w="70" w:type="dxa"/>
              <w:left w:w="80" w:type="dxa"/>
              <w:bottom w:w="70" w:type="dxa"/>
              <w:right w:w="80" w:type="dxa"/>
            </w:tcMar>
            <w:vAlign w:val="center"/>
          </w:tcPr>
          <w:p w14:paraId="2DA6B1DF" w14:textId="77777777" w:rsidR="00650973" w:rsidRDefault="00080072">
            <w:r>
              <w:rPr>
                <w:rFonts w:ascii="Arial" w:hAnsi="Arial"/>
                <w:sz w:val="20"/>
              </w:rPr>
              <w:t>3</w:t>
            </w:r>
          </w:p>
        </w:tc>
        <w:tc>
          <w:tcPr>
            <w:tcW w:w="2835" w:type="dxa"/>
            <w:tcMar>
              <w:top w:w="70" w:type="dxa"/>
              <w:left w:w="80" w:type="dxa"/>
              <w:bottom w:w="70" w:type="dxa"/>
              <w:right w:w="80" w:type="dxa"/>
            </w:tcMar>
            <w:vAlign w:val="center"/>
          </w:tcPr>
          <w:p w14:paraId="6F028004" w14:textId="77777777" w:rsidR="00650973" w:rsidRDefault="00080072">
            <w:r>
              <w:rPr>
                <w:rFonts w:ascii="Arial" w:hAnsi="Arial"/>
                <w:sz w:val="20"/>
              </w:rPr>
              <w:t>Bungalows Vistaflor</w:t>
            </w:r>
          </w:p>
        </w:tc>
        <w:tc>
          <w:tcPr>
            <w:tcW w:w="2835" w:type="dxa"/>
            <w:tcMar>
              <w:top w:w="70" w:type="dxa"/>
              <w:left w:w="80" w:type="dxa"/>
              <w:bottom w:w="70" w:type="dxa"/>
              <w:right w:w="80" w:type="dxa"/>
            </w:tcMar>
            <w:vAlign w:val="center"/>
          </w:tcPr>
          <w:p w14:paraId="4DF608A5" w14:textId="77777777" w:rsidR="00650973" w:rsidRDefault="00080072">
            <w:r>
              <w:rPr>
                <w:rFonts w:ascii="Arial" w:hAnsi="Arial"/>
                <w:sz w:val="20"/>
              </w:rPr>
              <w:t>15 €/adulte externe (confirmé par e-mail)</w:t>
            </w:r>
          </w:p>
        </w:tc>
        <w:tc>
          <w:tcPr>
            <w:tcW w:w="3118" w:type="dxa"/>
            <w:tcMar>
              <w:top w:w="70" w:type="dxa"/>
              <w:left w:w="80" w:type="dxa"/>
              <w:bottom w:w="70" w:type="dxa"/>
              <w:right w:w="80" w:type="dxa"/>
            </w:tcMar>
            <w:vAlign w:val="center"/>
          </w:tcPr>
          <w:p w14:paraId="72B6910F" w14:textId="77777777" w:rsidR="00650973" w:rsidRDefault="00080072">
            <w:r>
              <w:rPr>
                <w:rFonts w:ascii="Arial" w:hAnsi="Arial"/>
                <w:sz w:val="20"/>
              </w:rPr>
              <w:t>08h00–10h00</w:t>
            </w:r>
          </w:p>
        </w:tc>
      </w:tr>
      <w:tr w:rsidR="00650973" w14:paraId="6B667961" w14:textId="77777777">
        <w:trPr>
          <w:cantSplit/>
          <w:jc w:val="center"/>
        </w:trPr>
        <w:tc>
          <w:tcPr>
            <w:tcW w:w="567" w:type="dxa"/>
            <w:shd w:val="clear" w:color="auto" w:fill="F8FAF8"/>
            <w:tcMar>
              <w:top w:w="70" w:type="dxa"/>
              <w:left w:w="80" w:type="dxa"/>
              <w:bottom w:w="70" w:type="dxa"/>
              <w:right w:w="80" w:type="dxa"/>
            </w:tcMar>
            <w:vAlign w:val="center"/>
          </w:tcPr>
          <w:p w14:paraId="38D3DE01" w14:textId="77777777" w:rsidR="00650973" w:rsidRDefault="00080072">
            <w:r>
              <w:rPr>
                <w:rFonts w:ascii="Arial" w:hAnsi="Arial"/>
                <w:sz w:val="20"/>
              </w:rPr>
              <w:t>4</w:t>
            </w:r>
          </w:p>
        </w:tc>
        <w:tc>
          <w:tcPr>
            <w:tcW w:w="2835" w:type="dxa"/>
            <w:shd w:val="clear" w:color="auto" w:fill="F8FAF8"/>
            <w:tcMar>
              <w:top w:w="70" w:type="dxa"/>
              <w:left w:w="80" w:type="dxa"/>
              <w:bottom w:w="70" w:type="dxa"/>
              <w:right w:w="80" w:type="dxa"/>
            </w:tcMar>
            <w:vAlign w:val="center"/>
          </w:tcPr>
          <w:p w14:paraId="32F89FD6" w14:textId="77777777" w:rsidR="00650973" w:rsidRDefault="00080072">
            <w:r>
              <w:rPr>
                <w:rFonts w:ascii="Arial" w:hAnsi="Arial"/>
                <w:sz w:val="20"/>
              </w:rPr>
              <w:t>eó Maspalomas Resort</w:t>
            </w:r>
          </w:p>
        </w:tc>
        <w:tc>
          <w:tcPr>
            <w:tcW w:w="2835" w:type="dxa"/>
            <w:shd w:val="clear" w:color="auto" w:fill="F8FAF8"/>
            <w:tcMar>
              <w:top w:w="70" w:type="dxa"/>
              <w:left w:w="80" w:type="dxa"/>
              <w:bottom w:w="70" w:type="dxa"/>
              <w:right w:w="80" w:type="dxa"/>
            </w:tcMar>
            <w:vAlign w:val="center"/>
          </w:tcPr>
          <w:p w14:paraId="0718958F" w14:textId="77777777" w:rsidR="00650973" w:rsidRDefault="00080072">
            <w:r>
              <w:rPr>
                <w:rFonts w:ascii="Arial" w:hAnsi="Arial"/>
                <w:sz w:val="20"/>
              </w:rPr>
              <w:t>7–10 € repérés en ligne ; walk-in non confirmé</w:t>
            </w:r>
          </w:p>
        </w:tc>
        <w:tc>
          <w:tcPr>
            <w:tcW w:w="3118" w:type="dxa"/>
            <w:shd w:val="clear" w:color="auto" w:fill="F8FAF8"/>
            <w:tcMar>
              <w:top w:w="70" w:type="dxa"/>
              <w:left w:w="80" w:type="dxa"/>
              <w:bottom w:w="70" w:type="dxa"/>
              <w:right w:w="80" w:type="dxa"/>
            </w:tcMar>
            <w:vAlign w:val="center"/>
          </w:tcPr>
          <w:p w14:paraId="552E46FF" w14:textId="77777777" w:rsidR="00650973" w:rsidRDefault="00080072">
            <w:r>
              <w:rPr>
                <w:rFonts w:ascii="Arial" w:hAnsi="Arial"/>
                <w:sz w:val="20"/>
              </w:rPr>
              <w:t>08h00–10h30 selon recherches du chat</w:t>
            </w:r>
          </w:p>
        </w:tc>
      </w:tr>
      <w:tr w:rsidR="00650973" w14:paraId="4C7B7EB8" w14:textId="77777777">
        <w:trPr>
          <w:cantSplit/>
          <w:jc w:val="center"/>
        </w:trPr>
        <w:tc>
          <w:tcPr>
            <w:tcW w:w="567" w:type="dxa"/>
            <w:tcMar>
              <w:top w:w="70" w:type="dxa"/>
              <w:left w:w="80" w:type="dxa"/>
              <w:bottom w:w="70" w:type="dxa"/>
              <w:right w:w="80" w:type="dxa"/>
            </w:tcMar>
            <w:vAlign w:val="center"/>
          </w:tcPr>
          <w:p w14:paraId="554B68C9" w14:textId="77777777" w:rsidR="00650973" w:rsidRDefault="00080072">
            <w:r>
              <w:rPr>
                <w:rFonts w:ascii="Arial" w:hAnsi="Arial"/>
                <w:sz w:val="20"/>
              </w:rPr>
              <w:t>5</w:t>
            </w:r>
          </w:p>
        </w:tc>
        <w:tc>
          <w:tcPr>
            <w:tcW w:w="2835" w:type="dxa"/>
            <w:tcMar>
              <w:top w:w="70" w:type="dxa"/>
              <w:left w:w="80" w:type="dxa"/>
              <w:bottom w:w="70" w:type="dxa"/>
              <w:right w:w="80" w:type="dxa"/>
            </w:tcMar>
            <w:vAlign w:val="center"/>
          </w:tcPr>
          <w:p w14:paraId="48FFCC3F" w14:textId="77777777" w:rsidR="00650973" w:rsidRDefault="00080072">
            <w:r>
              <w:rPr>
                <w:rFonts w:ascii="Arial" w:hAnsi="Arial"/>
                <w:sz w:val="20"/>
              </w:rPr>
              <w:t>Bungalows Cordial Green Golf</w:t>
            </w:r>
          </w:p>
        </w:tc>
        <w:tc>
          <w:tcPr>
            <w:tcW w:w="2835" w:type="dxa"/>
            <w:tcMar>
              <w:top w:w="70" w:type="dxa"/>
              <w:left w:w="80" w:type="dxa"/>
              <w:bottom w:w="70" w:type="dxa"/>
              <w:right w:w="80" w:type="dxa"/>
            </w:tcMar>
            <w:vAlign w:val="center"/>
          </w:tcPr>
          <w:p w14:paraId="184B75F0" w14:textId="77777777" w:rsidR="00650973" w:rsidRDefault="00080072">
            <w:r>
              <w:rPr>
                <w:rFonts w:ascii="Arial" w:hAnsi="Arial"/>
                <w:sz w:val="20"/>
              </w:rPr>
              <w:t>≈13–17 € repérés ; externe non confirmé</w:t>
            </w:r>
          </w:p>
        </w:tc>
        <w:tc>
          <w:tcPr>
            <w:tcW w:w="3118" w:type="dxa"/>
            <w:tcMar>
              <w:top w:w="70" w:type="dxa"/>
              <w:left w:w="80" w:type="dxa"/>
              <w:bottom w:w="70" w:type="dxa"/>
              <w:right w:w="80" w:type="dxa"/>
            </w:tcMar>
            <w:vAlign w:val="center"/>
          </w:tcPr>
          <w:p w14:paraId="21F844FE" w14:textId="77777777" w:rsidR="00650973" w:rsidRDefault="00080072">
            <w:r>
              <w:rPr>
                <w:rFonts w:ascii="Arial" w:hAnsi="Arial"/>
                <w:sz w:val="20"/>
              </w:rPr>
              <w:t>08h00–10h30</w:t>
            </w:r>
          </w:p>
        </w:tc>
      </w:tr>
      <w:tr w:rsidR="00650973" w14:paraId="4941200E" w14:textId="77777777">
        <w:trPr>
          <w:cantSplit/>
          <w:jc w:val="center"/>
        </w:trPr>
        <w:tc>
          <w:tcPr>
            <w:tcW w:w="567" w:type="dxa"/>
            <w:shd w:val="clear" w:color="auto" w:fill="F8FAF8"/>
            <w:tcMar>
              <w:top w:w="70" w:type="dxa"/>
              <w:left w:w="80" w:type="dxa"/>
              <w:bottom w:w="70" w:type="dxa"/>
              <w:right w:w="80" w:type="dxa"/>
            </w:tcMar>
            <w:vAlign w:val="center"/>
          </w:tcPr>
          <w:p w14:paraId="38B92665" w14:textId="77777777" w:rsidR="00650973" w:rsidRDefault="00080072">
            <w:r>
              <w:rPr>
                <w:rFonts w:ascii="Arial" w:hAnsi="Arial"/>
                <w:sz w:val="20"/>
              </w:rPr>
              <w:t>6</w:t>
            </w:r>
          </w:p>
        </w:tc>
        <w:tc>
          <w:tcPr>
            <w:tcW w:w="2835" w:type="dxa"/>
            <w:shd w:val="clear" w:color="auto" w:fill="F8FAF8"/>
            <w:tcMar>
              <w:top w:w="70" w:type="dxa"/>
              <w:left w:w="80" w:type="dxa"/>
              <w:bottom w:w="70" w:type="dxa"/>
              <w:right w:w="80" w:type="dxa"/>
            </w:tcMar>
            <w:vAlign w:val="center"/>
          </w:tcPr>
          <w:p w14:paraId="3202CA75" w14:textId="77777777" w:rsidR="00650973" w:rsidRDefault="00080072">
            <w:r>
              <w:rPr>
                <w:rFonts w:ascii="Arial" w:hAnsi="Arial"/>
                <w:sz w:val="20"/>
              </w:rPr>
              <w:t>Toro Piedra – Faro 2</w:t>
            </w:r>
          </w:p>
        </w:tc>
        <w:tc>
          <w:tcPr>
            <w:tcW w:w="2835" w:type="dxa"/>
            <w:shd w:val="clear" w:color="auto" w:fill="F8FAF8"/>
            <w:tcMar>
              <w:top w:w="70" w:type="dxa"/>
              <w:left w:w="80" w:type="dxa"/>
              <w:bottom w:w="70" w:type="dxa"/>
              <w:right w:w="80" w:type="dxa"/>
            </w:tcMar>
            <w:vAlign w:val="center"/>
          </w:tcPr>
          <w:p w14:paraId="301DB535" w14:textId="77777777" w:rsidR="00650973" w:rsidRDefault="00080072">
            <w:r>
              <w:rPr>
                <w:rFonts w:ascii="Arial" w:hAnsi="Arial"/>
                <w:sz w:val="20"/>
              </w:rPr>
              <w:t>€–€€ ; prix exacts à retrouver</w:t>
            </w:r>
          </w:p>
        </w:tc>
        <w:tc>
          <w:tcPr>
            <w:tcW w:w="3118" w:type="dxa"/>
            <w:shd w:val="clear" w:color="auto" w:fill="F8FAF8"/>
            <w:tcMar>
              <w:top w:w="70" w:type="dxa"/>
              <w:left w:w="80" w:type="dxa"/>
              <w:bottom w:w="70" w:type="dxa"/>
              <w:right w:w="80" w:type="dxa"/>
            </w:tcMar>
            <w:vAlign w:val="center"/>
          </w:tcPr>
          <w:p w14:paraId="7EBD8FC3" w14:textId="77777777" w:rsidR="00650973" w:rsidRDefault="00080072">
            <w:r>
              <w:rPr>
                <w:rFonts w:ascii="Arial" w:hAnsi="Arial"/>
                <w:sz w:val="20"/>
              </w:rPr>
              <w:t>Service matin/lunch ; horaire précis non conservé</w:t>
            </w:r>
          </w:p>
        </w:tc>
      </w:tr>
      <w:tr w:rsidR="00650973" w14:paraId="0C3AD588" w14:textId="77777777">
        <w:trPr>
          <w:cantSplit/>
          <w:jc w:val="center"/>
        </w:trPr>
        <w:tc>
          <w:tcPr>
            <w:tcW w:w="567" w:type="dxa"/>
            <w:tcMar>
              <w:top w:w="70" w:type="dxa"/>
              <w:left w:w="80" w:type="dxa"/>
              <w:bottom w:w="70" w:type="dxa"/>
              <w:right w:w="80" w:type="dxa"/>
            </w:tcMar>
            <w:vAlign w:val="center"/>
          </w:tcPr>
          <w:p w14:paraId="6277886F" w14:textId="77777777" w:rsidR="00650973" w:rsidRDefault="00080072">
            <w:r>
              <w:rPr>
                <w:rFonts w:ascii="Arial" w:hAnsi="Arial"/>
                <w:sz w:val="20"/>
              </w:rPr>
              <w:t>7</w:t>
            </w:r>
          </w:p>
        </w:tc>
        <w:tc>
          <w:tcPr>
            <w:tcW w:w="2835" w:type="dxa"/>
            <w:tcMar>
              <w:top w:w="70" w:type="dxa"/>
              <w:left w:w="80" w:type="dxa"/>
              <w:bottom w:w="70" w:type="dxa"/>
              <w:right w:w="80" w:type="dxa"/>
            </w:tcMar>
            <w:vAlign w:val="center"/>
          </w:tcPr>
          <w:p w14:paraId="1EB9F1E1" w14:textId="77777777" w:rsidR="00650973" w:rsidRDefault="00080072">
            <w:r>
              <w:rPr>
                <w:rFonts w:ascii="Arial" w:hAnsi="Arial"/>
                <w:sz w:val="20"/>
              </w:rPr>
              <w:t>Cleopatra – Faro 2</w:t>
            </w:r>
          </w:p>
        </w:tc>
        <w:tc>
          <w:tcPr>
            <w:tcW w:w="2835" w:type="dxa"/>
            <w:tcMar>
              <w:top w:w="70" w:type="dxa"/>
              <w:left w:w="80" w:type="dxa"/>
              <w:bottom w:w="70" w:type="dxa"/>
              <w:right w:w="80" w:type="dxa"/>
            </w:tcMar>
            <w:vAlign w:val="center"/>
          </w:tcPr>
          <w:p w14:paraId="5E80F943" w14:textId="77777777" w:rsidR="00650973" w:rsidRDefault="00080072">
            <w:r>
              <w:rPr>
                <w:rFonts w:ascii="Arial" w:hAnsi="Arial"/>
                <w:sz w:val="20"/>
              </w:rPr>
              <w:t>€ ; prix exacts non retrouvés</w:t>
            </w:r>
          </w:p>
        </w:tc>
        <w:tc>
          <w:tcPr>
            <w:tcW w:w="3118" w:type="dxa"/>
            <w:tcMar>
              <w:top w:w="70" w:type="dxa"/>
              <w:left w:w="80" w:type="dxa"/>
              <w:bottom w:w="70" w:type="dxa"/>
              <w:right w:w="80" w:type="dxa"/>
            </w:tcMar>
            <w:vAlign w:val="center"/>
          </w:tcPr>
          <w:p w14:paraId="14E765D8" w14:textId="77777777" w:rsidR="00650973" w:rsidRDefault="00080072">
            <w:r>
              <w:rPr>
                <w:rFonts w:ascii="Arial" w:hAnsi="Arial"/>
                <w:sz w:val="20"/>
              </w:rPr>
              <w:t>Ouverture repérée vers 10h</w:t>
            </w:r>
          </w:p>
        </w:tc>
      </w:tr>
      <w:tr w:rsidR="00650973" w14:paraId="6C78F7D7" w14:textId="77777777">
        <w:trPr>
          <w:cantSplit/>
          <w:jc w:val="center"/>
        </w:trPr>
        <w:tc>
          <w:tcPr>
            <w:tcW w:w="567" w:type="dxa"/>
            <w:shd w:val="clear" w:color="auto" w:fill="F8FAF8"/>
            <w:tcMar>
              <w:top w:w="70" w:type="dxa"/>
              <w:left w:w="80" w:type="dxa"/>
              <w:bottom w:w="70" w:type="dxa"/>
              <w:right w:w="80" w:type="dxa"/>
            </w:tcMar>
            <w:vAlign w:val="center"/>
          </w:tcPr>
          <w:p w14:paraId="481E6F83" w14:textId="77777777" w:rsidR="00650973" w:rsidRDefault="00080072">
            <w:r>
              <w:rPr>
                <w:rFonts w:ascii="Arial" w:hAnsi="Arial"/>
                <w:sz w:val="20"/>
              </w:rPr>
              <w:t>8</w:t>
            </w:r>
          </w:p>
        </w:tc>
        <w:tc>
          <w:tcPr>
            <w:tcW w:w="2835" w:type="dxa"/>
            <w:shd w:val="clear" w:color="auto" w:fill="F8FAF8"/>
            <w:tcMar>
              <w:top w:w="70" w:type="dxa"/>
              <w:left w:w="80" w:type="dxa"/>
              <w:bottom w:w="70" w:type="dxa"/>
              <w:right w:w="80" w:type="dxa"/>
            </w:tcMar>
            <w:vAlign w:val="center"/>
          </w:tcPr>
          <w:p w14:paraId="52A8DBC4" w14:textId="77777777" w:rsidR="00650973" w:rsidRDefault="00080072">
            <w:r>
              <w:rPr>
                <w:rFonts w:ascii="Arial" w:hAnsi="Arial"/>
                <w:sz w:val="20"/>
              </w:rPr>
              <w:t>Calma Café</w:t>
            </w:r>
          </w:p>
        </w:tc>
        <w:tc>
          <w:tcPr>
            <w:tcW w:w="2835" w:type="dxa"/>
            <w:shd w:val="clear" w:color="auto" w:fill="F8FAF8"/>
            <w:tcMar>
              <w:top w:w="70" w:type="dxa"/>
              <w:left w:w="80" w:type="dxa"/>
              <w:bottom w:w="70" w:type="dxa"/>
              <w:right w:w="80" w:type="dxa"/>
            </w:tcMar>
            <w:vAlign w:val="center"/>
          </w:tcPr>
          <w:p w14:paraId="3303CC9D" w14:textId="77777777" w:rsidR="00650973" w:rsidRDefault="00080072">
            <w:r>
              <w:rPr>
                <w:rFonts w:ascii="Arial" w:hAnsi="Arial"/>
                <w:sz w:val="20"/>
              </w:rPr>
              <w:t>5–14,50 €</w:t>
            </w:r>
          </w:p>
        </w:tc>
        <w:tc>
          <w:tcPr>
            <w:tcW w:w="3118" w:type="dxa"/>
            <w:shd w:val="clear" w:color="auto" w:fill="F8FAF8"/>
            <w:tcMar>
              <w:top w:w="70" w:type="dxa"/>
              <w:left w:w="80" w:type="dxa"/>
              <w:bottom w:w="70" w:type="dxa"/>
              <w:right w:w="80" w:type="dxa"/>
            </w:tcMar>
            <w:vAlign w:val="center"/>
          </w:tcPr>
          <w:p w14:paraId="33CD77C8" w14:textId="77777777" w:rsidR="00650973" w:rsidRDefault="00080072">
            <w:r>
              <w:rPr>
                <w:rFonts w:ascii="Arial" w:hAnsi="Arial"/>
                <w:sz w:val="20"/>
              </w:rPr>
              <w:t>09h00–15h00 selon collecte ; mardi fermé selon recherche</w:t>
            </w:r>
          </w:p>
        </w:tc>
      </w:tr>
      <w:tr w:rsidR="00650973" w14:paraId="50CCC995" w14:textId="77777777">
        <w:trPr>
          <w:cantSplit/>
          <w:jc w:val="center"/>
        </w:trPr>
        <w:tc>
          <w:tcPr>
            <w:tcW w:w="567" w:type="dxa"/>
            <w:tcMar>
              <w:top w:w="70" w:type="dxa"/>
              <w:left w:w="80" w:type="dxa"/>
              <w:bottom w:w="70" w:type="dxa"/>
              <w:right w:w="80" w:type="dxa"/>
            </w:tcMar>
            <w:vAlign w:val="center"/>
          </w:tcPr>
          <w:p w14:paraId="77C8D82E" w14:textId="77777777" w:rsidR="00650973" w:rsidRDefault="00080072">
            <w:r>
              <w:rPr>
                <w:rFonts w:ascii="Arial" w:hAnsi="Arial"/>
                <w:sz w:val="20"/>
              </w:rPr>
              <w:t>9</w:t>
            </w:r>
          </w:p>
        </w:tc>
        <w:tc>
          <w:tcPr>
            <w:tcW w:w="2835" w:type="dxa"/>
            <w:tcMar>
              <w:top w:w="70" w:type="dxa"/>
              <w:left w:w="80" w:type="dxa"/>
              <w:bottom w:w="70" w:type="dxa"/>
              <w:right w:w="80" w:type="dxa"/>
            </w:tcMar>
            <w:vAlign w:val="center"/>
          </w:tcPr>
          <w:p w14:paraId="6F1A5E42" w14:textId="77777777" w:rsidR="00650973" w:rsidRDefault="00080072">
            <w:r>
              <w:rPr>
                <w:rFonts w:ascii="Arial" w:hAnsi="Arial"/>
                <w:sz w:val="20"/>
              </w:rPr>
              <w:t>Oasis Café GC</w:t>
            </w:r>
          </w:p>
        </w:tc>
        <w:tc>
          <w:tcPr>
            <w:tcW w:w="2835" w:type="dxa"/>
            <w:tcMar>
              <w:top w:w="70" w:type="dxa"/>
              <w:left w:w="80" w:type="dxa"/>
              <w:bottom w:w="70" w:type="dxa"/>
              <w:right w:w="80" w:type="dxa"/>
            </w:tcMar>
            <w:vAlign w:val="center"/>
          </w:tcPr>
          <w:p w14:paraId="619F0C6D" w14:textId="77777777" w:rsidR="00650973" w:rsidRDefault="00080072">
            <w:r>
              <w:rPr>
                <w:rFonts w:ascii="Arial" w:hAnsi="Arial"/>
                <w:sz w:val="20"/>
              </w:rPr>
              <w:t>Offre repérée 23,90 € pour 2 (≈11,95 €/pers.)</w:t>
            </w:r>
          </w:p>
        </w:tc>
        <w:tc>
          <w:tcPr>
            <w:tcW w:w="3118" w:type="dxa"/>
            <w:tcMar>
              <w:top w:w="70" w:type="dxa"/>
              <w:left w:w="80" w:type="dxa"/>
              <w:bottom w:w="70" w:type="dxa"/>
              <w:right w:w="80" w:type="dxa"/>
            </w:tcMar>
            <w:vAlign w:val="center"/>
          </w:tcPr>
          <w:p w14:paraId="2DAC9494" w14:textId="77777777" w:rsidR="00650973" w:rsidRDefault="00080072">
            <w:r>
              <w:rPr>
                <w:rFonts w:ascii="Arial" w:hAnsi="Arial"/>
                <w:sz w:val="20"/>
              </w:rPr>
              <w:t>08h30–14h00 selon collecte</w:t>
            </w:r>
          </w:p>
        </w:tc>
      </w:tr>
      <w:tr w:rsidR="00650973" w14:paraId="2C0B3907" w14:textId="77777777">
        <w:trPr>
          <w:cantSplit/>
          <w:jc w:val="center"/>
        </w:trPr>
        <w:tc>
          <w:tcPr>
            <w:tcW w:w="567" w:type="dxa"/>
            <w:shd w:val="clear" w:color="auto" w:fill="F8FAF8"/>
            <w:tcMar>
              <w:top w:w="70" w:type="dxa"/>
              <w:left w:w="80" w:type="dxa"/>
              <w:bottom w:w="70" w:type="dxa"/>
              <w:right w:w="80" w:type="dxa"/>
            </w:tcMar>
            <w:vAlign w:val="center"/>
          </w:tcPr>
          <w:p w14:paraId="5B5E2E79" w14:textId="77777777" w:rsidR="00650973" w:rsidRDefault="00080072">
            <w:r>
              <w:rPr>
                <w:rFonts w:ascii="Arial" w:hAnsi="Arial"/>
                <w:sz w:val="20"/>
              </w:rPr>
              <w:lastRenderedPageBreak/>
              <w:t>10</w:t>
            </w:r>
          </w:p>
        </w:tc>
        <w:tc>
          <w:tcPr>
            <w:tcW w:w="2835" w:type="dxa"/>
            <w:shd w:val="clear" w:color="auto" w:fill="F8FAF8"/>
            <w:tcMar>
              <w:top w:w="70" w:type="dxa"/>
              <w:left w:w="80" w:type="dxa"/>
              <w:bottom w:w="70" w:type="dxa"/>
              <w:right w:w="80" w:type="dxa"/>
            </w:tcMar>
            <w:vAlign w:val="center"/>
          </w:tcPr>
          <w:p w14:paraId="4729AD86" w14:textId="77777777" w:rsidR="00650973" w:rsidRDefault="00080072">
            <w:r>
              <w:rPr>
                <w:rFonts w:ascii="Arial" w:hAnsi="Arial"/>
                <w:sz w:val="20"/>
              </w:rPr>
              <w:t>Patio Canario</w:t>
            </w:r>
          </w:p>
        </w:tc>
        <w:tc>
          <w:tcPr>
            <w:tcW w:w="2835" w:type="dxa"/>
            <w:shd w:val="clear" w:color="auto" w:fill="F8FAF8"/>
            <w:tcMar>
              <w:top w:w="70" w:type="dxa"/>
              <w:left w:w="80" w:type="dxa"/>
              <w:bottom w:w="70" w:type="dxa"/>
              <w:right w:w="80" w:type="dxa"/>
            </w:tcMar>
            <w:vAlign w:val="center"/>
          </w:tcPr>
          <w:p w14:paraId="24F2D828" w14:textId="77777777" w:rsidR="00650973" w:rsidRDefault="00080072">
            <w:r>
              <w:rPr>
                <w:rFonts w:ascii="Arial" w:hAnsi="Arial"/>
                <w:sz w:val="20"/>
              </w:rPr>
              <w:t>Prix exacts non retrouvés</w:t>
            </w:r>
          </w:p>
        </w:tc>
        <w:tc>
          <w:tcPr>
            <w:tcW w:w="3118" w:type="dxa"/>
            <w:shd w:val="clear" w:color="auto" w:fill="F8FAF8"/>
            <w:tcMar>
              <w:top w:w="70" w:type="dxa"/>
              <w:left w:w="80" w:type="dxa"/>
              <w:bottom w:w="70" w:type="dxa"/>
              <w:right w:w="80" w:type="dxa"/>
            </w:tcMar>
            <w:vAlign w:val="center"/>
          </w:tcPr>
          <w:p w14:paraId="135B2E48" w14:textId="77777777" w:rsidR="00650973" w:rsidRDefault="00080072">
            <w:r>
              <w:rPr>
                <w:rFonts w:ascii="Arial" w:hAnsi="Arial"/>
                <w:sz w:val="20"/>
              </w:rPr>
              <w:t>Contradiction dans le chat : ouverture citée à 9h puis 10h ; à vérifier</w:t>
            </w:r>
          </w:p>
        </w:tc>
      </w:tr>
      <w:tr w:rsidR="00650973" w14:paraId="74848B3E" w14:textId="77777777">
        <w:trPr>
          <w:cantSplit/>
          <w:jc w:val="center"/>
        </w:trPr>
        <w:tc>
          <w:tcPr>
            <w:tcW w:w="567" w:type="dxa"/>
            <w:tcMar>
              <w:top w:w="70" w:type="dxa"/>
              <w:left w:w="80" w:type="dxa"/>
              <w:bottom w:w="70" w:type="dxa"/>
              <w:right w:w="80" w:type="dxa"/>
            </w:tcMar>
            <w:vAlign w:val="center"/>
          </w:tcPr>
          <w:p w14:paraId="45979636" w14:textId="77777777" w:rsidR="00650973" w:rsidRDefault="00080072">
            <w:r>
              <w:rPr>
                <w:rFonts w:ascii="Arial" w:hAnsi="Arial"/>
                <w:sz w:val="20"/>
              </w:rPr>
              <w:t>11</w:t>
            </w:r>
          </w:p>
        </w:tc>
        <w:tc>
          <w:tcPr>
            <w:tcW w:w="2835" w:type="dxa"/>
            <w:tcMar>
              <w:top w:w="70" w:type="dxa"/>
              <w:left w:w="80" w:type="dxa"/>
              <w:bottom w:w="70" w:type="dxa"/>
              <w:right w:w="80" w:type="dxa"/>
            </w:tcMar>
            <w:vAlign w:val="center"/>
          </w:tcPr>
          <w:p w14:paraId="636A7932" w14:textId="77777777" w:rsidR="00650973" w:rsidRDefault="00080072">
            <w:r>
              <w:rPr>
                <w:rFonts w:ascii="Arial" w:hAnsi="Arial"/>
                <w:sz w:val="20"/>
              </w:rPr>
              <w:t>Casas Pepe Apartments &amp; Spa</w:t>
            </w:r>
          </w:p>
        </w:tc>
        <w:tc>
          <w:tcPr>
            <w:tcW w:w="2835" w:type="dxa"/>
            <w:tcMar>
              <w:top w:w="70" w:type="dxa"/>
              <w:left w:w="80" w:type="dxa"/>
              <w:bottom w:w="70" w:type="dxa"/>
              <w:right w:w="80" w:type="dxa"/>
            </w:tcMar>
            <w:vAlign w:val="center"/>
          </w:tcPr>
          <w:p w14:paraId="06B85C5E" w14:textId="77777777" w:rsidR="00650973" w:rsidRDefault="00080072">
            <w:r>
              <w:rPr>
                <w:rFonts w:ascii="Arial" w:hAnsi="Arial"/>
                <w:sz w:val="20"/>
              </w:rPr>
              <w:t>18 €/adulte</w:t>
            </w:r>
          </w:p>
        </w:tc>
        <w:tc>
          <w:tcPr>
            <w:tcW w:w="3118" w:type="dxa"/>
            <w:tcMar>
              <w:top w:w="70" w:type="dxa"/>
              <w:left w:w="80" w:type="dxa"/>
              <w:bottom w:w="70" w:type="dxa"/>
              <w:right w:w="80" w:type="dxa"/>
            </w:tcMar>
            <w:vAlign w:val="center"/>
          </w:tcPr>
          <w:p w14:paraId="69BC3685" w14:textId="77777777" w:rsidR="00650973" w:rsidRDefault="00080072">
            <w:r>
              <w:rPr>
                <w:rFonts w:ascii="Arial" w:hAnsi="Arial"/>
                <w:sz w:val="20"/>
              </w:rPr>
              <w:t>08h00–10h30</w:t>
            </w:r>
          </w:p>
        </w:tc>
      </w:tr>
      <w:tr w:rsidR="00650973" w14:paraId="0F2B96EE" w14:textId="77777777">
        <w:trPr>
          <w:cantSplit/>
          <w:jc w:val="center"/>
        </w:trPr>
        <w:tc>
          <w:tcPr>
            <w:tcW w:w="567" w:type="dxa"/>
            <w:shd w:val="clear" w:color="auto" w:fill="F8FAF8"/>
            <w:tcMar>
              <w:top w:w="70" w:type="dxa"/>
              <w:left w:w="80" w:type="dxa"/>
              <w:bottom w:w="70" w:type="dxa"/>
              <w:right w:w="80" w:type="dxa"/>
            </w:tcMar>
            <w:vAlign w:val="center"/>
          </w:tcPr>
          <w:p w14:paraId="1BDEBE30" w14:textId="77777777" w:rsidR="00650973" w:rsidRDefault="00080072">
            <w:r>
              <w:rPr>
                <w:rFonts w:ascii="Arial" w:hAnsi="Arial"/>
                <w:sz w:val="20"/>
              </w:rPr>
              <w:t>12</w:t>
            </w:r>
          </w:p>
        </w:tc>
        <w:tc>
          <w:tcPr>
            <w:tcW w:w="2835" w:type="dxa"/>
            <w:shd w:val="clear" w:color="auto" w:fill="F8FAF8"/>
            <w:tcMar>
              <w:top w:w="70" w:type="dxa"/>
              <w:left w:w="80" w:type="dxa"/>
              <w:bottom w:w="70" w:type="dxa"/>
              <w:right w:w="80" w:type="dxa"/>
            </w:tcMar>
            <w:vAlign w:val="center"/>
          </w:tcPr>
          <w:p w14:paraId="4B330A3C" w14:textId="77777777" w:rsidR="00650973" w:rsidRDefault="00080072">
            <w:r>
              <w:rPr>
                <w:rFonts w:ascii="Arial" w:hAnsi="Arial"/>
                <w:sz w:val="20"/>
              </w:rPr>
              <w:t>Gold by Marina</w:t>
            </w:r>
          </w:p>
        </w:tc>
        <w:tc>
          <w:tcPr>
            <w:tcW w:w="2835" w:type="dxa"/>
            <w:shd w:val="clear" w:color="auto" w:fill="F8FAF8"/>
            <w:tcMar>
              <w:top w:w="70" w:type="dxa"/>
              <w:left w:w="80" w:type="dxa"/>
              <w:bottom w:w="70" w:type="dxa"/>
              <w:right w:w="80" w:type="dxa"/>
            </w:tcMar>
            <w:vAlign w:val="center"/>
          </w:tcPr>
          <w:p w14:paraId="001C6EA0" w14:textId="77777777" w:rsidR="00650973" w:rsidRDefault="00080072">
            <w:r>
              <w:rPr>
                <w:rFonts w:ascii="Arial" w:hAnsi="Arial"/>
                <w:sz w:val="20"/>
              </w:rPr>
              <w:t>Dès 20 € externe ; 18 € avait aussi été cité pour ajout client hôtel</w:t>
            </w:r>
          </w:p>
        </w:tc>
        <w:tc>
          <w:tcPr>
            <w:tcW w:w="3118" w:type="dxa"/>
            <w:shd w:val="clear" w:color="auto" w:fill="F8FAF8"/>
            <w:tcMar>
              <w:top w:w="70" w:type="dxa"/>
              <w:left w:w="80" w:type="dxa"/>
              <w:bottom w:w="70" w:type="dxa"/>
              <w:right w:w="80" w:type="dxa"/>
            </w:tcMar>
            <w:vAlign w:val="center"/>
          </w:tcPr>
          <w:p w14:paraId="5DCCA6E5" w14:textId="77777777" w:rsidR="00650973" w:rsidRDefault="00080072">
            <w:r>
              <w:rPr>
                <w:rFonts w:ascii="Arial" w:hAnsi="Arial"/>
                <w:sz w:val="20"/>
              </w:rPr>
              <w:t>08h00–12h00</w:t>
            </w:r>
          </w:p>
        </w:tc>
      </w:tr>
      <w:tr w:rsidR="00650973" w14:paraId="70F0AFED" w14:textId="77777777">
        <w:trPr>
          <w:cantSplit/>
          <w:jc w:val="center"/>
        </w:trPr>
        <w:tc>
          <w:tcPr>
            <w:tcW w:w="567" w:type="dxa"/>
            <w:tcMar>
              <w:top w:w="70" w:type="dxa"/>
              <w:left w:w="80" w:type="dxa"/>
              <w:bottom w:w="70" w:type="dxa"/>
              <w:right w:w="80" w:type="dxa"/>
            </w:tcMar>
            <w:vAlign w:val="center"/>
          </w:tcPr>
          <w:p w14:paraId="1649F45E" w14:textId="77777777" w:rsidR="00650973" w:rsidRDefault="00080072">
            <w:r>
              <w:rPr>
                <w:rFonts w:ascii="Arial" w:hAnsi="Arial"/>
                <w:sz w:val="20"/>
              </w:rPr>
              <w:t>13</w:t>
            </w:r>
          </w:p>
        </w:tc>
        <w:tc>
          <w:tcPr>
            <w:tcW w:w="2835" w:type="dxa"/>
            <w:tcMar>
              <w:top w:w="70" w:type="dxa"/>
              <w:left w:w="80" w:type="dxa"/>
              <w:bottom w:w="70" w:type="dxa"/>
              <w:right w:w="80" w:type="dxa"/>
            </w:tcMar>
            <w:vAlign w:val="center"/>
          </w:tcPr>
          <w:p w14:paraId="2E306DB3" w14:textId="77777777" w:rsidR="00650973" w:rsidRDefault="00080072">
            <w:r>
              <w:rPr>
                <w:rFonts w:ascii="Arial" w:hAnsi="Arial"/>
                <w:sz w:val="20"/>
              </w:rPr>
              <w:t>Bohemia Suites &amp; Spa</w:t>
            </w:r>
          </w:p>
        </w:tc>
        <w:tc>
          <w:tcPr>
            <w:tcW w:w="2835" w:type="dxa"/>
            <w:tcMar>
              <w:top w:w="70" w:type="dxa"/>
              <w:left w:w="80" w:type="dxa"/>
              <w:bottom w:w="70" w:type="dxa"/>
              <w:right w:w="80" w:type="dxa"/>
            </w:tcMar>
            <w:vAlign w:val="center"/>
          </w:tcPr>
          <w:p w14:paraId="12ED44AC" w14:textId="77777777" w:rsidR="00650973" w:rsidRDefault="00080072">
            <w:r>
              <w:rPr>
                <w:rFonts w:ascii="Arial" w:hAnsi="Arial"/>
                <w:sz w:val="20"/>
              </w:rPr>
              <w:t>30 €</w:t>
            </w:r>
          </w:p>
        </w:tc>
        <w:tc>
          <w:tcPr>
            <w:tcW w:w="3118" w:type="dxa"/>
            <w:tcMar>
              <w:top w:w="70" w:type="dxa"/>
              <w:left w:w="80" w:type="dxa"/>
              <w:bottom w:w="70" w:type="dxa"/>
              <w:right w:w="80" w:type="dxa"/>
            </w:tcMar>
            <w:vAlign w:val="center"/>
          </w:tcPr>
          <w:p w14:paraId="33702964" w14:textId="77777777" w:rsidR="00650973" w:rsidRDefault="00080072">
            <w:r>
              <w:rPr>
                <w:rFonts w:ascii="Arial" w:hAnsi="Arial"/>
                <w:sz w:val="20"/>
              </w:rPr>
              <w:t>10h00–11h30 pour non-résidents</w:t>
            </w:r>
          </w:p>
        </w:tc>
      </w:tr>
      <w:tr w:rsidR="00650973" w14:paraId="6BFB9BEB" w14:textId="77777777">
        <w:trPr>
          <w:cantSplit/>
          <w:jc w:val="center"/>
        </w:trPr>
        <w:tc>
          <w:tcPr>
            <w:tcW w:w="567" w:type="dxa"/>
            <w:shd w:val="clear" w:color="auto" w:fill="F8FAF8"/>
            <w:tcMar>
              <w:top w:w="70" w:type="dxa"/>
              <w:left w:w="80" w:type="dxa"/>
              <w:bottom w:w="70" w:type="dxa"/>
              <w:right w:w="80" w:type="dxa"/>
            </w:tcMar>
            <w:vAlign w:val="center"/>
          </w:tcPr>
          <w:p w14:paraId="5C9A05B1" w14:textId="77777777" w:rsidR="00650973" w:rsidRDefault="00080072">
            <w:r>
              <w:rPr>
                <w:rFonts w:ascii="Arial" w:hAnsi="Arial"/>
                <w:sz w:val="20"/>
              </w:rPr>
              <w:t>14</w:t>
            </w:r>
          </w:p>
        </w:tc>
        <w:tc>
          <w:tcPr>
            <w:tcW w:w="2835" w:type="dxa"/>
            <w:shd w:val="clear" w:color="auto" w:fill="F8FAF8"/>
            <w:tcMar>
              <w:top w:w="70" w:type="dxa"/>
              <w:left w:w="80" w:type="dxa"/>
              <w:bottom w:w="70" w:type="dxa"/>
              <w:right w:w="80" w:type="dxa"/>
            </w:tcMar>
            <w:vAlign w:val="center"/>
          </w:tcPr>
          <w:p w14:paraId="1BD9350A" w14:textId="77777777" w:rsidR="00650973" w:rsidRDefault="00080072">
            <w:r>
              <w:rPr>
                <w:rFonts w:ascii="Arial" w:hAnsi="Arial"/>
                <w:sz w:val="20"/>
              </w:rPr>
              <w:t>Corallium Dunamar by Lopesan</w:t>
            </w:r>
          </w:p>
        </w:tc>
        <w:tc>
          <w:tcPr>
            <w:tcW w:w="2835" w:type="dxa"/>
            <w:shd w:val="clear" w:color="auto" w:fill="F8FAF8"/>
            <w:tcMar>
              <w:top w:w="70" w:type="dxa"/>
              <w:left w:w="80" w:type="dxa"/>
              <w:bottom w:w="70" w:type="dxa"/>
              <w:right w:w="80" w:type="dxa"/>
            </w:tcMar>
            <w:vAlign w:val="center"/>
          </w:tcPr>
          <w:p w14:paraId="76D47D06" w14:textId="77777777" w:rsidR="00650973" w:rsidRDefault="00080072">
            <w:r>
              <w:rPr>
                <w:rFonts w:ascii="Arial" w:hAnsi="Arial"/>
                <w:sz w:val="20"/>
              </w:rPr>
              <w:t>Dès 30 €</w:t>
            </w:r>
          </w:p>
        </w:tc>
        <w:tc>
          <w:tcPr>
            <w:tcW w:w="3118" w:type="dxa"/>
            <w:shd w:val="clear" w:color="auto" w:fill="F8FAF8"/>
            <w:tcMar>
              <w:top w:w="70" w:type="dxa"/>
              <w:left w:w="80" w:type="dxa"/>
              <w:bottom w:w="70" w:type="dxa"/>
              <w:right w:w="80" w:type="dxa"/>
            </w:tcMar>
            <w:vAlign w:val="center"/>
          </w:tcPr>
          <w:p w14:paraId="50CD3874" w14:textId="77777777" w:rsidR="00650973" w:rsidRDefault="00080072">
            <w:r>
              <w:rPr>
                <w:rFonts w:ascii="Arial" w:hAnsi="Arial"/>
                <w:sz w:val="20"/>
              </w:rPr>
              <w:t>1er dimanche du mois, 11h00–13h00</w:t>
            </w:r>
          </w:p>
        </w:tc>
      </w:tr>
      <w:tr w:rsidR="00650973" w14:paraId="5FE1FC75" w14:textId="77777777">
        <w:trPr>
          <w:cantSplit/>
          <w:jc w:val="center"/>
        </w:trPr>
        <w:tc>
          <w:tcPr>
            <w:tcW w:w="567" w:type="dxa"/>
            <w:tcMar>
              <w:top w:w="70" w:type="dxa"/>
              <w:left w:w="80" w:type="dxa"/>
              <w:bottom w:w="70" w:type="dxa"/>
              <w:right w:w="80" w:type="dxa"/>
            </w:tcMar>
            <w:vAlign w:val="center"/>
          </w:tcPr>
          <w:p w14:paraId="2E998826" w14:textId="77777777" w:rsidR="00650973" w:rsidRDefault="00080072">
            <w:r>
              <w:rPr>
                <w:rFonts w:ascii="Arial" w:hAnsi="Arial"/>
                <w:sz w:val="20"/>
              </w:rPr>
              <w:t>15</w:t>
            </w:r>
          </w:p>
        </w:tc>
        <w:tc>
          <w:tcPr>
            <w:tcW w:w="2835" w:type="dxa"/>
            <w:tcMar>
              <w:top w:w="70" w:type="dxa"/>
              <w:left w:w="80" w:type="dxa"/>
              <w:bottom w:w="70" w:type="dxa"/>
              <w:right w:w="80" w:type="dxa"/>
            </w:tcMar>
            <w:vAlign w:val="center"/>
          </w:tcPr>
          <w:p w14:paraId="5308E45C" w14:textId="77777777" w:rsidR="00650973" w:rsidRDefault="00080072">
            <w:r>
              <w:rPr>
                <w:rFonts w:ascii="Arial" w:hAnsi="Arial"/>
                <w:sz w:val="20"/>
              </w:rPr>
              <w:t>Maspalomas Princess / Tabaiba Princess</w:t>
            </w:r>
          </w:p>
        </w:tc>
        <w:tc>
          <w:tcPr>
            <w:tcW w:w="2835" w:type="dxa"/>
            <w:tcMar>
              <w:top w:w="70" w:type="dxa"/>
              <w:left w:w="80" w:type="dxa"/>
              <w:bottom w:w="70" w:type="dxa"/>
              <w:right w:w="80" w:type="dxa"/>
            </w:tcMar>
            <w:vAlign w:val="center"/>
          </w:tcPr>
          <w:p w14:paraId="172D6D00" w14:textId="77777777" w:rsidR="00650973" w:rsidRDefault="00080072">
            <w:r>
              <w:rPr>
                <w:rFonts w:ascii="Arial" w:hAnsi="Arial"/>
                <w:sz w:val="20"/>
              </w:rPr>
              <w:t>Contradiction chat : ≈65 €+ dans un brouillon, 75 €+ dans recherche détaillée</w:t>
            </w:r>
          </w:p>
        </w:tc>
        <w:tc>
          <w:tcPr>
            <w:tcW w:w="3118" w:type="dxa"/>
            <w:tcMar>
              <w:top w:w="70" w:type="dxa"/>
              <w:left w:w="80" w:type="dxa"/>
              <w:bottom w:w="70" w:type="dxa"/>
              <w:right w:w="80" w:type="dxa"/>
            </w:tcMar>
            <w:vAlign w:val="center"/>
          </w:tcPr>
          <w:p w14:paraId="44BB48BB" w14:textId="77777777" w:rsidR="00650973" w:rsidRDefault="00080072">
            <w:r>
              <w:rPr>
                <w:rFonts w:ascii="Arial" w:hAnsi="Arial"/>
                <w:sz w:val="20"/>
              </w:rPr>
              <w:t>09h00–10h30</w:t>
            </w:r>
          </w:p>
        </w:tc>
      </w:tr>
      <w:tr w:rsidR="00650973" w14:paraId="5621EC38" w14:textId="77777777">
        <w:trPr>
          <w:cantSplit/>
          <w:jc w:val="center"/>
        </w:trPr>
        <w:tc>
          <w:tcPr>
            <w:tcW w:w="567" w:type="dxa"/>
            <w:shd w:val="clear" w:color="auto" w:fill="F8FAF8"/>
            <w:tcMar>
              <w:top w:w="70" w:type="dxa"/>
              <w:left w:w="80" w:type="dxa"/>
              <w:bottom w:w="70" w:type="dxa"/>
              <w:right w:w="80" w:type="dxa"/>
            </w:tcMar>
            <w:vAlign w:val="center"/>
          </w:tcPr>
          <w:p w14:paraId="7B9EFC20" w14:textId="77777777" w:rsidR="00650973" w:rsidRDefault="00080072">
            <w:r>
              <w:rPr>
                <w:rFonts w:ascii="Arial" w:hAnsi="Arial"/>
                <w:sz w:val="20"/>
              </w:rPr>
              <w:t>16</w:t>
            </w:r>
          </w:p>
        </w:tc>
        <w:tc>
          <w:tcPr>
            <w:tcW w:w="2835" w:type="dxa"/>
            <w:shd w:val="clear" w:color="auto" w:fill="F8FAF8"/>
            <w:tcMar>
              <w:top w:w="70" w:type="dxa"/>
              <w:left w:w="80" w:type="dxa"/>
              <w:bottom w:w="70" w:type="dxa"/>
              <w:right w:w="80" w:type="dxa"/>
            </w:tcMar>
            <w:vAlign w:val="center"/>
          </w:tcPr>
          <w:p w14:paraId="1D3B5FD9" w14:textId="77777777" w:rsidR="00650973" w:rsidRDefault="00080072">
            <w:r>
              <w:rPr>
                <w:rFonts w:ascii="Arial" w:hAnsi="Arial"/>
                <w:sz w:val="20"/>
              </w:rPr>
              <w:t>Deliciosa BrunchCafe</w:t>
            </w:r>
          </w:p>
        </w:tc>
        <w:tc>
          <w:tcPr>
            <w:tcW w:w="2835" w:type="dxa"/>
            <w:shd w:val="clear" w:color="auto" w:fill="F8FAF8"/>
            <w:tcMar>
              <w:top w:w="70" w:type="dxa"/>
              <w:left w:w="80" w:type="dxa"/>
              <w:bottom w:w="70" w:type="dxa"/>
              <w:right w:w="80" w:type="dxa"/>
            </w:tcMar>
            <w:vAlign w:val="center"/>
          </w:tcPr>
          <w:p w14:paraId="09D8C401" w14:textId="77777777" w:rsidR="00650973" w:rsidRDefault="00080072">
            <w:r>
              <w:rPr>
                <w:rFonts w:ascii="Arial" w:hAnsi="Arial"/>
                <w:sz w:val="20"/>
              </w:rPr>
              <w:t>1,80–21,90 €</w:t>
            </w:r>
          </w:p>
        </w:tc>
        <w:tc>
          <w:tcPr>
            <w:tcW w:w="3118" w:type="dxa"/>
            <w:shd w:val="clear" w:color="auto" w:fill="F8FAF8"/>
            <w:tcMar>
              <w:top w:w="70" w:type="dxa"/>
              <w:left w:w="80" w:type="dxa"/>
              <w:bottom w:w="70" w:type="dxa"/>
              <w:right w:w="80" w:type="dxa"/>
            </w:tcMar>
            <w:vAlign w:val="center"/>
          </w:tcPr>
          <w:p w14:paraId="5BE4085E" w14:textId="77777777" w:rsidR="00650973" w:rsidRDefault="00080072">
            <w:r>
              <w:rPr>
                <w:rFonts w:ascii="Arial" w:hAnsi="Arial"/>
                <w:sz w:val="20"/>
              </w:rPr>
              <w:t>Lun–ven 09h00–16h00/17h00 selon publications ; week-end fermé dans collecte</w:t>
            </w:r>
          </w:p>
        </w:tc>
      </w:tr>
      <w:tr w:rsidR="00650973" w14:paraId="4A65B0DB" w14:textId="77777777">
        <w:trPr>
          <w:cantSplit/>
          <w:jc w:val="center"/>
        </w:trPr>
        <w:tc>
          <w:tcPr>
            <w:tcW w:w="567" w:type="dxa"/>
            <w:tcMar>
              <w:top w:w="70" w:type="dxa"/>
              <w:left w:w="80" w:type="dxa"/>
              <w:bottom w:w="70" w:type="dxa"/>
              <w:right w:w="80" w:type="dxa"/>
            </w:tcMar>
            <w:vAlign w:val="center"/>
          </w:tcPr>
          <w:p w14:paraId="6E6FF3A9" w14:textId="77777777" w:rsidR="00650973" w:rsidRDefault="00080072">
            <w:r>
              <w:rPr>
                <w:rFonts w:ascii="Arial" w:hAnsi="Arial"/>
                <w:sz w:val="20"/>
              </w:rPr>
              <w:t>17</w:t>
            </w:r>
          </w:p>
        </w:tc>
        <w:tc>
          <w:tcPr>
            <w:tcW w:w="2835" w:type="dxa"/>
            <w:tcMar>
              <w:top w:w="70" w:type="dxa"/>
              <w:left w:w="80" w:type="dxa"/>
              <w:bottom w:w="70" w:type="dxa"/>
              <w:right w:w="80" w:type="dxa"/>
            </w:tcMar>
            <w:vAlign w:val="center"/>
          </w:tcPr>
          <w:p w14:paraId="57E399FF" w14:textId="77777777" w:rsidR="00650973" w:rsidRDefault="00080072">
            <w:r>
              <w:rPr>
                <w:rFonts w:ascii="Arial" w:hAnsi="Arial"/>
                <w:sz w:val="20"/>
              </w:rPr>
              <w:t>Cordial Santa Águeda</w:t>
            </w:r>
          </w:p>
        </w:tc>
        <w:tc>
          <w:tcPr>
            <w:tcW w:w="2835" w:type="dxa"/>
            <w:tcMar>
              <w:top w:w="70" w:type="dxa"/>
              <w:left w:w="80" w:type="dxa"/>
              <w:bottom w:w="70" w:type="dxa"/>
              <w:right w:w="80" w:type="dxa"/>
            </w:tcMar>
            <w:vAlign w:val="center"/>
          </w:tcPr>
          <w:p w14:paraId="5197B25D" w14:textId="77777777" w:rsidR="00650973" w:rsidRDefault="00080072">
            <w:r>
              <w:rPr>
                <w:rFonts w:ascii="Arial" w:hAnsi="Arial"/>
                <w:sz w:val="20"/>
              </w:rPr>
              <w:t>≈15 €/adulte</w:t>
            </w:r>
          </w:p>
        </w:tc>
        <w:tc>
          <w:tcPr>
            <w:tcW w:w="3118" w:type="dxa"/>
            <w:tcMar>
              <w:top w:w="70" w:type="dxa"/>
              <w:left w:w="80" w:type="dxa"/>
              <w:bottom w:w="70" w:type="dxa"/>
              <w:right w:w="80" w:type="dxa"/>
            </w:tcMar>
            <w:vAlign w:val="center"/>
          </w:tcPr>
          <w:p w14:paraId="43A274C0" w14:textId="77777777" w:rsidR="00650973" w:rsidRDefault="00080072">
            <w:r>
              <w:rPr>
                <w:rFonts w:ascii="Arial" w:hAnsi="Arial"/>
                <w:sz w:val="20"/>
              </w:rPr>
              <w:t>08h00–10h30</w:t>
            </w:r>
          </w:p>
        </w:tc>
      </w:tr>
      <w:tr w:rsidR="00650973" w14:paraId="0CF99531" w14:textId="77777777">
        <w:trPr>
          <w:cantSplit/>
          <w:jc w:val="center"/>
        </w:trPr>
        <w:tc>
          <w:tcPr>
            <w:tcW w:w="567" w:type="dxa"/>
            <w:shd w:val="clear" w:color="auto" w:fill="F8FAF8"/>
            <w:tcMar>
              <w:top w:w="70" w:type="dxa"/>
              <w:left w:w="80" w:type="dxa"/>
              <w:bottom w:w="70" w:type="dxa"/>
              <w:right w:w="80" w:type="dxa"/>
            </w:tcMar>
            <w:vAlign w:val="center"/>
          </w:tcPr>
          <w:p w14:paraId="3A3EA9DC" w14:textId="77777777" w:rsidR="00650973" w:rsidRDefault="00080072">
            <w:r>
              <w:rPr>
                <w:rFonts w:ascii="Arial" w:hAnsi="Arial"/>
                <w:sz w:val="20"/>
              </w:rPr>
              <w:t>18</w:t>
            </w:r>
          </w:p>
        </w:tc>
        <w:tc>
          <w:tcPr>
            <w:tcW w:w="2835" w:type="dxa"/>
            <w:shd w:val="clear" w:color="auto" w:fill="F8FAF8"/>
            <w:tcMar>
              <w:top w:w="70" w:type="dxa"/>
              <w:left w:w="80" w:type="dxa"/>
              <w:bottom w:w="70" w:type="dxa"/>
              <w:right w:w="80" w:type="dxa"/>
            </w:tcMar>
            <w:vAlign w:val="center"/>
          </w:tcPr>
          <w:p w14:paraId="110730C5" w14:textId="77777777" w:rsidR="00650973" w:rsidRDefault="00080072">
            <w:r>
              <w:rPr>
                <w:rFonts w:ascii="Arial" w:hAnsi="Arial"/>
                <w:sz w:val="20"/>
              </w:rPr>
              <w:t>HiperDino Express Playmar</w:t>
            </w:r>
          </w:p>
        </w:tc>
        <w:tc>
          <w:tcPr>
            <w:tcW w:w="2835" w:type="dxa"/>
            <w:shd w:val="clear" w:color="auto" w:fill="F8FAF8"/>
            <w:tcMar>
              <w:top w:w="70" w:type="dxa"/>
              <w:left w:w="80" w:type="dxa"/>
              <w:bottom w:w="70" w:type="dxa"/>
              <w:right w:w="80" w:type="dxa"/>
            </w:tcMar>
            <w:vAlign w:val="center"/>
          </w:tcPr>
          <w:p w14:paraId="5BE6B2DB" w14:textId="77777777" w:rsidR="00650973" w:rsidRDefault="00080072">
            <w:r>
              <w:rPr>
                <w:rFonts w:ascii="Arial" w:hAnsi="Arial"/>
                <w:sz w:val="20"/>
              </w:rPr>
              <w:t>Prix magasin</w:t>
            </w:r>
          </w:p>
        </w:tc>
        <w:tc>
          <w:tcPr>
            <w:tcW w:w="3118" w:type="dxa"/>
            <w:shd w:val="clear" w:color="auto" w:fill="F8FAF8"/>
            <w:tcMar>
              <w:top w:w="70" w:type="dxa"/>
              <w:left w:w="80" w:type="dxa"/>
              <w:bottom w:w="70" w:type="dxa"/>
              <w:right w:w="80" w:type="dxa"/>
            </w:tcMar>
            <w:vAlign w:val="center"/>
          </w:tcPr>
          <w:p w14:paraId="3C686BBA" w14:textId="77777777" w:rsidR="00650973" w:rsidRDefault="00080072">
            <w:r>
              <w:rPr>
                <w:rFonts w:ascii="Arial" w:hAnsi="Arial"/>
                <w:sz w:val="20"/>
              </w:rPr>
              <w:t>08h00–22h00 relevé</w:t>
            </w:r>
          </w:p>
        </w:tc>
      </w:tr>
    </w:tbl>
    <w:p w14:paraId="5DDD2B60" w14:textId="77777777" w:rsidR="00650973" w:rsidRDefault="00080072">
      <w:r>
        <w:rPr>
          <w:rFonts w:ascii="Arial" w:hAnsi="Arial"/>
          <w:b/>
          <w:color w:val="2F6B4F"/>
          <w:sz w:val="23"/>
        </w:rPr>
        <w:t>E. Liens et remarques</w:t>
      </w:r>
    </w:p>
    <w:tbl>
      <w:tblPr>
        <w:tblStyle w:val="Grilledutableau"/>
        <w:tblW w:w="0" w:type="auto"/>
        <w:jc w:val="center"/>
        <w:tblLook w:val="04A0" w:firstRow="1" w:lastRow="0" w:firstColumn="1" w:lastColumn="0" w:noHBand="0" w:noVBand="1"/>
      </w:tblPr>
      <w:tblGrid>
        <w:gridCol w:w="567"/>
        <w:gridCol w:w="2608"/>
        <w:gridCol w:w="2041"/>
        <w:gridCol w:w="4139"/>
      </w:tblGrid>
      <w:tr w:rsidR="00650973" w14:paraId="6A18F3DB" w14:textId="77777777">
        <w:trPr>
          <w:cantSplit/>
          <w:tblHeader/>
          <w:jc w:val="center"/>
        </w:trPr>
        <w:tc>
          <w:tcPr>
            <w:tcW w:w="567" w:type="dxa"/>
            <w:shd w:val="clear" w:color="auto" w:fill="2F6B4F"/>
            <w:tcMar>
              <w:top w:w="70" w:type="dxa"/>
              <w:left w:w="80" w:type="dxa"/>
              <w:bottom w:w="70" w:type="dxa"/>
              <w:right w:w="80" w:type="dxa"/>
            </w:tcMar>
            <w:vAlign w:val="center"/>
          </w:tcPr>
          <w:p w14:paraId="08D5F305" w14:textId="77777777" w:rsidR="00650973" w:rsidRDefault="00080072">
            <w:pPr>
              <w:jc w:val="center"/>
            </w:pPr>
            <w:r>
              <w:rPr>
                <w:rFonts w:ascii="Arial" w:hAnsi="Arial"/>
                <w:b/>
                <w:color w:val="FFFFFF"/>
                <w:sz w:val="20"/>
              </w:rPr>
              <w:t>N°</w:t>
            </w:r>
          </w:p>
        </w:tc>
        <w:tc>
          <w:tcPr>
            <w:tcW w:w="2608" w:type="dxa"/>
            <w:shd w:val="clear" w:color="auto" w:fill="2F6B4F"/>
            <w:tcMar>
              <w:top w:w="70" w:type="dxa"/>
              <w:left w:w="80" w:type="dxa"/>
              <w:bottom w:w="70" w:type="dxa"/>
              <w:right w:w="80" w:type="dxa"/>
            </w:tcMar>
            <w:vAlign w:val="center"/>
          </w:tcPr>
          <w:p w14:paraId="12D8C4EF" w14:textId="77777777" w:rsidR="00650973" w:rsidRDefault="00080072">
            <w:pPr>
              <w:jc w:val="center"/>
            </w:pPr>
            <w:r>
              <w:rPr>
                <w:rFonts w:ascii="Arial" w:hAnsi="Arial"/>
                <w:b/>
                <w:color w:val="FFFFFF"/>
                <w:sz w:val="20"/>
              </w:rPr>
              <w:t>Nom</w:t>
            </w:r>
          </w:p>
        </w:tc>
        <w:tc>
          <w:tcPr>
            <w:tcW w:w="2041" w:type="dxa"/>
            <w:shd w:val="clear" w:color="auto" w:fill="2F6B4F"/>
            <w:tcMar>
              <w:top w:w="70" w:type="dxa"/>
              <w:left w:w="80" w:type="dxa"/>
              <w:bottom w:w="70" w:type="dxa"/>
              <w:right w:w="80" w:type="dxa"/>
            </w:tcMar>
            <w:vAlign w:val="center"/>
          </w:tcPr>
          <w:p w14:paraId="2107CE8E" w14:textId="77777777" w:rsidR="00650973" w:rsidRDefault="00080072">
            <w:pPr>
              <w:jc w:val="center"/>
            </w:pPr>
            <w:r>
              <w:rPr>
                <w:rFonts w:ascii="Arial" w:hAnsi="Arial"/>
                <w:b/>
                <w:color w:val="FFFFFF"/>
                <w:sz w:val="20"/>
              </w:rPr>
              <w:t>URL</w:t>
            </w:r>
          </w:p>
        </w:tc>
        <w:tc>
          <w:tcPr>
            <w:tcW w:w="4139" w:type="dxa"/>
            <w:shd w:val="clear" w:color="auto" w:fill="2F6B4F"/>
            <w:tcMar>
              <w:top w:w="70" w:type="dxa"/>
              <w:left w:w="80" w:type="dxa"/>
              <w:bottom w:w="70" w:type="dxa"/>
              <w:right w:w="80" w:type="dxa"/>
            </w:tcMar>
            <w:vAlign w:val="center"/>
          </w:tcPr>
          <w:p w14:paraId="438BED3C" w14:textId="77777777" w:rsidR="00650973" w:rsidRDefault="00080072">
            <w:pPr>
              <w:jc w:val="center"/>
            </w:pPr>
            <w:r>
              <w:rPr>
                <w:rFonts w:ascii="Arial" w:hAnsi="Arial"/>
                <w:b/>
                <w:color w:val="FFFFFF"/>
                <w:sz w:val="20"/>
              </w:rPr>
              <w:t>Remarques</w:t>
            </w:r>
          </w:p>
        </w:tc>
      </w:tr>
      <w:tr w:rsidR="00650973" w14:paraId="0221AD0A" w14:textId="77777777">
        <w:trPr>
          <w:cantSplit/>
          <w:jc w:val="center"/>
        </w:trPr>
        <w:tc>
          <w:tcPr>
            <w:tcW w:w="567" w:type="dxa"/>
            <w:tcMar>
              <w:top w:w="70" w:type="dxa"/>
              <w:left w:w="80" w:type="dxa"/>
              <w:bottom w:w="70" w:type="dxa"/>
              <w:right w:w="80" w:type="dxa"/>
            </w:tcMar>
            <w:vAlign w:val="center"/>
          </w:tcPr>
          <w:p w14:paraId="5A500953" w14:textId="77777777" w:rsidR="00650973" w:rsidRDefault="00080072">
            <w:r>
              <w:rPr>
                <w:rFonts w:ascii="Arial" w:hAnsi="Arial"/>
                <w:sz w:val="20"/>
              </w:rPr>
              <w:t>1</w:t>
            </w:r>
          </w:p>
        </w:tc>
        <w:tc>
          <w:tcPr>
            <w:tcW w:w="2608" w:type="dxa"/>
            <w:tcMar>
              <w:top w:w="70" w:type="dxa"/>
              <w:left w:w="80" w:type="dxa"/>
              <w:bottom w:w="70" w:type="dxa"/>
              <w:right w:w="80" w:type="dxa"/>
            </w:tcMar>
            <w:vAlign w:val="center"/>
          </w:tcPr>
          <w:p w14:paraId="4B829D27" w14:textId="77777777" w:rsidR="00650973" w:rsidRDefault="00080072">
            <w:r>
              <w:rPr>
                <w:rFonts w:ascii="Arial" w:hAnsi="Arial"/>
                <w:sz w:val="20"/>
              </w:rPr>
              <w:t>Kiosko QR</w:t>
            </w:r>
          </w:p>
        </w:tc>
        <w:tc>
          <w:tcPr>
            <w:tcW w:w="2041" w:type="dxa"/>
            <w:tcMar>
              <w:top w:w="70" w:type="dxa"/>
              <w:left w:w="80" w:type="dxa"/>
              <w:bottom w:w="70" w:type="dxa"/>
              <w:right w:w="80" w:type="dxa"/>
            </w:tcMar>
            <w:vAlign w:val="center"/>
          </w:tcPr>
          <w:p w14:paraId="6CD3BF80" w14:textId="77777777" w:rsidR="00650973" w:rsidRDefault="00080072">
            <w:r>
              <w:rPr>
                <w:rFonts w:ascii="Arial" w:hAnsi="Arial"/>
                <w:sz w:val="20"/>
              </w:rPr>
              <w:t>Tripadvisor</w:t>
            </w:r>
          </w:p>
        </w:tc>
        <w:tc>
          <w:tcPr>
            <w:tcW w:w="4139" w:type="dxa"/>
            <w:tcMar>
              <w:top w:w="70" w:type="dxa"/>
              <w:left w:w="80" w:type="dxa"/>
              <w:bottom w:w="70" w:type="dxa"/>
              <w:right w:w="80" w:type="dxa"/>
            </w:tcMar>
            <w:vAlign w:val="center"/>
          </w:tcPr>
          <w:p w14:paraId="126685A4" w14:textId="77777777" w:rsidR="00650973" w:rsidRDefault="00080072">
            <w:r>
              <w:rPr>
                <w:rFonts w:ascii="Arial" w:hAnsi="Arial"/>
                <w:sz w:val="20"/>
              </w:rPr>
              <w:t>Terrasse ; très pratique pour Dunaflor/Playmar ; Caffè Aloia et café canarien en couches photographié</w:t>
            </w:r>
          </w:p>
        </w:tc>
      </w:tr>
      <w:tr w:rsidR="00650973" w14:paraId="57EE2C34" w14:textId="77777777">
        <w:trPr>
          <w:cantSplit/>
          <w:jc w:val="center"/>
        </w:trPr>
        <w:tc>
          <w:tcPr>
            <w:tcW w:w="567" w:type="dxa"/>
            <w:shd w:val="clear" w:color="auto" w:fill="F8FAF8"/>
            <w:tcMar>
              <w:top w:w="70" w:type="dxa"/>
              <w:left w:w="80" w:type="dxa"/>
              <w:bottom w:w="70" w:type="dxa"/>
              <w:right w:w="80" w:type="dxa"/>
            </w:tcMar>
            <w:vAlign w:val="center"/>
          </w:tcPr>
          <w:p w14:paraId="60F7FE8B" w14:textId="77777777" w:rsidR="00650973" w:rsidRDefault="00080072">
            <w:r>
              <w:rPr>
                <w:rFonts w:ascii="Arial" w:hAnsi="Arial"/>
                <w:sz w:val="20"/>
              </w:rPr>
              <w:t>2</w:t>
            </w:r>
          </w:p>
        </w:tc>
        <w:tc>
          <w:tcPr>
            <w:tcW w:w="2608" w:type="dxa"/>
            <w:shd w:val="clear" w:color="auto" w:fill="F8FAF8"/>
            <w:tcMar>
              <w:top w:w="70" w:type="dxa"/>
              <w:left w:w="80" w:type="dxa"/>
              <w:bottom w:w="70" w:type="dxa"/>
              <w:right w:w="80" w:type="dxa"/>
            </w:tcMar>
            <w:vAlign w:val="center"/>
          </w:tcPr>
          <w:p w14:paraId="24ED1742" w14:textId="77777777" w:rsidR="00650973" w:rsidRDefault="00080072">
            <w:r>
              <w:rPr>
                <w:rFonts w:ascii="Arial" w:hAnsi="Arial"/>
                <w:sz w:val="20"/>
              </w:rPr>
              <w:t>Restaurante Campo de Golf de Maspalomas</w:t>
            </w:r>
          </w:p>
        </w:tc>
        <w:tc>
          <w:tcPr>
            <w:tcW w:w="2041" w:type="dxa"/>
            <w:shd w:val="clear" w:color="auto" w:fill="F8FAF8"/>
            <w:tcMar>
              <w:top w:w="70" w:type="dxa"/>
              <w:left w:w="80" w:type="dxa"/>
              <w:bottom w:w="70" w:type="dxa"/>
              <w:right w:w="80" w:type="dxa"/>
            </w:tcMar>
            <w:vAlign w:val="center"/>
          </w:tcPr>
          <w:p w14:paraId="36A1F3A7" w14:textId="77777777" w:rsidR="00650973" w:rsidRDefault="00080072">
            <w:r>
              <w:rPr>
                <w:rFonts w:ascii="Arial" w:hAnsi="Arial"/>
                <w:sz w:val="20"/>
              </w:rPr>
              <w:t>URL non conservée dans le chat</w:t>
            </w:r>
          </w:p>
        </w:tc>
        <w:tc>
          <w:tcPr>
            <w:tcW w:w="4139" w:type="dxa"/>
            <w:shd w:val="clear" w:color="auto" w:fill="F8FAF8"/>
            <w:tcMar>
              <w:top w:w="70" w:type="dxa"/>
              <w:left w:w="80" w:type="dxa"/>
              <w:bottom w:w="70" w:type="dxa"/>
              <w:right w:w="80" w:type="dxa"/>
            </w:tcMar>
            <w:vAlign w:val="center"/>
          </w:tcPr>
          <w:p w14:paraId="7E0D1BBD" w14:textId="77777777" w:rsidR="00650973" w:rsidRDefault="00080072">
            <w:r>
              <w:rPr>
                <w:rFonts w:ascii="Arial" w:hAnsi="Arial"/>
                <w:sz w:val="20"/>
              </w:rPr>
              <w:t>Grande terrasse sur le golf ; carte matinale détaillée</w:t>
            </w:r>
          </w:p>
        </w:tc>
      </w:tr>
      <w:tr w:rsidR="00650973" w14:paraId="54A6830F" w14:textId="77777777">
        <w:trPr>
          <w:cantSplit/>
          <w:jc w:val="center"/>
        </w:trPr>
        <w:tc>
          <w:tcPr>
            <w:tcW w:w="567" w:type="dxa"/>
            <w:tcMar>
              <w:top w:w="70" w:type="dxa"/>
              <w:left w:w="80" w:type="dxa"/>
              <w:bottom w:w="70" w:type="dxa"/>
              <w:right w:w="80" w:type="dxa"/>
            </w:tcMar>
            <w:vAlign w:val="center"/>
          </w:tcPr>
          <w:p w14:paraId="67229B2F" w14:textId="77777777" w:rsidR="00650973" w:rsidRDefault="00080072">
            <w:r>
              <w:rPr>
                <w:rFonts w:ascii="Arial" w:hAnsi="Arial"/>
                <w:sz w:val="20"/>
              </w:rPr>
              <w:t>3</w:t>
            </w:r>
          </w:p>
        </w:tc>
        <w:tc>
          <w:tcPr>
            <w:tcW w:w="2608" w:type="dxa"/>
            <w:tcMar>
              <w:top w:w="70" w:type="dxa"/>
              <w:left w:w="80" w:type="dxa"/>
              <w:bottom w:w="70" w:type="dxa"/>
              <w:right w:w="80" w:type="dxa"/>
            </w:tcMar>
            <w:vAlign w:val="center"/>
          </w:tcPr>
          <w:p w14:paraId="35A8412D" w14:textId="77777777" w:rsidR="00650973" w:rsidRDefault="00080072">
            <w:r>
              <w:rPr>
                <w:rFonts w:ascii="Arial" w:hAnsi="Arial"/>
                <w:sz w:val="20"/>
              </w:rPr>
              <w:t>Bungalows Vistaflor</w:t>
            </w:r>
          </w:p>
        </w:tc>
        <w:tc>
          <w:tcPr>
            <w:tcW w:w="2041" w:type="dxa"/>
            <w:tcMar>
              <w:top w:w="70" w:type="dxa"/>
              <w:left w:w="80" w:type="dxa"/>
              <w:bottom w:w="70" w:type="dxa"/>
              <w:right w:w="80" w:type="dxa"/>
            </w:tcMar>
            <w:vAlign w:val="center"/>
          </w:tcPr>
          <w:p w14:paraId="12D932CB" w14:textId="77777777" w:rsidR="00650973" w:rsidRDefault="00080072">
            <w:r>
              <w:rPr>
                <w:rFonts w:ascii="Arial" w:hAnsi="Arial"/>
                <w:sz w:val="20"/>
              </w:rPr>
              <w:t>Site Vistaflor</w:t>
            </w:r>
          </w:p>
        </w:tc>
        <w:tc>
          <w:tcPr>
            <w:tcW w:w="4139" w:type="dxa"/>
            <w:tcMar>
              <w:top w:w="70" w:type="dxa"/>
              <w:left w:w="80" w:type="dxa"/>
              <w:bottom w:w="70" w:type="dxa"/>
              <w:right w:w="80" w:type="dxa"/>
            </w:tcMar>
            <w:vAlign w:val="center"/>
          </w:tcPr>
          <w:p w14:paraId="317E4840" w14:textId="77777777" w:rsidR="00650973" w:rsidRDefault="00080072">
            <w:r>
              <w:rPr>
                <w:rFonts w:ascii="Arial" w:hAnsi="Arial"/>
                <w:sz w:val="20"/>
              </w:rPr>
              <w:t>Accès externe confirmé directement ; après le petit-déjeuner il faut quitter l’hôtel. Ancien prix en ligne 7,50 € contradictoire : retenir 15 € pour externe 2026. Réservation non précisée.</w:t>
            </w:r>
          </w:p>
        </w:tc>
      </w:tr>
      <w:tr w:rsidR="00650973" w14:paraId="5335BCCE" w14:textId="77777777">
        <w:trPr>
          <w:cantSplit/>
          <w:jc w:val="center"/>
        </w:trPr>
        <w:tc>
          <w:tcPr>
            <w:tcW w:w="567" w:type="dxa"/>
            <w:shd w:val="clear" w:color="auto" w:fill="F8FAF8"/>
            <w:tcMar>
              <w:top w:w="70" w:type="dxa"/>
              <w:left w:w="80" w:type="dxa"/>
              <w:bottom w:w="70" w:type="dxa"/>
              <w:right w:w="80" w:type="dxa"/>
            </w:tcMar>
            <w:vAlign w:val="center"/>
          </w:tcPr>
          <w:p w14:paraId="12FEBF0D" w14:textId="77777777" w:rsidR="00650973" w:rsidRDefault="00080072">
            <w:r>
              <w:rPr>
                <w:rFonts w:ascii="Arial" w:hAnsi="Arial"/>
                <w:sz w:val="20"/>
              </w:rPr>
              <w:lastRenderedPageBreak/>
              <w:t>4</w:t>
            </w:r>
          </w:p>
        </w:tc>
        <w:tc>
          <w:tcPr>
            <w:tcW w:w="2608" w:type="dxa"/>
            <w:shd w:val="clear" w:color="auto" w:fill="F8FAF8"/>
            <w:tcMar>
              <w:top w:w="70" w:type="dxa"/>
              <w:left w:w="80" w:type="dxa"/>
              <w:bottom w:w="70" w:type="dxa"/>
              <w:right w:w="80" w:type="dxa"/>
            </w:tcMar>
            <w:vAlign w:val="center"/>
          </w:tcPr>
          <w:p w14:paraId="51F41F14" w14:textId="77777777" w:rsidR="00650973" w:rsidRDefault="00080072">
            <w:r>
              <w:rPr>
                <w:rFonts w:ascii="Arial" w:hAnsi="Arial"/>
                <w:sz w:val="20"/>
              </w:rPr>
              <w:t>eó Maspalomas Resort</w:t>
            </w:r>
          </w:p>
        </w:tc>
        <w:tc>
          <w:tcPr>
            <w:tcW w:w="2041" w:type="dxa"/>
            <w:shd w:val="clear" w:color="auto" w:fill="F8FAF8"/>
            <w:tcMar>
              <w:top w:w="70" w:type="dxa"/>
              <w:left w:w="80" w:type="dxa"/>
              <w:bottom w:w="70" w:type="dxa"/>
              <w:right w:w="80" w:type="dxa"/>
            </w:tcMar>
            <w:vAlign w:val="center"/>
          </w:tcPr>
          <w:p w14:paraId="1D591570" w14:textId="77777777" w:rsidR="00650973" w:rsidRDefault="00080072">
            <w:r>
              <w:rPr>
                <w:rFonts w:ascii="Arial" w:hAnsi="Arial"/>
                <w:sz w:val="20"/>
              </w:rPr>
              <w:t>URL non conservée dans le chat</w:t>
            </w:r>
          </w:p>
        </w:tc>
        <w:tc>
          <w:tcPr>
            <w:tcW w:w="4139" w:type="dxa"/>
            <w:shd w:val="clear" w:color="auto" w:fill="F8FAF8"/>
            <w:tcMar>
              <w:top w:w="70" w:type="dxa"/>
              <w:left w:w="80" w:type="dxa"/>
              <w:bottom w:w="70" w:type="dxa"/>
              <w:right w:w="80" w:type="dxa"/>
            </w:tcMar>
            <w:vAlign w:val="center"/>
          </w:tcPr>
          <w:p w14:paraId="7D9834FD" w14:textId="77777777" w:rsidR="00650973" w:rsidRDefault="00080072">
            <w:r>
              <w:rPr>
                <w:rFonts w:ascii="Arial" w:hAnsi="Arial"/>
                <w:sz w:val="20"/>
              </w:rPr>
              <w:t>Demande envoyée ; aucune réponse enregistrée dans le chat. Ne pas considérer l’accès externe comme acquis.</w:t>
            </w:r>
          </w:p>
        </w:tc>
      </w:tr>
      <w:tr w:rsidR="00650973" w14:paraId="09F8B278" w14:textId="77777777">
        <w:trPr>
          <w:cantSplit/>
          <w:jc w:val="center"/>
        </w:trPr>
        <w:tc>
          <w:tcPr>
            <w:tcW w:w="567" w:type="dxa"/>
            <w:tcMar>
              <w:top w:w="70" w:type="dxa"/>
              <w:left w:w="80" w:type="dxa"/>
              <w:bottom w:w="70" w:type="dxa"/>
              <w:right w:w="80" w:type="dxa"/>
            </w:tcMar>
            <w:vAlign w:val="center"/>
          </w:tcPr>
          <w:p w14:paraId="4F98FE15" w14:textId="77777777" w:rsidR="00650973" w:rsidRDefault="00080072">
            <w:r>
              <w:rPr>
                <w:rFonts w:ascii="Arial" w:hAnsi="Arial"/>
                <w:sz w:val="20"/>
              </w:rPr>
              <w:t>5</w:t>
            </w:r>
          </w:p>
        </w:tc>
        <w:tc>
          <w:tcPr>
            <w:tcW w:w="2608" w:type="dxa"/>
            <w:tcMar>
              <w:top w:w="70" w:type="dxa"/>
              <w:left w:w="80" w:type="dxa"/>
              <w:bottom w:w="70" w:type="dxa"/>
              <w:right w:w="80" w:type="dxa"/>
            </w:tcMar>
            <w:vAlign w:val="center"/>
          </w:tcPr>
          <w:p w14:paraId="3B583DE7" w14:textId="77777777" w:rsidR="00650973" w:rsidRDefault="00080072">
            <w:r>
              <w:rPr>
                <w:rFonts w:ascii="Arial" w:hAnsi="Arial"/>
                <w:sz w:val="20"/>
              </w:rPr>
              <w:t>Bungalows Cordial Green Golf</w:t>
            </w:r>
          </w:p>
        </w:tc>
        <w:tc>
          <w:tcPr>
            <w:tcW w:w="2041" w:type="dxa"/>
            <w:tcMar>
              <w:top w:w="70" w:type="dxa"/>
              <w:left w:w="80" w:type="dxa"/>
              <w:bottom w:w="70" w:type="dxa"/>
              <w:right w:w="80" w:type="dxa"/>
            </w:tcMar>
            <w:vAlign w:val="center"/>
          </w:tcPr>
          <w:p w14:paraId="434B8B54" w14:textId="77777777" w:rsidR="00650973" w:rsidRDefault="00080072">
            <w:r>
              <w:rPr>
                <w:rFonts w:ascii="Arial" w:hAnsi="Arial"/>
                <w:sz w:val="20"/>
              </w:rPr>
              <w:t>Site officiel</w:t>
            </w:r>
          </w:p>
        </w:tc>
        <w:tc>
          <w:tcPr>
            <w:tcW w:w="4139" w:type="dxa"/>
            <w:tcMar>
              <w:top w:w="70" w:type="dxa"/>
              <w:left w:w="80" w:type="dxa"/>
              <w:bottom w:w="70" w:type="dxa"/>
              <w:right w:w="80" w:type="dxa"/>
            </w:tcMar>
            <w:vAlign w:val="center"/>
          </w:tcPr>
          <w:p w14:paraId="442CE923" w14:textId="77777777" w:rsidR="00650973" w:rsidRDefault="00080072">
            <w:r>
              <w:rPr>
                <w:rFonts w:ascii="Arial" w:hAnsi="Arial"/>
                <w:sz w:val="20"/>
              </w:rPr>
              <w:t>Réponse directe : l’établissement n’a pas pu confirmer la demande d’accès externe.</w:t>
            </w:r>
          </w:p>
        </w:tc>
      </w:tr>
      <w:tr w:rsidR="00650973" w14:paraId="4D3D0B50" w14:textId="77777777">
        <w:trPr>
          <w:cantSplit/>
          <w:jc w:val="center"/>
        </w:trPr>
        <w:tc>
          <w:tcPr>
            <w:tcW w:w="567" w:type="dxa"/>
            <w:shd w:val="clear" w:color="auto" w:fill="F8FAF8"/>
            <w:tcMar>
              <w:top w:w="70" w:type="dxa"/>
              <w:left w:w="80" w:type="dxa"/>
              <w:bottom w:w="70" w:type="dxa"/>
              <w:right w:w="80" w:type="dxa"/>
            </w:tcMar>
            <w:vAlign w:val="center"/>
          </w:tcPr>
          <w:p w14:paraId="24E35566" w14:textId="77777777" w:rsidR="00650973" w:rsidRDefault="00080072">
            <w:r>
              <w:rPr>
                <w:rFonts w:ascii="Arial" w:hAnsi="Arial"/>
                <w:sz w:val="20"/>
              </w:rPr>
              <w:t>6</w:t>
            </w:r>
          </w:p>
        </w:tc>
        <w:tc>
          <w:tcPr>
            <w:tcW w:w="2608" w:type="dxa"/>
            <w:shd w:val="clear" w:color="auto" w:fill="F8FAF8"/>
            <w:tcMar>
              <w:top w:w="70" w:type="dxa"/>
              <w:left w:w="80" w:type="dxa"/>
              <w:bottom w:w="70" w:type="dxa"/>
              <w:right w:w="80" w:type="dxa"/>
            </w:tcMar>
            <w:vAlign w:val="center"/>
          </w:tcPr>
          <w:p w14:paraId="404FFF8C" w14:textId="77777777" w:rsidR="00650973" w:rsidRDefault="00080072">
            <w:r>
              <w:rPr>
                <w:rFonts w:ascii="Arial" w:hAnsi="Arial"/>
                <w:sz w:val="20"/>
              </w:rPr>
              <w:t>Toro Piedra – Faro 2</w:t>
            </w:r>
          </w:p>
        </w:tc>
        <w:tc>
          <w:tcPr>
            <w:tcW w:w="2041" w:type="dxa"/>
            <w:shd w:val="clear" w:color="auto" w:fill="F8FAF8"/>
            <w:tcMar>
              <w:top w:w="70" w:type="dxa"/>
              <w:left w:w="80" w:type="dxa"/>
              <w:bottom w:w="70" w:type="dxa"/>
              <w:right w:w="80" w:type="dxa"/>
            </w:tcMar>
            <w:vAlign w:val="center"/>
          </w:tcPr>
          <w:p w14:paraId="580B815D" w14:textId="77777777" w:rsidR="00650973" w:rsidRDefault="00080072">
            <w:r>
              <w:rPr>
                <w:rFonts w:ascii="Arial" w:hAnsi="Arial"/>
                <w:sz w:val="20"/>
              </w:rPr>
              <w:t>Tripadvisor</w:t>
            </w:r>
          </w:p>
        </w:tc>
        <w:tc>
          <w:tcPr>
            <w:tcW w:w="4139" w:type="dxa"/>
            <w:shd w:val="clear" w:color="auto" w:fill="F8FAF8"/>
            <w:tcMar>
              <w:top w:w="70" w:type="dxa"/>
              <w:left w:w="80" w:type="dxa"/>
              <w:bottom w:w="70" w:type="dxa"/>
              <w:right w:w="80" w:type="dxa"/>
            </w:tcMar>
            <w:vAlign w:val="center"/>
          </w:tcPr>
          <w:p w14:paraId="4C6EAF04" w14:textId="77777777" w:rsidR="00650973" w:rsidRDefault="00080072">
            <w:r>
              <w:rPr>
                <w:rFonts w:ascii="Arial" w:hAnsi="Arial"/>
                <w:sz w:val="20"/>
              </w:rPr>
              <w:t>Piste très intéressante pour un breakfast copieux et proche.</w:t>
            </w:r>
          </w:p>
        </w:tc>
      </w:tr>
      <w:tr w:rsidR="00650973" w14:paraId="74375F2B" w14:textId="77777777">
        <w:trPr>
          <w:cantSplit/>
          <w:jc w:val="center"/>
        </w:trPr>
        <w:tc>
          <w:tcPr>
            <w:tcW w:w="567" w:type="dxa"/>
            <w:tcMar>
              <w:top w:w="70" w:type="dxa"/>
              <w:left w:w="80" w:type="dxa"/>
              <w:bottom w:w="70" w:type="dxa"/>
              <w:right w:w="80" w:type="dxa"/>
            </w:tcMar>
            <w:vAlign w:val="center"/>
          </w:tcPr>
          <w:p w14:paraId="39E7D441" w14:textId="77777777" w:rsidR="00650973" w:rsidRDefault="00080072">
            <w:r>
              <w:rPr>
                <w:rFonts w:ascii="Arial" w:hAnsi="Arial"/>
                <w:sz w:val="20"/>
              </w:rPr>
              <w:t>7</w:t>
            </w:r>
          </w:p>
        </w:tc>
        <w:tc>
          <w:tcPr>
            <w:tcW w:w="2608" w:type="dxa"/>
            <w:tcMar>
              <w:top w:w="70" w:type="dxa"/>
              <w:left w:w="80" w:type="dxa"/>
              <w:bottom w:w="70" w:type="dxa"/>
              <w:right w:w="80" w:type="dxa"/>
            </w:tcMar>
            <w:vAlign w:val="center"/>
          </w:tcPr>
          <w:p w14:paraId="0DC69370" w14:textId="77777777" w:rsidR="00650973" w:rsidRDefault="00080072">
            <w:r>
              <w:rPr>
                <w:rFonts w:ascii="Arial" w:hAnsi="Arial"/>
                <w:sz w:val="20"/>
              </w:rPr>
              <w:t>Cleopatra – Faro 2</w:t>
            </w:r>
          </w:p>
        </w:tc>
        <w:tc>
          <w:tcPr>
            <w:tcW w:w="2041" w:type="dxa"/>
            <w:tcMar>
              <w:top w:w="70" w:type="dxa"/>
              <w:left w:w="80" w:type="dxa"/>
              <w:bottom w:w="70" w:type="dxa"/>
              <w:right w:w="80" w:type="dxa"/>
            </w:tcMar>
            <w:vAlign w:val="center"/>
          </w:tcPr>
          <w:p w14:paraId="1612F0A7" w14:textId="77777777" w:rsidR="00650973" w:rsidRDefault="00080072">
            <w:r>
              <w:rPr>
                <w:rFonts w:ascii="Arial" w:hAnsi="Arial"/>
                <w:sz w:val="20"/>
              </w:rPr>
              <w:t>Tripadvisor</w:t>
            </w:r>
          </w:p>
        </w:tc>
        <w:tc>
          <w:tcPr>
            <w:tcW w:w="4139" w:type="dxa"/>
            <w:tcMar>
              <w:top w:w="70" w:type="dxa"/>
              <w:left w:w="80" w:type="dxa"/>
              <w:bottom w:w="70" w:type="dxa"/>
              <w:right w:w="80" w:type="dxa"/>
            </w:tcMar>
            <w:vAlign w:val="center"/>
          </w:tcPr>
          <w:p w14:paraId="6FA6FCA6" w14:textId="77777777" w:rsidR="00650973" w:rsidRDefault="00080072">
            <w:r>
              <w:rPr>
                <w:rFonts w:ascii="Arial" w:hAnsi="Arial"/>
                <w:sz w:val="20"/>
              </w:rPr>
              <w:t>Option simple et proche.</w:t>
            </w:r>
          </w:p>
        </w:tc>
      </w:tr>
      <w:tr w:rsidR="00650973" w14:paraId="1D898395" w14:textId="77777777">
        <w:trPr>
          <w:cantSplit/>
          <w:jc w:val="center"/>
        </w:trPr>
        <w:tc>
          <w:tcPr>
            <w:tcW w:w="567" w:type="dxa"/>
            <w:shd w:val="clear" w:color="auto" w:fill="F8FAF8"/>
            <w:tcMar>
              <w:top w:w="70" w:type="dxa"/>
              <w:left w:w="80" w:type="dxa"/>
              <w:bottom w:w="70" w:type="dxa"/>
              <w:right w:w="80" w:type="dxa"/>
            </w:tcMar>
            <w:vAlign w:val="center"/>
          </w:tcPr>
          <w:p w14:paraId="0B4ADFFF" w14:textId="77777777" w:rsidR="00650973" w:rsidRDefault="00080072">
            <w:r>
              <w:rPr>
                <w:rFonts w:ascii="Arial" w:hAnsi="Arial"/>
                <w:sz w:val="20"/>
              </w:rPr>
              <w:t>8</w:t>
            </w:r>
          </w:p>
        </w:tc>
        <w:tc>
          <w:tcPr>
            <w:tcW w:w="2608" w:type="dxa"/>
            <w:shd w:val="clear" w:color="auto" w:fill="F8FAF8"/>
            <w:tcMar>
              <w:top w:w="70" w:type="dxa"/>
              <w:left w:w="80" w:type="dxa"/>
              <w:bottom w:w="70" w:type="dxa"/>
              <w:right w:w="80" w:type="dxa"/>
            </w:tcMar>
            <w:vAlign w:val="center"/>
          </w:tcPr>
          <w:p w14:paraId="527FF85A" w14:textId="77777777" w:rsidR="00650973" w:rsidRDefault="00080072">
            <w:r>
              <w:rPr>
                <w:rFonts w:ascii="Arial" w:hAnsi="Arial"/>
                <w:sz w:val="20"/>
              </w:rPr>
              <w:t>Calma Café</w:t>
            </w:r>
          </w:p>
        </w:tc>
        <w:tc>
          <w:tcPr>
            <w:tcW w:w="2041" w:type="dxa"/>
            <w:shd w:val="clear" w:color="auto" w:fill="F8FAF8"/>
            <w:tcMar>
              <w:top w:w="70" w:type="dxa"/>
              <w:left w:w="80" w:type="dxa"/>
              <w:bottom w:w="70" w:type="dxa"/>
              <w:right w:w="80" w:type="dxa"/>
            </w:tcMar>
            <w:vAlign w:val="center"/>
          </w:tcPr>
          <w:p w14:paraId="12676FD0" w14:textId="77777777" w:rsidR="00650973" w:rsidRDefault="00080072">
            <w:r>
              <w:rPr>
                <w:rFonts w:ascii="Arial" w:hAnsi="Arial"/>
                <w:sz w:val="20"/>
              </w:rPr>
              <w:t>Carte</w:t>
            </w:r>
          </w:p>
        </w:tc>
        <w:tc>
          <w:tcPr>
            <w:tcW w:w="4139" w:type="dxa"/>
            <w:shd w:val="clear" w:color="auto" w:fill="F8FAF8"/>
            <w:tcMar>
              <w:top w:w="70" w:type="dxa"/>
              <w:left w:w="80" w:type="dxa"/>
              <w:bottom w:w="70" w:type="dxa"/>
              <w:right w:w="80" w:type="dxa"/>
            </w:tcMar>
            <w:vAlign w:val="center"/>
          </w:tcPr>
          <w:p w14:paraId="25392D3F" w14:textId="77777777" w:rsidR="00650973" w:rsidRDefault="00080072">
            <w:r>
              <w:rPr>
                <w:rFonts w:ascii="Arial" w:hAnsi="Arial"/>
                <w:sz w:val="20"/>
              </w:rPr>
              <w:t>Meilleur équivalent proche de Deliciosa pour un brunch moderne.</w:t>
            </w:r>
          </w:p>
        </w:tc>
      </w:tr>
      <w:tr w:rsidR="00650973" w14:paraId="79130155" w14:textId="77777777">
        <w:trPr>
          <w:cantSplit/>
          <w:jc w:val="center"/>
        </w:trPr>
        <w:tc>
          <w:tcPr>
            <w:tcW w:w="567" w:type="dxa"/>
            <w:tcMar>
              <w:top w:w="70" w:type="dxa"/>
              <w:left w:w="80" w:type="dxa"/>
              <w:bottom w:w="70" w:type="dxa"/>
              <w:right w:w="80" w:type="dxa"/>
            </w:tcMar>
            <w:vAlign w:val="center"/>
          </w:tcPr>
          <w:p w14:paraId="3F89BFB9" w14:textId="77777777" w:rsidR="00650973" w:rsidRDefault="00080072">
            <w:r>
              <w:rPr>
                <w:rFonts w:ascii="Arial" w:hAnsi="Arial"/>
                <w:sz w:val="20"/>
              </w:rPr>
              <w:t>9</w:t>
            </w:r>
          </w:p>
        </w:tc>
        <w:tc>
          <w:tcPr>
            <w:tcW w:w="2608" w:type="dxa"/>
            <w:tcMar>
              <w:top w:w="70" w:type="dxa"/>
              <w:left w:w="80" w:type="dxa"/>
              <w:bottom w:w="70" w:type="dxa"/>
              <w:right w:w="80" w:type="dxa"/>
            </w:tcMar>
            <w:vAlign w:val="center"/>
          </w:tcPr>
          <w:p w14:paraId="228CF8D2" w14:textId="77777777" w:rsidR="00650973" w:rsidRDefault="00080072">
            <w:r>
              <w:rPr>
                <w:rFonts w:ascii="Arial" w:hAnsi="Arial"/>
                <w:sz w:val="20"/>
              </w:rPr>
              <w:t>Oasis Café GC</w:t>
            </w:r>
          </w:p>
        </w:tc>
        <w:tc>
          <w:tcPr>
            <w:tcW w:w="2041" w:type="dxa"/>
            <w:tcMar>
              <w:top w:w="70" w:type="dxa"/>
              <w:left w:w="80" w:type="dxa"/>
              <w:bottom w:w="70" w:type="dxa"/>
              <w:right w:w="80" w:type="dxa"/>
            </w:tcMar>
            <w:vAlign w:val="center"/>
          </w:tcPr>
          <w:p w14:paraId="15325740" w14:textId="77777777" w:rsidR="00650973" w:rsidRDefault="00080072">
            <w:r>
              <w:rPr>
                <w:rFonts w:ascii="Arial" w:hAnsi="Arial"/>
                <w:sz w:val="20"/>
              </w:rPr>
              <w:t>Offre repérée</w:t>
            </w:r>
          </w:p>
        </w:tc>
        <w:tc>
          <w:tcPr>
            <w:tcW w:w="4139" w:type="dxa"/>
            <w:tcMar>
              <w:top w:w="70" w:type="dxa"/>
              <w:left w:w="80" w:type="dxa"/>
              <w:bottom w:w="70" w:type="dxa"/>
              <w:right w:w="80" w:type="dxa"/>
            </w:tcMar>
            <w:vAlign w:val="center"/>
          </w:tcPr>
          <w:p w14:paraId="4749E640" w14:textId="77777777" w:rsidR="00650973" w:rsidRDefault="00080072">
            <w:r>
              <w:rPr>
                <w:rFonts w:ascii="Arial" w:hAnsi="Arial"/>
                <w:sz w:val="20"/>
              </w:rPr>
              <w:t>Prix cité provenant d’une offre promotionnelle, pas nécessairement du tarif normal.</w:t>
            </w:r>
          </w:p>
        </w:tc>
      </w:tr>
      <w:tr w:rsidR="00650973" w14:paraId="1BE4D87E" w14:textId="77777777">
        <w:trPr>
          <w:cantSplit/>
          <w:jc w:val="center"/>
        </w:trPr>
        <w:tc>
          <w:tcPr>
            <w:tcW w:w="567" w:type="dxa"/>
            <w:shd w:val="clear" w:color="auto" w:fill="F8FAF8"/>
            <w:tcMar>
              <w:top w:w="70" w:type="dxa"/>
              <w:left w:w="80" w:type="dxa"/>
              <w:bottom w:w="70" w:type="dxa"/>
              <w:right w:w="80" w:type="dxa"/>
            </w:tcMar>
            <w:vAlign w:val="center"/>
          </w:tcPr>
          <w:p w14:paraId="69272325" w14:textId="77777777" w:rsidR="00650973" w:rsidRDefault="00080072">
            <w:r>
              <w:rPr>
                <w:rFonts w:ascii="Arial" w:hAnsi="Arial"/>
                <w:sz w:val="20"/>
              </w:rPr>
              <w:t>10</w:t>
            </w:r>
          </w:p>
        </w:tc>
        <w:tc>
          <w:tcPr>
            <w:tcW w:w="2608" w:type="dxa"/>
            <w:shd w:val="clear" w:color="auto" w:fill="F8FAF8"/>
            <w:tcMar>
              <w:top w:w="70" w:type="dxa"/>
              <w:left w:w="80" w:type="dxa"/>
              <w:bottom w:w="70" w:type="dxa"/>
              <w:right w:w="80" w:type="dxa"/>
            </w:tcMar>
            <w:vAlign w:val="center"/>
          </w:tcPr>
          <w:p w14:paraId="1D7C39A8" w14:textId="77777777" w:rsidR="00650973" w:rsidRDefault="00080072">
            <w:r>
              <w:rPr>
                <w:rFonts w:ascii="Arial" w:hAnsi="Arial"/>
                <w:sz w:val="20"/>
              </w:rPr>
              <w:t>Patio Canario</w:t>
            </w:r>
          </w:p>
        </w:tc>
        <w:tc>
          <w:tcPr>
            <w:tcW w:w="2041" w:type="dxa"/>
            <w:shd w:val="clear" w:color="auto" w:fill="F8FAF8"/>
            <w:tcMar>
              <w:top w:w="70" w:type="dxa"/>
              <w:left w:w="80" w:type="dxa"/>
              <w:bottom w:w="70" w:type="dxa"/>
              <w:right w:w="80" w:type="dxa"/>
            </w:tcMar>
            <w:vAlign w:val="center"/>
          </w:tcPr>
          <w:p w14:paraId="41BC9522" w14:textId="77777777" w:rsidR="00650973" w:rsidRDefault="00080072">
            <w:r>
              <w:rPr>
                <w:rFonts w:ascii="Arial" w:hAnsi="Arial"/>
                <w:sz w:val="20"/>
              </w:rPr>
              <w:t>Tripadvisor</w:t>
            </w:r>
          </w:p>
        </w:tc>
        <w:tc>
          <w:tcPr>
            <w:tcW w:w="4139" w:type="dxa"/>
            <w:shd w:val="clear" w:color="auto" w:fill="F8FAF8"/>
            <w:tcMar>
              <w:top w:w="70" w:type="dxa"/>
              <w:left w:w="80" w:type="dxa"/>
              <w:bottom w:w="70" w:type="dxa"/>
              <w:right w:w="80" w:type="dxa"/>
            </w:tcMar>
            <w:vAlign w:val="center"/>
          </w:tcPr>
          <w:p w14:paraId="7AB20E8B" w14:textId="77777777" w:rsidR="00650973" w:rsidRDefault="00080072">
            <w:r>
              <w:rPr>
                <w:rFonts w:ascii="Arial" w:hAnsi="Arial"/>
                <w:sz w:val="20"/>
              </w:rPr>
              <w:t>Plusieurs avis positifs sur petit-déjeuner et rapport qualité/prix ; pas de preuve de buffet.</w:t>
            </w:r>
          </w:p>
        </w:tc>
      </w:tr>
      <w:tr w:rsidR="00650973" w14:paraId="0C3D2E75" w14:textId="77777777">
        <w:trPr>
          <w:cantSplit/>
          <w:jc w:val="center"/>
        </w:trPr>
        <w:tc>
          <w:tcPr>
            <w:tcW w:w="567" w:type="dxa"/>
            <w:tcMar>
              <w:top w:w="70" w:type="dxa"/>
              <w:left w:w="80" w:type="dxa"/>
              <w:bottom w:w="70" w:type="dxa"/>
              <w:right w:w="80" w:type="dxa"/>
            </w:tcMar>
            <w:vAlign w:val="center"/>
          </w:tcPr>
          <w:p w14:paraId="35522620" w14:textId="77777777" w:rsidR="00650973" w:rsidRDefault="00080072">
            <w:r>
              <w:rPr>
                <w:rFonts w:ascii="Arial" w:hAnsi="Arial"/>
                <w:sz w:val="20"/>
              </w:rPr>
              <w:t>11</w:t>
            </w:r>
          </w:p>
        </w:tc>
        <w:tc>
          <w:tcPr>
            <w:tcW w:w="2608" w:type="dxa"/>
            <w:tcMar>
              <w:top w:w="70" w:type="dxa"/>
              <w:left w:w="80" w:type="dxa"/>
              <w:bottom w:w="70" w:type="dxa"/>
              <w:right w:w="80" w:type="dxa"/>
            </w:tcMar>
            <w:vAlign w:val="center"/>
          </w:tcPr>
          <w:p w14:paraId="2B8D76FD" w14:textId="77777777" w:rsidR="00650973" w:rsidRDefault="00080072">
            <w:r>
              <w:rPr>
                <w:rFonts w:ascii="Arial" w:hAnsi="Arial"/>
                <w:sz w:val="20"/>
              </w:rPr>
              <w:t>Casas Pepe Apartments &amp; Spa</w:t>
            </w:r>
          </w:p>
        </w:tc>
        <w:tc>
          <w:tcPr>
            <w:tcW w:w="2041" w:type="dxa"/>
            <w:tcMar>
              <w:top w:w="70" w:type="dxa"/>
              <w:left w:w="80" w:type="dxa"/>
              <w:bottom w:w="70" w:type="dxa"/>
              <w:right w:w="80" w:type="dxa"/>
            </w:tcMar>
            <w:vAlign w:val="center"/>
          </w:tcPr>
          <w:p w14:paraId="6D1A87D2" w14:textId="77777777" w:rsidR="00650973" w:rsidRDefault="00080072">
            <w:r>
              <w:rPr>
                <w:rFonts w:ascii="Arial" w:hAnsi="Arial"/>
                <w:sz w:val="20"/>
              </w:rPr>
              <w:t>Petit-déjeuner</w:t>
            </w:r>
          </w:p>
        </w:tc>
        <w:tc>
          <w:tcPr>
            <w:tcW w:w="4139" w:type="dxa"/>
            <w:tcMar>
              <w:top w:w="70" w:type="dxa"/>
              <w:left w:w="80" w:type="dxa"/>
              <w:bottom w:w="70" w:type="dxa"/>
              <w:right w:w="80" w:type="dxa"/>
            </w:tcMar>
            <w:vAlign w:val="center"/>
          </w:tcPr>
          <w:p w14:paraId="2DD9812C" w14:textId="77777777" w:rsidR="00650973" w:rsidRDefault="00080072">
            <w:r>
              <w:rPr>
                <w:rFonts w:ascii="Arial" w:hAnsi="Arial"/>
                <w:sz w:val="20"/>
              </w:rPr>
              <w:t>Accès extérieur explicitement indiqué dans les recherches du chat.</w:t>
            </w:r>
          </w:p>
        </w:tc>
      </w:tr>
      <w:tr w:rsidR="00650973" w14:paraId="31D9FAC3" w14:textId="77777777">
        <w:trPr>
          <w:cantSplit/>
          <w:jc w:val="center"/>
        </w:trPr>
        <w:tc>
          <w:tcPr>
            <w:tcW w:w="567" w:type="dxa"/>
            <w:shd w:val="clear" w:color="auto" w:fill="F8FAF8"/>
            <w:tcMar>
              <w:top w:w="70" w:type="dxa"/>
              <w:left w:w="80" w:type="dxa"/>
              <w:bottom w:w="70" w:type="dxa"/>
              <w:right w:w="80" w:type="dxa"/>
            </w:tcMar>
            <w:vAlign w:val="center"/>
          </w:tcPr>
          <w:p w14:paraId="222BFE32" w14:textId="77777777" w:rsidR="00650973" w:rsidRDefault="00080072">
            <w:r>
              <w:rPr>
                <w:rFonts w:ascii="Arial" w:hAnsi="Arial"/>
                <w:sz w:val="20"/>
              </w:rPr>
              <w:t>12</w:t>
            </w:r>
          </w:p>
        </w:tc>
        <w:tc>
          <w:tcPr>
            <w:tcW w:w="2608" w:type="dxa"/>
            <w:shd w:val="clear" w:color="auto" w:fill="F8FAF8"/>
            <w:tcMar>
              <w:top w:w="70" w:type="dxa"/>
              <w:left w:w="80" w:type="dxa"/>
              <w:bottom w:w="70" w:type="dxa"/>
              <w:right w:w="80" w:type="dxa"/>
            </w:tcMar>
            <w:vAlign w:val="center"/>
          </w:tcPr>
          <w:p w14:paraId="0CC386C7" w14:textId="77777777" w:rsidR="00650973" w:rsidRDefault="00080072">
            <w:r>
              <w:rPr>
                <w:rFonts w:ascii="Arial" w:hAnsi="Arial"/>
                <w:sz w:val="20"/>
              </w:rPr>
              <w:t>Gold by Marina</w:t>
            </w:r>
          </w:p>
        </w:tc>
        <w:tc>
          <w:tcPr>
            <w:tcW w:w="2041" w:type="dxa"/>
            <w:shd w:val="clear" w:color="auto" w:fill="F8FAF8"/>
            <w:tcMar>
              <w:top w:w="70" w:type="dxa"/>
              <w:left w:w="80" w:type="dxa"/>
              <w:bottom w:w="70" w:type="dxa"/>
              <w:right w:w="80" w:type="dxa"/>
            </w:tcMar>
            <w:vAlign w:val="center"/>
          </w:tcPr>
          <w:p w14:paraId="44164620" w14:textId="77777777" w:rsidR="00650973" w:rsidRDefault="00080072">
            <w:r>
              <w:rPr>
                <w:rFonts w:ascii="Arial" w:hAnsi="Arial"/>
                <w:sz w:val="20"/>
              </w:rPr>
              <w:t>Desayuno Gold</w:t>
            </w:r>
          </w:p>
        </w:tc>
        <w:tc>
          <w:tcPr>
            <w:tcW w:w="4139" w:type="dxa"/>
            <w:shd w:val="clear" w:color="auto" w:fill="F8FAF8"/>
            <w:tcMar>
              <w:top w:w="70" w:type="dxa"/>
              <w:left w:w="80" w:type="dxa"/>
              <w:bottom w:w="70" w:type="dxa"/>
              <w:right w:w="80" w:type="dxa"/>
            </w:tcMar>
            <w:vAlign w:val="center"/>
          </w:tcPr>
          <w:p w14:paraId="258D1E8E" w14:textId="77777777" w:rsidR="00650973" w:rsidRDefault="00080072">
            <w:r>
              <w:rPr>
                <w:rFonts w:ascii="Arial" w:hAnsi="Arial"/>
                <w:sz w:val="20"/>
              </w:rPr>
              <w:t>Très souple grâce au service jusqu’à midi.</w:t>
            </w:r>
          </w:p>
        </w:tc>
      </w:tr>
      <w:tr w:rsidR="00650973" w14:paraId="0F3CB5BB" w14:textId="77777777">
        <w:trPr>
          <w:cantSplit/>
          <w:jc w:val="center"/>
        </w:trPr>
        <w:tc>
          <w:tcPr>
            <w:tcW w:w="567" w:type="dxa"/>
            <w:tcMar>
              <w:top w:w="70" w:type="dxa"/>
              <w:left w:w="80" w:type="dxa"/>
              <w:bottom w:w="70" w:type="dxa"/>
              <w:right w:w="80" w:type="dxa"/>
            </w:tcMar>
            <w:vAlign w:val="center"/>
          </w:tcPr>
          <w:p w14:paraId="1275E821" w14:textId="77777777" w:rsidR="00650973" w:rsidRDefault="00080072">
            <w:r>
              <w:rPr>
                <w:rFonts w:ascii="Arial" w:hAnsi="Arial"/>
                <w:sz w:val="20"/>
              </w:rPr>
              <w:t>13</w:t>
            </w:r>
          </w:p>
        </w:tc>
        <w:tc>
          <w:tcPr>
            <w:tcW w:w="2608" w:type="dxa"/>
            <w:tcMar>
              <w:top w:w="70" w:type="dxa"/>
              <w:left w:w="80" w:type="dxa"/>
              <w:bottom w:w="70" w:type="dxa"/>
              <w:right w:w="80" w:type="dxa"/>
            </w:tcMar>
            <w:vAlign w:val="center"/>
          </w:tcPr>
          <w:p w14:paraId="5056F2EF" w14:textId="77777777" w:rsidR="00650973" w:rsidRDefault="00080072">
            <w:r>
              <w:rPr>
                <w:rFonts w:ascii="Arial" w:hAnsi="Arial"/>
                <w:sz w:val="20"/>
              </w:rPr>
              <w:t>Bohemia Suites &amp; Spa</w:t>
            </w:r>
          </w:p>
        </w:tc>
        <w:tc>
          <w:tcPr>
            <w:tcW w:w="2041" w:type="dxa"/>
            <w:tcMar>
              <w:top w:w="70" w:type="dxa"/>
              <w:left w:w="80" w:type="dxa"/>
              <w:bottom w:w="70" w:type="dxa"/>
              <w:right w:w="80" w:type="dxa"/>
            </w:tcMar>
            <w:vAlign w:val="center"/>
          </w:tcPr>
          <w:p w14:paraId="32B29676" w14:textId="77777777" w:rsidR="00650973" w:rsidRDefault="00080072">
            <w:r>
              <w:rPr>
                <w:rFonts w:ascii="Arial" w:hAnsi="Arial"/>
                <w:sz w:val="20"/>
              </w:rPr>
              <w:t>Offres</w:t>
            </w:r>
          </w:p>
        </w:tc>
        <w:tc>
          <w:tcPr>
            <w:tcW w:w="4139" w:type="dxa"/>
            <w:tcMar>
              <w:top w:w="70" w:type="dxa"/>
              <w:left w:w="80" w:type="dxa"/>
              <w:bottom w:w="70" w:type="dxa"/>
              <w:right w:w="80" w:type="dxa"/>
            </w:tcMar>
            <w:vAlign w:val="center"/>
          </w:tcPr>
          <w:p w14:paraId="08430C54" w14:textId="77777777" w:rsidR="00650973" w:rsidRDefault="00080072">
            <w:r>
              <w:rPr>
                <w:rFonts w:ascii="Arial" w:hAnsi="Arial"/>
                <w:sz w:val="20"/>
              </w:rPr>
              <w:t>Option haut de gamme avec vue panoramique.</w:t>
            </w:r>
          </w:p>
        </w:tc>
      </w:tr>
      <w:tr w:rsidR="00650973" w14:paraId="36EF0B95" w14:textId="77777777">
        <w:trPr>
          <w:cantSplit/>
          <w:jc w:val="center"/>
        </w:trPr>
        <w:tc>
          <w:tcPr>
            <w:tcW w:w="567" w:type="dxa"/>
            <w:shd w:val="clear" w:color="auto" w:fill="F8FAF8"/>
            <w:tcMar>
              <w:top w:w="70" w:type="dxa"/>
              <w:left w:w="80" w:type="dxa"/>
              <w:bottom w:w="70" w:type="dxa"/>
              <w:right w:w="80" w:type="dxa"/>
            </w:tcMar>
            <w:vAlign w:val="center"/>
          </w:tcPr>
          <w:p w14:paraId="271477CA" w14:textId="77777777" w:rsidR="00650973" w:rsidRDefault="00080072">
            <w:r>
              <w:rPr>
                <w:rFonts w:ascii="Arial" w:hAnsi="Arial"/>
                <w:sz w:val="20"/>
              </w:rPr>
              <w:t>14</w:t>
            </w:r>
          </w:p>
        </w:tc>
        <w:tc>
          <w:tcPr>
            <w:tcW w:w="2608" w:type="dxa"/>
            <w:shd w:val="clear" w:color="auto" w:fill="F8FAF8"/>
            <w:tcMar>
              <w:top w:w="70" w:type="dxa"/>
              <w:left w:w="80" w:type="dxa"/>
              <w:bottom w:w="70" w:type="dxa"/>
              <w:right w:w="80" w:type="dxa"/>
            </w:tcMar>
            <w:vAlign w:val="center"/>
          </w:tcPr>
          <w:p w14:paraId="57444457" w14:textId="77777777" w:rsidR="00650973" w:rsidRDefault="00080072">
            <w:r>
              <w:rPr>
                <w:rFonts w:ascii="Arial" w:hAnsi="Arial"/>
                <w:sz w:val="20"/>
              </w:rPr>
              <w:t>Corallium Dunamar by Lopesan</w:t>
            </w:r>
          </w:p>
        </w:tc>
        <w:tc>
          <w:tcPr>
            <w:tcW w:w="2041" w:type="dxa"/>
            <w:shd w:val="clear" w:color="auto" w:fill="F8FAF8"/>
            <w:tcMar>
              <w:top w:w="70" w:type="dxa"/>
              <w:left w:w="80" w:type="dxa"/>
              <w:bottom w:w="70" w:type="dxa"/>
              <w:right w:w="80" w:type="dxa"/>
            </w:tcMar>
            <w:vAlign w:val="center"/>
          </w:tcPr>
          <w:p w14:paraId="70FEB424" w14:textId="77777777" w:rsidR="00650973" w:rsidRDefault="00080072">
            <w:r>
              <w:rPr>
                <w:rFonts w:ascii="Arial" w:hAnsi="Arial"/>
                <w:sz w:val="20"/>
              </w:rPr>
              <w:t>Day Pass / brunch</w:t>
            </w:r>
          </w:p>
        </w:tc>
        <w:tc>
          <w:tcPr>
            <w:tcW w:w="4139" w:type="dxa"/>
            <w:shd w:val="clear" w:color="auto" w:fill="F8FAF8"/>
            <w:tcMar>
              <w:top w:w="70" w:type="dxa"/>
              <w:left w:w="80" w:type="dxa"/>
              <w:bottom w:w="70" w:type="dxa"/>
              <w:right w:w="80" w:type="dxa"/>
            </w:tcMar>
            <w:vAlign w:val="center"/>
          </w:tcPr>
          <w:p w14:paraId="7651B08D" w14:textId="77777777" w:rsidR="00650973" w:rsidRDefault="00080072">
            <w:r>
              <w:rPr>
                <w:rFonts w:ascii="Arial" w:hAnsi="Arial"/>
                <w:sz w:val="20"/>
              </w:rPr>
              <w:t>À classer brunch occasionnel, pas petit-déjeuner quotidien.</w:t>
            </w:r>
          </w:p>
        </w:tc>
      </w:tr>
      <w:tr w:rsidR="00650973" w14:paraId="460C7774" w14:textId="77777777">
        <w:trPr>
          <w:cantSplit/>
          <w:jc w:val="center"/>
        </w:trPr>
        <w:tc>
          <w:tcPr>
            <w:tcW w:w="567" w:type="dxa"/>
            <w:tcMar>
              <w:top w:w="70" w:type="dxa"/>
              <w:left w:w="80" w:type="dxa"/>
              <w:bottom w:w="70" w:type="dxa"/>
              <w:right w:w="80" w:type="dxa"/>
            </w:tcMar>
            <w:vAlign w:val="center"/>
          </w:tcPr>
          <w:p w14:paraId="0B9C1E6F" w14:textId="77777777" w:rsidR="00650973" w:rsidRDefault="00080072">
            <w:r>
              <w:rPr>
                <w:rFonts w:ascii="Arial" w:hAnsi="Arial"/>
                <w:sz w:val="20"/>
              </w:rPr>
              <w:t>15</w:t>
            </w:r>
          </w:p>
        </w:tc>
        <w:tc>
          <w:tcPr>
            <w:tcW w:w="2608" w:type="dxa"/>
            <w:tcMar>
              <w:top w:w="70" w:type="dxa"/>
              <w:left w:w="80" w:type="dxa"/>
              <w:bottom w:w="70" w:type="dxa"/>
              <w:right w:w="80" w:type="dxa"/>
            </w:tcMar>
            <w:vAlign w:val="center"/>
          </w:tcPr>
          <w:p w14:paraId="7F4850DA" w14:textId="77777777" w:rsidR="00650973" w:rsidRDefault="00080072">
            <w:r>
              <w:rPr>
                <w:rFonts w:ascii="Arial" w:hAnsi="Arial"/>
                <w:sz w:val="20"/>
              </w:rPr>
              <w:t>Maspalomas Princess / Tabaiba Princess</w:t>
            </w:r>
          </w:p>
        </w:tc>
        <w:tc>
          <w:tcPr>
            <w:tcW w:w="2041" w:type="dxa"/>
            <w:tcMar>
              <w:top w:w="70" w:type="dxa"/>
              <w:left w:w="80" w:type="dxa"/>
              <w:bottom w:w="70" w:type="dxa"/>
              <w:right w:w="80" w:type="dxa"/>
            </w:tcMar>
            <w:vAlign w:val="center"/>
          </w:tcPr>
          <w:p w14:paraId="1452B4CF" w14:textId="77777777" w:rsidR="00650973" w:rsidRDefault="00080072">
            <w:r>
              <w:rPr>
                <w:rFonts w:ascii="Arial" w:hAnsi="Arial"/>
                <w:sz w:val="20"/>
              </w:rPr>
              <w:t>Day Pass</w:t>
            </w:r>
          </w:p>
        </w:tc>
        <w:tc>
          <w:tcPr>
            <w:tcW w:w="4139" w:type="dxa"/>
            <w:tcMar>
              <w:top w:w="70" w:type="dxa"/>
              <w:left w:w="80" w:type="dxa"/>
              <w:bottom w:w="70" w:type="dxa"/>
              <w:right w:w="80" w:type="dxa"/>
            </w:tcMar>
            <w:vAlign w:val="center"/>
          </w:tcPr>
          <w:p w14:paraId="43EF152F" w14:textId="77777777" w:rsidR="00650973" w:rsidRDefault="00080072">
            <w:r>
              <w:rPr>
                <w:rFonts w:ascii="Arial" w:hAnsi="Arial"/>
                <w:sz w:val="20"/>
              </w:rPr>
              <w:t>Trop cher pour petit-déjeuner seul ; tarif à vérifier.</w:t>
            </w:r>
          </w:p>
        </w:tc>
      </w:tr>
      <w:tr w:rsidR="00650973" w14:paraId="43423591" w14:textId="77777777">
        <w:trPr>
          <w:cantSplit/>
          <w:jc w:val="center"/>
        </w:trPr>
        <w:tc>
          <w:tcPr>
            <w:tcW w:w="567" w:type="dxa"/>
            <w:shd w:val="clear" w:color="auto" w:fill="F8FAF8"/>
            <w:tcMar>
              <w:top w:w="70" w:type="dxa"/>
              <w:left w:w="80" w:type="dxa"/>
              <w:bottom w:w="70" w:type="dxa"/>
              <w:right w:w="80" w:type="dxa"/>
            </w:tcMar>
            <w:vAlign w:val="center"/>
          </w:tcPr>
          <w:p w14:paraId="674F6CA3" w14:textId="77777777" w:rsidR="00650973" w:rsidRDefault="00080072">
            <w:r>
              <w:rPr>
                <w:rFonts w:ascii="Arial" w:hAnsi="Arial"/>
                <w:sz w:val="20"/>
              </w:rPr>
              <w:t>16</w:t>
            </w:r>
          </w:p>
        </w:tc>
        <w:tc>
          <w:tcPr>
            <w:tcW w:w="2608" w:type="dxa"/>
            <w:shd w:val="clear" w:color="auto" w:fill="F8FAF8"/>
            <w:tcMar>
              <w:top w:w="70" w:type="dxa"/>
              <w:left w:w="80" w:type="dxa"/>
              <w:bottom w:w="70" w:type="dxa"/>
              <w:right w:w="80" w:type="dxa"/>
            </w:tcMar>
            <w:vAlign w:val="center"/>
          </w:tcPr>
          <w:p w14:paraId="6D079EB3" w14:textId="77777777" w:rsidR="00650973" w:rsidRDefault="00080072">
            <w:r>
              <w:rPr>
                <w:rFonts w:ascii="Arial" w:hAnsi="Arial"/>
                <w:sz w:val="20"/>
              </w:rPr>
              <w:t>Deliciosa BrunchCafe</w:t>
            </w:r>
          </w:p>
        </w:tc>
        <w:tc>
          <w:tcPr>
            <w:tcW w:w="2041" w:type="dxa"/>
            <w:shd w:val="clear" w:color="auto" w:fill="F8FAF8"/>
            <w:tcMar>
              <w:top w:w="70" w:type="dxa"/>
              <w:left w:w="80" w:type="dxa"/>
              <w:bottom w:w="70" w:type="dxa"/>
              <w:right w:w="80" w:type="dxa"/>
            </w:tcMar>
            <w:vAlign w:val="center"/>
          </w:tcPr>
          <w:p w14:paraId="58603209" w14:textId="77777777" w:rsidR="00650973" w:rsidRDefault="00080072">
            <w:r>
              <w:rPr>
                <w:rFonts w:ascii="Arial" w:hAnsi="Arial"/>
                <w:sz w:val="20"/>
              </w:rPr>
              <w:t>Site officiel</w:t>
            </w:r>
          </w:p>
        </w:tc>
        <w:tc>
          <w:tcPr>
            <w:tcW w:w="4139" w:type="dxa"/>
            <w:shd w:val="clear" w:color="auto" w:fill="F8FAF8"/>
            <w:tcMar>
              <w:top w:w="70" w:type="dxa"/>
              <w:left w:w="80" w:type="dxa"/>
              <w:bottom w:w="70" w:type="dxa"/>
              <w:right w:w="80" w:type="dxa"/>
            </w:tcMar>
            <w:vAlign w:val="center"/>
          </w:tcPr>
          <w:p w14:paraId="7D6C6A98" w14:textId="77777777" w:rsidR="00650973" w:rsidRDefault="00080072">
            <w:r>
              <w:rPr>
                <w:rFonts w:ascii="Arial" w:hAnsi="Arial"/>
                <w:sz w:val="20"/>
              </w:rPr>
              <w:t>Très bon choix/prix, vue mer, propriétaires belges signalés.</w:t>
            </w:r>
          </w:p>
        </w:tc>
      </w:tr>
      <w:tr w:rsidR="00650973" w14:paraId="3E73AA85" w14:textId="77777777">
        <w:trPr>
          <w:cantSplit/>
          <w:jc w:val="center"/>
        </w:trPr>
        <w:tc>
          <w:tcPr>
            <w:tcW w:w="567" w:type="dxa"/>
            <w:tcMar>
              <w:top w:w="70" w:type="dxa"/>
              <w:left w:w="80" w:type="dxa"/>
              <w:bottom w:w="70" w:type="dxa"/>
              <w:right w:w="80" w:type="dxa"/>
            </w:tcMar>
            <w:vAlign w:val="center"/>
          </w:tcPr>
          <w:p w14:paraId="5E0DC853" w14:textId="77777777" w:rsidR="00650973" w:rsidRDefault="00080072">
            <w:r>
              <w:rPr>
                <w:rFonts w:ascii="Arial" w:hAnsi="Arial"/>
                <w:sz w:val="20"/>
              </w:rPr>
              <w:t>17</w:t>
            </w:r>
          </w:p>
        </w:tc>
        <w:tc>
          <w:tcPr>
            <w:tcW w:w="2608" w:type="dxa"/>
            <w:tcMar>
              <w:top w:w="70" w:type="dxa"/>
              <w:left w:w="80" w:type="dxa"/>
              <w:bottom w:w="70" w:type="dxa"/>
              <w:right w:w="80" w:type="dxa"/>
            </w:tcMar>
            <w:vAlign w:val="center"/>
          </w:tcPr>
          <w:p w14:paraId="51CB1163" w14:textId="77777777" w:rsidR="00650973" w:rsidRDefault="00080072">
            <w:r>
              <w:rPr>
                <w:rFonts w:ascii="Arial" w:hAnsi="Arial"/>
                <w:sz w:val="20"/>
              </w:rPr>
              <w:t>Cordial Santa Águeda</w:t>
            </w:r>
          </w:p>
        </w:tc>
        <w:tc>
          <w:tcPr>
            <w:tcW w:w="2041" w:type="dxa"/>
            <w:tcMar>
              <w:top w:w="70" w:type="dxa"/>
              <w:left w:w="80" w:type="dxa"/>
              <w:bottom w:w="70" w:type="dxa"/>
              <w:right w:w="80" w:type="dxa"/>
            </w:tcMar>
            <w:vAlign w:val="center"/>
          </w:tcPr>
          <w:p w14:paraId="7666D8C1" w14:textId="77777777" w:rsidR="00650973" w:rsidRDefault="00080072">
            <w:r>
              <w:rPr>
                <w:rFonts w:ascii="Arial" w:hAnsi="Arial"/>
                <w:sz w:val="20"/>
              </w:rPr>
              <w:t>URL non conservée dans le chat</w:t>
            </w:r>
          </w:p>
        </w:tc>
        <w:tc>
          <w:tcPr>
            <w:tcW w:w="4139" w:type="dxa"/>
            <w:tcMar>
              <w:top w:w="70" w:type="dxa"/>
              <w:left w:w="80" w:type="dxa"/>
              <w:bottom w:w="70" w:type="dxa"/>
              <w:right w:w="80" w:type="dxa"/>
            </w:tcMar>
            <w:vAlign w:val="center"/>
          </w:tcPr>
          <w:p w14:paraId="6296637D" w14:textId="77777777" w:rsidR="00650973" w:rsidRDefault="00080072">
            <w:r>
              <w:rPr>
                <w:rFonts w:ascii="Arial" w:hAnsi="Arial"/>
                <w:sz w:val="20"/>
              </w:rPr>
              <w:t>Accès externe repéré comme accepté ; plus loin de Dunaflor.</w:t>
            </w:r>
          </w:p>
        </w:tc>
      </w:tr>
      <w:tr w:rsidR="00650973" w14:paraId="4C7BCC59" w14:textId="77777777">
        <w:trPr>
          <w:cantSplit/>
          <w:jc w:val="center"/>
        </w:trPr>
        <w:tc>
          <w:tcPr>
            <w:tcW w:w="567" w:type="dxa"/>
            <w:shd w:val="clear" w:color="auto" w:fill="F8FAF8"/>
            <w:tcMar>
              <w:top w:w="70" w:type="dxa"/>
              <w:left w:w="80" w:type="dxa"/>
              <w:bottom w:w="70" w:type="dxa"/>
              <w:right w:w="80" w:type="dxa"/>
            </w:tcMar>
            <w:vAlign w:val="center"/>
          </w:tcPr>
          <w:p w14:paraId="766190AC" w14:textId="77777777" w:rsidR="00650973" w:rsidRDefault="00080072">
            <w:r>
              <w:rPr>
                <w:rFonts w:ascii="Arial" w:hAnsi="Arial"/>
                <w:sz w:val="20"/>
              </w:rPr>
              <w:t>18</w:t>
            </w:r>
          </w:p>
        </w:tc>
        <w:tc>
          <w:tcPr>
            <w:tcW w:w="2608" w:type="dxa"/>
            <w:shd w:val="clear" w:color="auto" w:fill="F8FAF8"/>
            <w:tcMar>
              <w:top w:w="70" w:type="dxa"/>
              <w:left w:w="80" w:type="dxa"/>
              <w:bottom w:w="70" w:type="dxa"/>
              <w:right w:w="80" w:type="dxa"/>
            </w:tcMar>
            <w:vAlign w:val="center"/>
          </w:tcPr>
          <w:p w14:paraId="17F806F4" w14:textId="77777777" w:rsidR="00650973" w:rsidRDefault="00080072">
            <w:r>
              <w:rPr>
                <w:rFonts w:ascii="Arial" w:hAnsi="Arial"/>
                <w:sz w:val="20"/>
              </w:rPr>
              <w:t>HiperDino Express Playmar</w:t>
            </w:r>
          </w:p>
        </w:tc>
        <w:tc>
          <w:tcPr>
            <w:tcW w:w="2041" w:type="dxa"/>
            <w:shd w:val="clear" w:color="auto" w:fill="F8FAF8"/>
            <w:tcMar>
              <w:top w:w="70" w:type="dxa"/>
              <w:left w:w="80" w:type="dxa"/>
              <w:bottom w:w="70" w:type="dxa"/>
              <w:right w:w="80" w:type="dxa"/>
            </w:tcMar>
            <w:vAlign w:val="center"/>
          </w:tcPr>
          <w:p w14:paraId="212F8AD8" w14:textId="77777777" w:rsidR="00650973" w:rsidRDefault="00080072">
            <w:r>
              <w:rPr>
                <w:rFonts w:ascii="Arial" w:hAnsi="Arial"/>
                <w:sz w:val="20"/>
              </w:rPr>
              <w:t>URL non conservée dans le chat</w:t>
            </w:r>
          </w:p>
        </w:tc>
        <w:tc>
          <w:tcPr>
            <w:tcW w:w="4139" w:type="dxa"/>
            <w:shd w:val="clear" w:color="auto" w:fill="F8FAF8"/>
            <w:tcMar>
              <w:top w:w="70" w:type="dxa"/>
              <w:left w:w="80" w:type="dxa"/>
              <w:bottom w:w="70" w:type="dxa"/>
              <w:right w:w="80" w:type="dxa"/>
            </w:tcMar>
            <w:vAlign w:val="center"/>
          </w:tcPr>
          <w:p w14:paraId="37EE4FE5" w14:textId="77777777" w:rsidR="00650973" w:rsidRDefault="00080072">
            <w:r>
              <w:rPr>
                <w:rFonts w:ascii="Arial" w:hAnsi="Arial"/>
                <w:sz w:val="20"/>
              </w:rPr>
              <w:t>Pas un café : solution économique pour petit-déjeuner sur la terrasse du bungalow.</w:t>
            </w:r>
          </w:p>
        </w:tc>
      </w:tr>
    </w:tbl>
    <w:p w14:paraId="445B4919" w14:textId="77777777" w:rsidR="00650973" w:rsidRDefault="00650973"/>
    <w:p w14:paraId="7D102AF5" w14:textId="77777777" w:rsidR="00650973" w:rsidRDefault="00080072">
      <w:pPr>
        <w:pStyle w:val="Titre2"/>
        <w:spacing w:before="160" w:after="80"/>
      </w:pPr>
      <w:r>
        <w:rPr>
          <w:rFonts w:ascii="Arial" w:hAnsi="Arial"/>
          <w:color w:val="C97A2B"/>
          <w:sz w:val="28"/>
        </w:rPr>
        <w:lastRenderedPageBreak/>
        <w:t>RESTAURANTS LOCAUX « TÍPICOS »</w:t>
      </w:r>
    </w:p>
    <w:p w14:paraId="704CE1E7" w14:textId="77777777" w:rsidR="00650973" w:rsidRDefault="00080072">
      <w:r>
        <w:rPr>
          <w:rFonts w:ascii="Arial" w:hAnsi="Arial"/>
          <w:b/>
          <w:color w:val="2F6B4F"/>
          <w:sz w:val="23"/>
        </w:rPr>
        <w:t>A. Identification et spécialités</w:t>
      </w:r>
    </w:p>
    <w:tbl>
      <w:tblPr>
        <w:tblStyle w:val="Grilledutableau"/>
        <w:tblW w:w="0" w:type="auto"/>
        <w:jc w:val="center"/>
        <w:tblLook w:val="04A0" w:firstRow="1" w:lastRow="0" w:firstColumn="1" w:lastColumn="0" w:noHBand="0" w:noVBand="1"/>
      </w:tblPr>
      <w:tblGrid>
        <w:gridCol w:w="567"/>
        <w:gridCol w:w="2608"/>
        <w:gridCol w:w="2551"/>
        <w:gridCol w:w="3458"/>
      </w:tblGrid>
      <w:tr w:rsidR="00650973" w14:paraId="41B89F5F" w14:textId="77777777">
        <w:trPr>
          <w:cantSplit/>
          <w:tblHeader/>
          <w:jc w:val="center"/>
        </w:trPr>
        <w:tc>
          <w:tcPr>
            <w:tcW w:w="567" w:type="dxa"/>
            <w:shd w:val="clear" w:color="auto" w:fill="2F6B4F"/>
            <w:tcMar>
              <w:top w:w="70" w:type="dxa"/>
              <w:left w:w="80" w:type="dxa"/>
              <w:bottom w:w="70" w:type="dxa"/>
              <w:right w:w="80" w:type="dxa"/>
            </w:tcMar>
            <w:vAlign w:val="center"/>
          </w:tcPr>
          <w:p w14:paraId="50834025" w14:textId="77777777" w:rsidR="00650973" w:rsidRDefault="00080072">
            <w:pPr>
              <w:jc w:val="center"/>
            </w:pPr>
            <w:r>
              <w:rPr>
                <w:rFonts w:ascii="Arial" w:hAnsi="Arial"/>
                <w:b/>
                <w:color w:val="FFFFFF"/>
                <w:sz w:val="20"/>
              </w:rPr>
              <w:t>N°</w:t>
            </w:r>
          </w:p>
        </w:tc>
        <w:tc>
          <w:tcPr>
            <w:tcW w:w="2608" w:type="dxa"/>
            <w:shd w:val="clear" w:color="auto" w:fill="2F6B4F"/>
            <w:tcMar>
              <w:top w:w="70" w:type="dxa"/>
              <w:left w:w="80" w:type="dxa"/>
              <w:bottom w:w="70" w:type="dxa"/>
              <w:right w:w="80" w:type="dxa"/>
            </w:tcMar>
            <w:vAlign w:val="center"/>
          </w:tcPr>
          <w:p w14:paraId="5640B491" w14:textId="77777777" w:rsidR="00650973" w:rsidRDefault="00080072">
            <w:pPr>
              <w:jc w:val="center"/>
            </w:pPr>
            <w:r>
              <w:rPr>
                <w:rFonts w:ascii="Arial" w:hAnsi="Arial"/>
                <w:b/>
                <w:color w:val="FFFFFF"/>
                <w:sz w:val="20"/>
              </w:rPr>
              <w:t>Nom</w:t>
            </w:r>
          </w:p>
        </w:tc>
        <w:tc>
          <w:tcPr>
            <w:tcW w:w="2551" w:type="dxa"/>
            <w:shd w:val="clear" w:color="auto" w:fill="2F6B4F"/>
            <w:tcMar>
              <w:top w:w="70" w:type="dxa"/>
              <w:left w:w="80" w:type="dxa"/>
              <w:bottom w:w="70" w:type="dxa"/>
              <w:right w:w="80" w:type="dxa"/>
            </w:tcMar>
            <w:vAlign w:val="center"/>
          </w:tcPr>
          <w:p w14:paraId="0B5BF273" w14:textId="77777777" w:rsidR="00650973" w:rsidRDefault="00080072">
            <w:pPr>
              <w:jc w:val="center"/>
            </w:pPr>
            <w:r>
              <w:rPr>
                <w:rFonts w:ascii="Arial" w:hAnsi="Arial"/>
                <w:b/>
                <w:color w:val="FFFFFF"/>
                <w:sz w:val="20"/>
              </w:rPr>
              <w:t>Type</w:t>
            </w:r>
          </w:p>
        </w:tc>
        <w:tc>
          <w:tcPr>
            <w:tcW w:w="3458" w:type="dxa"/>
            <w:shd w:val="clear" w:color="auto" w:fill="2F6B4F"/>
            <w:tcMar>
              <w:top w:w="70" w:type="dxa"/>
              <w:left w:w="80" w:type="dxa"/>
              <w:bottom w:w="70" w:type="dxa"/>
              <w:right w:w="80" w:type="dxa"/>
            </w:tcMar>
            <w:vAlign w:val="center"/>
          </w:tcPr>
          <w:p w14:paraId="6170DC19" w14:textId="77777777" w:rsidR="00650973" w:rsidRDefault="00080072">
            <w:pPr>
              <w:jc w:val="center"/>
            </w:pPr>
            <w:r>
              <w:rPr>
                <w:rFonts w:ascii="Arial" w:hAnsi="Arial"/>
                <w:b/>
                <w:color w:val="FFFFFF"/>
                <w:sz w:val="20"/>
              </w:rPr>
              <w:t>Spécialité</w:t>
            </w:r>
          </w:p>
        </w:tc>
      </w:tr>
      <w:tr w:rsidR="00650973" w14:paraId="5036A100" w14:textId="77777777">
        <w:trPr>
          <w:cantSplit/>
          <w:jc w:val="center"/>
        </w:trPr>
        <w:tc>
          <w:tcPr>
            <w:tcW w:w="567" w:type="dxa"/>
            <w:tcMar>
              <w:top w:w="70" w:type="dxa"/>
              <w:left w:w="80" w:type="dxa"/>
              <w:bottom w:w="70" w:type="dxa"/>
              <w:right w:w="80" w:type="dxa"/>
            </w:tcMar>
            <w:vAlign w:val="center"/>
          </w:tcPr>
          <w:p w14:paraId="62C6D5C1" w14:textId="77777777" w:rsidR="00650973" w:rsidRDefault="00080072">
            <w:r>
              <w:rPr>
                <w:rFonts w:ascii="Arial" w:hAnsi="Arial"/>
                <w:sz w:val="20"/>
              </w:rPr>
              <w:t>19</w:t>
            </w:r>
          </w:p>
        </w:tc>
        <w:tc>
          <w:tcPr>
            <w:tcW w:w="2608" w:type="dxa"/>
            <w:tcMar>
              <w:top w:w="70" w:type="dxa"/>
              <w:left w:w="80" w:type="dxa"/>
              <w:bottom w:w="70" w:type="dxa"/>
              <w:right w:w="80" w:type="dxa"/>
            </w:tcMar>
            <w:vAlign w:val="center"/>
          </w:tcPr>
          <w:p w14:paraId="01032994" w14:textId="77777777" w:rsidR="00650973" w:rsidRDefault="00080072">
            <w:r>
              <w:rPr>
                <w:rFonts w:ascii="Arial" w:hAnsi="Arial"/>
                <w:sz w:val="20"/>
              </w:rPr>
              <w:t>La Tasquita Canaria</w:t>
            </w:r>
          </w:p>
        </w:tc>
        <w:tc>
          <w:tcPr>
            <w:tcW w:w="2551" w:type="dxa"/>
            <w:tcMar>
              <w:top w:w="70" w:type="dxa"/>
              <w:left w:w="80" w:type="dxa"/>
              <w:bottom w:w="70" w:type="dxa"/>
              <w:right w:w="80" w:type="dxa"/>
            </w:tcMar>
            <w:vAlign w:val="center"/>
          </w:tcPr>
          <w:p w14:paraId="715ECBC9" w14:textId="77777777" w:rsidR="00650973" w:rsidRDefault="00080072">
            <w:r>
              <w:rPr>
                <w:rFonts w:ascii="Arial" w:hAnsi="Arial"/>
                <w:sz w:val="20"/>
              </w:rPr>
              <w:t>Canarien / tapas</w:t>
            </w:r>
          </w:p>
        </w:tc>
        <w:tc>
          <w:tcPr>
            <w:tcW w:w="3458" w:type="dxa"/>
            <w:tcMar>
              <w:top w:w="70" w:type="dxa"/>
              <w:left w:w="80" w:type="dxa"/>
              <w:bottom w:w="70" w:type="dxa"/>
              <w:right w:w="80" w:type="dxa"/>
            </w:tcMar>
            <w:vAlign w:val="center"/>
          </w:tcPr>
          <w:p w14:paraId="5CBCC0A0" w14:textId="77777777" w:rsidR="00650973" w:rsidRDefault="00080072">
            <w:r>
              <w:rPr>
                <w:rFonts w:ascii="Arial" w:hAnsi="Arial"/>
                <w:sz w:val="20"/>
              </w:rPr>
              <w:t>Cuisine canarienne familiale</w:t>
            </w:r>
          </w:p>
        </w:tc>
      </w:tr>
      <w:tr w:rsidR="00650973" w14:paraId="32EFCE65" w14:textId="77777777">
        <w:trPr>
          <w:cantSplit/>
          <w:jc w:val="center"/>
        </w:trPr>
        <w:tc>
          <w:tcPr>
            <w:tcW w:w="567" w:type="dxa"/>
            <w:shd w:val="clear" w:color="auto" w:fill="F8FAF8"/>
            <w:tcMar>
              <w:top w:w="70" w:type="dxa"/>
              <w:left w:w="80" w:type="dxa"/>
              <w:bottom w:w="70" w:type="dxa"/>
              <w:right w:w="80" w:type="dxa"/>
            </w:tcMar>
            <w:vAlign w:val="center"/>
          </w:tcPr>
          <w:p w14:paraId="5ACB65E6" w14:textId="77777777" w:rsidR="00650973" w:rsidRDefault="00080072">
            <w:r>
              <w:rPr>
                <w:rFonts w:ascii="Arial" w:hAnsi="Arial"/>
                <w:sz w:val="20"/>
              </w:rPr>
              <w:t>20</w:t>
            </w:r>
          </w:p>
        </w:tc>
        <w:tc>
          <w:tcPr>
            <w:tcW w:w="2608" w:type="dxa"/>
            <w:shd w:val="clear" w:color="auto" w:fill="F8FAF8"/>
            <w:tcMar>
              <w:top w:w="70" w:type="dxa"/>
              <w:left w:w="80" w:type="dxa"/>
              <w:bottom w:w="70" w:type="dxa"/>
              <w:right w:w="80" w:type="dxa"/>
            </w:tcMar>
            <w:vAlign w:val="center"/>
          </w:tcPr>
          <w:p w14:paraId="48110DC8" w14:textId="77777777" w:rsidR="00650973" w:rsidRDefault="00080072">
            <w:r>
              <w:rPr>
                <w:rFonts w:ascii="Arial" w:hAnsi="Arial"/>
                <w:sz w:val="20"/>
              </w:rPr>
              <w:t>La Tapita Los Jose's</w:t>
            </w:r>
          </w:p>
        </w:tc>
        <w:tc>
          <w:tcPr>
            <w:tcW w:w="2551" w:type="dxa"/>
            <w:shd w:val="clear" w:color="auto" w:fill="F8FAF8"/>
            <w:tcMar>
              <w:top w:w="70" w:type="dxa"/>
              <w:left w:w="80" w:type="dxa"/>
              <w:bottom w:w="70" w:type="dxa"/>
              <w:right w:w="80" w:type="dxa"/>
            </w:tcMar>
            <w:vAlign w:val="center"/>
          </w:tcPr>
          <w:p w14:paraId="514A9AB4" w14:textId="77777777" w:rsidR="00650973" w:rsidRDefault="00080072">
            <w:r>
              <w:rPr>
                <w:rFonts w:ascii="Arial" w:hAnsi="Arial"/>
                <w:sz w:val="20"/>
              </w:rPr>
              <w:t>Tapas / canarien / espagnol</w:t>
            </w:r>
          </w:p>
        </w:tc>
        <w:tc>
          <w:tcPr>
            <w:tcW w:w="3458" w:type="dxa"/>
            <w:shd w:val="clear" w:color="auto" w:fill="F8FAF8"/>
            <w:tcMar>
              <w:top w:w="70" w:type="dxa"/>
              <w:left w:w="80" w:type="dxa"/>
              <w:bottom w:w="70" w:type="dxa"/>
              <w:right w:w="80" w:type="dxa"/>
            </w:tcMar>
            <w:vAlign w:val="center"/>
          </w:tcPr>
          <w:p w14:paraId="361DDE8E" w14:textId="77777777" w:rsidR="00650973" w:rsidRDefault="00080072">
            <w:r>
              <w:rPr>
                <w:rFonts w:ascii="Arial" w:hAnsi="Arial"/>
                <w:sz w:val="20"/>
              </w:rPr>
              <w:t>Cuisine des îles, tapas, petit-déjeuner</w:t>
            </w:r>
          </w:p>
        </w:tc>
      </w:tr>
      <w:tr w:rsidR="00650973" w14:paraId="2207EF37" w14:textId="77777777">
        <w:trPr>
          <w:cantSplit/>
          <w:jc w:val="center"/>
        </w:trPr>
        <w:tc>
          <w:tcPr>
            <w:tcW w:w="567" w:type="dxa"/>
            <w:tcMar>
              <w:top w:w="70" w:type="dxa"/>
              <w:left w:w="80" w:type="dxa"/>
              <w:bottom w:w="70" w:type="dxa"/>
              <w:right w:w="80" w:type="dxa"/>
            </w:tcMar>
            <w:vAlign w:val="center"/>
          </w:tcPr>
          <w:p w14:paraId="34CDC63E" w14:textId="77777777" w:rsidR="00650973" w:rsidRDefault="00080072">
            <w:r>
              <w:rPr>
                <w:rFonts w:ascii="Arial" w:hAnsi="Arial"/>
                <w:sz w:val="20"/>
              </w:rPr>
              <w:t>21</w:t>
            </w:r>
          </w:p>
        </w:tc>
        <w:tc>
          <w:tcPr>
            <w:tcW w:w="2608" w:type="dxa"/>
            <w:tcMar>
              <w:top w:w="70" w:type="dxa"/>
              <w:left w:w="80" w:type="dxa"/>
              <w:bottom w:w="70" w:type="dxa"/>
              <w:right w:w="80" w:type="dxa"/>
            </w:tcMar>
            <w:vAlign w:val="center"/>
          </w:tcPr>
          <w:p w14:paraId="553B1249" w14:textId="77777777" w:rsidR="00650973" w:rsidRDefault="00080072">
            <w:r>
              <w:rPr>
                <w:rFonts w:ascii="Arial" w:hAnsi="Arial"/>
                <w:sz w:val="20"/>
              </w:rPr>
              <w:t>La Esquina Ibérica</w:t>
            </w:r>
          </w:p>
        </w:tc>
        <w:tc>
          <w:tcPr>
            <w:tcW w:w="2551" w:type="dxa"/>
            <w:tcMar>
              <w:top w:w="70" w:type="dxa"/>
              <w:left w:w="80" w:type="dxa"/>
              <w:bottom w:w="70" w:type="dxa"/>
              <w:right w:w="80" w:type="dxa"/>
            </w:tcMar>
            <w:vAlign w:val="center"/>
          </w:tcPr>
          <w:p w14:paraId="56396B96" w14:textId="77777777" w:rsidR="00650973" w:rsidRDefault="00080072">
            <w:r>
              <w:rPr>
                <w:rFonts w:ascii="Arial" w:hAnsi="Arial"/>
                <w:sz w:val="20"/>
              </w:rPr>
              <w:t>Cuisine espagnole de quartier</w:t>
            </w:r>
          </w:p>
        </w:tc>
        <w:tc>
          <w:tcPr>
            <w:tcW w:w="3458" w:type="dxa"/>
            <w:tcMar>
              <w:top w:w="70" w:type="dxa"/>
              <w:left w:w="80" w:type="dxa"/>
              <w:bottom w:w="70" w:type="dxa"/>
              <w:right w:w="80" w:type="dxa"/>
            </w:tcMar>
            <w:vAlign w:val="center"/>
          </w:tcPr>
          <w:p w14:paraId="73E13700" w14:textId="77777777" w:rsidR="00650973" w:rsidRDefault="00080072">
            <w:r>
              <w:rPr>
                <w:rFonts w:ascii="Arial" w:hAnsi="Arial"/>
                <w:sz w:val="20"/>
              </w:rPr>
              <w:t>Cuisine maison espagnole</w:t>
            </w:r>
          </w:p>
        </w:tc>
      </w:tr>
      <w:tr w:rsidR="00650973" w14:paraId="734B9A5A" w14:textId="77777777">
        <w:trPr>
          <w:cantSplit/>
          <w:jc w:val="center"/>
        </w:trPr>
        <w:tc>
          <w:tcPr>
            <w:tcW w:w="567" w:type="dxa"/>
            <w:shd w:val="clear" w:color="auto" w:fill="F8FAF8"/>
            <w:tcMar>
              <w:top w:w="70" w:type="dxa"/>
              <w:left w:w="80" w:type="dxa"/>
              <w:bottom w:w="70" w:type="dxa"/>
              <w:right w:w="80" w:type="dxa"/>
            </w:tcMar>
            <w:vAlign w:val="center"/>
          </w:tcPr>
          <w:p w14:paraId="2570E055" w14:textId="77777777" w:rsidR="00650973" w:rsidRDefault="00080072">
            <w:r>
              <w:rPr>
                <w:rFonts w:ascii="Arial" w:hAnsi="Arial"/>
                <w:sz w:val="20"/>
              </w:rPr>
              <w:t>22</w:t>
            </w:r>
          </w:p>
        </w:tc>
        <w:tc>
          <w:tcPr>
            <w:tcW w:w="2608" w:type="dxa"/>
            <w:shd w:val="clear" w:color="auto" w:fill="F8FAF8"/>
            <w:tcMar>
              <w:top w:w="70" w:type="dxa"/>
              <w:left w:w="80" w:type="dxa"/>
              <w:bottom w:w="70" w:type="dxa"/>
              <w:right w:w="80" w:type="dxa"/>
            </w:tcMar>
            <w:vAlign w:val="center"/>
          </w:tcPr>
          <w:p w14:paraId="765ADE10" w14:textId="77777777" w:rsidR="00650973" w:rsidRDefault="00080072">
            <w:r>
              <w:rPr>
                <w:rFonts w:ascii="Arial" w:hAnsi="Arial"/>
                <w:sz w:val="20"/>
              </w:rPr>
              <w:t>Bar Tapas El Mojo Picón</w:t>
            </w:r>
          </w:p>
        </w:tc>
        <w:tc>
          <w:tcPr>
            <w:tcW w:w="2551" w:type="dxa"/>
            <w:shd w:val="clear" w:color="auto" w:fill="F8FAF8"/>
            <w:tcMar>
              <w:top w:w="70" w:type="dxa"/>
              <w:left w:w="80" w:type="dxa"/>
              <w:bottom w:w="70" w:type="dxa"/>
              <w:right w:w="80" w:type="dxa"/>
            </w:tcMar>
            <w:vAlign w:val="center"/>
          </w:tcPr>
          <w:p w14:paraId="17060D11" w14:textId="77777777" w:rsidR="00650973" w:rsidRDefault="00080072">
            <w:r>
              <w:rPr>
                <w:rFonts w:ascii="Arial" w:hAnsi="Arial"/>
                <w:sz w:val="20"/>
              </w:rPr>
              <w:t>Bar tapas canarien</w:t>
            </w:r>
          </w:p>
        </w:tc>
        <w:tc>
          <w:tcPr>
            <w:tcW w:w="3458" w:type="dxa"/>
            <w:shd w:val="clear" w:color="auto" w:fill="F8FAF8"/>
            <w:tcMar>
              <w:top w:w="70" w:type="dxa"/>
              <w:left w:w="80" w:type="dxa"/>
              <w:bottom w:w="70" w:type="dxa"/>
              <w:right w:w="80" w:type="dxa"/>
            </w:tcMar>
            <w:vAlign w:val="center"/>
          </w:tcPr>
          <w:p w14:paraId="5E300563" w14:textId="77777777" w:rsidR="00650973" w:rsidRDefault="00080072">
            <w:r>
              <w:rPr>
                <w:rFonts w:ascii="Arial" w:hAnsi="Arial"/>
                <w:sz w:val="20"/>
              </w:rPr>
              <w:t>Tapas maison changeantes</w:t>
            </w:r>
          </w:p>
        </w:tc>
      </w:tr>
      <w:tr w:rsidR="00650973" w14:paraId="5A60EB03" w14:textId="77777777">
        <w:trPr>
          <w:cantSplit/>
          <w:jc w:val="center"/>
        </w:trPr>
        <w:tc>
          <w:tcPr>
            <w:tcW w:w="567" w:type="dxa"/>
            <w:tcMar>
              <w:top w:w="70" w:type="dxa"/>
              <w:left w:w="80" w:type="dxa"/>
              <w:bottom w:w="70" w:type="dxa"/>
              <w:right w:w="80" w:type="dxa"/>
            </w:tcMar>
            <w:vAlign w:val="center"/>
          </w:tcPr>
          <w:p w14:paraId="366D6469" w14:textId="77777777" w:rsidR="00650973" w:rsidRDefault="00080072">
            <w:r>
              <w:rPr>
                <w:rFonts w:ascii="Arial" w:hAnsi="Arial"/>
                <w:sz w:val="20"/>
              </w:rPr>
              <w:t>23</w:t>
            </w:r>
          </w:p>
        </w:tc>
        <w:tc>
          <w:tcPr>
            <w:tcW w:w="2608" w:type="dxa"/>
            <w:tcMar>
              <w:top w:w="70" w:type="dxa"/>
              <w:left w:w="80" w:type="dxa"/>
              <w:bottom w:w="70" w:type="dxa"/>
              <w:right w:w="80" w:type="dxa"/>
            </w:tcMar>
            <w:vAlign w:val="center"/>
          </w:tcPr>
          <w:p w14:paraId="1DB1D169" w14:textId="77777777" w:rsidR="00650973" w:rsidRDefault="00080072">
            <w:r>
              <w:rPr>
                <w:rFonts w:ascii="Arial" w:hAnsi="Arial"/>
                <w:sz w:val="20"/>
              </w:rPr>
              <w:t>El Bistro Tapas</w:t>
            </w:r>
          </w:p>
        </w:tc>
        <w:tc>
          <w:tcPr>
            <w:tcW w:w="2551" w:type="dxa"/>
            <w:tcMar>
              <w:top w:w="70" w:type="dxa"/>
              <w:left w:w="80" w:type="dxa"/>
              <w:bottom w:w="70" w:type="dxa"/>
              <w:right w:w="80" w:type="dxa"/>
            </w:tcMar>
            <w:vAlign w:val="center"/>
          </w:tcPr>
          <w:p w14:paraId="49BB64A3" w14:textId="77777777" w:rsidR="00650973" w:rsidRDefault="00080072">
            <w:r>
              <w:rPr>
                <w:rFonts w:ascii="Arial" w:hAnsi="Arial"/>
                <w:sz w:val="20"/>
              </w:rPr>
              <w:t>Tapas espagnoles</w:t>
            </w:r>
          </w:p>
        </w:tc>
        <w:tc>
          <w:tcPr>
            <w:tcW w:w="3458" w:type="dxa"/>
            <w:tcMar>
              <w:top w:w="70" w:type="dxa"/>
              <w:left w:w="80" w:type="dxa"/>
              <w:bottom w:w="70" w:type="dxa"/>
              <w:right w:w="80" w:type="dxa"/>
            </w:tcMar>
            <w:vAlign w:val="center"/>
          </w:tcPr>
          <w:p w14:paraId="3510A399" w14:textId="77777777" w:rsidR="00650973" w:rsidRDefault="00080072">
            <w:r>
              <w:rPr>
                <w:rFonts w:ascii="Arial" w:hAnsi="Arial"/>
                <w:sz w:val="20"/>
              </w:rPr>
              <w:t>Tapas authentiques</w:t>
            </w:r>
          </w:p>
        </w:tc>
      </w:tr>
      <w:tr w:rsidR="00650973" w14:paraId="5DF11E38" w14:textId="77777777">
        <w:trPr>
          <w:cantSplit/>
          <w:jc w:val="center"/>
        </w:trPr>
        <w:tc>
          <w:tcPr>
            <w:tcW w:w="567" w:type="dxa"/>
            <w:shd w:val="clear" w:color="auto" w:fill="F8FAF8"/>
            <w:tcMar>
              <w:top w:w="70" w:type="dxa"/>
              <w:left w:w="80" w:type="dxa"/>
              <w:bottom w:w="70" w:type="dxa"/>
              <w:right w:w="80" w:type="dxa"/>
            </w:tcMar>
            <w:vAlign w:val="center"/>
          </w:tcPr>
          <w:p w14:paraId="5324C867" w14:textId="77777777" w:rsidR="00650973" w:rsidRDefault="00080072">
            <w:r>
              <w:rPr>
                <w:rFonts w:ascii="Arial" w:hAnsi="Arial"/>
                <w:sz w:val="20"/>
              </w:rPr>
              <w:t>24</w:t>
            </w:r>
          </w:p>
        </w:tc>
        <w:tc>
          <w:tcPr>
            <w:tcW w:w="2608" w:type="dxa"/>
            <w:shd w:val="clear" w:color="auto" w:fill="F8FAF8"/>
            <w:tcMar>
              <w:top w:w="70" w:type="dxa"/>
              <w:left w:w="80" w:type="dxa"/>
              <w:bottom w:w="70" w:type="dxa"/>
              <w:right w:w="80" w:type="dxa"/>
            </w:tcMar>
            <w:vAlign w:val="center"/>
          </w:tcPr>
          <w:p w14:paraId="4528E9FD" w14:textId="77777777" w:rsidR="00650973" w:rsidRDefault="00080072">
            <w:r>
              <w:rPr>
                <w:rFonts w:ascii="Arial" w:hAnsi="Arial"/>
                <w:sz w:val="20"/>
              </w:rPr>
              <w:t>Bar El Boya</w:t>
            </w:r>
          </w:p>
        </w:tc>
        <w:tc>
          <w:tcPr>
            <w:tcW w:w="2551" w:type="dxa"/>
            <w:shd w:val="clear" w:color="auto" w:fill="F8FAF8"/>
            <w:tcMar>
              <w:top w:w="70" w:type="dxa"/>
              <w:left w:w="80" w:type="dxa"/>
              <w:bottom w:w="70" w:type="dxa"/>
              <w:right w:w="80" w:type="dxa"/>
            </w:tcMar>
            <w:vAlign w:val="center"/>
          </w:tcPr>
          <w:p w14:paraId="4DA56F31" w14:textId="77777777" w:rsidR="00650973" w:rsidRDefault="00080072">
            <w:r>
              <w:rPr>
                <w:rFonts w:ascii="Arial" w:hAnsi="Arial"/>
                <w:sz w:val="20"/>
              </w:rPr>
              <w:t>Poissons / fruits de mer</w:t>
            </w:r>
          </w:p>
        </w:tc>
        <w:tc>
          <w:tcPr>
            <w:tcW w:w="3458" w:type="dxa"/>
            <w:shd w:val="clear" w:color="auto" w:fill="F8FAF8"/>
            <w:tcMar>
              <w:top w:w="70" w:type="dxa"/>
              <w:left w:w="80" w:type="dxa"/>
              <w:bottom w:w="70" w:type="dxa"/>
              <w:right w:w="80" w:type="dxa"/>
            </w:tcMar>
            <w:vAlign w:val="center"/>
          </w:tcPr>
          <w:p w14:paraId="5EA7944C" w14:textId="77777777" w:rsidR="00650973" w:rsidRDefault="00080072">
            <w:r>
              <w:rPr>
                <w:rFonts w:ascii="Arial" w:hAnsi="Arial"/>
                <w:sz w:val="20"/>
              </w:rPr>
              <w:t>Cuisine de pêcheurs, poisson frais</w:t>
            </w:r>
          </w:p>
        </w:tc>
      </w:tr>
      <w:tr w:rsidR="00650973" w14:paraId="1B191C9F" w14:textId="77777777">
        <w:trPr>
          <w:cantSplit/>
          <w:jc w:val="center"/>
        </w:trPr>
        <w:tc>
          <w:tcPr>
            <w:tcW w:w="567" w:type="dxa"/>
            <w:tcMar>
              <w:top w:w="70" w:type="dxa"/>
              <w:left w:w="80" w:type="dxa"/>
              <w:bottom w:w="70" w:type="dxa"/>
              <w:right w:w="80" w:type="dxa"/>
            </w:tcMar>
            <w:vAlign w:val="center"/>
          </w:tcPr>
          <w:p w14:paraId="062138CB" w14:textId="77777777" w:rsidR="00650973" w:rsidRDefault="00080072">
            <w:r>
              <w:rPr>
                <w:rFonts w:ascii="Arial" w:hAnsi="Arial"/>
                <w:sz w:val="20"/>
              </w:rPr>
              <w:t>25</w:t>
            </w:r>
          </w:p>
        </w:tc>
        <w:tc>
          <w:tcPr>
            <w:tcW w:w="2608" w:type="dxa"/>
            <w:tcMar>
              <w:top w:w="70" w:type="dxa"/>
              <w:left w:w="80" w:type="dxa"/>
              <w:bottom w:w="70" w:type="dxa"/>
              <w:right w:w="80" w:type="dxa"/>
            </w:tcMar>
            <w:vAlign w:val="center"/>
          </w:tcPr>
          <w:p w14:paraId="438C6D2E" w14:textId="77777777" w:rsidR="00650973" w:rsidRDefault="00080072">
            <w:r>
              <w:rPr>
                <w:rFonts w:ascii="Arial" w:hAnsi="Arial"/>
                <w:sz w:val="20"/>
              </w:rPr>
              <w:t>Restaurante Las Salinas</w:t>
            </w:r>
          </w:p>
        </w:tc>
        <w:tc>
          <w:tcPr>
            <w:tcW w:w="2551" w:type="dxa"/>
            <w:tcMar>
              <w:top w:w="70" w:type="dxa"/>
              <w:left w:w="80" w:type="dxa"/>
              <w:bottom w:w="70" w:type="dxa"/>
              <w:right w:w="80" w:type="dxa"/>
            </w:tcMar>
            <w:vAlign w:val="center"/>
          </w:tcPr>
          <w:p w14:paraId="7D4568B5" w14:textId="77777777" w:rsidR="00650973" w:rsidRDefault="00080072">
            <w:r>
              <w:rPr>
                <w:rFonts w:ascii="Arial" w:hAnsi="Arial"/>
                <w:sz w:val="20"/>
              </w:rPr>
              <w:t>Poissons / cuisine populaire</w:t>
            </w:r>
          </w:p>
        </w:tc>
        <w:tc>
          <w:tcPr>
            <w:tcW w:w="3458" w:type="dxa"/>
            <w:tcMar>
              <w:top w:w="70" w:type="dxa"/>
              <w:left w:w="80" w:type="dxa"/>
              <w:bottom w:w="70" w:type="dxa"/>
              <w:right w:w="80" w:type="dxa"/>
            </w:tcMar>
            <w:vAlign w:val="center"/>
          </w:tcPr>
          <w:p w14:paraId="6ACED047" w14:textId="77777777" w:rsidR="00650973" w:rsidRDefault="00080072">
            <w:r>
              <w:rPr>
                <w:rFonts w:ascii="Arial" w:hAnsi="Arial"/>
                <w:sz w:val="20"/>
              </w:rPr>
              <w:t>Poisson frais, poulpe, calamars, riz/paella</w:t>
            </w:r>
          </w:p>
        </w:tc>
      </w:tr>
      <w:tr w:rsidR="00650973" w14:paraId="5631A8A3" w14:textId="77777777">
        <w:trPr>
          <w:cantSplit/>
          <w:jc w:val="center"/>
        </w:trPr>
        <w:tc>
          <w:tcPr>
            <w:tcW w:w="567" w:type="dxa"/>
            <w:shd w:val="clear" w:color="auto" w:fill="F8FAF8"/>
            <w:tcMar>
              <w:top w:w="70" w:type="dxa"/>
              <w:left w:w="80" w:type="dxa"/>
              <w:bottom w:w="70" w:type="dxa"/>
              <w:right w:w="80" w:type="dxa"/>
            </w:tcMar>
            <w:vAlign w:val="center"/>
          </w:tcPr>
          <w:p w14:paraId="2D6BB7BC" w14:textId="77777777" w:rsidR="00650973" w:rsidRDefault="00080072">
            <w:r>
              <w:rPr>
                <w:rFonts w:ascii="Arial" w:hAnsi="Arial"/>
                <w:sz w:val="20"/>
              </w:rPr>
              <w:t>26</w:t>
            </w:r>
          </w:p>
        </w:tc>
        <w:tc>
          <w:tcPr>
            <w:tcW w:w="2608" w:type="dxa"/>
            <w:shd w:val="clear" w:color="auto" w:fill="F8FAF8"/>
            <w:tcMar>
              <w:top w:w="70" w:type="dxa"/>
              <w:left w:w="80" w:type="dxa"/>
              <w:bottom w:w="70" w:type="dxa"/>
              <w:right w:w="80" w:type="dxa"/>
            </w:tcMar>
            <w:vAlign w:val="center"/>
          </w:tcPr>
          <w:p w14:paraId="18747513" w14:textId="77777777" w:rsidR="00650973" w:rsidRDefault="00080072">
            <w:r>
              <w:rPr>
                <w:rFonts w:ascii="Arial" w:hAnsi="Arial"/>
                <w:sz w:val="20"/>
              </w:rPr>
              <w:t>Vaquería Las Salinas</w:t>
            </w:r>
          </w:p>
        </w:tc>
        <w:tc>
          <w:tcPr>
            <w:tcW w:w="2551" w:type="dxa"/>
            <w:shd w:val="clear" w:color="auto" w:fill="F8FAF8"/>
            <w:tcMar>
              <w:top w:w="70" w:type="dxa"/>
              <w:left w:w="80" w:type="dxa"/>
              <w:bottom w:w="70" w:type="dxa"/>
              <w:right w:w="80" w:type="dxa"/>
            </w:tcMar>
            <w:vAlign w:val="center"/>
          </w:tcPr>
          <w:p w14:paraId="46BC2235" w14:textId="77777777" w:rsidR="00650973" w:rsidRDefault="00080072">
            <w:r>
              <w:rPr>
                <w:rFonts w:ascii="Arial" w:hAnsi="Arial"/>
                <w:sz w:val="20"/>
              </w:rPr>
              <w:t>Cuisine rurale canarienne</w:t>
            </w:r>
          </w:p>
        </w:tc>
        <w:tc>
          <w:tcPr>
            <w:tcW w:w="3458" w:type="dxa"/>
            <w:shd w:val="clear" w:color="auto" w:fill="F8FAF8"/>
            <w:tcMar>
              <w:top w:w="70" w:type="dxa"/>
              <w:left w:w="80" w:type="dxa"/>
              <w:bottom w:w="70" w:type="dxa"/>
              <w:right w:w="80" w:type="dxa"/>
            </w:tcMar>
            <w:vAlign w:val="center"/>
          </w:tcPr>
          <w:p w14:paraId="3A792FF5" w14:textId="77777777" w:rsidR="00650973" w:rsidRDefault="00080072">
            <w:r>
              <w:rPr>
                <w:rFonts w:ascii="Arial" w:hAnsi="Arial"/>
                <w:sz w:val="20"/>
              </w:rPr>
              <w:t>Cochino negro, cabrito, gofio, fromages</w:t>
            </w:r>
          </w:p>
        </w:tc>
      </w:tr>
    </w:tbl>
    <w:p w14:paraId="4A1F5EDD" w14:textId="77777777" w:rsidR="00650973" w:rsidRDefault="00080072">
      <w:r>
        <w:rPr>
          <w:rFonts w:ascii="Arial" w:hAnsi="Arial"/>
          <w:b/>
          <w:color w:val="2F6B4F"/>
          <w:sz w:val="23"/>
        </w:rPr>
        <w:t>B. Localisation et proximité</w:t>
      </w:r>
    </w:p>
    <w:tbl>
      <w:tblPr>
        <w:tblStyle w:val="Grilledutableau"/>
        <w:tblW w:w="0" w:type="auto"/>
        <w:jc w:val="center"/>
        <w:tblLook w:val="04A0" w:firstRow="1" w:lastRow="0" w:firstColumn="1" w:lastColumn="0" w:noHBand="0" w:noVBand="1"/>
      </w:tblPr>
      <w:tblGrid>
        <w:gridCol w:w="567"/>
        <w:gridCol w:w="2721"/>
        <w:gridCol w:w="3572"/>
        <w:gridCol w:w="2438"/>
      </w:tblGrid>
      <w:tr w:rsidR="00650973" w14:paraId="70339239" w14:textId="77777777">
        <w:trPr>
          <w:cantSplit/>
          <w:tblHeader/>
          <w:jc w:val="center"/>
        </w:trPr>
        <w:tc>
          <w:tcPr>
            <w:tcW w:w="567" w:type="dxa"/>
            <w:shd w:val="clear" w:color="auto" w:fill="2F6B4F"/>
            <w:tcMar>
              <w:top w:w="70" w:type="dxa"/>
              <w:left w:w="80" w:type="dxa"/>
              <w:bottom w:w="70" w:type="dxa"/>
              <w:right w:w="80" w:type="dxa"/>
            </w:tcMar>
            <w:vAlign w:val="center"/>
          </w:tcPr>
          <w:p w14:paraId="30872279" w14:textId="77777777" w:rsidR="00650973" w:rsidRDefault="00080072">
            <w:pPr>
              <w:jc w:val="center"/>
            </w:pPr>
            <w:r>
              <w:rPr>
                <w:rFonts w:ascii="Arial" w:hAnsi="Arial"/>
                <w:b/>
                <w:color w:val="FFFFFF"/>
                <w:sz w:val="20"/>
              </w:rPr>
              <w:t>N°</w:t>
            </w:r>
          </w:p>
        </w:tc>
        <w:tc>
          <w:tcPr>
            <w:tcW w:w="2721" w:type="dxa"/>
            <w:shd w:val="clear" w:color="auto" w:fill="2F6B4F"/>
            <w:tcMar>
              <w:top w:w="70" w:type="dxa"/>
              <w:left w:w="80" w:type="dxa"/>
              <w:bottom w:w="70" w:type="dxa"/>
              <w:right w:w="80" w:type="dxa"/>
            </w:tcMar>
            <w:vAlign w:val="center"/>
          </w:tcPr>
          <w:p w14:paraId="4B423BCC" w14:textId="77777777" w:rsidR="00650973" w:rsidRDefault="00080072">
            <w:pPr>
              <w:jc w:val="center"/>
            </w:pPr>
            <w:r>
              <w:rPr>
                <w:rFonts w:ascii="Arial" w:hAnsi="Arial"/>
                <w:b/>
                <w:color w:val="FFFFFF"/>
                <w:sz w:val="20"/>
              </w:rPr>
              <w:t>Nom</w:t>
            </w:r>
          </w:p>
        </w:tc>
        <w:tc>
          <w:tcPr>
            <w:tcW w:w="3572" w:type="dxa"/>
            <w:shd w:val="clear" w:color="auto" w:fill="2F6B4F"/>
            <w:tcMar>
              <w:top w:w="70" w:type="dxa"/>
              <w:left w:w="80" w:type="dxa"/>
              <w:bottom w:w="70" w:type="dxa"/>
              <w:right w:w="80" w:type="dxa"/>
            </w:tcMar>
            <w:vAlign w:val="center"/>
          </w:tcPr>
          <w:p w14:paraId="46FCD1A8" w14:textId="77777777" w:rsidR="00650973" w:rsidRDefault="00080072">
            <w:pPr>
              <w:jc w:val="center"/>
            </w:pPr>
            <w:r>
              <w:rPr>
                <w:rFonts w:ascii="Arial" w:hAnsi="Arial"/>
                <w:b/>
                <w:color w:val="FFFFFF"/>
                <w:sz w:val="20"/>
              </w:rPr>
              <w:t>Adresse / zone</w:t>
            </w:r>
          </w:p>
        </w:tc>
        <w:tc>
          <w:tcPr>
            <w:tcW w:w="2438" w:type="dxa"/>
            <w:shd w:val="clear" w:color="auto" w:fill="2F6B4F"/>
            <w:tcMar>
              <w:top w:w="70" w:type="dxa"/>
              <w:left w:w="80" w:type="dxa"/>
              <w:bottom w:w="70" w:type="dxa"/>
              <w:right w:w="80" w:type="dxa"/>
            </w:tcMar>
            <w:vAlign w:val="center"/>
          </w:tcPr>
          <w:p w14:paraId="6C03FDFC" w14:textId="77777777" w:rsidR="00650973" w:rsidRDefault="00080072">
            <w:pPr>
              <w:jc w:val="center"/>
            </w:pPr>
            <w:r>
              <w:rPr>
                <w:rFonts w:ascii="Arial" w:hAnsi="Arial"/>
                <w:b/>
                <w:color w:val="FFFFFF"/>
                <w:sz w:val="20"/>
              </w:rPr>
              <w:t>Proximité / distance</w:t>
            </w:r>
          </w:p>
        </w:tc>
      </w:tr>
      <w:tr w:rsidR="00650973" w14:paraId="47148572" w14:textId="77777777">
        <w:trPr>
          <w:cantSplit/>
          <w:jc w:val="center"/>
        </w:trPr>
        <w:tc>
          <w:tcPr>
            <w:tcW w:w="567" w:type="dxa"/>
            <w:tcMar>
              <w:top w:w="70" w:type="dxa"/>
              <w:left w:w="80" w:type="dxa"/>
              <w:bottom w:w="70" w:type="dxa"/>
              <w:right w:w="80" w:type="dxa"/>
            </w:tcMar>
            <w:vAlign w:val="center"/>
          </w:tcPr>
          <w:p w14:paraId="057D8148" w14:textId="77777777" w:rsidR="00650973" w:rsidRDefault="00080072">
            <w:r>
              <w:rPr>
                <w:rFonts w:ascii="Arial" w:hAnsi="Arial"/>
                <w:sz w:val="20"/>
              </w:rPr>
              <w:t>19</w:t>
            </w:r>
          </w:p>
        </w:tc>
        <w:tc>
          <w:tcPr>
            <w:tcW w:w="2721" w:type="dxa"/>
            <w:tcMar>
              <w:top w:w="70" w:type="dxa"/>
              <w:left w:w="80" w:type="dxa"/>
              <w:bottom w:w="70" w:type="dxa"/>
              <w:right w:w="80" w:type="dxa"/>
            </w:tcMar>
            <w:vAlign w:val="center"/>
          </w:tcPr>
          <w:p w14:paraId="3AD56246" w14:textId="77777777" w:rsidR="00650973" w:rsidRDefault="00080072">
            <w:r>
              <w:rPr>
                <w:rFonts w:ascii="Arial" w:hAnsi="Arial"/>
                <w:sz w:val="20"/>
              </w:rPr>
              <w:t>La Tasquita Canaria</w:t>
            </w:r>
          </w:p>
        </w:tc>
        <w:tc>
          <w:tcPr>
            <w:tcW w:w="3572" w:type="dxa"/>
            <w:tcMar>
              <w:top w:w="70" w:type="dxa"/>
              <w:left w:w="80" w:type="dxa"/>
              <w:bottom w:w="70" w:type="dxa"/>
              <w:right w:w="80" w:type="dxa"/>
            </w:tcMar>
            <w:vAlign w:val="center"/>
          </w:tcPr>
          <w:p w14:paraId="2727FD56" w14:textId="77777777" w:rsidR="00650973" w:rsidRDefault="00080072">
            <w:r>
              <w:rPr>
                <w:rFonts w:ascii="Arial" w:hAnsi="Arial"/>
                <w:sz w:val="20"/>
              </w:rPr>
              <w:t>C. Antonio Martín López 2 — San Fernando</w:t>
            </w:r>
          </w:p>
        </w:tc>
        <w:tc>
          <w:tcPr>
            <w:tcW w:w="2438" w:type="dxa"/>
            <w:tcMar>
              <w:top w:w="70" w:type="dxa"/>
              <w:left w:w="80" w:type="dxa"/>
              <w:bottom w:w="70" w:type="dxa"/>
              <w:right w:w="80" w:type="dxa"/>
            </w:tcMar>
            <w:vAlign w:val="center"/>
          </w:tcPr>
          <w:p w14:paraId="442E80EB" w14:textId="77777777" w:rsidR="00650973" w:rsidRDefault="00080072">
            <w:r>
              <w:rPr>
                <w:rFonts w:ascii="Arial" w:hAnsi="Arial"/>
                <w:sz w:val="20"/>
              </w:rPr>
              <w:t>Courte voiture ; Non établie</w:t>
            </w:r>
          </w:p>
        </w:tc>
      </w:tr>
      <w:tr w:rsidR="00650973" w14:paraId="480703D6" w14:textId="77777777">
        <w:trPr>
          <w:cantSplit/>
          <w:jc w:val="center"/>
        </w:trPr>
        <w:tc>
          <w:tcPr>
            <w:tcW w:w="567" w:type="dxa"/>
            <w:shd w:val="clear" w:color="auto" w:fill="F8FAF8"/>
            <w:tcMar>
              <w:top w:w="70" w:type="dxa"/>
              <w:left w:w="80" w:type="dxa"/>
              <w:bottom w:w="70" w:type="dxa"/>
              <w:right w:w="80" w:type="dxa"/>
            </w:tcMar>
            <w:vAlign w:val="center"/>
          </w:tcPr>
          <w:p w14:paraId="79504A97" w14:textId="77777777" w:rsidR="00650973" w:rsidRDefault="00080072">
            <w:r>
              <w:rPr>
                <w:rFonts w:ascii="Arial" w:hAnsi="Arial"/>
                <w:sz w:val="20"/>
              </w:rPr>
              <w:t>20</w:t>
            </w:r>
          </w:p>
        </w:tc>
        <w:tc>
          <w:tcPr>
            <w:tcW w:w="2721" w:type="dxa"/>
            <w:shd w:val="clear" w:color="auto" w:fill="F8FAF8"/>
            <w:tcMar>
              <w:top w:w="70" w:type="dxa"/>
              <w:left w:w="80" w:type="dxa"/>
              <w:bottom w:w="70" w:type="dxa"/>
              <w:right w:w="80" w:type="dxa"/>
            </w:tcMar>
            <w:vAlign w:val="center"/>
          </w:tcPr>
          <w:p w14:paraId="184A7D71" w14:textId="77777777" w:rsidR="00650973" w:rsidRDefault="00080072">
            <w:r>
              <w:rPr>
                <w:rFonts w:ascii="Arial" w:hAnsi="Arial"/>
                <w:sz w:val="20"/>
              </w:rPr>
              <w:t>La Tapita Los Jose's</w:t>
            </w:r>
          </w:p>
        </w:tc>
        <w:tc>
          <w:tcPr>
            <w:tcW w:w="3572" w:type="dxa"/>
            <w:shd w:val="clear" w:color="auto" w:fill="F8FAF8"/>
            <w:tcMar>
              <w:top w:w="70" w:type="dxa"/>
              <w:left w:w="80" w:type="dxa"/>
              <w:bottom w:w="70" w:type="dxa"/>
              <w:right w:w="80" w:type="dxa"/>
            </w:tcMar>
            <w:vAlign w:val="center"/>
          </w:tcPr>
          <w:p w14:paraId="7CBB11D1" w14:textId="77777777" w:rsidR="00650973" w:rsidRDefault="00080072">
            <w:r>
              <w:rPr>
                <w:rFonts w:ascii="Arial" w:hAnsi="Arial"/>
                <w:sz w:val="20"/>
              </w:rPr>
              <w:t>C. Plácido Domingo 12, local 5 — San Fernando</w:t>
            </w:r>
          </w:p>
        </w:tc>
        <w:tc>
          <w:tcPr>
            <w:tcW w:w="2438" w:type="dxa"/>
            <w:shd w:val="clear" w:color="auto" w:fill="F8FAF8"/>
            <w:tcMar>
              <w:top w:w="70" w:type="dxa"/>
              <w:left w:w="80" w:type="dxa"/>
              <w:bottom w:w="70" w:type="dxa"/>
              <w:right w:w="80" w:type="dxa"/>
            </w:tcMar>
            <w:vAlign w:val="center"/>
          </w:tcPr>
          <w:p w14:paraId="2FA780DA" w14:textId="77777777" w:rsidR="00650973" w:rsidRDefault="00080072">
            <w:r>
              <w:rPr>
                <w:rFonts w:ascii="Arial" w:hAnsi="Arial"/>
                <w:sz w:val="20"/>
              </w:rPr>
              <w:t>Courte voiture ; Non établie</w:t>
            </w:r>
          </w:p>
        </w:tc>
      </w:tr>
      <w:tr w:rsidR="00650973" w14:paraId="62480BD5" w14:textId="77777777">
        <w:trPr>
          <w:cantSplit/>
          <w:jc w:val="center"/>
        </w:trPr>
        <w:tc>
          <w:tcPr>
            <w:tcW w:w="567" w:type="dxa"/>
            <w:tcMar>
              <w:top w:w="70" w:type="dxa"/>
              <w:left w:w="80" w:type="dxa"/>
              <w:bottom w:w="70" w:type="dxa"/>
              <w:right w:w="80" w:type="dxa"/>
            </w:tcMar>
            <w:vAlign w:val="center"/>
          </w:tcPr>
          <w:p w14:paraId="502AFE03" w14:textId="77777777" w:rsidR="00650973" w:rsidRDefault="00080072">
            <w:r>
              <w:rPr>
                <w:rFonts w:ascii="Arial" w:hAnsi="Arial"/>
                <w:sz w:val="20"/>
              </w:rPr>
              <w:t>21</w:t>
            </w:r>
          </w:p>
        </w:tc>
        <w:tc>
          <w:tcPr>
            <w:tcW w:w="2721" w:type="dxa"/>
            <w:tcMar>
              <w:top w:w="70" w:type="dxa"/>
              <w:left w:w="80" w:type="dxa"/>
              <w:bottom w:w="70" w:type="dxa"/>
              <w:right w:w="80" w:type="dxa"/>
            </w:tcMar>
            <w:vAlign w:val="center"/>
          </w:tcPr>
          <w:p w14:paraId="1C5F87B1" w14:textId="77777777" w:rsidR="00650973" w:rsidRDefault="00080072">
            <w:r>
              <w:rPr>
                <w:rFonts w:ascii="Arial" w:hAnsi="Arial"/>
                <w:sz w:val="20"/>
              </w:rPr>
              <w:t>La Esquina Ibérica</w:t>
            </w:r>
          </w:p>
        </w:tc>
        <w:tc>
          <w:tcPr>
            <w:tcW w:w="3572" w:type="dxa"/>
            <w:tcMar>
              <w:top w:w="70" w:type="dxa"/>
              <w:left w:w="80" w:type="dxa"/>
              <w:bottom w:w="70" w:type="dxa"/>
              <w:right w:w="80" w:type="dxa"/>
            </w:tcMar>
            <w:vAlign w:val="center"/>
          </w:tcPr>
          <w:p w14:paraId="17E55989" w14:textId="77777777" w:rsidR="00650973" w:rsidRDefault="00080072">
            <w:r>
              <w:rPr>
                <w:rFonts w:ascii="Arial" w:hAnsi="Arial"/>
                <w:sz w:val="20"/>
              </w:rPr>
              <w:t>Plaza Jandía 4 — San Fernando</w:t>
            </w:r>
          </w:p>
        </w:tc>
        <w:tc>
          <w:tcPr>
            <w:tcW w:w="2438" w:type="dxa"/>
            <w:tcMar>
              <w:top w:w="70" w:type="dxa"/>
              <w:left w:w="80" w:type="dxa"/>
              <w:bottom w:w="70" w:type="dxa"/>
              <w:right w:w="80" w:type="dxa"/>
            </w:tcMar>
            <w:vAlign w:val="center"/>
          </w:tcPr>
          <w:p w14:paraId="54A89424" w14:textId="77777777" w:rsidR="00650973" w:rsidRDefault="00080072">
            <w:r>
              <w:rPr>
                <w:rFonts w:ascii="Arial" w:hAnsi="Arial"/>
                <w:sz w:val="20"/>
              </w:rPr>
              <w:t>Courte voiture ; Non établie</w:t>
            </w:r>
          </w:p>
        </w:tc>
      </w:tr>
      <w:tr w:rsidR="00650973" w14:paraId="0C27929E" w14:textId="77777777">
        <w:trPr>
          <w:cantSplit/>
          <w:jc w:val="center"/>
        </w:trPr>
        <w:tc>
          <w:tcPr>
            <w:tcW w:w="567" w:type="dxa"/>
            <w:shd w:val="clear" w:color="auto" w:fill="F8FAF8"/>
            <w:tcMar>
              <w:top w:w="70" w:type="dxa"/>
              <w:left w:w="80" w:type="dxa"/>
              <w:bottom w:w="70" w:type="dxa"/>
              <w:right w:w="80" w:type="dxa"/>
            </w:tcMar>
            <w:vAlign w:val="center"/>
          </w:tcPr>
          <w:p w14:paraId="00FAD3A8" w14:textId="77777777" w:rsidR="00650973" w:rsidRDefault="00080072">
            <w:r>
              <w:rPr>
                <w:rFonts w:ascii="Arial" w:hAnsi="Arial"/>
                <w:sz w:val="20"/>
              </w:rPr>
              <w:t>22</w:t>
            </w:r>
          </w:p>
        </w:tc>
        <w:tc>
          <w:tcPr>
            <w:tcW w:w="2721" w:type="dxa"/>
            <w:shd w:val="clear" w:color="auto" w:fill="F8FAF8"/>
            <w:tcMar>
              <w:top w:w="70" w:type="dxa"/>
              <w:left w:w="80" w:type="dxa"/>
              <w:bottom w:w="70" w:type="dxa"/>
              <w:right w:w="80" w:type="dxa"/>
            </w:tcMar>
            <w:vAlign w:val="center"/>
          </w:tcPr>
          <w:p w14:paraId="31968F60" w14:textId="77777777" w:rsidR="00650973" w:rsidRDefault="00080072">
            <w:r>
              <w:rPr>
                <w:rFonts w:ascii="Arial" w:hAnsi="Arial"/>
                <w:sz w:val="20"/>
              </w:rPr>
              <w:t>Bar Tapas El Mojo Picón</w:t>
            </w:r>
          </w:p>
        </w:tc>
        <w:tc>
          <w:tcPr>
            <w:tcW w:w="3572" w:type="dxa"/>
            <w:shd w:val="clear" w:color="auto" w:fill="F8FAF8"/>
            <w:tcMar>
              <w:top w:w="70" w:type="dxa"/>
              <w:left w:w="80" w:type="dxa"/>
              <w:bottom w:w="70" w:type="dxa"/>
              <w:right w:w="80" w:type="dxa"/>
            </w:tcMar>
            <w:vAlign w:val="center"/>
          </w:tcPr>
          <w:p w14:paraId="78072A51" w14:textId="77777777" w:rsidR="00650973" w:rsidRDefault="00080072">
            <w:r>
              <w:rPr>
                <w:rFonts w:ascii="Arial" w:hAnsi="Arial"/>
                <w:sz w:val="20"/>
              </w:rPr>
              <w:t>C. las Dalias 12 — San Agustín</w:t>
            </w:r>
          </w:p>
        </w:tc>
        <w:tc>
          <w:tcPr>
            <w:tcW w:w="2438" w:type="dxa"/>
            <w:shd w:val="clear" w:color="auto" w:fill="F8FAF8"/>
            <w:tcMar>
              <w:top w:w="70" w:type="dxa"/>
              <w:left w:w="80" w:type="dxa"/>
              <w:bottom w:w="70" w:type="dxa"/>
              <w:right w:w="80" w:type="dxa"/>
            </w:tcMar>
            <w:vAlign w:val="center"/>
          </w:tcPr>
          <w:p w14:paraId="45EF65F7" w14:textId="77777777" w:rsidR="00650973" w:rsidRDefault="00080072">
            <w:r>
              <w:rPr>
                <w:rFonts w:ascii="Arial" w:hAnsi="Arial"/>
                <w:sz w:val="20"/>
              </w:rPr>
              <w:t>Voiture conseillée ; Non établie</w:t>
            </w:r>
          </w:p>
        </w:tc>
      </w:tr>
      <w:tr w:rsidR="00650973" w14:paraId="697C471D" w14:textId="77777777">
        <w:trPr>
          <w:cantSplit/>
          <w:jc w:val="center"/>
        </w:trPr>
        <w:tc>
          <w:tcPr>
            <w:tcW w:w="567" w:type="dxa"/>
            <w:tcMar>
              <w:top w:w="70" w:type="dxa"/>
              <w:left w:w="80" w:type="dxa"/>
              <w:bottom w:w="70" w:type="dxa"/>
              <w:right w:w="80" w:type="dxa"/>
            </w:tcMar>
            <w:vAlign w:val="center"/>
          </w:tcPr>
          <w:p w14:paraId="653081BA" w14:textId="77777777" w:rsidR="00650973" w:rsidRDefault="00080072">
            <w:r>
              <w:rPr>
                <w:rFonts w:ascii="Arial" w:hAnsi="Arial"/>
                <w:sz w:val="20"/>
              </w:rPr>
              <w:t>23</w:t>
            </w:r>
          </w:p>
        </w:tc>
        <w:tc>
          <w:tcPr>
            <w:tcW w:w="2721" w:type="dxa"/>
            <w:tcMar>
              <w:top w:w="70" w:type="dxa"/>
              <w:left w:w="80" w:type="dxa"/>
              <w:bottom w:w="70" w:type="dxa"/>
              <w:right w:w="80" w:type="dxa"/>
            </w:tcMar>
            <w:vAlign w:val="center"/>
          </w:tcPr>
          <w:p w14:paraId="10ED9D9B" w14:textId="77777777" w:rsidR="00650973" w:rsidRDefault="00080072">
            <w:r>
              <w:rPr>
                <w:rFonts w:ascii="Arial" w:hAnsi="Arial"/>
                <w:sz w:val="20"/>
              </w:rPr>
              <w:t>El Bistro Tapas</w:t>
            </w:r>
          </w:p>
        </w:tc>
        <w:tc>
          <w:tcPr>
            <w:tcW w:w="3572" w:type="dxa"/>
            <w:tcMar>
              <w:top w:w="70" w:type="dxa"/>
              <w:left w:w="80" w:type="dxa"/>
              <w:bottom w:w="70" w:type="dxa"/>
              <w:right w:w="80" w:type="dxa"/>
            </w:tcMar>
            <w:vAlign w:val="center"/>
          </w:tcPr>
          <w:p w14:paraId="06C3FF68" w14:textId="77777777" w:rsidR="00650973" w:rsidRDefault="00080072">
            <w:r>
              <w:rPr>
                <w:rFonts w:ascii="Arial" w:hAnsi="Arial"/>
                <w:sz w:val="20"/>
              </w:rPr>
              <w:t>C.C. Áncora local 131, C. Tamarán — Arguineguín</w:t>
            </w:r>
          </w:p>
        </w:tc>
        <w:tc>
          <w:tcPr>
            <w:tcW w:w="2438" w:type="dxa"/>
            <w:tcMar>
              <w:top w:w="70" w:type="dxa"/>
              <w:left w:w="80" w:type="dxa"/>
              <w:bottom w:w="70" w:type="dxa"/>
              <w:right w:w="80" w:type="dxa"/>
            </w:tcMar>
            <w:vAlign w:val="center"/>
          </w:tcPr>
          <w:p w14:paraId="2829DFD2" w14:textId="77777777" w:rsidR="00650973" w:rsidRDefault="00080072">
            <w:r>
              <w:rPr>
                <w:rFonts w:ascii="Arial" w:hAnsi="Arial"/>
                <w:sz w:val="20"/>
              </w:rPr>
              <w:t>Voiture conseillée ; Non établie</w:t>
            </w:r>
          </w:p>
        </w:tc>
      </w:tr>
      <w:tr w:rsidR="00650973" w14:paraId="2EB6210D" w14:textId="77777777">
        <w:trPr>
          <w:cantSplit/>
          <w:jc w:val="center"/>
        </w:trPr>
        <w:tc>
          <w:tcPr>
            <w:tcW w:w="567" w:type="dxa"/>
            <w:shd w:val="clear" w:color="auto" w:fill="F8FAF8"/>
            <w:tcMar>
              <w:top w:w="70" w:type="dxa"/>
              <w:left w:w="80" w:type="dxa"/>
              <w:bottom w:w="70" w:type="dxa"/>
              <w:right w:w="80" w:type="dxa"/>
            </w:tcMar>
            <w:vAlign w:val="center"/>
          </w:tcPr>
          <w:p w14:paraId="5FC11CD8" w14:textId="77777777" w:rsidR="00650973" w:rsidRDefault="00080072">
            <w:r>
              <w:rPr>
                <w:rFonts w:ascii="Arial" w:hAnsi="Arial"/>
                <w:sz w:val="20"/>
              </w:rPr>
              <w:t>24</w:t>
            </w:r>
          </w:p>
        </w:tc>
        <w:tc>
          <w:tcPr>
            <w:tcW w:w="2721" w:type="dxa"/>
            <w:shd w:val="clear" w:color="auto" w:fill="F8FAF8"/>
            <w:tcMar>
              <w:top w:w="70" w:type="dxa"/>
              <w:left w:w="80" w:type="dxa"/>
              <w:bottom w:w="70" w:type="dxa"/>
              <w:right w:w="80" w:type="dxa"/>
            </w:tcMar>
            <w:vAlign w:val="center"/>
          </w:tcPr>
          <w:p w14:paraId="0E7C673C" w14:textId="77777777" w:rsidR="00650973" w:rsidRDefault="00080072">
            <w:r>
              <w:rPr>
                <w:rFonts w:ascii="Arial" w:hAnsi="Arial"/>
                <w:sz w:val="20"/>
              </w:rPr>
              <w:t>Bar El Boya</w:t>
            </w:r>
          </w:p>
        </w:tc>
        <w:tc>
          <w:tcPr>
            <w:tcW w:w="3572" w:type="dxa"/>
            <w:shd w:val="clear" w:color="auto" w:fill="F8FAF8"/>
            <w:tcMar>
              <w:top w:w="70" w:type="dxa"/>
              <w:left w:w="80" w:type="dxa"/>
              <w:bottom w:w="70" w:type="dxa"/>
              <w:right w:w="80" w:type="dxa"/>
            </w:tcMar>
            <w:vAlign w:val="center"/>
          </w:tcPr>
          <w:p w14:paraId="55911754" w14:textId="77777777" w:rsidR="00650973" w:rsidRDefault="00080072">
            <w:r>
              <w:rPr>
                <w:rFonts w:ascii="Arial" w:hAnsi="Arial"/>
                <w:sz w:val="20"/>
              </w:rPr>
              <w:t>C. Santa Águeda 32 — El Pajar / Arguineguín</w:t>
            </w:r>
          </w:p>
        </w:tc>
        <w:tc>
          <w:tcPr>
            <w:tcW w:w="2438" w:type="dxa"/>
            <w:shd w:val="clear" w:color="auto" w:fill="F8FAF8"/>
            <w:tcMar>
              <w:top w:w="70" w:type="dxa"/>
              <w:left w:w="80" w:type="dxa"/>
              <w:bottom w:w="70" w:type="dxa"/>
              <w:right w:w="80" w:type="dxa"/>
            </w:tcMar>
            <w:vAlign w:val="center"/>
          </w:tcPr>
          <w:p w14:paraId="3A38C3A3" w14:textId="77777777" w:rsidR="00650973" w:rsidRDefault="00080072">
            <w:r>
              <w:rPr>
                <w:rFonts w:ascii="Arial" w:hAnsi="Arial"/>
                <w:sz w:val="20"/>
              </w:rPr>
              <w:t>Voiture conseillée ; Non établie</w:t>
            </w:r>
          </w:p>
        </w:tc>
      </w:tr>
      <w:tr w:rsidR="00650973" w14:paraId="2586844D" w14:textId="77777777">
        <w:trPr>
          <w:cantSplit/>
          <w:jc w:val="center"/>
        </w:trPr>
        <w:tc>
          <w:tcPr>
            <w:tcW w:w="567" w:type="dxa"/>
            <w:tcMar>
              <w:top w:w="70" w:type="dxa"/>
              <w:left w:w="80" w:type="dxa"/>
              <w:bottom w:w="70" w:type="dxa"/>
              <w:right w:w="80" w:type="dxa"/>
            </w:tcMar>
            <w:vAlign w:val="center"/>
          </w:tcPr>
          <w:p w14:paraId="1C1ECB96" w14:textId="77777777" w:rsidR="00650973" w:rsidRDefault="00080072">
            <w:r>
              <w:rPr>
                <w:rFonts w:ascii="Arial" w:hAnsi="Arial"/>
                <w:sz w:val="20"/>
              </w:rPr>
              <w:lastRenderedPageBreak/>
              <w:t>25</w:t>
            </w:r>
          </w:p>
        </w:tc>
        <w:tc>
          <w:tcPr>
            <w:tcW w:w="2721" w:type="dxa"/>
            <w:tcMar>
              <w:top w:w="70" w:type="dxa"/>
              <w:left w:w="80" w:type="dxa"/>
              <w:bottom w:w="70" w:type="dxa"/>
              <w:right w:w="80" w:type="dxa"/>
            </w:tcMar>
            <w:vAlign w:val="center"/>
          </w:tcPr>
          <w:p w14:paraId="6475077E" w14:textId="77777777" w:rsidR="00650973" w:rsidRDefault="00080072">
            <w:r>
              <w:rPr>
                <w:rFonts w:ascii="Arial" w:hAnsi="Arial"/>
                <w:sz w:val="20"/>
              </w:rPr>
              <w:t>Restaurante Las Salinas</w:t>
            </w:r>
          </w:p>
        </w:tc>
        <w:tc>
          <w:tcPr>
            <w:tcW w:w="3572" w:type="dxa"/>
            <w:tcMar>
              <w:top w:w="70" w:type="dxa"/>
              <w:left w:w="80" w:type="dxa"/>
              <w:bottom w:w="70" w:type="dxa"/>
              <w:right w:w="80" w:type="dxa"/>
            </w:tcMar>
            <w:vAlign w:val="center"/>
          </w:tcPr>
          <w:p w14:paraId="78AD49FB" w14:textId="77777777" w:rsidR="00650973" w:rsidRDefault="00080072">
            <w:r>
              <w:rPr>
                <w:rFonts w:ascii="Arial" w:hAnsi="Arial"/>
                <w:sz w:val="20"/>
              </w:rPr>
              <w:t>C. Maestro José Molina Guerra 20 — Castillo del Romeral</w:t>
            </w:r>
          </w:p>
        </w:tc>
        <w:tc>
          <w:tcPr>
            <w:tcW w:w="2438" w:type="dxa"/>
            <w:tcMar>
              <w:top w:w="70" w:type="dxa"/>
              <w:left w:w="80" w:type="dxa"/>
              <w:bottom w:w="70" w:type="dxa"/>
              <w:right w:w="80" w:type="dxa"/>
            </w:tcMar>
            <w:vAlign w:val="center"/>
          </w:tcPr>
          <w:p w14:paraId="2AFC20E4" w14:textId="77777777" w:rsidR="00650973" w:rsidRDefault="00080072">
            <w:r>
              <w:rPr>
                <w:rFonts w:ascii="Arial" w:hAnsi="Arial"/>
                <w:sz w:val="20"/>
              </w:rPr>
              <w:t>Voiture conseillée ; Non établie</w:t>
            </w:r>
          </w:p>
        </w:tc>
      </w:tr>
      <w:tr w:rsidR="00650973" w14:paraId="269913CF" w14:textId="77777777">
        <w:trPr>
          <w:cantSplit/>
          <w:jc w:val="center"/>
        </w:trPr>
        <w:tc>
          <w:tcPr>
            <w:tcW w:w="567" w:type="dxa"/>
            <w:shd w:val="clear" w:color="auto" w:fill="F8FAF8"/>
            <w:tcMar>
              <w:top w:w="70" w:type="dxa"/>
              <w:left w:w="80" w:type="dxa"/>
              <w:bottom w:w="70" w:type="dxa"/>
              <w:right w:w="80" w:type="dxa"/>
            </w:tcMar>
            <w:vAlign w:val="center"/>
          </w:tcPr>
          <w:p w14:paraId="348E3DAA" w14:textId="77777777" w:rsidR="00650973" w:rsidRDefault="00080072">
            <w:r>
              <w:rPr>
                <w:rFonts w:ascii="Arial" w:hAnsi="Arial"/>
                <w:sz w:val="20"/>
              </w:rPr>
              <w:t>26</w:t>
            </w:r>
          </w:p>
        </w:tc>
        <w:tc>
          <w:tcPr>
            <w:tcW w:w="2721" w:type="dxa"/>
            <w:shd w:val="clear" w:color="auto" w:fill="F8FAF8"/>
            <w:tcMar>
              <w:top w:w="70" w:type="dxa"/>
              <w:left w:w="80" w:type="dxa"/>
              <w:bottom w:w="70" w:type="dxa"/>
              <w:right w:w="80" w:type="dxa"/>
            </w:tcMar>
            <w:vAlign w:val="center"/>
          </w:tcPr>
          <w:p w14:paraId="4FE0655E" w14:textId="77777777" w:rsidR="00650973" w:rsidRDefault="00080072">
            <w:r>
              <w:rPr>
                <w:rFonts w:ascii="Arial" w:hAnsi="Arial"/>
                <w:sz w:val="20"/>
              </w:rPr>
              <w:t>Vaquería Las Salinas</w:t>
            </w:r>
          </w:p>
        </w:tc>
        <w:tc>
          <w:tcPr>
            <w:tcW w:w="3572" w:type="dxa"/>
            <w:shd w:val="clear" w:color="auto" w:fill="F8FAF8"/>
            <w:tcMar>
              <w:top w:w="70" w:type="dxa"/>
              <w:left w:w="80" w:type="dxa"/>
              <w:bottom w:w="70" w:type="dxa"/>
              <w:right w:w="80" w:type="dxa"/>
            </w:tcMar>
            <w:vAlign w:val="center"/>
          </w:tcPr>
          <w:p w14:paraId="6E9DB358" w14:textId="77777777" w:rsidR="00650973" w:rsidRDefault="00080072">
            <w:r>
              <w:rPr>
                <w:rFonts w:ascii="Arial" w:hAnsi="Arial"/>
                <w:sz w:val="20"/>
              </w:rPr>
              <w:t>Arinaga / secteur Las Salinas — Arinaga</w:t>
            </w:r>
          </w:p>
        </w:tc>
        <w:tc>
          <w:tcPr>
            <w:tcW w:w="2438" w:type="dxa"/>
            <w:shd w:val="clear" w:color="auto" w:fill="F8FAF8"/>
            <w:tcMar>
              <w:top w:w="70" w:type="dxa"/>
              <w:left w:w="80" w:type="dxa"/>
              <w:bottom w:w="70" w:type="dxa"/>
              <w:right w:w="80" w:type="dxa"/>
            </w:tcMar>
            <w:vAlign w:val="center"/>
          </w:tcPr>
          <w:p w14:paraId="32F61BE6" w14:textId="77777777" w:rsidR="00650973" w:rsidRDefault="00080072">
            <w:r>
              <w:rPr>
                <w:rFonts w:ascii="Arial" w:hAnsi="Arial"/>
                <w:sz w:val="20"/>
              </w:rPr>
              <w:t>Voiture conseillée ; Non établie</w:t>
            </w:r>
          </w:p>
        </w:tc>
      </w:tr>
    </w:tbl>
    <w:p w14:paraId="5999AA17" w14:textId="77777777" w:rsidR="00650973" w:rsidRDefault="00080072">
      <w:r>
        <w:rPr>
          <w:rFonts w:ascii="Arial" w:hAnsi="Arial"/>
          <w:b/>
          <w:color w:val="2F6B4F"/>
          <w:sz w:val="23"/>
        </w:rPr>
        <w:t>C. Accès depuis Dunaflor Verde</w:t>
      </w:r>
    </w:p>
    <w:tbl>
      <w:tblPr>
        <w:tblStyle w:val="Grilledutableau"/>
        <w:tblW w:w="0" w:type="auto"/>
        <w:jc w:val="center"/>
        <w:tblLook w:val="04A0" w:firstRow="1" w:lastRow="0" w:firstColumn="1" w:lastColumn="0" w:noHBand="0" w:noVBand="1"/>
      </w:tblPr>
      <w:tblGrid>
        <w:gridCol w:w="567"/>
        <w:gridCol w:w="3005"/>
        <w:gridCol w:w="3005"/>
        <w:gridCol w:w="2835"/>
      </w:tblGrid>
      <w:tr w:rsidR="00650973" w14:paraId="65F70807" w14:textId="77777777">
        <w:trPr>
          <w:cantSplit/>
          <w:tblHeader/>
          <w:jc w:val="center"/>
        </w:trPr>
        <w:tc>
          <w:tcPr>
            <w:tcW w:w="567" w:type="dxa"/>
            <w:shd w:val="clear" w:color="auto" w:fill="2F6B4F"/>
            <w:tcMar>
              <w:top w:w="70" w:type="dxa"/>
              <w:left w:w="80" w:type="dxa"/>
              <w:bottom w:w="70" w:type="dxa"/>
              <w:right w:w="80" w:type="dxa"/>
            </w:tcMar>
            <w:vAlign w:val="center"/>
          </w:tcPr>
          <w:p w14:paraId="771F0F8A" w14:textId="77777777" w:rsidR="00650973" w:rsidRDefault="00080072">
            <w:pPr>
              <w:jc w:val="center"/>
            </w:pPr>
            <w:r>
              <w:rPr>
                <w:rFonts w:ascii="Arial" w:hAnsi="Arial"/>
                <w:b/>
                <w:color w:val="FFFFFF"/>
                <w:sz w:val="20"/>
              </w:rPr>
              <w:t>N°</w:t>
            </w:r>
          </w:p>
        </w:tc>
        <w:tc>
          <w:tcPr>
            <w:tcW w:w="3005" w:type="dxa"/>
            <w:shd w:val="clear" w:color="auto" w:fill="2F6B4F"/>
            <w:tcMar>
              <w:top w:w="70" w:type="dxa"/>
              <w:left w:w="80" w:type="dxa"/>
              <w:bottom w:w="70" w:type="dxa"/>
              <w:right w:w="80" w:type="dxa"/>
            </w:tcMar>
            <w:vAlign w:val="center"/>
          </w:tcPr>
          <w:p w14:paraId="7DA42381" w14:textId="77777777" w:rsidR="00650973" w:rsidRDefault="00080072">
            <w:pPr>
              <w:jc w:val="center"/>
            </w:pPr>
            <w:r>
              <w:rPr>
                <w:rFonts w:ascii="Arial" w:hAnsi="Arial"/>
                <w:b/>
                <w:color w:val="FFFFFF"/>
                <w:sz w:val="20"/>
              </w:rPr>
              <w:t>Nom</w:t>
            </w:r>
          </w:p>
        </w:tc>
        <w:tc>
          <w:tcPr>
            <w:tcW w:w="3005" w:type="dxa"/>
            <w:shd w:val="clear" w:color="auto" w:fill="2F6B4F"/>
            <w:tcMar>
              <w:top w:w="70" w:type="dxa"/>
              <w:left w:w="80" w:type="dxa"/>
              <w:bottom w:w="70" w:type="dxa"/>
              <w:right w:w="80" w:type="dxa"/>
            </w:tcMar>
            <w:vAlign w:val="center"/>
          </w:tcPr>
          <w:p w14:paraId="1CF30E2B" w14:textId="77777777" w:rsidR="00650973" w:rsidRDefault="00080072">
            <w:pPr>
              <w:jc w:val="center"/>
            </w:pPr>
            <w:r>
              <w:rPr>
                <w:rFonts w:ascii="Arial" w:hAnsi="Arial"/>
                <w:b/>
                <w:color w:val="FFFFFF"/>
                <w:sz w:val="20"/>
              </w:rPr>
              <w:t>Temps à pied</w:t>
            </w:r>
          </w:p>
        </w:tc>
        <w:tc>
          <w:tcPr>
            <w:tcW w:w="2835" w:type="dxa"/>
            <w:shd w:val="clear" w:color="auto" w:fill="2F6B4F"/>
            <w:tcMar>
              <w:top w:w="70" w:type="dxa"/>
              <w:left w:w="80" w:type="dxa"/>
              <w:bottom w:w="70" w:type="dxa"/>
              <w:right w:w="80" w:type="dxa"/>
            </w:tcMar>
            <w:vAlign w:val="center"/>
          </w:tcPr>
          <w:p w14:paraId="3373364D" w14:textId="77777777" w:rsidR="00650973" w:rsidRDefault="00080072">
            <w:pPr>
              <w:jc w:val="center"/>
            </w:pPr>
            <w:r>
              <w:rPr>
                <w:rFonts w:ascii="Arial" w:hAnsi="Arial"/>
                <w:b/>
                <w:color w:val="FFFFFF"/>
                <w:sz w:val="20"/>
              </w:rPr>
              <w:t>Voiture</w:t>
            </w:r>
          </w:p>
        </w:tc>
      </w:tr>
      <w:tr w:rsidR="00650973" w14:paraId="2CE7F3AD" w14:textId="77777777">
        <w:trPr>
          <w:cantSplit/>
          <w:jc w:val="center"/>
        </w:trPr>
        <w:tc>
          <w:tcPr>
            <w:tcW w:w="567" w:type="dxa"/>
            <w:tcMar>
              <w:top w:w="70" w:type="dxa"/>
              <w:left w:w="80" w:type="dxa"/>
              <w:bottom w:w="70" w:type="dxa"/>
              <w:right w:w="80" w:type="dxa"/>
            </w:tcMar>
            <w:vAlign w:val="center"/>
          </w:tcPr>
          <w:p w14:paraId="50FBEF80" w14:textId="77777777" w:rsidR="00650973" w:rsidRDefault="00080072">
            <w:r>
              <w:rPr>
                <w:rFonts w:ascii="Arial" w:hAnsi="Arial"/>
                <w:sz w:val="20"/>
              </w:rPr>
              <w:t>19</w:t>
            </w:r>
          </w:p>
        </w:tc>
        <w:tc>
          <w:tcPr>
            <w:tcW w:w="3005" w:type="dxa"/>
            <w:tcMar>
              <w:top w:w="70" w:type="dxa"/>
              <w:left w:w="80" w:type="dxa"/>
              <w:bottom w:w="70" w:type="dxa"/>
              <w:right w:w="80" w:type="dxa"/>
            </w:tcMar>
            <w:vAlign w:val="center"/>
          </w:tcPr>
          <w:p w14:paraId="6C1FDE1C" w14:textId="77777777" w:rsidR="00650973" w:rsidRDefault="00080072">
            <w:r>
              <w:rPr>
                <w:rFonts w:ascii="Arial" w:hAnsi="Arial"/>
                <w:sz w:val="20"/>
              </w:rPr>
              <w:t>La Tasquita Canaria</w:t>
            </w:r>
          </w:p>
        </w:tc>
        <w:tc>
          <w:tcPr>
            <w:tcW w:w="3005" w:type="dxa"/>
            <w:tcMar>
              <w:top w:w="70" w:type="dxa"/>
              <w:left w:w="80" w:type="dxa"/>
              <w:bottom w:w="70" w:type="dxa"/>
              <w:right w:w="80" w:type="dxa"/>
            </w:tcMar>
            <w:vAlign w:val="center"/>
          </w:tcPr>
          <w:p w14:paraId="1D98C57F"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08DD4D37" w14:textId="77777777" w:rsidR="00650973" w:rsidRDefault="00080072">
            <w:r>
              <w:rPr>
                <w:rFonts w:ascii="Arial" w:hAnsi="Arial"/>
                <w:sz w:val="20"/>
              </w:rPr>
              <w:t>Courte voiture</w:t>
            </w:r>
          </w:p>
        </w:tc>
      </w:tr>
      <w:tr w:rsidR="00650973" w14:paraId="19E62BD2" w14:textId="77777777">
        <w:trPr>
          <w:cantSplit/>
          <w:jc w:val="center"/>
        </w:trPr>
        <w:tc>
          <w:tcPr>
            <w:tcW w:w="567" w:type="dxa"/>
            <w:shd w:val="clear" w:color="auto" w:fill="F8FAF8"/>
            <w:tcMar>
              <w:top w:w="70" w:type="dxa"/>
              <w:left w:w="80" w:type="dxa"/>
              <w:bottom w:w="70" w:type="dxa"/>
              <w:right w:w="80" w:type="dxa"/>
            </w:tcMar>
            <w:vAlign w:val="center"/>
          </w:tcPr>
          <w:p w14:paraId="597BEC44" w14:textId="77777777" w:rsidR="00650973" w:rsidRDefault="00080072">
            <w:r>
              <w:rPr>
                <w:rFonts w:ascii="Arial" w:hAnsi="Arial"/>
                <w:sz w:val="20"/>
              </w:rPr>
              <w:t>20</w:t>
            </w:r>
          </w:p>
        </w:tc>
        <w:tc>
          <w:tcPr>
            <w:tcW w:w="3005" w:type="dxa"/>
            <w:shd w:val="clear" w:color="auto" w:fill="F8FAF8"/>
            <w:tcMar>
              <w:top w:w="70" w:type="dxa"/>
              <w:left w:w="80" w:type="dxa"/>
              <w:bottom w:w="70" w:type="dxa"/>
              <w:right w:w="80" w:type="dxa"/>
            </w:tcMar>
            <w:vAlign w:val="center"/>
          </w:tcPr>
          <w:p w14:paraId="0223E44B" w14:textId="77777777" w:rsidR="00650973" w:rsidRDefault="00080072">
            <w:r>
              <w:rPr>
                <w:rFonts w:ascii="Arial" w:hAnsi="Arial"/>
                <w:sz w:val="20"/>
              </w:rPr>
              <w:t>La Tapita Los Jose's</w:t>
            </w:r>
          </w:p>
        </w:tc>
        <w:tc>
          <w:tcPr>
            <w:tcW w:w="3005" w:type="dxa"/>
            <w:shd w:val="clear" w:color="auto" w:fill="F8FAF8"/>
            <w:tcMar>
              <w:top w:w="70" w:type="dxa"/>
              <w:left w:w="80" w:type="dxa"/>
              <w:bottom w:w="70" w:type="dxa"/>
              <w:right w:w="80" w:type="dxa"/>
            </w:tcMar>
            <w:vAlign w:val="center"/>
          </w:tcPr>
          <w:p w14:paraId="35F9C0D4"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4967459B" w14:textId="77777777" w:rsidR="00650973" w:rsidRDefault="00080072">
            <w:r>
              <w:rPr>
                <w:rFonts w:ascii="Arial" w:hAnsi="Arial"/>
                <w:sz w:val="20"/>
              </w:rPr>
              <w:t>Courte voiture</w:t>
            </w:r>
          </w:p>
        </w:tc>
      </w:tr>
      <w:tr w:rsidR="00650973" w14:paraId="6C1583DB" w14:textId="77777777">
        <w:trPr>
          <w:cantSplit/>
          <w:jc w:val="center"/>
        </w:trPr>
        <w:tc>
          <w:tcPr>
            <w:tcW w:w="567" w:type="dxa"/>
            <w:tcMar>
              <w:top w:w="70" w:type="dxa"/>
              <w:left w:w="80" w:type="dxa"/>
              <w:bottom w:w="70" w:type="dxa"/>
              <w:right w:w="80" w:type="dxa"/>
            </w:tcMar>
            <w:vAlign w:val="center"/>
          </w:tcPr>
          <w:p w14:paraId="2E2BC8F8" w14:textId="77777777" w:rsidR="00650973" w:rsidRDefault="00080072">
            <w:r>
              <w:rPr>
                <w:rFonts w:ascii="Arial" w:hAnsi="Arial"/>
                <w:sz w:val="20"/>
              </w:rPr>
              <w:t>21</w:t>
            </w:r>
          </w:p>
        </w:tc>
        <w:tc>
          <w:tcPr>
            <w:tcW w:w="3005" w:type="dxa"/>
            <w:tcMar>
              <w:top w:w="70" w:type="dxa"/>
              <w:left w:w="80" w:type="dxa"/>
              <w:bottom w:w="70" w:type="dxa"/>
              <w:right w:w="80" w:type="dxa"/>
            </w:tcMar>
            <w:vAlign w:val="center"/>
          </w:tcPr>
          <w:p w14:paraId="60C995FA" w14:textId="77777777" w:rsidR="00650973" w:rsidRDefault="00080072">
            <w:r>
              <w:rPr>
                <w:rFonts w:ascii="Arial" w:hAnsi="Arial"/>
                <w:sz w:val="20"/>
              </w:rPr>
              <w:t>La Esquina Ibérica</w:t>
            </w:r>
          </w:p>
        </w:tc>
        <w:tc>
          <w:tcPr>
            <w:tcW w:w="3005" w:type="dxa"/>
            <w:tcMar>
              <w:top w:w="70" w:type="dxa"/>
              <w:left w:w="80" w:type="dxa"/>
              <w:bottom w:w="70" w:type="dxa"/>
              <w:right w:w="80" w:type="dxa"/>
            </w:tcMar>
            <w:vAlign w:val="center"/>
          </w:tcPr>
          <w:p w14:paraId="308B8764"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73D5CC8F" w14:textId="77777777" w:rsidR="00650973" w:rsidRDefault="00080072">
            <w:r>
              <w:rPr>
                <w:rFonts w:ascii="Arial" w:hAnsi="Arial"/>
                <w:sz w:val="20"/>
              </w:rPr>
              <w:t>Courte voiture</w:t>
            </w:r>
          </w:p>
        </w:tc>
      </w:tr>
      <w:tr w:rsidR="00650973" w14:paraId="54A2B28A" w14:textId="77777777">
        <w:trPr>
          <w:cantSplit/>
          <w:jc w:val="center"/>
        </w:trPr>
        <w:tc>
          <w:tcPr>
            <w:tcW w:w="567" w:type="dxa"/>
            <w:shd w:val="clear" w:color="auto" w:fill="F8FAF8"/>
            <w:tcMar>
              <w:top w:w="70" w:type="dxa"/>
              <w:left w:w="80" w:type="dxa"/>
              <w:bottom w:w="70" w:type="dxa"/>
              <w:right w:w="80" w:type="dxa"/>
            </w:tcMar>
            <w:vAlign w:val="center"/>
          </w:tcPr>
          <w:p w14:paraId="107056C8" w14:textId="77777777" w:rsidR="00650973" w:rsidRDefault="00080072">
            <w:r>
              <w:rPr>
                <w:rFonts w:ascii="Arial" w:hAnsi="Arial"/>
                <w:sz w:val="20"/>
              </w:rPr>
              <w:t>22</w:t>
            </w:r>
          </w:p>
        </w:tc>
        <w:tc>
          <w:tcPr>
            <w:tcW w:w="3005" w:type="dxa"/>
            <w:shd w:val="clear" w:color="auto" w:fill="F8FAF8"/>
            <w:tcMar>
              <w:top w:w="70" w:type="dxa"/>
              <w:left w:w="80" w:type="dxa"/>
              <w:bottom w:w="70" w:type="dxa"/>
              <w:right w:w="80" w:type="dxa"/>
            </w:tcMar>
            <w:vAlign w:val="center"/>
          </w:tcPr>
          <w:p w14:paraId="40BDF1A0" w14:textId="77777777" w:rsidR="00650973" w:rsidRDefault="00080072">
            <w:r>
              <w:rPr>
                <w:rFonts w:ascii="Arial" w:hAnsi="Arial"/>
                <w:sz w:val="20"/>
              </w:rPr>
              <w:t>Bar Tapas El Mojo Picón</w:t>
            </w:r>
          </w:p>
        </w:tc>
        <w:tc>
          <w:tcPr>
            <w:tcW w:w="3005" w:type="dxa"/>
            <w:shd w:val="clear" w:color="auto" w:fill="F8FAF8"/>
            <w:tcMar>
              <w:top w:w="70" w:type="dxa"/>
              <w:left w:w="80" w:type="dxa"/>
              <w:bottom w:w="70" w:type="dxa"/>
              <w:right w:w="80" w:type="dxa"/>
            </w:tcMar>
            <w:vAlign w:val="center"/>
          </w:tcPr>
          <w:p w14:paraId="51EB5F17"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4DABD8A3" w14:textId="77777777" w:rsidR="00650973" w:rsidRDefault="00080072">
            <w:r>
              <w:rPr>
                <w:rFonts w:ascii="Arial" w:hAnsi="Arial"/>
                <w:sz w:val="20"/>
              </w:rPr>
              <w:t>≈10–15 min (repéré)</w:t>
            </w:r>
          </w:p>
        </w:tc>
      </w:tr>
      <w:tr w:rsidR="00650973" w14:paraId="6CDB43CD" w14:textId="77777777">
        <w:trPr>
          <w:cantSplit/>
          <w:jc w:val="center"/>
        </w:trPr>
        <w:tc>
          <w:tcPr>
            <w:tcW w:w="567" w:type="dxa"/>
            <w:tcMar>
              <w:top w:w="70" w:type="dxa"/>
              <w:left w:w="80" w:type="dxa"/>
              <w:bottom w:w="70" w:type="dxa"/>
              <w:right w:w="80" w:type="dxa"/>
            </w:tcMar>
            <w:vAlign w:val="center"/>
          </w:tcPr>
          <w:p w14:paraId="00A8435C" w14:textId="77777777" w:rsidR="00650973" w:rsidRDefault="00080072">
            <w:r>
              <w:rPr>
                <w:rFonts w:ascii="Arial" w:hAnsi="Arial"/>
                <w:sz w:val="20"/>
              </w:rPr>
              <w:t>23</w:t>
            </w:r>
          </w:p>
        </w:tc>
        <w:tc>
          <w:tcPr>
            <w:tcW w:w="3005" w:type="dxa"/>
            <w:tcMar>
              <w:top w:w="70" w:type="dxa"/>
              <w:left w:w="80" w:type="dxa"/>
              <w:bottom w:w="70" w:type="dxa"/>
              <w:right w:w="80" w:type="dxa"/>
            </w:tcMar>
            <w:vAlign w:val="center"/>
          </w:tcPr>
          <w:p w14:paraId="522CD120" w14:textId="77777777" w:rsidR="00650973" w:rsidRDefault="00080072">
            <w:r>
              <w:rPr>
                <w:rFonts w:ascii="Arial" w:hAnsi="Arial"/>
                <w:sz w:val="20"/>
              </w:rPr>
              <w:t>El Bistro Tapas</w:t>
            </w:r>
          </w:p>
        </w:tc>
        <w:tc>
          <w:tcPr>
            <w:tcW w:w="3005" w:type="dxa"/>
            <w:tcMar>
              <w:top w:w="70" w:type="dxa"/>
              <w:left w:w="80" w:type="dxa"/>
              <w:bottom w:w="70" w:type="dxa"/>
              <w:right w:w="80" w:type="dxa"/>
            </w:tcMar>
            <w:vAlign w:val="center"/>
          </w:tcPr>
          <w:p w14:paraId="1C5F9504"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19E477F9" w14:textId="77777777" w:rsidR="00650973" w:rsidRDefault="00080072">
            <w:r>
              <w:rPr>
                <w:rFonts w:ascii="Arial" w:hAnsi="Arial"/>
                <w:sz w:val="20"/>
              </w:rPr>
              <w:t>≈15–20 min (repéré)</w:t>
            </w:r>
          </w:p>
        </w:tc>
      </w:tr>
      <w:tr w:rsidR="00650973" w14:paraId="01420964" w14:textId="77777777">
        <w:trPr>
          <w:cantSplit/>
          <w:jc w:val="center"/>
        </w:trPr>
        <w:tc>
          <w:tcPr>
            <w:tcW w:w="567" w:type="dxa"/>
            <w:shd w:val="clear" w:color="auto" w:fill="F8FAF8"/>
            <w:tcMar>
              <w:top w:w="70" w:type="dxa"/>
              <w:left w:w="80" w:type="dxa"/>
              <w:bottom w:w="70" w:type="dxa"/>
              <w:right w:w="80" w:type="dxa"/>
            </w:tcMar>
            <w:vAlign w:val="center"/>
          </w:tcPr>
          <w:p w14:paraId="32C50017" w14:textId="77777777" w:rsidR="00650973" w:rsidRDefault="00080072">
            <w:r>
              <w:rPr>
                <w:rFonts w:ascii="Arial" w:hAnsi="Arial"/>
                <w:sz w:val="20"/>
              </w:rPr>
              <w:t>24</w:t>
            </w:r>
          </w:p>
        </w:tc>
        <w:tc>
          <w:tcPr>
            <w:tcW w:w="3005" w:type="dxa"/>
            <w:shd w:val="clear" w:color="auto" w:fill="F8FAF8"/>
            <w:tcMar>
              <w:top w:w="70" w:type="dxa"/>
              <w:left w:w="80" w:type="dxa"/>
              <w:bottom w:w="70" w:type="dxa"/>
              <w:right w:w="80" w:type="dxa"/>
            </w:tcMar>
            <w:vAlign w:val="center"/>
          </w:tcPr>
          <w:p w14:paraId="4AA14C7E" w14:textId="77777777" w:rsidR="00650973" w:rsidRDefault="00080072">
            <w:r>
              <w:rPr>
                <w:rFonts w:ascii="Arial" w:hAnsi="Arial"/>
                <w:sz w:val="20"/>
              </w:rPr>
              <w:t>Bar El Boya</w:t>
            </w:r>
          </w:p>
        </w:tc>
        <w:tc>
          <w:tcPr>
            <w:tcW w:w="3005" w:type="dxa"/>
            <w:shd w:val="clear" w:color="auto" w:fill="F8FAF8"/>
            <w:tcMar>
              <w:top w:w="70" w:type="dxa"/>
              <w:left w:w="80" w:type="dxa"/>
              <w:bottom w:w="70" w:type="dxa"/>
              <w:right w:w="80" w:type="dxa"/>
            </w:tcMar>
            <w:vAlign w:val="center"/>
          </w:tcPr>
          <w:p w14:paraId="29006B52"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1021F1B3" w14:textId="77777777" w:rsidR="00650973" w:rsidRDefault="00080072">
            <w:r>
              <w:rPr>
                <w:rFonts w:ascii="Arial" w:hAnsi="Arial"/>
                <w:sz w:val="20"/>
              </w:rPr>
              <w:t>≈15–20 min (repéré)</w:t>
            </w:r>
          </w:p>
        </w:tc>
      </w:tr>
      <w:tr w:rsidR="00650973" w14:paraId="4AB0C055" w14:textId="77777777">
        <w:trPr>
          <w:cantSplit/>
          <w:jc w:val="center"/>
        </w:trPr>
        <w:tc>
          <w:tcPr>
            <w:tcW w:w="567" w:type="dxa"/>
            <w:tcMar>
              <w:top w:w="70" w:type="dxa"/>
              <w:left w:w="80" w:type="dxa"/>
              <w:bottom w:w="70" w:type="dxa"/>
              <w:right w:w="80" w:type="dxa"/>
            </w:tcMar>
            <w:vAlign w:val="center"/>
          </w:tcPr>
          <w:p w14:paraId="5D6EFEFE" w14:textId="77777777" w:rsidR="00650973" w:rsidRDefault="00080072">
            <w:r>
              <w:rPr>
                <w:rFonts w:ascii="Arial" w:hAnsi="Arial"/>
                <w:sz w:val="20"/>
              </w:rPr>
              <w:t>25</w:t>
            </w:r>
          </w:p>
        </w:tc>
        <w:tc>
          <w:tcPr>
            <w:tcW w:w="3005" w:type="dxa"/>
            <w:tcMar>
              <w:top w:w="70" w:type="dxa"/>
              <w:left w:w="80" w:type="dxa"/>
              <w:bottom w:w="70" w:type="dxa"/>
              <w:right w:w="80" w:type="dxa"/>
            </w:tcMar>
            <w:vAlign w:val="center"/>
          </w:tcPr>
          <w:p w14:paraId="063942ED" w14:textId="77777777" w:rsidR="00650973" w:rsidRDefault="00080072">
            <w:r>
              <w:rPr>
                <w:rFonts w:ascii="Arial" w:hAnsi="Arial"/>
                <w:sz w:val="20"/>
              </w:rPr>
              <w:t>Restaurante Las Salinas</w:t>
            </w:r>
          </w:p>
        </w:tc>
        <w:tc>
          <w:tcPr>
            <w:tcW w:w="3005" w:type="dxa"/>
            <w:tcMar>
              <w:top w:w="70" w:type="dxa"/>
              <w:left w:w="80" w:type="dxa"/>
              <w:bottom w:w="70" w:type="dxa"/>
              <w:right w:w="80" w:type="dxa"/>
            </w:tcMar>
            <w:vAlign w:val="center"/>
          </w:tcPr>
          <w:p w14:paraId="5DC92535" w14:textId="77777777" w:rsidR="00650973" w:rsidRDefault="00080072">
            <w:r>
              <w:rPr>
                <w:rFonts w:ascii="Arial" w:hAnsi="Arial"/>
                <w:sz w:val="20"/>
              </w:rPr>
              <w:t>Non établi</w:t>
            </w:r>
          </w:p>
        </w:tc>
        <w:tc>
          <w:tcPr>
            <w:tcW w:w="2835" w:type="dxa"/>
            <w:tcMar>
              <w:top w:w="70" w:type="dxa"/>
              <w:left w:w="80" w:type="dxa"/>
              <w:bottom w:w="70" w:type="dxa"/>
              <w:right w:w="80" w:type="dxa"/>
            </w:tcMar>
            <w:vAlign w:val="center"/>
          </w:tcPr>
          <w:p w14:paraId="08A55B6B" w14:textId="77777777" w:rsidR="00650973" w:rsidRDefault="00080072">
            <w:r>
              <w:rPr>
                <w:rFonts w:ascii="Arial" w:hAnsi="Arial"/>
                <w:sz w:val="20"/>
              </w:rPr>
              <w:t>≈15–20 min (repéré)</w:t>
            </w:r>
          </w:p>
        </w:tc>
      </w:tr>
      <w:tr w:rsidR="00650973" w14:paraId="71AFFAEE" w14:textId="77777777">
        <w:trPr>
          <w:cantSplit/>
          <w:jc w:val="center"/>
        </w:trPr>
        <w:tc>
          <w:tcPr>
            <w:tcW w:w="567" w:type="dxa"/>
            <w:shd w:val="clear" w:color="auto" w:fill="F8FAF8"/>
            <w:tcMar>
              <w:top w:w="70" w:type="dxa"/>
              <w:left w:w="80" w:type="dxa"/>
              <w:bottom w:w="70" w:type="dxa"/>
              <w:right w:w="80" w:type="dxa"/>
            </w:tcMar>
            <w:vAlign w:val="center"/>
          </w:tcPr>
          <w:p w14:paraId="79CF5A03" w14:textId="77777777" w:rsidR="00650973" w:rsidRDefault="00080072">
            <w:r>
              <w:rPr>
                <w:rFonts w:ascii="Arial" w:hAnsi="Arial"/>
                <w:sz w:val="20"/>
              </w:rPr>
              <w:t>26</w:t>
            </w:r>
          </w:p>
        </w:tc>
        <w:tc>
          <w:tcPr>
            <w:tcW w:w="3005" w:type="dxa"/>
            <w:shd w:val="clear" w:color="auto" w:fill="F8FAF8"/>
            <w:tcMar>
              <w:top w:w="70" w:type="dxa"/>
              <w:left w:w="80" w:type="dxa"/>
              <w:bottom w:w="70" w:type="dxa"/>
              <w:right w:w="80" w:type="dxa"/>
            </w:tcMar>
            <w:vAlign w:val="center"/>
          </w:tcPr>
          <w:p w14:paraId="22BD1CD4" w14:textId="77777777" w:rsidR="00650973" w:rsidRDefault="00080072">
            <w:r>
              <w:rPr>
                <w:rFonts w:ascii="Arial" w:hAnsi="Arial"/>
                <w:sz w:val="20"/>
              </w:rPr>
              <w:t>Vaquería Las Salinas</w:t>
            </w:r>
          </w:p>
        </w:tc>
        <w:tc>
          <w:tcPr>
            <w:tcW w:w="3005" w:type="dxa"/>
            <w:shd w:val="clear" w:color="auto" w:fill="F8FAF8"/>
            <w:tcMar>
              <w:top w:w="70" w:type="dxa"/>
              <w:left w:w="80" w:type="dxa"/>
              <w:bottom w:w="70" w:type="dxa"/>
              <w:right w:w="80" w:type="dxa"/>
            </w:tcMar>
            <w:vAlign w:val="center"/>
          </w:tcPr>
          <w:p w14:paraId="4C07AEAE" w14:textId="77777777" w:rsidR="00650973" w:rsidRDefault="00080072">
            <w:r>
              <w:rPr>
                <w:rFonts w:ascii="Arial" w:hAnsi="Arial"/>
                <w:sz w:val="20"/>
              </w:rPr>
              <w:t>Non établi</w:t>
            </w:r>
          </w:p>
        </w:tc>
        <w:tc>
          <w:tcPr>
            <w:tcW w:w="2835" w:type="dxa"/>
            <w:shd w:val="clear" w:color="auto" w:fill="F8FAF8"/>
            <w:tcMar>
              <w:top w:w="70" w:type="dxa"/>
              <w:left w:w="80" w:type="dxa"/>
              <w:bottom w:w="70" w:type="dxa"/>
              <w:right w:w="80" w:type="dxa"/>
            </w:tcMar>
            <w:vAlign w:val="center"/>
          </w:tcPr>
          <w:p w14:paraId="5DC535DB" w14:textId="77777777" w:rsidR="00650973" w:rsidRDefault="00080072">
            <w:r>
              <w:rPr>
                <w:rFonts w:ascii="Arial" w:hAnsi="Arial"/>
                <w:sz w:val="20"/>
              </w:rPr>
              <w:t>≈20–25 min (repéré)</w:t>
            </w:r>
          </w:p>
        </w:tc>
      </w:tr>
    </w:tbl>
    <w:p w14:paraId="073A7DA4" w14:textId="77777777" w:rsidR="00650973" w:rsidRDefault="00080072">
      <w:r>
        <w:rPr>
          <w:rFonts w:ascii="Arial" w:hAnsi="Arial"/>
          <w:b/>
          <w:color w:val="2F6B4F"/>
          <w:sz w:val="23"/>
        </w:rPr>
        <w:t>D. Prix et horaires</w:t>
      </w:r>
    </w:p>
    <w:tbl>
      <w:tblPr>
        <w:tblStyle w:val="Grilledutableau"/>
        <w:tblW w:w="0" w:type="auto"/>
        <w:jc w:val="center"/>
        <w:tblLook w:val="04A0" w:firstRow="1" w:lastRow="0" w:firstColumn="1" w:lastColumn="0" w:noHBand="0" w:noVBand="1"/>
      </w:tblPr>
      <w:tblGrid>
        <w:gridCol w:w="567"/>
        <w:gridCol w:w="2835"/>
        <w:gridCol w:w="2835"/>
        <w:gridCol w:w="3118"/>
      </w:tblGrid>
      <w:tr w:rsidR="00650973" w14:paraId="14CB9C2D" w14:textId="77777777">
        <w:trPr>
          <w:cantSplit/>
          <w:tblHeader/>
          <w:jc w:val="center"/>
        </w:trPr>
        <w:tc>
          <w:tcPr>
            <w:tcW w:w="567" w:type="dxa"/>
            <w:shd w:val="clear" w:color="auto" w:fill="2F6B4F"/>
            <w:tcMar>
              <w:top w:w="70" w:type="dxa"/>
              <w:left w:w="80" w:type="dxa"/>
              <w:bottom w:w="70" w:type="dxa"/>
              <w:right w:w="80" w:type="dxa"/>
            </w:tcMar>
            <w:vAlign w:val="center"/>
          </w:tcPr>
          <w:p w14:paraId="69F2B5BF" w14:textId="77777777" w:rsidR="00650973" w:rsidRDefault="00080072">
            <w:pPr>
              <w:jc w:val="center"/>
            </w:pPr>
            <w:r>
              <w:rPr>
                <w:rFonts w:ascii="Arial" w:hAnsi="Arial"/>
                <w:b/>
                <w:color w:val="FFFFFF"/>
                <w:sz w:val="20"/>
              </w:rPr>
              <w:t>N°</w:t>
            </w:r>
          </w:p>
        </w:tc>
        <w:tc>
          <w:tcPr>
            <w:tcW w:w="2835" w:type="dxa"/>
            <w:shd w:val="clear" w:color="auto" w:fill="2F6B4F"/>
            <w:tcMar>
              <w:top w:w="70" w:type="dxa"/>
              <w:left w:w="80" w:type="dxa"/>
              <w:bottom w:w="70" w:type="dxa"/>
              <w:right w:w="80" w:type="dxa"/>
            </w:tcMar>
            <w:vAlign w:val="center"/>
          </w:tcPr>
          <w:p w14:paraId="1F3350EE" w14:textId="77777777" w:rsidR="00650973" w:rsidRDefault="00080072">
            <w:pPr>
              <w:jc w:val="center"/>
            </w:pPr>
            <w:r>
              <w:rPr>
                <w:rFonts w:ascii="Arial" w:hAnsi="Arial"/>
                <w:b/>
                <w:color w:val="FFFFFF"/>
                <w:sz w:val="20"/>
              </w:rPr>
              <w:t>Nom</w:t>
            </w:r>
          </w:p>
        </w:tc>
        <w:tc>
          <w:tcPr>
            <w:tcW w:w="2835" w:type="dxa"/>
            <w:shd w:val="clear" w:color="auto" w:fill="2F6B4F"/>
            <w:tcMar>
              <w:top w:w="70" w:type="dxa"/>
              <w:left w:w="80" w:type="dxa"/>
              <w:bottom w:w="70" w:type="dxa"/>
              <w:right w:w="80" w:type="dxa"/>
            </w:tcMar>
            <w:vAlign w:val="center"/>
          </w:tcPr>
          <w:p w14:paraId="0EB48D8F" w14:textId="77777777" w:rsidR="00650973" w:rsidRDefault="00080072">
            <w:pPr>
              <w:jc w:val="center"/>
            </w:pPr>
            <w:r>
              <w:rPr>
                <w:rFonts w:ascii="Arial" w:hAnsi="Arial"/>
                <w:b/>
                <w:color w:val="FFFFFF"/>
                <w:sz w:val="20"/>
              </w:rPr>
              <w:t>Prix indicatifs</w:t>
            </w:r>
          </w:p>
        </w:tc>
        <w:tc>
          <w:tcPr>
            <w:tcW w:w="3118" w:type="dxa"/>
            <w:shd w:val="clear" w:color="auto" w:fill="2F6B4F"/>
            <w:tcMar>
              <w:top w:w="70" w:type="dxa"/>
              <w:left w:w="80" w:type="dxa"/>
              <w:bottom w:w="70" w:type="dxa"/>
              <w:right w:w="80" w:type="dxa"/>
            </w:tcMar>
            <w:vAlign w:val="center"/>
          </w:tcPr>
          <w:p w14:paraId="3FA76B49" w14:textId="77777777" w:rsidR="00650973" w:rsidRDefault="00080072">
            <w:pPr>
              <w:jc w:val="center"/>
            </w:pPr>
            <w:r>
              <w:rPr>
                <w:rFonts w:ascii="Arial" w:hAnsi="Arial"/>
                <w:b/>
                <w:color w:val="FFFFFF"/>
                <w:sz w:val="20"/>
              </w:rPr>
              <w:t>Horaires</w:t>
            </w:r>
          </w:p>
        </w:tc>
      </w:tr>
      <w:tr w:rsidR="00650973" w14:paraId="60814FB7" w14:textId="77777777">
        <w:trPr>
          <w:cantSplit/>
          <w:jc w:val="center"/>
        </w:trPr>
        <w:tc>
          <w:tcPr>
            <w:tcW w:w="567" w:type="dxa"/>
            <w:tcMar>
              <w:top w:w="70" w:type="dxa"/>
              <w:left w:w="80" w:type="dxa"/>
              <w:bottom w:w="70" w:type="dxa"/>
              <w:right w:w="80" w:type="dxa"/>
            </w:tcMar>
            <w:vAlign w:val="center"/>
          </w:tcPr>
          <w:p w14:paraId="623316DA" w14:textId="77777777" w:rsidR="00650973" w:rsidRDefault="00080072">
            <w:r>
              <w:rPr>
                <w:rFonts w:ascii="Arial" w:hAnsi="Arial"/>
                <w:sz w:val="20"/>
              </w:rPr>
              <w:t>19</w:t>
            </w:r>
          </w:p>
        </w:tc>
        <w:tc>
          <w:tcPr>
            <w:tcW w:w="2835" w:type="dxa"/>
            <w:tcMar>
              <w:top w:w="70" w:type="dxa"/>
              <w:left w:w="80" w:type="dxa"/>
              <w:bottom w:w="70" w:type="dxa"/>
              <w:right w:w="80" w:type="dxa"/>
            </w:tcMar>
            <w:vAlign w:val="center"/>
          </w:tcPr>
          <w:p w14:paraId="5D00A55A" w14:textId="77777777" w:rsidR="00650973" w:rsidRDefault="00080072">
            <w:r>
              <w:rPr>
                <w:rFonts w:ascii="Arial" w:hAnsi="Arial"/>
                <w:sz w:val="20"/>
              </w:rPr>
              <w:t>La Tasquita Canaria</w:t>
            </w:r>
          </w:p>
        </w:tc>
        <w:tc>
          <w:tcPr>
            <w:tcW w:w="2835" w:type="dxa"/>
            <w:tcMar>
              <w:top w:w="70" w:type="dxa"/>
              <w:left w:w="80" w:type="dxa"/>
              <w:bottom w:w="70" w:type="dxa"/>
              <w:right w:w="80" w:type="dxa"/>
            </w:tcMar>
            <w:vAlign w:val="center"/>
          </w:tcPr>
          <w:p w14:paraId="7CD446B5" w14:textId="77777777" w:rsidR="00650973" w:rsidRDefault="00080072">
            <w:r>
              <w:rPr>
                <w:rFonts w:ascii="Arial" w:hAnsi="Arial"/>
                <w:sz w:val="20"/>
              </w:rPr>
              <w:t>≈10–20 € ; plats repérés 6,50–16,80 €</w:t>
            </w:r>
          </w:p>
        </w:tc>
        <w:tc>
          <w:tcPr>
            <w:tcW w:w="3118" w:type="dxa"/>
            <w:tcMar>
              <w:top w:w="70" w:type="dxa"/>
              <w:left w:w="80" w:type="dxa"/>
              <w:bottom w:w="70" w:type="dxa"/>
              <w:right w:w="80" w:type="dxa"/>
            </w:tcMar>
            <w:vAlign w:val="center"/>
          </w:tcPr>
          <w:p w14:paraId="76A985DC" w14:textId="77777777" w:rsidR="00650973" w:rsidRDefault="00080072">
            <w:r>
              <w:rPr>
                <w:rFonts w:ascii="Arial" w:hAnsi="Arial"/>
                <w:sz w:val="20"/>
              </w:rPr>
              <w:t>Horaires non conservés</w:t>
            </w:r>
          </w:p>
        </w:tc>
      </w:tr>
      <w:tr w:rsidR="00650973" w14:paraId="6447FEC3" w14:textId="77777777">
        <w:trPr>
          <w:cantSplit/>
          <w:jc w:val="center"/>
        </w:trPr>
        <w:tc>
          <w:tcPr>
            <w:tcW w:w="567" w:type="dxa"/>
            <w:shd w:val="clear" w:color="auto" w:fill="F8FAF8"/>
            <w:tcMar>
              <w:top w:w="70" w:type="dxa"/>
              <w:left w:w="80" w:type="dxa"/>
              <w:bottom w:w="70" w:type="dxa"/>
              <w:right w:w="80" w:type="dxa"/>
            </w:tcMar>
            <w:vAlign w:val="center"/>
          </w:tcPr>
          <w:p w14:paraId="5BDC16FD" w14:textId="77777777" w:rsidR="00650973" w:rsidRDefault="00080072">
            <w:r>
              <w:rPr>
                <w:rFonts w:ascii="Arial" w:hAnsi="Arial"/>
                <w:sz w:val="20"/>
              </w:rPr>
              <w:t>20</w:t>
            </w:r>
          </w:p>
        </w:tc>
        <w:tc>
          <w:tcPr>
            <w:tcW w:w="2835" w:type="dxa"/>
            <w:shd w:val="clear" w:color="auto" w:fill="F8FAF8"/>
            <w:tcMar>
              <w:top w:w="70" w:type="dxa"/>
              <w:left w:w="80" w:type="dxa"/>
              <w:bottom w:w="70" w:type="dxa"/>
              <w:right w:w="80" w:type="dxa"/>
            </w:tcMar>
            <w:vAlign w:val="center"/>
          </w:tcPr>
          <w:p w14:paraId="256ADD40" w14:textId="77777777" w:rsidR="00650973" w:rsidRDefault="00080072">
            <w:r>
              <w:rPr>
                <w:rFonts w:ascii="Arial" w:hAnsi="Arial"/>
                <w:sz w:val="20"/>
              </w:rPr>
              <w:t>La Tapita Los Jose's</w:t>
            </w:r>
          </w:p>
        </w:tc>
        <w:tc>
          <w:tcPr>
            <w:tcW w:w="2835" w:type="dxa"/>
            <w:shd w:val="clear" w:color="auto" w:fill="F8FAF8"/>
            <w:tcMar>
              <w:top w:w="70" w:type="dxa"/>
              <w:left w:w="80" w:type="dxa"/>
              <w:bottom w:w="70" w:type="dxa"/>
              <w:right w:w="80" w:type="dxa"/>
            </w:tcMar>
            <w:vAlign w:val="center"/>
          </w:tcPr>
          <w:p w14:paraId="0FB6A4F6" w14:textId="77777777" w:rsidR="00650973" w:rsidRDefault="00080072">
            <w:r>
              <w:rPr>
                <w:rFonts w:ascii="Arial" w:hAnsi="Arial"/>
                <w:sz w:val="20"/>
              </w:rPr>
              <w:t>≈15–30 € ; petit-déjeuner prix non conservés</w:t>
            </w:r>
          </w:p>
        </w:tc>
        <w:tc>
          <w:tcPr>
            <w:tcW w:w="3118" w:type="dxa"/>
            <w:shd w:val="clear" w:color="auto" w:fill="F8FAF8"/>
            <w:tcMar>
              <w:top w:w="70" w:type="dxa"/>
              <w:left w:w="80" w:type="dxa"/>
              <w:bottom w:w="70" w:type="dxa"/>
              <w:right w:w="80" w:type="dxa"/>
            </w:tcMar>
            <w:vAlign w:val="center"/>
          </w:tcPr>
          <w:p w14:paraId="6CE33A7F" w14:textId="77777777" w:rsidR="00650973" w:rsidRDefault="00080072">
            <w:r>
              <w:rPr>
                <w:rFonts w:ascii="Arial" w:hAnsi="Arial"/>
                <w:sz w:val="20"/>
              </w:rPr>
              <w:t>Dès 08h certains jours ; mar–sam selon collecte</w:t>
            </w:r>
          </w:p>
        </w:tc>
      </w:tr>
      <w:tr w:rsidR="00650973" w14:paraId="1936E559" w14:textId="77777777">
        <w:trPr>
          <w:cantSplit/>
          <w:jc w:val="center"/>
        </w:trPr>
        <w:tc>
          <w:tcPr>
            <w:tcW w:w="567" w:type="dxa"/>
            <w:tcMar>
              <w:top w:w="70" w:type="dxa"/>
              <w:left w:w="80" w:type="dxa"/>
              <w:bottom w:w="70" w:type="dxa"/>
              <w:right w:w="80" w:type="dxa"/>
            </w:tcMar>
            <w:vAlign w:val="center"/>
          </w:tcPr>
          <w:p w14:paraId="39057CF2" w14:textId="77777777" w:rsidR="00650973" w:rsidRDefault="00080072">
            <w:r>
              <w:rPr>
                <w:rFonts w:ascii="Arial" w:hAnsi="Arial"/>
                <w:sz w:val="20"/>
              </w:rPr>
              <w:t>21</w:t>
            </w:r>
          </w:p>
        </w:tc>
        <w:tc>
          <w:tcPr>
            <w:tcW w:w="2835" w:type="dxa"/>
            <w:tcMar>
              <w:top w:w="70" w:type="dxa"/>
              <w:left w:w="80" w:type="dxa"/>
              <w:bottom w:w="70" w:type="dxa"/>
              <w:right w:w="80" w:type="dxa"/>
            </w:tcMar>
            <w:vAlign w:val="center"/>
          </w:tcPr>
          <w:p w14:paraId="22971E4B" w14:textId="77777777" w:rsidR="00650973" w:rsidRDefault="00080072">
            <w:r>
              <w:rPr>
                <w:rFonts w:ascii="Arial" w:hAnsi="Arial"/>
                <w:sz w:val="20"/>
              </w:rPr>
              <w:t>La Esquina Ibérica</w:t>
            </w:r>
          </w:p>
        </w:tc>
        <w:tc>
          <w:tcPr>
            <w:tcW w:w="2835" w:type="dxa"/>
            <w:tcMar>
              <w:top w:w="70" w:type="dxa"/>
              <w:left w:w="80" w:type="dxa"/>
              <w:bottom w:w="70" w:type="dxa"/>
              <w:right w:w="80" w:type="dxa"/>
            </w:tcMar>
            <w:vAlign w:val="center"/>
          </w:tcPr>
          <w:p w14:paraId="1A71D693" w14:textId="77777777" w:rsidR="00650973" w:rsidRDefault="00080072">
            <w:r>
              <w:rPr>
                <w:rFonts w:ascii="Arial" w:hAnsi="Arial"/>
                <w:sz w:val="20"/>
              </w:rPr>
              <w:t>€–€€</w:t>
            </w:r>
          </w:p>
        </w:tc>
        <w:tc>
          <w:tcPr>
            <w:tcW w:w="3118" w:type="dxa"/>
            <w:tcMar>
              <w:top w:w="70" w:type="dxa"/>
              <w:left w:w="80" w:type="dxa"/>
              <w:bottom w:w="70" w:type="dxa"/>
              <w:right w:w="80" w:type="dxa"/>
            </w:tcMar>
            <w:vAlign w:val="center"/>
          </w:tcPr>
          <w:p w14:paraId="1C418924" w14:textId="77777777" w:rsidR="00650973" w:rsidRDefault="00080072">
            <w:r>
              <w:rPr>
                <w:rFonts w:ascii="Arial" w:hAnsi="Arial"/>
                <w:sz w:val="20"/>
              </w:rPr>
              <w:t>Ouverture matinale vers 08h repérée</w:t>
            </w:r>
          </w:p>
        </w:tc>
      </w:tr>
      <w:tr w:rsidR="00650973" w14:paraId="0DEA9EBE" w14:textId="77777777">
        <w:trPr>
          <w:cantSplit/>
          <w:jc w:val="center"/>
        </w:trPr>
        <w:tc>
          <w:tcPr>
            <w:tcW w:w="567" w:type="dxa"/>
            <w:shd w:val="clear" w:color="auto" w:fill="F8FAF8"/>
            <w:tcMar>
              <w:top w:w="70" w:type="dxa"/>
              <w:left w:w="80" w:type="dxa"/>
              <w:bottom w:w="70" w:type="dxa"/>
              <w:right w:w="80" w:type="dxa"/>
            </w:tcMar>
            <w:vAlign w:val="center"/>
          </w:tcPr>
          <w:p w14:paraId="6A0954CE" w14:textId="77777777" w:rsidR="00650973" w:rsidRDefault="00080072">
            <w:r>
              <w:rPr>
                <w:rFonts w:ascii="Arial" w:hAnsi="Arial"/>
                <w:sz w:val="20"/>
              </w:rPr>
              <w:t>22</w:t>
            </w:r>
          </w:p>
        </w:tc>
        <w:tc>
          <w:tcPr>
            <w:tcW w:w="2835" w:type="dxa"/>
            <w:shd w:val="clear" w:color="auto" w:fill="F8FAF8"/>
            <w:tcMar>
              <w:top w:w="70" w:type="dxa"/>
              <w:left w:w="80" w:type="dxa"/>
              <w:bottom w:w="70" w:type="dxa"/>
              <w:right w:w="80" w:type="dxa"/>
            </w:tcMar>
            <w:vAlign w:val="center"/>
          </w:tcPr>
          <w:p w14:paraId="03075C00" w14:textId="77777777" w:rsidR="00650973" w:rsidRDefault="00080072">
            <w:r>
              <w:rPr>
                <w:rFonts w:ascii="Arial" w:hAnsi="Arial"/>
                <w:sz w:val="20"/>
              </w:rPr>
              <w:t>Bar Tapas El Mojo Picón</w:t>
            </w:r>
          </w:p>
        </w:tc>
        <w:tc>
          <w:tcPr>
            <w:tcW w:w="2835" w:type="dxa"/>
            <w:shd w:val="clear" w:color="auto" w:fill="F8FAF8"/>
            <w:tcMar>
              <w:top w:w="70" w:type="dxa"/>
              <w:left w:w="80" w:type="dxa"/>
              <w:bottom w:w="70" w:type="dxa"/>
              <w:right w:w="80" w:type="dxa"/>
            </w:tcMar>
            <w:vAlign w:val="center"/>
          </w:tcPr>
          <w:p w14:paraId="4C611476" w14:textId="77777777" w:rsidR="00650973" w:rsidRDefault="00080072">
            <w:r>
              <w:rPr>
                <w:rFonts w:ascii="Arial" w:hAnsi="Arial"/>
                <w:sz w:val="20"/>
              </w:rPr>
              <w:t>Tapa 2,80 € ; 1/2 portion 5,50 € ; spécialités 4,30–10,70 € ; caña 2,30 €</w:t>
            </w:r>
          </w:p>
        </w:tc>
        <w:tc>
          <w:tcPr>
            <w:tcW w:w="3118" w:type="dxa"/>
            <w:shd w:val="clear" w:color="auto" w:fill="F8FAF8"/>
            <w:tcMar>
              <w:top w:w="70" w:type="dxa"/>
              <w:left w:w="80" w:type="dxa"/>
              <w:bottom w:w="70" w:type="dxa"/>
              <w:right w:w="80" w:type="dxa"/>
            </w:tcMar>
            <w:vAlign w:val="center"/>
          </w:tcPr>
          <w:p w14:paraId="435AD001" w14:textId="77777777" w:rsidR="00650973" w:rsidRDefault="00080072">
            <w:r>
              <w:rPr>
                <w:rFonts w:ascii="Arial" w:hAnsi="Arial"/>
                <w:sz w:val="20"/>
              </w:rPr>
              <w:t>Horaires non conservés</w:t>
            </w:r>
          </w:p>
        </w:tc>
      </w:tr>
      <w:tr w:rsidR="00650973" w14:paraId="0486C2E4" w14:textId="77777777">
        <w:trPr>
          <w:cantSplit/>
          <w:jc w:val="center"/>
        </w:trPr>
        <w:tc>
          <w:tcPr>
            <w:tcW w:w="567" w:type="dxa"/>
            <w:tcMar>
              <w:top w:w="70" w:type="dxa"/>
              <w:left w:w="80" w:type="dxa"/>
              <w:bottom w:w="70" w:type="dxa"/>
              <w:right w:w="80" w:type="dxa"/>
            </w:tcMar>
            <w:vAlign w:val="center"/>
          </w:tcPr>
          <w:p w14:paraId="7CD89378" w14:textId="77777777" w:rsidR="00650973" w:rsidRDefault="00080072">
            <w:r>
              <w:rPr>
                <w:rFonts w:ascii="Arial" w:hAnsi="Arial"/>
                <w:sz w:val="20"/>
              </w:rPr>
              <w:t>23</w:t>
            </w:r>
          </w:p>
        </w:tc>
        <w:tc>
          <w:tcPr>
            <w:tcW w:w="2835" w:type="dxa"/>
            <w:tcMar>
              <w:top w:w="70" w:type="dxa"/>
              <w:left w:w="80" w:type="dxa"/>
              <w:bottom w:w="70" w:type="dxa"/>
              <w:right w:w="80" w:type="dxa"/>
            </w:tcMar>
            <w:vAlign w:val="center"/>
          </w:tcPr>
          <w:p w14:paraId="1B9E687E" w14:textId="77777777" w:rsidR="00650973" w:rsidRDefault="00080072">
            <w:r>
              <w:rPr>
                <w:rFonts w:ascii="Arial" w:hAnsi="Arial"/>
                <w:sz w:val="20"/>
              </w:rPr>
              <w:t>El Bistro Tapas</w:t>
            </w:r>
          </w:p>
        </w:tc>
        <w:tc>
          <w:tcPr>
            <w:tcW w:w="2835" w:type="dxa"/>
            <w:tcMar>
              <w:top w:w="70" w:type="dxa"/>
              <w:left w:w="80" w:type="dxa"/>
              <w:bottom w:w="70" w:type="dxa"/>
              <w:right w:w="80" w:type="dxa"/>
            </w:tcMar>
            <w:vAlign w:val="center"/>
          </w:tcPr>
          <w:p w14:paraId="271B7407" w14:textId="77777777" w:rsidR="00650973" w:rsidRDefault="00080072">
            <w:r>
              <w:rPr>
                <w:rFonts w:ascii="Arial" w:hAnsi="Arial"/>
                <w:sz w:val="20"/>
              </w:rPr>
              <w:t>Petites tapas ≈2,60–3,50 € ; dépense ≈10–30 €/pers.</w:t>
            </w:r>
          </w:p>
        </w:tc>
        <w:tc>
          <w:tcPr>
            <w:tcW w:w="3118" w:type="dxa"/>
            <w:tcMar>
              <w:top w:w="70" w:type="dxa"/>
              <w:left w:w="80" w:type="dxa"/>
              <w:bottom w:w="70" w:type="dxa"/>
              <w:right w:w="80" w:type="dxa"/>
            </w:tcMar>
            <w:vAlign w:val="center"/>
          </w:tcPr>
          <w:p w14:paraId="633F0A9B" w14:textId="77777777" w:rsidR="00650973" w:rsidRDefault="00080072">
            <w:r>
              <w:rPr>
                <w:rFonts w:ascii="Arial" w:hAnsi="Arial"/>
                <w:sz w:val="20"/>
              </w:rPr>
              <w:t>Lun–ven 18h00–23h30 ; sam/dim fermés selon collecte</w:t>
            </w:r>
          </w:p>
        </w:tc>
      </w:tr>
      <w:tr w:rsidR="00650973" w14:paraId="0392EC49" w14:textId="77777777">
        <w:trPr>
          <w:cantSplit/>
          <w:jc w:val="center"/>
        </w:trPr>
        <w:tc>
          <w:tcPr>
            <w:tcW w:w="567" w:type="dxa"/>
            <w:shd w:val="clear" w:color="auto" w:fill="F8FAF8"/>
            <w:tcMar>
              <w:top w:w="70" w:type="dxa"/>
              <w:left w:w="80" w:type="dxa"/>
              <w:bottom w:w="70" w:type="dxa"/>
              <w:right w:w="80" w:type="dxa"/>
            </w:tcMar>
            <w:vAlign w:val="center"/>
          </w:tcPr>
          <w:p w14:paraId="40EF4B7E" w14:textId="77777777" w:rsidR="00650973" w:rsidRDefault="00080072">
            <w:r>
              <w:rPr>
                <w:rFonts w:ascii="Arial" w:hAnsi="Arial"/>
                <w:sz w:val="20"/>
              </w:rPr>
              <w:t>24</w:t>
            </w:r>
          </w:p>
        </w:tc>
        <w:tc>
          <w:tcPr>
            <w:tcW w:w="2835" w:type="dxa"/>
            <w:shd w:val="clear" w:color="auto" w:fill="F8FAF8"/>
            <w:tcMar>
              <w:top w:w="70" w:type="dxa"/>
              <w:left w:w="80" w:type="dxa"/>
              <w:bottom w:w="70" w:type="dxa"/>
              <w:right w:w="80" w:type="dxa"/>
            </w:tcMar>
            <w:vAlign w:val="center"/>
          </w:tcPr>
          <w:p w14:paraId="372FF020" w14:textId="77777777" w:rsidR="00650973" w:rsidRDefault="00080072">
            <w:r>
              <w:rPr>
                <w:rFonts w:ascii="Arial" w:hAnsi="Arial"/>
                <w:sz w:val="20"/>
              </w:rPr>
              <w:t>Bar El Boya</w:t>
            </w:r>
          </w:p>
        </w:tc>
        <w:tc>
          <w:tcPr>
            <w:tcW w:w="2835" w:type="dxa"/>
            <w:shd w:val="clear" w:color="auto" w:fill="F8FAF8"/>
            <w:tcMar>
              <w:top w:w="70" w:type="dxa"/>
              <w:left w:w="80" w:type="dxa"/>
              <w:bottom w:w="70" w:type="dxa"/>
              <w:right w:w="80" w:type="dxa"/>
            </w:tcMar>
            <w:vAlign w:val="center"/>
          </w:tcPr>
          <w:p w14:paraId="451BBCD0" w14:textId="77777777" w:rsidR="00650973" w:rsidRDefault="00080072">
            <w:r>
              <w:rPr>
                <w:rFonts w:ascii="Arial" w:hAnsi="Arial"/>
                <w:sz w:val="20"/>
              </w:rPr>
              <w:t>≈10–20 €, parfois 20–30 € avec plusieurs plats/boissons</w:t>
            </w:r>
          </w:p>
        </w:tc>
        <w:tc>
          <w:tcPr>
            <w:tcW w:w="3118" w:type="dxa"/>
            <w:shd w:val="clear" w:color="auto" w:fill="F8FAF8"/>
            <w:tcMar>
              <w:top w:w="70" w:type="dxa"/>
              <w:left w:w="80" w:type="dxa"/>
              <w:bottom w:w="70" w:type="dxa"/>
              <w:right w:w="80" w:type="dxa"/>
            </w:tcMar>
            <w:vAlign w:val="center"/>
          </w:tcPr>
          <w:p w14:paraId="54275273" w14:textId="77777777" w:rsidR="00650973" w:rsidRDefault="00080072">
            <w:r>
              <w:rPr>
                <w:rFonts w:ascii="Arial" w:hAnsi="Arial"/>
                <w:sz w:val="20"/>
              </w:rPr>
              <w:t>Horaires non conservés</w:t>
            </w:r>
          </w:p>
        </w:tc>
      </w:tr>
      <w:tr w:rsidR="00650973" w14:paraId="6F732D77" w14:textId="77777777">
        <w:trPr>
          <w:cantSplit/>
          <w:jc w:val="center"/>
        </w:trPr>
        <w:tc>
          <w:tcPr>
            <w:tcW w:w="567" w:type="dxa"/>
            <w:tcMar>
              <w:top w:w="70" w:type="dxa"/>
              <w:left w:w="80" w:type="dxa"/>
              <w:bottom w:w="70" w:type="dxa"/>
              <w:right w:w="80" w:type="dxa"/>
            </w:tcMar>
            <w:vAlign w:val="center"/>
          </w:tcPr>
          <w:p w14:paraId="367F4C37" w14:textId="77777777" w:rsidR="00650973" w:rsidRDefault="00080072">
            <w:r>
              <w:rPr>
                <w:rFonts w:ascii="Arial" w:hAnsi="Arial"/>
                <w:sz w:val="20"/>
              </w:rPr>
              <w:lastRenderedPageBreak/>
              <w:t>25</w:t>
            </w:r>
          </w:p>
        </w:tc>
        <w:tc>
          <w:tcPr>
            <w:tcW w:w="2835" w:type="dxa"/>
            <w:tcMar>
              <w:top w:w="70" w:type="dxa"/>
              <w:left w:w="80" w:type="dxa"/>
              <w:bottom w:w="70" w:type="dxa"/>
              <w:right w:w="80" w:type="dxa"/>
            </w:tcMar>
            <w:vAlign w:val="center"/>
          </w:tcPr>
          <w:p w14:paraId="4C9BAD73" w14:textId="77777777" w:rsidR="00650973" w:rsidRDefault="00080072">
            <w:r>
              <w:rPr>
                <w:rFonts w:ascii="Arial" w:hAnsi="Arial"/>
                <w:sz w:val="20"/>
              </w:rPr>
              <w:t>Restaurante Las Salinas</w:t>
            </w:r>
          </w:p>
        </w:tc>
        <w:tc>
          <w:tcPr>
            <w:tcW w:w="2835" w:type="dxa"/>
            <w:tcMar>
              <w:top w:w="70" w:type="dxa"/>
              <w:left w:w="80" w:type="dxa"/>
              <w:bottom w:w="70" w:type="dxa"/>
              <w:right w:w="80" w:type="dxa"/>
            </w:tcMar>
            <w:vAlign w:val="center"/>
          </w:tcPr>
          <w:p w14:paraId="0B59FBF5" w14:textId="77777777" w:rsidR="00650973" w:rsidRDefault="00080072">
            <w:r>
              <w:rPr>
                <w:rFonts w:ascii="Arial" w:hAnsi="Arial"/>
                <w:sz w:val="20"/>
              </w:rPr>
              <w:t>≈10–20 €</w:t>
            </w:r>
          </w:p>
        </w:tc>
        <w:tc>
          <w:tcPr>
            <w:tcW w:w="3118" w:type="dxa"/>
            <w:tcMar>
              <w:top w:w="70" w:type="dxa"/>
              <w:left w:w="80" w:type="dxa"/>
              <w:bottom w:w="70" w:type="dxa"/>
              <w:right w:w="80" w:type="dxa"/>
            </w:tcMar>
            <w:vAlign w:val="center"/>
          </w:tcPr>
          <w:p w14:paraId="16239E0E" w14:textId="77777777" w:rsidR="00650973" w:rsidRDefault="00080072">
            <w:r>
              <w:rPr>
                <w:rFonts w:ascii="Arial" w:hAnsi="Arial"/>
                <w:sz w:val="20"/>
              </w:rPr>
              <w:t>≈12h30–22h30 ; mercredi fermé ; dimanche plus court selon collecte</w:t>
            </w:r>
          </w:p>
        </w:tc>
      </w:tr>
      <w:tr w:rsidR="00650973" w14:paraId="5D725F15" w14:textId="77777777">
        <w:trPr>
          <w:cantSplit/>
          <w:jc w:val="center"/>
        </w:trPr>
        <w:tc>
          <w:tcPr>
            <w:tcW w:w="567" w:type="dxa"/>
            <w:shd w:val="clear" w:color="auto" w:fill="F8FAF8"/>
            <w:tcMar>
              <w:top w:w="70" w:type="dxa"/>
              <w:left w:w="80" w:type="dxa"/>
              <w:bottom w:w="70" w:type="dxa"/>
              <w:right w:w="80" w:type="dxa"/>
            </w:tcMar>
            <w:vAlign w:val="center"/>
          </w:tcPr>
          <w:p w14:paraId="30A418C8" w14:textId="77777777" w:rsidR="00650973" w:rsidRDefault="00080072">
            <w:r>
              <w:rPr>
                <w:rFonts w:ascii="Arial" w:hAnsi="Arial"/>
                <w:sz w:val="20"/>
              </w:rPr>
              <w:t>26</w:t>
            </w:r>
          </w:p>
        </w:tc>
        <w:tc>
          <w:tcPr>
            <w:tcW w:w="2835" w:type="dxa"/>
            <w:shd w:val="clear" w:color="auto" w:fill="F8FAF8"/>
            <w:tcMar>
              <w:top w:w="70" w:type="dxa"/>
              <w:left w:w="80" w:type="dxa"/>
              <w:bottom w:w="70" w:type="dxa"/>
              <w:right w:w="80" w:type="dxa"/>
            </w:tcMar>
            <w:vAlign w:val="center"/>
          </w:tcPr>
          <w:p w14:paraId="22576F86" w14:textId="77777777" w:rsidR="00650973" w:rsidRDefault="00080072">
            <w:r>
              <w:rPr>
                <w:rFonts w:ascii="Arial" w:hAnsi="Arial"/>
                <w:sz w:val="20"/>
              </w:rPr>
              <w:t>Vaquería Las Salinas</w:t>
            </w:r>
          </w:p>
        </w:tc>
        <w:tc>
          <w:tcPr>
            <w:tcW w:w="2835" w:type="dxa"/>
            <w:shd w:val="clear" w:color="auto" w:fill="F8FAF8"/>
            <w:tcMar>
              <w:top w:w="70" w:type="dxa"/>
              <w:left w:w="80" w:type="dxa"/>
              <w:bottom w:w="70" w:type="dxa"/>
              <w:right w:w="80" w:type="dxa"/>
            </w:tcMar>
            <w:vAlign w:val="center"/>
          </w:tcPr>
          <w:p w14:paraId="0F5E2A5F" w14:textId="77777777" w:rsidR="00650973" w:rsidRDefault="00080072">
            <w:r>
              <w:rPr>
                <w:rFonts w:ascii="Arial" w:hAnsi="Arial"/>
                <w:sz w:val="20"/>
              </w:rPr>
              <w:t>Pain chaud 1,50 € ; almogrote 2 € ; lait + gofio 2 € ; budget global €–€€</w:t>
            </w:r>
          </w:p>
        </w:tc>
        <w:tc>
          <w:tcPr>
            <w:tcW w:w="3118" w:type="dxa"/>
            <w:shd w:val="clear" w:color="auto" w:fill="F8FAF8"/>
            <w:tcMar>
              <w:top w:w="70" w:type="dxa"/>
              <w:left w:w="80" w:type="dxa"/>
              <w:bottom w:w="70" w:type="dxa"/>
              <w:right w:w="80" w:type="dxa"/>
            </w:tcMar>
            <w:vAlign w:val="center"/>
          </w:tcPr>
          <w:p w14:paraId="2A8C24F4" w14:textId="77777777" w:rsidR="00650973" w:rsidRDefault="00080072">
            <w:r>
              <w:rPr>
                <w:rFonts w:ascii="Arial" w:hAnsi="Arial"/>
                <w:sz w:val="20"/>
              </w:rPr>
              <w:t>Horaires contradictoires le week-end : 08h30 ou 10h30 selon sources citées dans le chat</w:t>
            </w:r>
          </w:p>
        </w:tc>
      </w:tr>
    </w:tbl>
    <w:p w14:paraId="07B69C8C" w14:textId="77777777" w:rsidR="00650973" w:rsidRDefault="00080072">
      <w:r>
        <w:rPr>
          <w:rFonts w:ascii="Arial" w:hAnsi="Arial"/>
          <w:b/>
          <w:color w:val="2F6B4F"/>
          <w:sz w:val="23"/>
        </w:rPr>
        <w:t>E. Liens et remarques</w:t>
      </w:r>
    </w:p>
    <w:tbl>
      <w:tblPr>
        <w:tblStyle w:val="Grilledutableau"/>
        <w:tblW w:w="0" w:type="auto"/>
        <w:jc w:val="center"/>
        <w:tblLook w:val="04A0" w:firstRow="1" w:lastRow="0" w:firstColumn="1" w:lastColumn="0" w:noHBand="0" w:noVBand="1"/>
      </w:tblPr>
      <w:tblGrid>
        <w:gridCol w:w="567"/>
        <w:gridCol w:w="2608"/>
        <w:gridCol w:w="2041"/>
        <w:gridCol w:w="4139"/>
      </w:tblGrid>
      <w:tr w:rsidR="00650973" w14:paraId="19B5D18B" w14:textId="77777777">
        <w:trPr>
          <w:cantSplit/>
          <w:tblHeader/>
          <w:jc w:val="center"/>
        </w:trPr>
        <w:tc>
          <w:tcPr>
            <w:tcW w:w="567" w:type="dxa"/>
            <w:shd w:val="clear" w:color="auto" w:fill="2F6B4F"/>
            <w:tcMar>
              <w:top w:w="70" w:type="dxa"/>
              <w:left w:w="80" w:type="dxa"/>
              <w:bottom w:w="70" w:type="dxa"/>
              <w:right w:w="80" w:type="dxa"/>
            </w:tcMar>
            <w:vAlign w:val="center"/>
          </w:tcPr>
          <w:p w14:paraId="03A05A44" w14:textId="77777777" w:rsidR="00650973" w:rsidRDefault="00080072">
            <w:pPr>
              <w:jc w:val="center"/>
            </w:pPr>
            <w:r>
              <w:rPr>
                <w:rFonts w:ascii="Arial" w:hAnsi="Arial"/>
                <w:b/>
                <w:color w:val="FFFFFF"/>
                <w:sz w:val="20"/>
              </w:rPr>
              <w:t>N°</w:t>
            </w:r>
          </w:p>
        </w:tc>
        <w:tc>
          <w:tcPr>
            <w:tcW w:w="2608" w:type="dxa"/>
            <w:shd w:val="clear" w:color="auto" w:fill="2F6B4F"/>
            <w:tcMar>
              <w:top w:w="70" w:type="dxa"/>
              <w:left w:w="80" w:type="dxa"/>
              <w:bottom w:w="70" w:type="dxa"/>
              <w:right w:w="80" w:type="dxa"/>
            </w:tcMar>
            <w:vAlign w:val="center"/>
          </w:tcPr>
          <w:p w14:paraId="39B3870B" w14:textId="77777777" w:rsidR="00650973" w:rsidRDefault="00080072">
            <w:pPr>
              <w:jc w:val="center"/>
            </w:pPr>
            <w:r>
              <w:rPr>
                <w:rFonts w:ascii="Arial" w:hAnsi="Arial"/>
                <w:b/>
                <w:color w:val="FFFFFF"/>
                <w:sz w:val="20"/>
              </w:rPr>
              <w:t>Nom</w:t>
            </w:r>
          </w:p>
        </w:tc>
        <w:tc>
          <w:tcPr>
            <w:tcW w:w="2041" w:type="dxa"/>
            <w:shd w:val="clear" w:color="auto" w:fill="2F6B4F"/>
            <w:tcMar>
              <w:top w:w="70" w:type="dxa"/>
              <w:left w:w="80" w:type="dxa"/>
              <w:bottom w:w="70" w:type="dxa"/>
              <w:right w:w="80" w:type="dxa"/>
            </w:tcMar>
            <w:vAlign w:val="center"/>
          </w:tcPr>
          <w:p w14:paraId="37508E82" w14:textId="77777777" w:rsidR="00650973" w:rsidRDefault="00080072">
            <w:pPr>
              <w:jc w:val="center"/>
            </w:pPr>
            <w:r>
              <w:rPr>
                <w:rFonts w:ascii="Arial" w:hAnsi="Arial"/>
                <w:b/>
                <w:color w:val="FFFFFF"/>
                <w:sz w:val="20"/>
              </w:rPr>
              <w:t>URL</w:t>
            </w:r>
          </w:p>
        </w:tc>
        <w:tc>
          <w:tcPr>
            <w:tcW w:w="4139" w:type="dxa"/>
            <w:shd w:val="clear" w:color="auto" w:fill="2F6B4F"/>
            <w:tcMar>
              <w:top w:w="70" w:type="dxa"/>
              <w:left w:w="80" w:type="dxa"/>
              <w:bottom w:w="70" w:type="dxa"/>
              <w:right w:w="80" w:type="dxa"/>
            </w:tcMar>
            <w:vAlign w:val="center"/>
          </w:tcPr>
          <w:p w14:paraId="2877DF14" w14:textId="77777777" w:rsidR="00650973" w:rsidRDefault="00080072">
            <w:pPr>
              <w:jc w:val="center"/>
            </w:pPr>
            <w:r>
              <w:rPr>
                <w:rFonts w:ascii="Arial" w:hAnsi="Arial"/>
                <w:b/>
                <w:color w:val="FFFFFF"/>
                <w:sz w:val="20"/>
              </w:rPr>
              <w:t>Remarques</w:t>
            </w:r>
          </w:p>
        </w:tc>
      </w:tr>
      <w:tr w:rsidR="00650973" w14:paraId="4D63B431" w14:textId="77777777">
        <w:trPr>
          <w:cantSplit/>
          <w:jc w:val="center"/>
        </w:trPr>
        <w:tc>
          <w:tcPr>
            <w:tcW w:w="567" w:type="dxa"/>
            <w:tcMar>
              <w:top w:w="70" w:type="dxa"/>
              <w:left w:w="80" w:type="dxa"/>
              <w:bottom w:w="70" w:type="dxa"/>
              <w:right w:w="80" w:type="dxa"/>
            </w:tcMar>
            <w:vAlign w:val="center"/>
          </w:tcPr>
          <w:p w14:paraId="6F347BB6" w14:textId="77777777" w:rsidR="00650973" w:rsidRDefault="00080072">
            <w:r>
              <w:rPr>
                <w:rFonts w:ascii="Arial" w:hAnsi="Arial"/>
                <w:sz w:val="20"/>
              </w:rPr>
              <w:t>19</w:t>
            </w:r>
          </w:p>
        </w:tc>
        <w:tc>
          <w:tcPr>
            <w:tcW w:w="2608" w:type="dxa"/>
            <w:tcMar>
              <w:top w:w="70" w:type="dxa"/>
              <w:left w:w="80" w:type="dxa"/>
              <w:bottom w:w="70" w:type="dxa"/>
              <w:right w:w="80" w:type="dxa"/>
            </w:tcMar>
            <w:vAlign w:val="center"/>
          </w:tcPr>
          <w:p w14:paraId="4B7AFA7D" w14:textId="77777777" w:rsidR="00650973" w:rsidRDefault="00080072">
            <w:r>
              <w:rPr>
                <w:rFonts w:ascii="Arial" w:hAnsi="Arial"/>
                <w:sz w:val="20"/>
              </w:rPr>
              <w:t>La Tasquita Canaria</w:t>
            </w:r>
          </w:p>
        </w:tc>
        <w:tc>
          <w:tcPr>
            <w:tcW w:w="2041" w:type="dxa"/>
            <w:tcMar>
              <w:top w:w="70" w:type="dxa"/>
              <w:left w:w="80" w:type="dxa"/>
              <w:bottom w:w="70" w:type="dxa"/>
              <w:right w:w="80" w:type="dxa"/>
            </w:tcMar>
            <w:vAlign w:val="center"/>
          </w:tcPr>
          <w:p w14:paraId="47E8738A" w14:textId="77777777" w:rsidR="00650973" w:rsidRDefault="00080072">
            <w:r>
              <w:rPr>
                <w:rFonts w:ascii="Arial" w:hAnsi="Arial"/>
                <w:sz w:val="20"/>
              </w:rPr>
              <w:t>URL non conservée dans le chat</w:t>
            </w:r>
          </w:p>
        </w:tc>
        <w:tc>
          <w:tcPr>
            <w:tcW w:w="4139" w:type="dxa"/>
            <w:tcMar>
              <w:top w:w="70" w:type="dxa"/>
              <w:left w:w="80" w:type="dxa"/>
              <w:bottom w:w="70" w:type="dxa"/>
              <w:right w:w="80" w:type="dxa"/>
            </w:tcMar>
            <w:vAlign w:val="center"/>
          </w:tcPr>
          <w:p w14:paraId="3BA53EB7" w14:textId="77777777" w:rsidR="00650973" w:rsidRDefault="00080072">
            <w:r>
              <w:rPr>
                <w:rFonts w:ascii="Arial" w:hAnsi="Arial"/>
                <w:sz w:val="20"/>
              </w:rPr>
              <w:t>Très bon profil local ; ropa vieja, chèvre, papas, poulpe, polvito.</w:t>
            </w:r>
          </w:p>
        </w:tc>
      </w:tr>
      <w:tr w:rsidR="00650973" w14:paraId="6DE82D0B" w14:textId="77777777">
        <w:trPr>
          <w:cantSplit/>
          <w:jc w:val="center"/>
        </w:trPr>
        <w:tc>
          <w:tcPr>
            <w:tcW w:w="567" w:type="dxa"/>
            <w:shd w:val="clear" w:color="auto" w:fill="F8FAF8"/>
            <w:tcMar>
              <w:top w:w="70" w:type="dxa"/>
              <w:left w:w="80" w:type="dxa"/>
              <w:bottom w:w="70" w:type="dxa"/>
              <w:right w:w="80" w:type="dxa"/>
            </w:tcMar>
            <w:vAlign w:val="center"/>
          </w:tcPr>
          <w:p w14:paraId="0504A11C" w14:textId="77777777" w:rsidR="00650973" w:rsidRDefault="00080072">
            <w:r>
              <w:rPr>
                <w:rFonts w:ascii="Arial" w:hAnsi="Arial"/>
                <w:sz w:val="20"/>
              </w:rPr>
              <w:t>20</w:t>
            </w:r>
          </w:p>
        </w:tc>
        <w:tc>
          <w:tcPr>
            <w:tcW w:w="2608" w:type="dxa"/>
            <w:shd w:val="clear" w:color="auto" w:fill="F8FAF8"/>
            <w:tcMar>
              <w:top w:w="70" w:type="dxa"/>
              <w:left w:w="80" w:type="dxa"/>
              <w:bottom w:w="70" w:type="dxa"/>
              <w:right w:w="80" w:type="dxa"/>
            </w:tcMar>
            <w:vAlign w:val="center"/>
          </w:tcPr>
          <w:p w14:paraId="1DA55277" w14:textId="77777777" w:rsidR="00650973" w:rsidRDefault="00080072">
            <w:r>
              <w:rPr>
                <w:rFonts w:ascii="Arial" w:hAnsi="Arial"/>
                <w:sz w:val="20"/>
              </w:rPr>
              <w:t>La Tapita Los Jose's</w:t>
            </w:r>
          </w:p>
        </w:tc>
        <w:tc>
          <w:tcPr>
            <w:tcW w:w="2041" w:type="dxa"/>
            <w:shd w:val="clear" w:color="auto" w:fill="F8FAF8"/>
            <w:tcMar>
              <w:top w:w="70" w:type="dxa"/>
              <w:left w:w="80" w:type="dxa"/>
              <w:bottom w:w="70" w:type="dxa"/>
              <w:right w:w="80" w:type="dxa"/>
            </w:tcMar>
            <w:vAlign w:val="center"/>
          </w:tcPr>
          <w:p w14:paraId="6A5967E9" w14:textId="77777777" w:rsidR="00650973" w:rsidRDefault="00080072">
            <w:r>
              <w:rPr>
                <w:rFonts w:ascii="Arial" w:hAnsi="Arial"/>
                <w:sz w:val="20"/>
              </w:rPr>
              <w:t>Site officiel</w:t>
            </w:r>
          </w:p>
        </w:tc>
        <w:tc>
          <w:tcPr>
            <w:tcW w:w="4139" w:type="dxa"/>
            <w:shd w:val="clear" w:color="auto" w:fill="F8FAF8"/>
            <w:tcMar>
              <w:top w:w="70" w:type="dxa"/>
              <w:left w:w="80" w:type="dxa"/>
              <w:bottom w:w="70" w:type="dxa"/>
              <w:right w:w="80" w:type="dxa"/>
            </w:tcMar>
            <w:vAlign w:val="center"/>
          </w:tcPr>
          <w:p w14:paraId="02F436D5" w14:textId="77777777" w:rsidR="00650973" w:rsidRDefault="00080072">
            <w:r>
              <w:rPr>
                <w:rFonts w:ascii="Arial" w:hAnsi="Arial"/>
                <w:sz w:val="20"/>
              </w:rPr>
              <w:t>Depuis 1997 ; forte clientèle espagnole/locale signalée ; aussi intéressant le matin.</w:t>
            </w:r>
          </w:p>
        </w:tc>
      </w:tr>
      <w:tr w:rsidR="00650973" w14:paraId="586892A1" w14:textId="77777777">
        <w:trPr>
          <w:cantSplit/>
          <w:jc w:val="center"/>
        </w:trPr>
        <w:tc>
          <w:tcPr>
            <w:tcW w:w="567" w:type="dxa"/>
            <w:tcMar>
              <w:top w:w="70" w:type="dxa"/>
              <w:left w:w="80" w:type="dxa"/>
              <w:bottom w:w="70" w:type="dxa"/>
              <w:right w:w="80" w:type="dxa"/>
            </w:tcMar>
            <w:vAlign w:val="center"/>
          </w:tcPr>
          <w:p w14:paraId="7F14EA84" w14:textId="77777777" w:rsidR="00650973" w:rsidRDefault="00080072">
            <w:r>
              <w:rPr>
                <w:rFonts w:ascii="Arial" w:hAnsi="Arial"/>
                <w:sz w:val="20"/>
              </w:rPr>
              <w:t>21</w:t>
            </w:r>
          </w:p>
        </w:tc>
        <w:tc>
          <w:tcPr>
            <w:tcW w:w="2608" w:type="dxa"/>
            <w:tcMar>
              <w:top w:w="70" w:type="dxa"/>
              <w:left w:w="80" w:type="dxa"/>
              <w:bottom w:w="70" w:type="dxa"/>
              <w:right w:w="80" w:type="dxa"/>
            </w:tcMar>
            <w:vAlign w:val="center"/>
          </w:tcPr>
          <w:p w14:paraId="6075D3E5" w14:textId="77777777" w:rsidR="00650973" w:rsidRDefault="00080072">
            <w:r>
              <w:rPr>
                <w:rFonts w:ascii="Arial" w:hAnsi="Arial"/>
                <w:sz w:val="20"/>
              </w:rPr>
              <w:t>La Esquina Ibérica</w:t>
            </w:r>
          </w:p>
        </w:tc>
        <w:tc>
          <w:tcPr>
            <w:tcW w:w="2041" w:type="dxa"/>
            <w:tcMar>
              <w:top w:w="70" w:type="dxa"/>
              <w:left w:w="80" w:type="dxa"/>
              <w:bottom w:w="70" w:type="dxa"/>
              <w:right w:w="80" w:type="dxa"/>
            </w:tcMar>
            <w:vAlign w:val="center"/>
          </w:tcPr>
          <w:p w14:paraId="234EE178" w14:textId="77777777" w:rsidR="00650973" w:rsidRDefault="00080072">
            <w:r>
              <w:rPr>
                <w:rFonts w:ascii="Arial" w:hAnsi="Arial"/>
                <w:sz w:val="20"/>
              </w:rPr>
              <w:t>URL non conservée dans le chat</w:t>
            </w:r>
          </w:p>
        </w:tc>
        <w:tc>
          <w:tcPr>
            <w:tcW w:w="4139" w:type="dxa"/>
            <w:tcMar>
              <w:top w:w="70" w:type="dxa"/>
              <w:left w:w="80" w:type="dxa"/>
              <w:bottom w:w="70" w:type="dxa"/>
              <w:right w:w="80" w:type="dxa"/>
            </w:tcMar>
            <w:vAlign w:val="center"/>
          </w:tcPr>
          <w:p w14:paraId="242C73F0" w14:textId="77777777" w:rsidR="00650973" w:rsidRDefault="00080072">
            <w:r>
              <w:rPr>
                <w:rFonts w:ascii="Arial" w:hAnsi="Arial"/>
                <w:sz w:val="20"/>
              </w:rPr>
              <w:t>Adresse d’habitués ; carte et prix précis à compléter.</w:t>
            </w:r>
          </w:p>
        </w:tc>
      </w:tr>
      <w:tr w:rsidR="00650973" w14:paraId="44D5064C" w14:textId="77777777">
        <w:trPr>
          <w:cantSplit/>
          <w:jc w:val="center"/>
        </w:trPr>
        <w:tc>
          <w:tcPr>
            <w:tcW w:w="567" w:type="dxa"/>
            <w:shd w:val="clear" w:color="auto" w:fill="F8FAF8"/>
            <w:tcMar>
              <w:top w:w="70" w:type="dxa"/>
              <w:left w:w="80" w:type="dxa"/>
              <w:bottom w:w="70" w:type="dxa"/>
              <w:right w:w="80" w:type="dxa"/>
            </w:tcMar>
            <w:vAlign w:val="center"/>
          </w:tcPr>
          <w:p w14:paraId="3ECE1F87" w14:textId="77777777" w:rsidR="00650973" w:rsidRDefault="00080072">
            <w:r>
              <w:rPr>
                <w:rFonts w:ascii="Arial" w:hAnsi="Arial"/>
                <w:sz w:val="20"/>
              </w:rPr>
              <w:t>22</w:t>
            </w:r>
          </w:p>
        </w:tc>
        <w:tc>
          <w:tcPr>
            <w:tcW w:w="2608" w:type="dxa"/>
            <w:shd w:val="clear" w:color="auto" w:fill="F8FAF8"/>
            <w:tcMar>
              <w:top w:w="70" w:type="dxa"/>
              <w:left w:w="80" w:type="dxa"/>
              <w:bottom w:w="70" w:type="dxa"/>
              <w:right w:w="80" w:type="dxa"/>
            </w:tcMar>
            <w:vAlign w:val="center"/>
          </w:tcPr>
          <w:p w14:paraId="049C4D3F" w14:textId="77777777" w:rsidR="00650973" w:rsidRDefault="00080072">
            <w:r>
              <w:rPr>
                <w:rFonts w:ascii="Arial" w:hAnsi="Arial"/>
                <w:sz w:val="20"/>
              </w:rPr>
              <w:t>Bar Tapas El Mojo Picón</w:t>
            </w:r>
          </w:p>
        </w:tc>
        <w:tc>
          <w:tcPr>
            <w:tcW w:w="2041" w:type="dxa"/>
            <w:shd w:val="clear" w:color="auto" w:fill="F8FAF8"/>
            <w:tcMar>
              <w:top w:w="70" w:type="dxa"/>
              <w:left w:w="80" w:type="dxa"/>
              <w:bottom w:w="70" w:type="dxa"/>
              <w:right w:w="80" w:type="dxa"/>
            </w:tcMar>
            <w:vAlign w:val="center"/>
          </w:tcPr>
          <w:p w14:paraId="7B4C1D22" w14:textId="77777777" w:rsidR="00650973" w:rsidRDefault="00080072">
            <w:r>
              <w:rPr>
                <w:rFonts w:ascii="Arial" w:hAnsi="Arial"/>
                <w:sz w:val="20"/>
              </w:rPr>
              <w:t>Menu</w:t>
            </w:r>
          </w:p>
        </w:tc>
        <w:tc>
          <w:tcPr>
            <w:tcW w:w="4139" w:type="dxa"/>
            <w:shd w:val="clear" w:color="auto" w:fill="F8FAF8"/>
            <w:tcMar>
              <w:top w:w="70" w:type="dxa"/>
              <w:left w:w="80" w:type="dxa"/>
              <w:bottom w:w="70" w:type="dxa"/>
              <w:right w:w="80" w:type="dxa"/>
            </w:tcMar>
            <w:vAlign w:val="center"/>
          </w:tcPr>
          <w:p w14:paraId="3206AAD9" w14:textId="77777777" w:rsidR="00650973" w:rsidRDefault="00080072">
            <w:r>
              <w:rPr>
                <w:rFonts w:ascii="Arial" w:hAnsi="Arial"/>
                <w:sz w:val="20"/>
              </w:rPr>
              <w:t>4–5 tapas maison selon le jour ; vendredi pata asada, mojo d’amande et musique canarienne.</w:t>
            </w:r>
          </w:p>
        </w:tc>
      </w:tr>
      <w:tr w:rsidR="00650973" w14:paraId="6EF5852B" w14:textId="77777777">
        <w:trPr>
          <w:cantSplit/>
          <w:jc w:val="center"/>
        </w:trPr>
        <w:tc>
          <w:tcPr>
            <w:tcW w:w="567" w:type="dxa"/>
            <w:tcMar>
              <w:top w:w="70" w:type="dxa"/>
              <w:left w:w="80" w:type="dxa"/>
              <w:bottom w:w="70" w:type="dxa"/>
              <w:right w:w="80" w:type="dxa"/>
            </w:tcMar>
            <w:vAlign w:val="center"/>
          </w:tcPr>
          <w:p w14:paraId="3B5F65AE" w14:textId="77777777" w:rsidR="00650973" w:rsidRDefault="00080072">
            <w:r>
              <w:rPr>
                <w:rFonts w:ascii="Arial" w:hAnsi="Arial"/>
                <w:sz w:val="20"/>
              </w:rPr>
              <w:t>23</w:t>
            </w:r>
          </w:p>
        </w:tc>
        <w:tc>
          <w:tcPr>
            <w:tcW w:w="2608" w:type="dxa"/>
            <w:tcMar>
              <w:top w:w="70" w:type="dxa"/>
              <w:left w:w="80" w:type="dxa"/>
              <w:bottom w:w="70" w:type="dxa"/>
              <w:right w:w="80" w:type="dxa"/>
            </w:tcMar>
            <w:vAlign w:val="center"/>
          </w:tcPr>
          <w:p w14:paraId="55CC9668" w14:textId="77777777" w:rsidR="00650973" w:rsidRDefault="00080072">
            <w:r>
              <w:rPr>
                <w:rFonts w:ascii="Arial" w:hAnsi="Arial"/>
                <w:sz w:val="20"/>
              </w:rPr>
              <w:t>El Bistro Tapas</w:t>
            </w:r>
          </w:p>
        </w:tc>
        <w:tc>
          <w:tcPr>
            <w:tcW w:w="2041" w:type="dxa"/>
            <w:tcMar>
              <w:top w:w="70" w:type="dxa"/>
              <w:left w:w="80" w:type="dxa"/>
              <w:bottom w:w="70" w:type="dxa"/>
              <w:right w:w="80" w:type="dxa"/>
            </w:tcMar>
            <w:vAlign w:val="center"/>
          </w:tcPr>
          <w:p w14:paraId="24B2F796" w14:textId="77777777" w:rsidR="00650973" w:rsidRDefault="00080072">
            <w:r>
              <w:rPr>
                <w:rFonts w:ascii="Arial" w:hAnsi="Arial"/>
                <w:sz w:val="20"/>
              </w:rPr>
              <w:t>Facebook partagé</w:t>
            </w:r>
          </w:p>
        </w:tc>
        <w:tc>
          <w:tcPr>
            <w:tcW w:w="4139" w:type="dxa"/>
            <w:tcMar>
              <w:top w:w="70" w:type="dxa"/>
              <w:left w:w="80" w:type="dxa"/>
              <w:bottom w:w="70" w:type="dxa"/>
              <w:right w:w="80" w:type="dxa"/>
            </w:tcMar>
            <w:vAlign w:val="center"/>
          </w:tcPr>
          <w:p w14:paraId="00D10D3D" w14:textId="77777777" w:rsidR="00650973" w:rsidRDefault="00080072">
            <w:r>
              <w:rPr>
                <w:rFonts w:ascii="Arial" w:hAnsi="Arial"/>
                <w:sz w:val="20"/>
              </w:rPr>
              <w:t>Petite adresse cachée ; clientèle locale signalée ; réservation conseillée car souvent complet.</w:t>
            </w:r>
          </w:p>
        </w:tc>
      </w:tr>
      <w:tr w:rsidR="00650973" w14:paraId="58D0E264" w14:textId="77777777">
        <w:trPr>
          <w:cantSplit/>
          <w:jc w:val="center"/>
        </w:trPr>
        <w:tc>
          <w:tcPr>
            <w:tcW w:w="567" w:type="dxa"/>
            <w:shd w:val="clear" w:color="auto" w:fill="F8FAF8"/>
            <w:tcMar>
              <w:top w:w="70" w:type="dxa"/>
              <w:left w:w="80" w:type="dxa"/>
              <w:bottom w:w="70" w:type="dxa"/>
              <w:right w:w="80" w:type="dxa"/>
            </w:tcMar>
            <w:vAlign w:val="center"/>
          </w:tcPr>
          <w:p w14:paraId="5C02C2AC" w14:textId="77777777" w:rsidR="00650973" w:rsidRDefault="00080072">
            <w:r>
              <w:rPr>
                <w:rFonts w:ascii="Arial" w:hAnsi="Arial"/>
                <w:sz w:val="20"/>
              </w:rPr>
              <w:t>24</w:t>
            </w:r>
          </w:p>
        </w:tc>
        <w:tc>
          <w:tcPr>
            <w:tcW w:w="2608" w:type="dxa"/>
            <w:shd w:val="clear" w:color="auto" w:fill="F8FAF8"/>
            <w:tcMar>
              <w:top w:w="70" w:type="dxa"/>
              <w:left w:w="80" w:type="dxa"/>
              <w:bottom w:w="70" w:type="dxa"/>
              <w:right w:w="80" w:type="dxa"/>
            </w:tcMar>
            <w:vAlign w:val="center"/>
          </w:tcPr>
          <w:p w14:paraId="70F33632" w14:textId="77777777" w:rsidR="00650973" w:rsidRDefault="00080072">
            <w:r>
              <w:rPr>
                <w:rFonts w:ascii="Arial" w:hAnsi="Arial"/>
                <w:sz w:val="20"/>
              </w:rPr>
              <w:t>Bar El Boya</w:t>
            </w:r>
          </w:p>
        </w:tc>
        <w:tc>
          <w:tcPr>
            <w:tcW w:w="2041" w:type="dxa"/>
            <w:shd w:val="clear" w:color="auto" w:fill="F8FAF8"/>
            <w:tcMar>
              <w:top w:w="70" w:type="dxa"/>
              <w:left w:w="80" w:type="dxa"/>
              <w:bottom w:w="70" w:type="dxa"/>
              <w:right w:w="80" w:type="dxa"/>
            </w:tcMar>
            <w:vAlign w:val="center"/>
          </w:tcPr>
          <w:p w14:paraId="3D7303B7" w14:textId="77777777" w:rsidR="00650973" w:rsidRDefault="00080072">
            <w:r>
              <w:rPr>
                <w:rFonts w:ascii="Arial" w:hAnsi="Arial"/>
                <w:sz w:val="20"/>
              </w:rPr>
              <w:t>URL non conservée dans le chat</w:t>
            </w:r>
          </w:p>
        </w:tc>
        <w:tc>
          <w:tcPr>
            <w:tcW w:w="4139" w:type="dxa"/>
            <w:shd w:val="clear" w:color="auto" w:fill="F8FAF8"/>
            <w:tcMar>
              <w:top w:w="70" w:type="dxa"/>
              <w:left w:w="80" w:type="dxa"/>
              <w:bottom w:w="70" w:type="dxa"/>
              <w:right w:w="80" w:type="dxa"/>
            </w:tcMar>
            <w:vAlign w:val="center"/>
          </w:tcPr>
          <w:p w14:paraId="00625E86" w14:textId="77777777" w:rsidR="00650973" w:rsidRDefault="00080072">
            <w:r>
              <w:rPr>
                <w:rFonts w:ascii="Arial" w:hAnsi="Arial"/>
                <w:sz w:val="20"/>
              </w:rPr>
              <w:t>Institution populaire ; sardines, poulpe frit, puntillas, poisson, papas arrugadas.</w:t>
            </w:r>
          </w:p>
        </w:tc>
      </w:tr>
      <w:tr w:rsidR="00650973" w14:paraId="1F62EECF" w14:textId="77777777">
        <w:trPr>
          <w:cantSplit/>
          <w:jc w:val="center"/>
        </w:trPr>
        <w:tc>
          <w:tcPr>
            <w:tcW w:w="567" w:type="dxa"/>
            <w:tcMar>
              <w:top w:w="70" w:type="dxa"/>
              <w:left w:w="80" w:type="dxa"/>
              <w:bottom w:w="70" w:type="dxa"/>
              <w:right w:w="80" w:type="dxa"/>
            </w:tcMar>
            <w:vAlign w:val="center"/>
          </w:tcPr>
          <w:p w14:paraId="6089FA82" w14:textId="77777777" w:rsidR="00650973" w:rsidRDefault="00080072">
            <w:r>
              <w:rPr>
                <w:rFonts w:ascii="Arial" w:hAnsi="Arial"/>
                <w:sz w:val="20"/>
              </w:rPr>
              <w:t>25</w:t>
            </w:r>
          </w:p>
        </w:tc>
        <w:tc>
          <w:tcPr>
            <w:tcW w:w="2608" w:type="dxa"/>
            <w:tcMar>
              <w:top w:w="70" w:type="dxa"/>
              <w:left w:w="80" w:type="dxa"/>
              <w:bottom w:w="70" w:type="dxa"/>
              <w:right w:w="80" w:type="dxa"/>
            </w:tcMar>
            <w:vAlign w:val="center"/>
          </w:tcPr>
          <w:p w14:paraId="285C2FD5" w14:textId="77777777" w:rsidR="00650973" w:rsidRDefault="00080072">
            <w:r>
              <w:rPr>
                <w:rFonts w:ascii="Arial" w:hAnsi="Arial"/>
                <w:sz w:val="20"/>
              </w:rPr>
              <w:t>Restaurante Las Salinas</w:t>
            </w:r>
          </w:p>
        </w:tc>
        <w:tc>
          <w:tcPr>
            <w:tcW w:w="2041" w:type="dxa"/>
            <w:tcMar>
              <w:top w:w="70" w:type="dxa"/>
              <w:left w:w="80" w:type="dxa"/>
              <w:bottom w:w="70" w:type="dxa"/>
              <w:right w:w="80" w:type="dxa"/>
            </w:tcMar>
            <w:vAlign w:val="center"/>
          </w:tcPr>
          <w:p w14:paraId="73A3D9B7" w14:textId="77777777" w:rsidR="00650973" w:rsidRDefault="00080072">
            <w:r>
              <w:rPr>
                <w:rFonts w:ascii="Arial" w:hAnsi="Arial"/>
                <w:sz w:val="20"/>
              </w:rPr>
              <w:t>Facebook</w:t>
            </w:r>
          </w:p>
        </w:tc>
        <w:tc>
          <w:tcPr>
            <w:tcW w:w="4139" w:type="dxa"/>
            <w:tcMar>
              <w:top w:w="70" w:type="dxa"/>
              <w:left w:w="80" w:type="dxa"/>
              <w:bottom w:w="70" w:type="dxa"/>
              <w:right w:w="80" w:type="dxa"/>
            </w:tcMar>
            <w:vAlign w:val="center"/>
          </w:tcPr>
          <w:p w14:paraId="6FE42B6D" w14:textId="77777777" w:rsidR="00650973" w:rsidRDefault="00080072">
            <w:r>
              <w:rPr>
                <w:rFonts w:ascii="Arial" w:hAnsi="Arial"/>
                <w:sz w:val="20"/>
              </w:rPr>
              <w:t>Familial/populaire ; pas de réservation selon info récoltée ; attente possible aux heures de pointe.</w:t>
            </w:r>
          </w:p>
        </w:tc>
      </w:tr>
      <w:tr w:rsidR="00650973" w14:paraId="6EC111A4" w14:textId="77777777">
        <w:trPr>
          <w:cantSplit/>
          <w:jc w:val="center"/>
        </w:trPr>
        <w:tc>
          <w:tcPr>
            <w:tcW w:w="567" w:type="dxa"/>
            <w:shd w:val="clear" w:color="auto" w:fill="F8FAF8"/>
            <w:tcMar>
              <w:top w:w="70" w:type="dxa"/>
              <w:left w:w="80" w:type="dxa"/>
              <w:bottom w:w="70" w:type="dxa"/>
              <w:right w:w="80" w:type="dxa"/>
            </w:tcMar>
            <w:vAlign w:val="center"/>
          </w:tcPr>
          <w:p w14:paraId="31703891" w14:textId="77777777" w:rsidR="00650973" w:rsidRDefault="00080072">
            <w:r>
              <w:rPr>
                <w:rFonts w:ascii="Arial" w:hAnsi="Arial"/>
                <w:sz w:val="20"/>
              </w:rPr>
              <w:t>26</w:t>
            </w:r>
          </w:p>
        </w:tc>
        <w:tc>
          <w:tcPr>
            <w:tcW w:w="2608" w:type="dxa"/>
            <w:shd w:val="clear" w:color="auto" w:fill="F8FAF8"/>
            <w:tcMar>
              <w:top w:w="70" w:type="dxa"/>
              <w:left w:w="80" w:type="dxa"/>
              <w:bottom w:w="70" w:type="dxa"/>
              <w:right w:w="80" w:type="dxa"/>
            </w:tcMar>
            <w:vAlign w:val="center"/>
          </w:tcPr>
          <w:p w14:paraId="3936E373" w14:textId="77777777" w:rsidR="00650973" w:rsidRDefault="00080072">
            <w:r>
              <w:rPr>
                <w:rFonts w:ascii="Arial" w:hAnsi="Arial"/>
                <w:sz w:val="20"/>
              </w:rPr>
              <w:t>Vaquería Las Salinas</w:t>
            </w:r>
          </w:p>
        </w:tc>
        <w:tc>
          <w:tcPr>
            <w:tcW w:w="2041" w:type="dxa"/>
            <w:shd w:val="clear" w:color="auto" w:fill="F8FAF8"/>
            <w:tcMar>
              <w:top w:w="70" w:type="dxa"/>
              <w:left w:w="80" w:type="dxa"/>
              <w:bottom w:w="70" w:type="dxa"/>
              <w:right w:w="80" w:type="dxa"/>
            </w:tcMar>
            <w:vAlign w:val="center"/>
          </w:tcPr>
          <w:p w14:paraId="09C08547" w14:textId="77777777" w:rsidR="00650973" w:rsidRDefault="00080072">
            <w:r>
              <w:rPr>
                <w:rFonts w:ascii="Arial" w:hAnsi="Arial"/>
                <w:sz w:val="20"/>
              </w:rPr>
              <w:t>Facebook</w:t>
            </w:r>
          </w:p>
        </w:tc>
        <w:tc>
          <w:tcPr>
            <w:tcW w:w="4139" w:type="dxa"/>
            <w:shd w:val="clear" w:color="auto" w:fill="F8FAF8"/>
            <w:tcMar>
              <w:top w:w="70" w:type="dxa"/>
              <w:left w:w="80" w:type="dxa"/>
              <w:bottom w:w="70" w:type="dxa"/>
              <w:right w:w="80" w:type="dxa"/>
            </w:tcMar>
            <w:vAlign w:val="center"/>
          </w:tcPr>
          <w:p w14:paraId="39C5A7BF" w14:textId="77777777" w:rsidR="00650973" w:rsidRDefault="00080072">
            <w:r>
              <w:rPr>
                <w:rFonts w:ascii="Arial" w:hAnsi="Arial"/>
                <w:sz w:val="20"/>
              </w:rPr>
              <w:t>Expérience rustique/populaire ; petit-déjeuner possible ; régularité du service discutée dans certains avis.</w:t>
            </w:r>
          </w:p>
        </w:tc>
      </w:tr>
    </w:tbl>
    <w:p w14:paraId="7FCEB6D0" w14:textId="77777777" w:rsidR="00650973" w:rsidRDefault="00650973"/>
    <w:p w14:paraId="38483BAE" w14:textId="77777777" w:rsidR="00650973" w:rsidRDefault="00080072">
      <w:pPr>
        <w:pStyle w:val="Titre2"/>
        <w:spacing w:before="160" w:after="80"/>
      </w:pPr>
      <w:r>
        <w:rPr>
          <w:rFonts w:ascii="Arial" w:hAnsi="Arial"/>
          <w:color w:val="C97A2B"/>
          <w:sz w:val="28"/>
        </w:rPr>
        <w:t>AUTRES RESTAURANTS</w:t>
      </w:r>
    </w:p>
    <w:p w14:paraId="46264E43" w14:textId="77777777" w:rsidR="00650973" w:rsidRDefault="00080072">
      <w:r>
        <w:rPr>
          <w:rFonts w:ascii="Arial" w:hAnsi="Arial"/>
          <w:b/>
          <w:color w:val="2F6B4F"/>
          <w:sz w:val="23"/>
        </w:rPr>
        <w:t>A. Identification et spécialités</w:t>
      </w:r>
    </w:p>
    <w:tbl>
      <w:tblPr>
        <w:tblStyle w:val="Grilledutableau"/>
        <w:tblW w:w="0" w:type="auto"/>
        <w:jc w:val="center"/>
        <w:tblLook w:val="04A0" w:firstRow="1" w:lastRow="0" w:firstColumn="1" w:lastColumn="0" w:noHBand="0" w:noVBand="1"/>
      </w:tblPr>
      <w:tblGrid>
        <w:gridCol w:w="567"/>
        <w:gridCol w:w="2608"/>
        <w:gridCol w:w="2551"/>
        <w:gridCol w:w="3458"/>
      </w:tblGrid>
      <w:tr w:rsidR="00650973" w14:paraId="4ECEA241" w14:textId="77777777">
        <w:trPr>
          <w:cantSplit/>
          <w:tblHeader/>
          <w:jc w:val="center"/>
        </w:trPr>
        <w:tc>
          <w:tcPr>
            <w:tcW w:w="567" w:type="dxa"/>
            <w:shd w:val="clear" w:color="auto" w:fill="2F6B4F"/>
            <w:tcMar>
              <w:top w:w="70" w:type="dxa"/>
              <w:left w:w="80" w:type="dxa"/>
              <w:bottom w:w="70" w:type="dxa"/>
              <w:right w:w="80" w:type="dxa"/>
            </w:tcMar>
            <w:vAlign w:val="center"/>
          </w:tcPr>
          <w:p w14:paraId="46954831" w14:textId="77777777" w:rsidR="00650973" w:rsidRDefault="00080072">
            <w:pPr>
              <w:jc w:val="center"/>
            </w:pPr>
            <w:r>
              <w:rPr>
                <w:rFonts w:ascii="Arial" w:hAnsi="Arial"/>
                <w:b/>
                <w:color w:val="FFFFFF"/>
                <w:sz w:val="20"/>
              </w:rPr>
              <w:lastRenderedPageBreak/>
              <w:t>N°</w:t>
            </w:r>
          </w:p>
        </w:tc>
        <w:tc>
          <w:tcPr>
            <w:tcW w:w="2608" w:type="dxa"/>
            <w:shd w:val="clear" w:color="auto" w:fill="2F6B4F"/>
            <w:tcMar>
              <w:top w:w="70" w:type="dxa"/>
              <w:left w:w="80" w:type="dxa"/>
              <w:bottom w:w="70" w:type="dxa"/>
              <w:right w:w="80" w:type="dxa"/>
            </w:tcMar>
            <w:vAlign w:val="center"/>
          </w:tcPr>
          <w:p w14:paraId="67FF5032" w14:textId="77777777" w:rsidR="00650973" w:rsidRDefault="00080072">
            <w:pPr>
              <w:jc w:val="center"/>
            </w:pPr>
            <w:r>
              <w:rPr>
                <w:rFonts w:ascii="Arial" w:hAnsi="Arial"/>
                <w:b/>
                <w:color w:val="FFFFFF"/>
                <w:sz w:val="20"/>
              </w:rPr>
              <w:t>Nom</w:t>
            </w:r>
          </w:p>
        </w:tc>
        <w:tc>
          <w:tcPr>
            <w:tcW w:w="2551" w:type="dxa"/>
            <w:shd w:val="clear" w:color="auto" w:fill="2F6B4F"/>
            <w:tcMar>
              <w:top w:w="70" w:type="dxa"/>
              <w:left w:w="80" w:type="dxa"/>
              <w:bottom w:w="70" w:type="dxa"/>
              <w:right w:w="80" w:type="dxa"/>
            </w:tcMar>
            <w:vAlign w:val="center"/>
          </w:tcPr>
          <w:p w14:paraId="48B48A8B" w14:textId="77777777" w:rsidR="00650973" w:rsidRDefault="00080072">
            <w:pPr>
              <w:jc w:val="center"/>
            </w:pPr>
            <w:r>
              <w:rPr>
                <w:rFonts w:ascii="Arial" w:hAnsi="Arial"/>
                <w:b/>
                <w:color w:val="FFFFFF"/>
                <w:sz w:val="20"/>
              </w:rPr>
              <w:t>Type</w:t>
            </w:r>
          </w:p>
        </w:tc>
        <w:tc>
          <w:tcPr>
            <w:tcW w:w="3458" w:type="dxa"/>
            <w:shd w:val="clear" w:color="auto" w:fill="2F6B4F"/>
            <w:tcMar>
              <w:top w:w="70" w:type="dxa"/>
              <w:left w:w="80" w:type="dxa"/>
              <w:bottom w:w="70" w:type="dxa"/>
              <w:right w:w="80" w:type="dxa"/>
            </w:tcMar>
            <w:vAlign w:val="center"/>
          </w:tcPr>
          <w:p w14:paraId="5133E46A" w14:textId="77777777" w:rsidR="00650973" w:rsidRDefault="00080072">
            <w:pPr>
              <w:jc w:val="center"/>
            </w:pPr>
            <w:r>
              <w:rPr>
                <w:rFonts w:ascii="Arial" w:hAnsi="Arial"/>
                <w:b/>
                <w:color w:val="FFFFFF"/>
                <w:sz w:val="20"/>
              </w:rPr>
              <w:t>Spécialité</w:t>
            </w:r>
          </w:p>
        </w:tc>
      </w:tr>
      <w:tr w:rsidR="00650973" w14:paraId="518F6A30" w14:textId="77777777">
        <w:trPr>
          <w:cantSplit/>
          <w:jc w:val="center"/>
        </w:trPr>
        <w:tc>
          <w:tcPr>
            <w:tcW w:w="567" w:type="dxa"/>
            <w:tcMar>
              <w:top w:w="70" w:type="dxa"/>
              <w:left w:w="80" w:type="dxa"/>
              <w:bottom w:w="70" w:type="dxa"/>
              <w:right w:w="80" w:type="dxa"/>
            </w:tcMar>
            <w:vAlign w:val="center"/>
          </w:tcPr>
          <w:p w14:paraId="68337918" w14:textId="77777777" w:rsidR="00650973" w:rsidRDefault="00080072">
            <w:r>
              <w:rPr>
                <w:rFonts w:ascii="Arial" w:hAnsi="Arial"/>
                <w:sz w:val="20"/>
              </w:rPr>
              <w:t>27</w:t>
            </w:r>
          </w:p>
        </w:tc>
        <w:tc>
          <w:tcPr>
            <w:tcW w:w="2608" w:type="dxa"/>
            <w:tcMar>
              <w:top w:w="70" w:type="dxa"/>
              <w:left w:w="80" w:type="dxa"/>
              <w:bottom w:w="70" w:type="dxa"/>
              <w:right w:w="80" w:type="dxa"/>
            </w:tcMar>
            <w:vAlign w:val="center"/>
          </w:tcPr>
          <w:p w14:paraId="19B973A0" w14:textId="77777777" w:rsidR="00650973" w:rsidRDefault="00080072">
            <w:r>
              <w:rPr>
                <w:rFonts w:ascii="Arial" w:hAnsi="Arial"/>
                <w:sz w:val="20"/>
              </w:rPr>
              <w:t>Restaurante Grill El Palmero</w:t>
            </w:r>
          </w:p>
        </w:tc>
        <w:tc>
          <w:tcPr>
            <w:tcW w:w="2551" w:type="dxa"/>
            <w:tcMar>
              <w:top w:w="70" w:type="dxa"/>
              <w:left w:w="80" w:type="dxa"/>
              <w:bottom w:w="70" w:type="dxa"/>
              <w:right w:w="80" w:type="dxa"/>
            </w:tcMar>
            <w:vAlign w:val="center"/>
          </w:tcPr>
          <w:p w14:paraId="7A9575CC" w14:textId="77777777" w:rsidR="00650973" w:rsidRDefault="00080072">
            <w:r>
              <w:rPr>
                <w:rFonts w:ascii="Arial" w:hAnsi="Arial"/>
                <w:sz w:val="20"/>
              </w:rPr>
              <w:t>Grill / viandes</w:t>
            </w:r>
          </w:p>
        </w:tc>
        <w:tc>
          <w:tcPr>
            <w:tcW w:w="3458" w:type="dxa"/>
            <w:tcMar>
              <w:top w:w="70" w:type="dxa"/>
              <w:left w:w="80" w:type="dxa"/>
              <w:bottom w:w="70" w:type="dxa"/>
              <w:right w:w="80" w:type="dxa"/>
            </w:tcMar>
            <w:vAlign w:val="center"/>
          </w:tcPr>
          <w:p w14:paraId="52D5078C" w14:textId="77777777" w:rsidR="00650973" w:rsidRDefault="00080072">
            <w:r>
              <w:rPr>
                <w:rFonts w:ascii="Arial" w:hAnsi="Arial"/>
                <w:sz w:val="20"/>
              </w:rPr>
              <w:t>Grillades, poulet, porc, bœuf</w:t>
            </w:r>
          </w:p>
        </w:tc>
      </w:tr>
      <w:tr w:rsidR="00650973" w14:paraId="3FF598A0" w14:textId="77777777">
        <w:trPr>
          <w:cantSplit/>
          <w:jc w:val="center"/>
        </w:trPr>
        <w:tc>
          <w:tcPr>
            <w:tcW w:w="567" w:type="dxa"/>
            <w:shd w:val="clear" w:color="auto" w:fill="F8FAF8"/>
            <w:tcMar>
              <w:top w:w="70" w:type="dxa"/>
              <w:left w:w="80" w:type="dxa"/>
              <w:bottom w:w="70" w:type="dxa"/>
              <w:right w:w="80" w:type="dxa"/>
            </w:tcMar>
            <w:vAlign w:val="center"/>
          </w:tcPr>
          <w:p w14:paraId="05E99599" w14:textId="77777777" w:rsidR="00650973" w:rsidRDefault="00080072">
            <w:r>
              <w:rPr>
                <w:rFonts w:ascii="Arial" w:hAnsi="Arial"/>
                <w:sz w:val="20"/>
              </w:rPr>
              <w:t>28</w:t>
            </w:r>
          </w:p>
        </w:tc>
        <w:tc>
          <w:tcPr>
            <w:tcW w:w="2608" w:type="dxa"/>
            <w:shd w:val="clear" w:color="auto" w:fill="F8FAF8"/>
            <w:tcMar>
              <w:top w:w="70" w:type="dxa"/>
              <w:left w:w="80" w:type="dxa"/>
              <w:bottom w:w="70" w:type="dxa"/>
              <w:right w:w="80" w:type="dxa"/>
            </w:tcMar>
            <w:vAlign w:val="center"/>
          </w:tcPr>
          <w:p w14:paraId="6D1CC01B" w14:textId="77777777" w:rsidR="00650973" w:rsidRDefault="00080072">
            <w:r>
              <w:rPr>
                <w:rFonts w:ascii="Arial" w:hAnsi="Arial"/>
                <w:sz w:val="20"/>
              </w:rPr>
              <w:t>The New Rustico Maspalomas</w:t>
            </w:r>
          </w:p>
        </w:tc>
        <w:tc>
          <w:tcPr>
            <w:tcW w:w="2551" w:type="dxa"/>
            <w:shd w:val="clear" w:color="auto" w:fill="F8FAF8"/>
            <w:tcMar>
              <w:top w:w="70" w:type="dxa"/>
              <w:left w:w="80" w:type="dxa"/>
              <w:bottom w:w="70" w:type="dxa"/>
              <w:right w:w="80" w:type="dxa"/>
            </w:tcMar>
            <w:vAlign w:val="center"/>
          </w:tcPr>
          <w:p w14:paraId="0302CE7D" w14:textId="77777777" w:rsidR="00650973" w:rsidRDefault="00080072">
            <w:r>
              <w:rPr>
                <w:rFonts w:ascii="Arial" w:hAnsi="Arial"/>
                <w:sz w:val="20"/>
              </w:rPr>
              <w:t>Tapas / méditerranéen / canarien</w:t>
            </w:r>
          </w:p>
        </w:tc>
        <w:tc>
          <w:tcPr>
            <w:tcW w:w="3458" w:type="dxa"/>
            <w:shd w:val="clear" w:color="auto" w:fill="F8FAF8"/>
            <w:tcMar>
              <w:top w:w="70" w:type="dxa"/>
              <w:left w:w="80" w:type="dxa"/>
              <w:bottom w:w="70" w:type="dxa"/>
              <w:right w:w="80" w:type="dxa"/>
            </w:tcMar>
            <w:vAlign w:val="center"/>
          </w:tcPr>
          <w:p w14:paraId="1DB83C7F" w14:textId="77777777" w:rsidR="00650973" w:rsidRDefault="00080072">
            <w:r>
              <w:rPr>
                <w:rFonts w:ascii="Arial" w:hAnsi="Arial"/>
                <w:sz w:val="20"/>
              </w:rPr>
              <w:t>Tapas travaillées, Black Angus, mojo</w:t>
            </w:r>
          </w:p>
        </w:tc>
      </w:tr>
      <w:tr w:rsidR="00650973" w14:paraId="12876766" w14:textId="77777777">
        <w:trPr>
          <w:cantSplit/>
          <w:jc w:val="center"/>
        </w:trPr>
        <w:tc>
          <w:tcPr>
            <w:tcW w:w="567" w:type="dxa"/>
            <w:tcMar>
              <w:top w:w="70" w:type="dxa"/>
              <w:left w:w="80" w:type="dxa"/>
              <w:bottom w:w="70" w:type="dxa"/>
              <w:right w:w="80" w:type="dxa"/>
            </w:tcMar>
            <w:vAlign w:val="center"/>
          </w:tcPr>
          <w:p w14:paraId="4BECFD5A" w14:textId="77777777" w:rsidR="00650973" w:rsidRDefault="00080072">
            <w:r>
              <w:rPr>
                <w:rFonts w:ascii="Arial" w:hAnsi="Arial"/>
                <w:sz w:val="20"/>
              </w:rPr>
              <w:t>29</w:t>
            </w:r>
          </w:p>
        </w:tc>
        <w:tc>
          <w:tcPr>
            <w:tcW w:w="2608" w:type="dxa"/>
            <w:tcMar>
              <w:top w:w="70" w:type="dxa"/>
              <w:left w:w="80" w:type="dxa"/>
              <w:bottom w:w="70" w:type="dxa"/>
              <w:right w:w="80" w:type="dxa"/>
            </w:tcMar>
            <w:vAlign w:val="center"/>
          </w:tcPr>
          <w:p w14:paraId="5DC04D9F" w14:textId="77777777" w:rsidR="00650973" w:rsidRDefault="00080072">
            <w:r>
              <w:rPr>
                <w:rFonts w:ascii="Arial" w:hAnsi="Arial"/>
                <w:sz w:val="20"/>
              </w:rPr>
              <w:t>Mercado del Nomad – Holidayworld</w:t>
            </w:r>
          </w:p>
        </w:tc>
        <w:tc>
          <w:tcPr>
            <w:tcW w:w="2551" w:type="dxa"/>
            <w:tcMar>
              <w:top w:w="70" w:type="dxa"/>
              <w:left w:w="80" w:type="dxa"/>
              <w:bottom w:w="70" w:type="dxa"/>
              <w:right w:w="80" w:type="dxa"/>
            </w:tcMar>
            <w:vAlign w:val="center"/>
          </w:tcPr>
          <w:p w14:paraId="356EA421" w14:textId="77777777" w:rsidR="00650973" w:rsidRDefault="00080072">
            <w:r>
              <w:rPr>
                <w:rFonts w:ascii="Arial" w:hAnsi="Arial"/>
                <w:sz w:val="20"/>
              </w:rPr>
              <w:t>Food market</w:t>
            </w:r>
          </w:p>
        </w:tc>
        <w:tc>
          <w:tcPr>
            <w:tcW w:w="3458" w:type="dxa"/>
            <w:tcMar>
              <w:top w:w="70" w:type="dxa"/>
              <w:left w:w="80" w:type="dxa"/>
              <w:bottom w:w="70" w:type="dxa"/>
              <w:right w:w="80" w:type="dxa"/>
            </w:tcMar>
            <w:vAlign w:val="center"/>
          </w:tcPr>
          <w:p w14:paraId="709B57E2" w14:textId="77777777" w:rsidR="00650973" w:rsidRDefault="00080072">
            <w:r>
              <w:rPr>
                <w:rFonts w:ascii="Arial" w:hAnsi="Arial"/>
                <w:sz w:val="20"/>
              </w:rPr>
              <w:t>12 options : italien, chinois, grill, burgers, healthy, etc.</w:t>
            </w:r>
          </w:p>
        </w:tc>
      </w:tr>
      <w:tr w:rsidR="00650973" w14:paraId="07F7C73B" w14:textId="77777777">
        <w:trPr>
          <w:cantSplit/>
          <w:jc w:val="center"/>
        </w:trPr>
        <w:tc>
          <w:tcPr>
            <w:tcW w:w="567" w:type="dxa"/>
            <w:shd w:val="clear" w:color="auto" w:fill="F8FAF8"/>
            <w:tcMar>
              <w:top w:w="70" w:type="dxa"/>
              <w:left w:w="80" w:type="dxa"/>
              <w:bottom w:w="70" w:type="dxa"/>
              <w:right w:w="80" w:type="dxa"/>
            </w:tcMar>
            <w:vAlign w:val="center"/>
          </w:tcPr>
          <w:p w14:paraId="6F9675EA" w14:textId="77777777" w:rsidR="00650973" w:rsidRDefault="00080072">
            <w:r>
              <w:rPr>
                <w:rFonts w:ascii="Arial" w:hAnsi="Arial"/>
                <w:sz w:val="20"/>
              </w:rPr>
              <w:t>30</w:t>
            </w:r>
          </w:p>
        </w:tc>
        <w:tc>
          <w:tcPr>
            <w:tcW w:w="2608" w:type="dxa"/>
            <w:shd w:val="clear" w:color="auto" w:fill="F8FAF8"/>
            <w:tcMar>
              <w:top w:w="70" w:type="dxa"/>
              <w:left w:w="80" w:type="dxa"/>
              <w:bottom w:w="70" w:type="dxa"/>
              <w:right w:w="80" w:type="dxa"/>
            </w:tcMar>
            <w:vAlign w:val="center"/>
          </w:tcPr>
          <w:p w14:paraId="7A36853F" w14:textId="77777777" w:rsidR="00650973" w:rsidRDefault="00080072">
            <w:r>
              <w:rPr>
                <w:rFonts w:ascii="Arial" w:hAnsi="Arial"/>
                <w:sz w:val="20"/>
              </w:rPr>
              <w:t>DREAMS Restaurant &amp; Bar</w:t>
            </w:r>
          </w:p>
        </w:tc>
        <w:tc>
          <w:tcPr>
            <w:tcW w:w="2551" w:type="dxa"/>
            <w:shd w:val="clear" w:color="auto" w:fill="F8FAF8"/>
            <w:tcMar>
              <w:top w:w="70" w:type="dxa"/>
              <w:left w:w="80" w:type="dxa"/>
              <w:bottom w:w="70" w:type="dxa"/>
              <w:right w:w="80" w:type="dxa"/>
            </w:tcMar>
            <w:vAlign w:val="center"/>
          </w:tcPr>
          <w:p w14:paraId="18A2A9D1" w14:textId="77777777" w:rsidR="00650973" w:rsidRDefault="00080072">
            <w:r>
              <w:rPr>
                <w:rFonts w:ascii="Arial" w:hAnsi="Arial"/>
                <w:sz w:val="20"/>
              </w:rPr>
              <w:t>Suisse / international / grill</w:t>
            </w:r>
          </w:p>
        </w:tc>
        <w:tc>
          <w:tcPr>
            <w:tcW w:w="3458" w:type="dxa"/>
            <w:shd w:val="clear" w:color="auto" w:fill="F8FAF8"/>
            <w:tcMar>
              <w:top w:w="70" w:type="dxa"/>
              <w:left w:w="80" w:type="dxa"/>
              <w:bottom w:w="70" w:type="dxa"/>
              <w:right w:w="80" w:type="dxa"/>
            </w:tcMar>
            <w:vAlign w:val="center"/>
          </w:tcPr>
          <w:p w14:paraId="33596801" w14:textId="77777777" w:rsidR="00650973" w:rsidRDefault="00080072">
            <w:r>
              <w:rPr>
                <w:rFonts w:ascii="Arial" w:hAnsi="Arial"/>
                <w:sz w:val="20"/>
              </w:rPr>
              <w:t>Fondue, cordon bleu, filet, 50 gins</w:t>
            </w:r>
          </w:p>
        </w:tc>
      </w:tr>
      <w:tr w:rsidR="00650973" w14:paraId="4EED175C" w14:textId="77777777">
        <w:trPr>
          <w:cantSplit/>
          <w:jc w:val="center"/>
        </w:trPr>
        <w:tc>
          <w:tcPr>
            <w:tcW w:w="567" w:type="dxa"/>
            <w:tcMar>
              <w:top w:w="70" w:type="dxa"/>
              <w:left w:w="80" w:type="dxa"/>
              <w:bottom w:w="70" w:type="dxa"/>
              <w:right w:w="80" w:type="dxa"/>
            </w:tcMar>
            <w:vAlign w:val="center"/>
          </w:tcPr>
          <w:p w14:paraId="47A2E63E" w14:textId="77777777" w:rsidR="00650973" w:rsidRDefault="00080072">
            <w:r>
              <w:rPr>
                <w:rFonts w:ascii="Arial" w:hAnsi="Arial"/>
                <w:sz w:val="20"/>
              </w:rPr>
              <w:t>31</w:t>
            </w:r>
          </w:p>
        </w:tc>
        <w:tc>
          <w:tcPr>
            <w:tcW w:w="2608" w:type="dxa"/>
            <w:tcMar>
              <w:top w:w="70" w:type="dxa"/>
              <w:left w:w="80" w:type="dxa"/>
              <w:bottom w:w="70" w:type="dxa"/>
              <w:right w:w="80" w:type="dxa"/>
            </w:tcMar>
            <w:vAlign w:val="center"/>
          </w:tcPr>
          <w:p w14:paraId="4F67C11F" w14:textId="77777777" w:rsidR="00650973" w:rsidRDefault="00080072">
            <w:r>
              <w:rPr>
                <w:rFonts w:ascii="Arial" w:hAnsi="Arial"/>
                <w:sz w:val="20"/>
              </w:rPr>
              <w:t>Restaurante LoLa</w:t>
            </w:r>
          </w:p>
        </w:tc>
        <w:tc>
          <w:tcPr>
            <w:tcW w:w="2551" w:type="dxa"/>
            <w:tcMar>
              <w:top w:w="70" w:type="dxa"/>
              <w:left w:w="80" w:type="dxa"/>
              <w:bottom w:w="70" w:type="dxa"/>
              <w:right w:w="80" w:type="dxa"/>
            </w:tcMar>
            <w:vAlign w:val="center"/>
          </w:tcPr>
          <w:p w14:paraId="5A68B1FA" w14:textId="77777777" w:rsidR="00650973" w:rsidRDefault="00080072">
            <w:r>
              <w:rPr>
                <w:rFonts w:ascii="Arial" w:hAnsi="Arial"/>
                <w:sz w:val="20"/>
              </w:rPr>
              <w:t>Cuisine créative contemporaine</w:t>
            </w:r>
          </w:p>
        </w:tc>
        <w:tc>
          <w:tcPr>
            <w:tcW w:w="3458" w:type="dxa"/>
            <w:tcMar>
              <w:top w:w="70" w:type="dxa"/>
              <w:left w:w="80" w:type="dxa"/>
              <w:bottom w:w="70" w:type="dxa"/>
              <w:right w:w="80" w:type="dxa"/>
            </w:tcMar>
            <w:vAlign w:val="center"/>
          </w:tcPr>
          <w:p w14:paraId="7D80BD5A" w14:textId="77777777" w:rsidR="00650973" w:rsidRDefault="00080072">
            <w:r>
              <w:rPr>
                <w:rFonts w:ascii="Arial" w:hAnsi="Arial"/>
                <w:sz w:val="20"/>
              </w:rPr>
              <w:t>Cuisine entre gastronomique et décontractée</w:t>
            </w:r>
          </w:p>
        </w:tc>
      </w:tr>
      <w:tr w:rsidR="00650973" w14:paraId="68331674" w14:textId="77777777">
        <w:trPr>
          <w:cantSplit/>
          <w:jc w:val="center"/>
        </w:trPr>
        <w:tc>
          <w:tcPr>
            <w:tcW w:w="567" w:type="dxa"/>
            <w:shd w:val="clear" w:color="auto" w:fill="F8FAF8"/>
            <w:tcMar>
              <w:top w:w="70" w:type="dxa"/>
              <w:left w:w="80" w:type="dxa"/>
              <w:bottom w:w="70" w:type="dxa"/>
              <w:right w:w="80" w:type="dxa"/>
            </w:tcMar>
            <w:vAlign w:val="center"/>
          </w:tcPr>
          <w:p w14:paraId="78A61363" w14:textId="77777777" w:rsidR="00650973" w:rsidRDefault="00080072">
            <w:r>
              <w:rPr>
                <w:rFonts w:ascii="Arial" w:hAnsi="Arial"/>
                <w:sz w:val="20"/>
              </w:rPr>
              <w:t>32</w:t>
            </w:r>
          </w:p>
        </w:tc>
        <w:tc>
          <w:tcPr>
            <w:tcW w:w="2608" w:type="dxa"/>
            <w:shd w:val="clear" w:color="auto" w:fill="F8FAF8"/>
            <w:tcMar>
              <w:top w:w="70" w:type="dxa"/>
              <w:left w:w="80" w:type="dxa"/>
              <w:bottom w:w="70" w:type="dxa"/>
              <w:right w:w="80" w:type="dxa"/>
            </w:tcMar>
            <w:vAlign w:val="center"/>
          </w:tcPr>
          <w:p w14:paraId="1642BD8B" w14:textId="77777777" w:rsidR="00650973" w:rsidRDefault="00080072">
            <w:r>
              <w:rPr>
                <w:rFonts w:ascii="Arial" w:hAnsi="Arial"/>
                <w:sz w:val="20"/>
              </w:rPr>
              <w:t>Wapa Tapa</w:t>
            </w:r>
          </w:p>
        </w:tc>
        <w:tc>
          <w:tcPr>
            <w:tcW w:w="2551" w:type="dxa"/>
            <w:shd w:val="clear" w:color="auto" w:fill="F8FAF8"/>
            <w:tcMar>
              <w:top w:w="70" w:type="dxa"/>
              <w:left w:w="80" w:type="dxa"/>
              <w:bottom w:w="70" w:type="dxa"/>
              <w:right w:w="80" w:type="dxa"/>
            </w:tcMar>
            <w:vAlign w:val="center"/>
          </w:tcPr>
          <w:p w14:paraId="196E4BA6" w14:textId="77777777" w:rsidR="00650973" w:rsidRDefault="00080072">
            <w:r>
              <w:rPr>
                <w:rFonts w:ascii="Arial" w:hAnsi="Arial"/>
                <w:sz w:val="20"/>
              </w:rPr>
              <w:t>Tapas espagnoles / internationales</w:t>
            </w:r>
          </w:p>
        </w:tc>
        <w:tc>
          <w:tcPr>
            <w:tcW w:w="3458" w:type="dxa"/>
            <w:shd w:val="clear" w:color="auto" w:fill="F8FAF8"/>
            <w:tcMar>
              <w:top w:w="70" w:type="dxa"/>
              <w:left w:w="80" w:type="dxa"/>
              <w:bottom w:w="70" w:type="dxa"/>
              <w:right w:w="80" w:type="dxa"/>
            </w:tcMar>
            <w:vAlign w:val="center"/>
          </w:tcPr>
          <w:p w14:paraId="3758E417" w14:textId="77777777" w:rsidR="00650973" w:rsidRDefault="00080072">
            <w:r>
              <w:rPr>
                <w:rFonts w:ascii="Arial" w:hAnsi="Arial"/>
                <w:sz w:val="20"/>
              </w:rPr>
              <w:t>Tapas, viandes, poissons, vins, cocktails</w:t>
            </w:r>
          </w:p>
        </w:tc>
      </w:tr>
    </w:tbl>
    <w:p w14:paraId="0AF140A7" w14:textId="77777777" w:rsidR="00650973" w:rsidRDefault="00080072">
      <w:r>
        <w:rPr>
          <w:rFonts w:ascii="Arial" w:hAnsi="Arial"/>
          <w:b/>
          <w:color w:val="2F6B4F"/>
          <w:sz w:val="23"/>
        </w:rPr>
        <w:t>B. Localisation et proximité</w:t>
      </w:r>
    </w:p>
    <w:tbl>
      <w:tblPr>
        <w:tblStyle w:val="Grilledutableau"/>
        <w:tblW w:w="0" w:type="auto"/>
        <w:jc w:val="center"/>
        <w:tblLook w:val="04A0" w:firstRow="1" w:lastRow="0" w:firstColumn="1" w:lastColumn="0" w:noHBand="0" w:noVBand="1"/>
      </w:tblPr>
      <w:tblGrid>
        <w:gridCol w:w="567"/>
        <w:gridCol w:w="2721"/>
        <w:gridCol w:w="3572"/>
        <w:gridCol w:w="2438"/>
      </w:tblGrid>
      <w:tr w:rsidR="00650973" w14:paraId="746A390C" w14:textId="77777777">
        <w:trPr>
          <w:cantSplit/>
          <w:tblHeader/>
          <w:jc w:val="center"/>
        </w:trPr>
        <w:tc>
          <w:tcPr>
            <w:tcW w:w="567" w:type="dxa"/>
            <w:shd w:val="clear" w:color="auto" w:fill="2F6B4F"/>
            <w:tcMar>
              <w:top w:w="70" w:type="dxa"/>
              <w:left w:w="80" w:type="dxa"/>
              <w:bottom w:w="70" w:type="dxa"/>
              <w:right w:w="80" w:type="dxa"/>
            </w:tcMar>
            <w:vAlign w:val="center"/>
          </w:tcPr>
          <w:p w14:paraId="6449F858" w14:textId="77777777" w:rsidR="00650973" w:rsidRDefault="00080072">
            <w:pPr>
              <w:jc w:val="center"/>
            </w:pPr>
            <w:r>
              <w:rPr>
                <w:rFonts w:ascii="Arial" w:hAnsi="Arial"/>
                <w:b/>
                <w:color w:val="FFFFFF"/>
                <w:sz w:val="20"/>
              </w:rPr>
              <w:t>N°</w:t>
            </w:r>
          </w:p>
        </w:tc>
        <w:tc>
          <w:tcPr>
            <w:tcW w:w="2721" w:type="dxa"/>
            <w:shd w:val="clear" w:color="auto" w:fill="2F6B4F"/>
            <w:tcMar>
              <w:top w:w="70" w:type="dxa"/>
              <w:left w:w="80" w:type="dxa"/>
              <w:bottom w:w="70" w:type="dxa"/>
              <w:right w:w="80" w:type="dxa"/>
            </w:tcMar>
            <w:vAlign w:val="center"/>
          </w:tcPr>
          <w:p w14:paraId="04C93239" w14:textId="77777777" w:rsidR="00650973" w:rsidRDefault="00080072">
            <w:pPr>
              <w:jc w:val="center"/>
            </w:pPr>
            <w:r>
              <w:rPr>
                <w:rFonts w:ascii="Arial" w:hAnsi="Arial"/>
                <w:b/>
                <w:color w:val="FFFFFF"/>
                <w:sz w:val="20"/>
              </w:rPr>
              <w:t>Nom</w:t>
            </w:r>
          </w:p>
        </w:tc>
        <w:tc>
          <w:tcPr>
            <w:tcW w:w="3572" w:type="dxa"/>
            <w:shd w:val="clear" w:color="auto" w:fill="2F6B4F"/>
            <w:tcMar>
              <w:top w:w="70" w:type="dxa"/>
              <w:left w:w="80" w:type="dxa"/>
              <w:bottom w:w="70" w:type="dxa"/>
              <w:right w:w="80" w:type="dxa"/>
            </w:tcMar>
            <w:vAlign w:val="center"/>
          </w:tcPr>
          <w:p w14:paraId="3598578D" w14:textId="77777777" w:rsidR="00650973" w:rsidRDefault="00080072">
            <w:pPr>
              <w:jc w:val="center"/>
            </w:pPr>
            <w:r>
              <w:rPr>
                <w:rFonts w:ascii="Arial" w:hAnsi="Arial"/>
                <w:b/>
                <w:color w:val="FFFFFF"/>
                <w:sz w:val="20"/>
              </w:rPr>
              <w:t>Adresse / zone</w:t>
            </w:r>
          </w:p>
        </w:tc>
        <w:tc>
          <w:tcPr>
            <w:tcW w:w="2438" w:type="dxa"/>
            <w:shd w:val="clear" w:color="auto" w:fill="2F6B4F"/>
            <w:tcMar>
              <w:top w:w="70" w:type="dxa"/>
              <w:left w:w="80" w:type="dxa"/>
              <w:bottom w:w="70" w:type="dxa"/>
              <w:right w:w="80" w:type="dxa"/>
            </w:tcMar>
            <w:vAlign w:val="center"/>
          </w:tcPr>
          <w:p w14:paraId="30638175" w14:textId="77777777" w:rsidR="00650973" w:rsidRDefault="00080072">
            <w:pPr>
              <w:jc w:val="center"/>
            </w:pPr>
            <w:r>
              <w:rPr>
                <w:rFonts w:ascii="Arial" w:hAnsi="Arial"/>
                <w:b/>
                <w:color w:val="FFFFFF"/>
                <w:sz w:val="20"/>
              </w:rPr>
              <w:t>Proximité / distance</w:t>
            </w:r>
          </w:p>
        </w:tc>
      </w:tr>
      <w:tr w:rsidR="00650973" w14:paraId="551DA57A" w14:textId="77777777">
        <w:trPr>
          <w:cantSplit/>
          <w:jc w:val="center"/>
        </w:trPr>
        <w:tc>
          <w:tcPr>
            <w:tcW w:w="567" w:type="dxa"/>
            <w:tcMar>
              <w:top w:w="70" w:type="dxa"/>
              <w:left w:w="80" w:type="dxa"/>
              <w:bottom w:w="70" w:type="dxa"/>
              <w:right w:w="80" w:type="dxa"/>
            </w:tcMar>
            <w:vAlign w:val="center"/>
          </w:tcPr>
          <w:p w14:paraId="2A1B6F81" w14:textId="77777777" w:rsidR="00650973" w:rsidRDefault="00080072">
            <w:r>
              <w:rPr>
                <w:rFonts w:ascii="Arial" w:hAnsi="Arial"/>
                <w:sz w:val="20"/>
              </w:rPr>
              <w:t>27</w:t>
            </w:r>
          </w:p>
        </w:tc>
        <w:tc>
          <w:tcPr>
            <w:tcW w:w="2721" w:type="dxa"/>
            <w:tcMar>
              <w:top w:w="70" w:type="dxa"/>
              <w:left w:w="80" w:type="dxa"/>
              <w:bottom w:w="70" w:type="dxa"/>
              <w:right w:w="80" w:type="dxa"/>
            </w:tcMar>
            <w:vAlign w:val="center"/>
          </w:tcPr>
          <w:p w14:paraId="7991824C" w14:textId="77777777" w:rsidR="00650973" w:rsidRDefault="00080072">
            <w:r>
              <w:rPr>
                <w:rFonts w:ascii="Arial" w:hAnsi="Arial"/>
                <w:sz w:val="20"/>
              </w:rPr>
              <w:t>Restaurante Grill El Palmero</w:t>
            </w:r>
          </w:p>
        </w:tc>
        <w:tc>
          <w:tcPr>
            <w:tcW w:w="3572" w:type="dxa"/>
            <w:tcMar>
              <w:top w:w="70" w:type="dxa"/>
              <w:left w:w="80" w:type="dxa"/>
              <w:bottom w:w="70" w:type="dxa"/>
              <w:right w:w="80" w:type="dxa"/>
            </w:tcMar>
            <w:vAlign w:val="center"/>
          </w:tcPr>
          <w:p w14:paraId="5E40A707" w14:textId="77777777" w:rsidR="00650973" w:rsidRDefault="00080072">
            <w:r>
              <w:rPr>
                <w:rFonts w:ascii="Arial" w:hAnsi="Arial"/>
                <w:sz w:val="20"/>
              </w:rPr>
              <w:t>Av. Touroperador Neckermann 3 — Campo Internacional</w:t>
            </w:r>
          </w:p>
        </w:tc>
        <w:tc>
          <w:tcPr>
            <w:tcW w:w="2438" w:type="dxa"/>
            <w:tcMar>
              <w:top w:w="70" w:type="dxa"/>
              <w:left w:w="80" w:type="dxa"/>
              <w:bottom w:w="70" w:type="dxa"/>
              <w:right w:w="80" w:type="dxa"/>
            </w:tcMar>
            <w:vAlign w:val="center"/>
          </w:tcPr>
          <w:p w14:paraId="71549679" w14:textId="77777777" w:rsidR="00650973" w:rsidRDefault="00080072">
            <w:r>
              <w:rPr>
                <w:rFonts w:ascii="Arial" w:hAnsi="Arial"/>
                <w:sz w:val="20"/>
              </w:rPr>
              <w:t>Très proche ; Non établie</w:t>
            </w:r>
          </w:p>
        </w:tc>
      </w:tr>
      <w:tr w:rsidR="00650973" w14:paraId="2E7067D7" w14:textId="77777777">
        <w:trPr>
          <w:cantSplit/>
          <w:jc w:val="center"/>
        </w:trPr>
        <w:tc>
          <w:tcPr>
            <w:tcW w:w="567" w:type="dxa"/>
            <w:shd w:val="clear" w:color="auto" w:fill="F8FAF8"/>
            <w:tcMar>
              <w:top w:w="70" w:type="dxa"/>
              <w:left w:w="80" w:type="dxa"/>
              <w:bottom w:w="70" w:type="dxa"/>
              <w:right w:w="80" w:type="dxa"/>
            </w:tcMar>
            <w:vAlign w:val="center"/>
          </w:tcPr>
          <w:p w14:paraId="6D622D88" w14:textId="77777777" w:rsidR="00650973" w:rsidRDefault="00080072">
            <w:r>
              <w:rPr>
                <w:rFonts w:ascii="Arial" w:hAnsi="Arial"/>
                <w:sz w:val="20"/>
              </w:rPr>
              <w:t>28</w:t>
            </w:r>
          </w:p>
        </w:tc>
        <w:tc>
          <w:tcPr>
            <w:tcW w:w="2721" w:type="dxa"/>
            <w:shd w:val="clear" w:color="auto" w:fill="F8FAF8"/>
            <w:tcMar>
              <w:top w:w="70" w:type="dxa"/>
              <w:left w:w="80" w:type="dxa"/>
              <w:bottom w:w="70" w:type="dxa"/>
              <w:right w:w="80" w:type="dxa"/>
            </w:tcMar>
            <w:vAlign w:val="center"/>
          </w:tcPr>
          <w:p w14:paraId="6A79B00B" w14:textId="77777777" w:rsidR="00650973" w:rsidRDefault="00080072">
            <w:r>
              <w:rPr>
                <w:rFonts w:ascii="Arial" w:hAnsi="Arial"/>
                <w:sz w:val="20"/>
              </w:rPr>
              <w:t>The New Rustico Maspalomas</w:t>
            </w:r>
          </w:p>
        </w:tc>
        <w:tc>
          <w:tcPr>
            <w:tcW w:w="3572" w:type="dxa"/>
            <w:shd w:val="clear" w:color="auto" w:fill="F8FAF8"/>
            <w:tcMar>
              <w:top w:w="70" w:type="dxa"/>
              <w:left w:w="80" w:type="dxa"/>
              <w:bottom w:w="70" w:type="dxa"/>
              <w:right w:w="80" w:type="dxa"/>
            </w:tcMar>
            <w:vAlign w:val="center"/>
          </w:tcPr>
          <w:p w14:paraId="596376BA" w14:textId="77777777" w:rsidR="00650973" w:rsidRDefault="00080072">
            <w:r>
              <w:rPr>
                <w:rFonts w:ascii="Arial" w:hAnsi="Arial"/>
                <w:sz w:val="20"/>
              </w:rPr>
              <w:t>Campo Internacional / Maspalomas — Campo Internacional</w:t>
            </w:r>
          </w:p>
        </w:tc>
        <w:tc>
          <w:tcPr>
            <w:tcW w:w="2438" w:type="dxa"/>
            <w:shd w:val="clear" w:color="auto" w:fill="F8FAF8"/>
            <w:tcMar>
              <w:top w:w="70" w:type="dxa"/>
              <w:left w:w="80" w:type="dxa"/>
              <w:bottom w:w="70" w:type="dxa"/>
              <w:right w:w="80" w:type="dxa"/>
            </w:tcMar>
            <w:vAlign w:val="center"/>
          </w:tcPr>
          <w:p w14:paraId="57CEAA84" w14:textId="77777777" w:rsidR="00650973" w:rsidRDefault="00080072">
            <w:r>
              <w:rPr>
                <w:rFonts w:ascii="Arial" w:hAnsi="Arial"/>
                <w:sz w:val="20"/>
              </w:rPr>
              <w:t>Proche ; ≈0,7 km</w:t>
            </w:r>
          </w:p>
        </w:tc>
      </w:tr>
      <w:tr w:rsidR="00650973" w14:paraId="094348A2" w14:textId="77777777">
        <w:trPr>
          <w:cantSplit/>
          <w:jc w:val="center"/>
        </w:trPr>
        <w:tc>
          <w:tcPr>
            <w:tcW w:w="567" w:type="dxa"/>
            <w:tcMar>
              <w:top w:w="70" w:type="dxa"/>
              <w:left w:w="80" w:type="dxa"/>
              <w:bottom w:w="70" w:type="dxa"/>
              <w:right w:w="80" w:type="dxa"/>
            </w:tcMar>
            <w:vAlign w:val="center"/>
          </w:tcPr>
          <w:p w14:paraId="294C6D70" w14:textId="77777777" w:rsidR="00650973" w:rsidRDefault="00080072">
            <w:r>
              <w:rPr>
                <w:rFonts w:ascii="Arial" w:hAnsi="Arial"/>
                <w:sz w:val="20"/>
              </w:rPr>
              <w:t>29</w:t>
            </w:r>
          </w:p>
        </w:tc>
        <w:tc>
          <w:tcPr>
            <w:tcW w:w="2721" w:type="dxa"/>
            <w:tcMar>
              <w:top w:w="70" w:type="dxa"/>
              <w:left w:w="80" w:type="dxa"/>
              <w:bottom w:w="70" w:type="dxa"/>
              <w:right w:w="80" w:type="dxa"/>
            </w:tcMar>
            <w:vAlign w:val="center"/>
          </w:tcPr>
          <w:p w14:paraId="740F1C5A" w14:textId="77777777" w:rsidR="00650973" w:rsidRDefault="00080072">
            <w:r>
              <w:rPr>
                <w:rFonts w:ascii="Arial" w:hAnsi="Arial"/>
                <w:sz w:val="20"/>
              </w:rPr>
              <w:t>Mercado del Nomad – Holidayworld</w:t>
            </w:r>
          </w:p>
        </w:tc>
        <w:tc>
          <w:tcPr>
            <w:tcW w:w="3572" w:type="dxa"/>
            <w:tcMar>
              <w:top w:w="70" w:type="dxa"/>
              <w:left w:w="80" w:type="dxa"/>
              <w:bottom w:w="70" w:type="dxa"/>
              <w:right w:w="80" w:type="dxa"/>
            </w:tcMar>
            <w:vAlign w:val="center"/>
          </w:tcPr>
          <w:p w14:paraId="02BFB185" w14:textId="77777777" w:rsidR="00650973" w:rsidRDefault="00080072">
            <w:r>
              <w:rPr>
                <w:rFonts w:ascii="Arial" w:hAnsi="Arial"/>
                <w:sz w:val="20"/>
              </w:rPr>
              <w:t>Holidayworld Maspalomas Center — Maspalomas</w:t>
            </w:r>
          </w:p>
        </w:tc>
        <w:tc>
          <w:tcPr>
            <w:tcW w:w="2438" w:type="dxa"/>
            <w:tcMar>
              <w:top w:w="70" w:type="dxa"/>
              <w:left w:w="80" w:type="dxa"/>
              <w:bottom w:w="70" w:type="dxa"/>
              <w:right w:w="80" w:type="dxa"/>
            </w:tcMar>
            <w:vAlign w:val="center"/>
          </w:tcPr>
          <w:p w14:paraId="0F09E282" w14:textId="77777777" w:rsidR="00650973" w:rsidRDefault="00080072">
            <w:r>
              <w:rPr>
                <w:rFonts w:ascii="Arial" w:hAnsi="Arial"/>
                <w:sz w:val="20"/>
              </w:rPr>
              <w:t>Proche / marche possible ; ≈1 km</w:t>
            </w:r>
          </w:p>
        </w:tc>
      </w:tr>
      <w:tr w:rsidR="00650973" w14:paraId="1124E0EA" w14:textId="77777777">
        <w:trPr>
          <w:cantSplit/>
          <w:jc w:val="center"/>
        </w:trPr>
        <w:tc>
          <w:tcPr>
            <w:tcW w:w="567" w:type="dxa"/>
            <w:shd w:val="clear" w:color="auto" w:fill="F8FAF8"/>
            <w:tcMar>
              <w:top w:w="70" w:type="dxa"/>
              <w:left w:w="80" w:type="dxa"/>
              <w:bottom w:w="70" w:type="dxa"/>
              <w:right w:w="80" w:type="dxa"/>
            </w:tcMar>
            <w:vAlign w:val="center"/>
          </w:tcPr>
          <w:p w14:paraId="75462A31" w14:textId="77777777" w:rsidR="00650973" w:rsidRDefault="00080072">
            <w:r>
              <w:rPr>
                <w:rFonts w:ascii="Arial" w:hAnsi="Arial"/>
                <w:sz w:val="20"/>
              </w:rPr>
              <w:t>30</w:t>
            </w:r>
          </w:p>
        </w:tc>
        <w:tc>
          <w:tcPr>
            <w:tcW w:w="2721" w:type="dxa"/>
            <w:shd w:val="clear" w:color="auto" w:fill="F8FAF8"/>
            <w:tcMar>
              <w:top w:w="70" w:type="dxa"/>
              <w:left w:w="80" w:type="dxa"/>
              <w:bottom w:w="70" w:type="dxa"/>
              <w:right w:w="80" w:type="dxa"/>
            </w:tcMar>
            <w:vAlign w:val="center"/>
          </w:tcPr>
          <w:p w14:paraId="1FCD949C" w14:textId="77777777" w:rsidR="00650973" w:rsidRDefault="00080072">
            <w:r>
              <w:rPr>
                <w:rFonts w:ascii="Arial" w:hAnsi="Arial"/>
                <w:sz w:val="20"/>
              </w:rPr>
              <w:t>DREAMS Restaurant &amp; Bar</w:t>
            </w:r>
          </w:p>
        </w:tc>
        <w:tc>
          <w:tcPr>
            <w:tcW w:w="3572" w:type="dxa"/>
            <w:shd w:val="clear" w:color="auto" w:fill="F8FAF8"/>
            <w:tcMar>
              <w:top w:w="70" w:type="dxa"/>
              <w:left w:w="80" w:type="dxa"/>
              <w:bottom w:w="70" w:type="dxa"/>
              <w:right w:w="80" w:type="dxa"/>
            </w:tcMar>
            <w:vAlign w:val="center"/>
          </w:tcPr>
          <w:p w14:paraId="2CCAF36C" w14:textId="77777777" w:rsidR="00650973" w:rsidRDefault="00080072">
            <w:r>
              <w:rPr>
                <w:rFonts w:ascii="Arial" w:hAnsi="Arial"/>
                <w:sz w:val="20"/>
              </w:rPr>
              <w:t>Av. de Tirajana 17 — Maspalomas / Playa del Inglés</w:t>
            </w:r>
          </w:p>
        </w:tc>
        <w:tc>
          <w:tcPr>
            <w:tcW w:w="2438" w:type="dxa"/>
            <w:shd w:val="clear" w:color="auto" w:fill="F8FAF8"/>
            <w:tcMar>
              <w:top w:w="70" w:type="dxa"/>
              <w:left w:w="80" w:type="dxa"/>
              <w:bottom w:w="70" w:type="dxa"/>
              <w:right w:w="80" w:type="dxa"/>
            </w:tcMar>
            <w:vAlign w:val="center"/>
          </w:tcPr>
          <w:p w14:paraId="00E94C68" w14:textId="77777777" w:rsidR="00650973" w:rsidRDefault="00080072">
            <w:r>
              <w:rPr>
                <w:rFonts w:ascii="Arial" w:hAnsi="Arial"/>
                <w:sz w:val="20"/>
              </w:rPr>
              <w:t>À pied élargi / courte voiture ; ≈1 km (repéré)</w:t>
            </w:r>
          </w:p>
        </w:tc>
      </w:tr>
      <w:tr w:rsidR="00650973" w14:paraId="73F6CE9A" w14:textId="77777777">
        <w:trPr>
          <w:cantSplit/>
          <w:jc w:val="center"/>
        </w:trPr>
        <w:tc>
          <w:tcPr>
            <w:tcW w:w="567" w:type="dxa"/>
            <w:tcMar>
              <w:top w:w="70" w:type="dxa"/>
              <w:left w:w="80" w:type="dxa"/>
              <w:bottom w:w="70" w:type="dxa"/>
              <w:right w:w="80" w:type="dxa"/>
            </w:tcMar>
            <w:vAlign w:val="center"/>
          </w:tcPr>
          <w:p w14:paraId="4ED52E26" w14:textId="77777777" w:rsidR="00650973" w:rsidRDefault="00080072">
            <w:r>
              <w:rPr>
                <w:rFonts w:ascii="Arial" w:hAnsi="Arial"/>
                <w:sz w:val="20"/>
              </w:rPr>
              <w:t>31</w:t>
            </w:r>
          </w:p>
        </w:tc>
        <w:tc>
          <w:tcPr>
            <w:tcW w:w="2721" w:type="dxa"/>
            <w:tcMar>
              <w:top w:w="70" w:type="dxa"/>
              <w:left w:w="80" w:type="dxa"/>
              <w:bottom w:w="70" w:type="dxa"/>
              <w:right w:w="80" w:type="dxa"/>
            </w:tcMar>
            <w:vAlign w:val="center"/>
          </w:tcPr>
          <w:p w14:paraId="63585589" w14:textId="77777777" w:rsidR="00650973" w:rsidRDefault="00080072">
            <w:r>
              <w:rPr>
                <w:rFonts w:ascii="Arial" w:hAnsi="Arial"/>
                <w:sz w:val="20"/>
              </w:rPr>
              <w:t>Restaurante LoLa</w:t>
            </w:r>
          </w:p>
        </w:tc>
        <w:tc>
          <w:tcPr>
            <w:tcW w:w="3572" w:type="dxa"/>
            <w:tcMar>
              <w:top w:w="70" w:type="dxa"/>
              <w:left w:w="80" w:type="dxa"/>
              <w:bottom w:w="70" w:type="dxa"/>
              <w:right w:w="80" w:type="dxa"/>
            </w:tcMar>
            <w:vAlign w:val="center"/>
          </w:tcPr>
          <w:p w14:paraId="4ED65650" w14:textId="77777777" w:rsidR="00650973" w:rsidRDefault="00080072">
            <w:r>
              <w:rPr>
                <w:rFonts w:ascii="Arial" w:hAnsi="Arial"/>
                <w:sz w:val="20"/>
              </w:rPr>
              <w:t>Maspalomas / Playa del Inglés — Maspalomas / Playa del Inglés</w:t>
            </w:r>
          </w:p>
        </w:tc>
        <w:tc>
          <w:tcPr>
            <w:tcW w:w="2438" w:type="dxa"/>
            <w:tcMar>
              <w:top w:w="70" w:type="dxa"/>
              <w:left w:w="80" w:type="dxa"/>
              <w:bottom w:w="70" w:type="dxa"/>
              <w:right w:w="80" w:type="dxa"/>
            </w:tcMar>
            <w:vAlign w:val="center"/>
          </w:tcPr>
          <w:p w14:paraId="0FBA2A56" w14:textId="77777777" w:rsidR="00650973" w:rsidRDefault="00080072">
            <w:r>
              <w:rPr>
                <w:rFonts w:ascii="Arial" w:hAnsi="Arial"/>
                <w:sz w:val="20"/>
              </w:rPr>
              <w:t>Courte voiture ; ≈1 km cité dans première collecte</w:t>
            </w:r>
          </w:p>
        </w:tc>
      </w:tr>
      <w:tr w:rsidR="00650973" w14:paraId="5A78BF41" w14:textId="77777777">
        <w:trPr>
          <w:cantSplit/>
          <w:jc w:val="center"/>
        </w:trPr>
        <w:tc>
          <w:tcPr>
            <w:tcW w:w="567" w:type="dxa"/>
            <w:shd w:val="clear" w:color="auto" w:fill="F8FAF8"/>
            <w:tcMar>
              <w:top w:w="70" w:type="dxa"/>
              <w:left w:w="80" w:type="dxa"/>
              <w:bottom w:w="70" w:type="dxa"/>
              <w:right w:w="80" w:type="dxa"/>
            </w:tcMar>
            <w:vAlign w:val="center"/>
          </w:tcPr>
          <w:p w14:paraId="5E60CDF9" w14:textId="77777777" w:rsidR="00650973" w:rsidRDefault="00080072">
            <w:r>
              <w:rPr>
                <w:rFonts w:ascii="Arial" w:hAnsi="Arial"/>
                <w:sz w:val="20"/>
              </w:rPr>
              <w:t>32</w:t>
            </w:r>
          </w:p>
        </w:tc>
        <w:tc>
          <w:tcPr>
            <w:tcW w:w="2721" w:type="dxa"/>
            <w:shd w:val="clear" w:color="auto" w:fill="F8FAF8"/>
            <w:tcMar>
              <w:top w:w="70" w:type="dxa"/>
              <w:left w:w="80" w:type="dxa"/>
              <w:bottom w:w="70" w:type="dxa"/>
              <w:right w:w="80" w:type="dxa"/>
            </w:tcMar>
            <w:vAlign w:val="center"/>
          </w:tcPr>
          <w:p w14:paraId="42CAB62E" w14:textId="77777777" w:rsidR="00650973" w:rsidRDefault="00080072">
            <w:r>
              <w:rPr>
                <w:rFonts w:ascii="Arial" w:hAnsi="Arial"/>
                <w:sz w:val="20"/>
              </w:rPr>
              <w:t>Wapa Tapa</w:t>
            </w:r>
          </w:p>
        </w:tc>
        <w:tc>
          <w:tcPr>
            <w:tcW w:w="3572" w:type="dxa"/>
            <w:shd w:val="clear" w:color="auto" w:fill="F8FAF8"/>
            <w:tcMar>
              <w:top w:w="70" w:type="dxa"/>
              <w:left w:w="80" w:type="dxa"/>
              <w:bottom w:w="70" w:type="dxa"/>
              <w:right w:w="80" w:type="dxa"/>
            </w:tcMar>
            <w:vAlign w:val="center"/>
          </w:tcPr>
          <w:p w14:paraId="75BBCBB0" w14:textId="77777777" w:rsidR="00650973" w:rsidRDefault="00080072">
            <w:r>
              <w:rPr>
                <w:rFonts w:ascii="Arial" w:hAnsi="Arial"/>
                <w:sz w:val="20"/>
              </w:rPr>
              <w:t>Yumbo Centrum — Playa del Inglés</w:t>
            </w:r>
          </w:p>
        </w:tc>
        <w:tc>
          <w:tcPr>
            <w:tcW w:w="2438" w:type="dxa"/>
            <w:shd w:val="clear" w:color="auto" w:fill="F8FAF8"/>
            <w:tcMar>
              <w:top w:w="70" w:type="dxa"/>
              <w:left w:w="80" w:type="dxa"/>
              <w:bottom w:w="70" w:type="dxa"/>
              <w:right w:w="80" w:type="dxa"/>
            </w:tcMar>
            <w:vAlign w:val="center"/>
          </w:tcPr>
          <w:p w14:paraId="40821BFE" w14:textId="77777777" w:rsidR="00650973" w:rsidRDefault="00080072">
            <w:r>
              <w:rPr>
                <w:rFonts w:ascii="Arial" w:hAnsi="Arial"/>
                <w:sz w:val="20"/>
              </w:rPr>
              <w:t>À pied élargi / courte voiture ; ≈1,2 km</w:t>
            </w:r>
          </w:p>
        </w:tc>
      </w:tr>
    </w:tbl>
    <w:p w14:paraId="654E149A" w14:textId="77777777" w:rsidR="00650973" w:rsidRDefault="00080072">
      <w:r>
        <w:rPr>
          <w:rFonts w:ascii="Arial" w:hAnsi="Arial"/>
          <w:b/>
          <w:color w:val="2F6B4F"/>
          <w:sz w:val="23"/>
        </w:rPr>
        <w:t>C. Accès depuis Dunaflor Verde</w:t>
      </w:r>
    </w:p>
    <w:tbl>
      <w:tblPr>
        <w:tblStyle w:val="Grilledutableau"/>
        <w:tblW w:w="0" w:type="auto"/>
        <w:jc w:val="center"/>
        <w:tblLook w:val="04A0" w:firstRow="1" w:lastRow="0" w:firstColumn="1" w:lastColumn="0" w:noHBand="0" w:noVBand="1"/>
      </w:tblPr>
      <w:tblGrid>
        <w:gridCol w:w="567"/>
        <w:gridCol w:w="3005"/>
        <w:gridCol w:w="3005"/>
        <w:gridCol w:w="2835"/>
      </w:tblGrid>
      <w:tr w:rsidR="00650973" w14:paraId="29480C87" w14:textId="77777777">
        <w:trPr>
          <w:cantSplit/>
          <w:tblHeader/>
          <w:jc w:val="center"/>
        </w:trPr>
        <w:tc>
          <w:tcPr>
            <w:tcW w:w="567" w:type="dxa"/>
            <w:shd w:val="clear" w:color="auto" w:fill="2F6B4F"/>
            <w:tcMar>
              <w:top w:w="70" w:type="dxa"/>
              <w:left w:w="80" w:type="dxa"/>
              <w:bottom w:w="70" w:type="dxa"/>
              <w:right w:w="80" w:type="dxa"/>
            </w:tcMar>
            <w:vAlign w:val="center"/>
          </w:tcPr>
          <w:p w14:paraId="7F7938AD" w14:textId="77777777" w:rsidR="00650973" w:rsidRDefault="00080072">
            <w:pPr>
              <w:jc w:val="center"/>
            </w:pPr>
            <w:r>
              <w:rPr>
                <w:rFonts w:ascii="Arial" w:hAnsi="Arial"/>
                <w:b/>
                <w:color w:val="FFFFFF"/>
                <w:sz w:val="20"/>
              </w:rPr>
              <w:t>N°</w:t>
            </w:r>
          </w:p>
        </w:tc>
        <w:tc>
          <w:tcPr>
            <w:tcW w:w="3005" w:type="dxa"/>
            <w:shd w:val="clear" w:color="auto" w:fill="2F6B4F"/>
            <w:tcMar>
              <w:top w:w="70" w:type="dxa"/>
              <w:left w:w="80" w:type="dxa"/>
              <w:bottom w:w="70" w:type="dxa"/>
              <w:right w:w="80" w:type="dxa"/>
            </w:tcMar>
            <w:vAlign w:val="center"/>
          </w:tcPr>
          <w:p w14:paraId="688031CB" w14:textId="77777777" w:rsidR="00650973" w:rsidRDefault="00080072">
            <w:pPr>
              <w:jc w:val="center"/>
            </w:pPr>
            <w:r>
              <w:rPr>
                <w:rFonts w:ascii="Arial" w:hAnsi="Arial"/>
                <w:b/>
                <w:color w:val="FFFFFF"/>
                <w:sz w:val="20"/>
              </w:rPr>
              <w:t>Nom</w:t>
            </w:r>
          </w:p>
        </w:tc>
        <w:tc>
          <w:tcPr>
            <w:tcW w:w="3005" w:type="dxa"/>
            <w:shd w:val="clear" w:color="auto" w:fill="2F6B4F"/>
            <w:tcMar>
              <w:top w:w="70" w:type="dxa"/>
              <w:left w:w="80" w:type="dxa"/>
              <w:bottom w:w="70" w:type="dxa"/>
              <w:right w:w="80" w:type="dxa"/>
            </w:tcMar>
            <w:vAlign w:val="center"/>
          </w:tcPr>
          <w:p w14:paraId="190316C9" w14:textId="77777777" w:rsidR="00650973" w:rsidRDefault="00080072">
            <w:pPr>
              <w:jc w:val="center"/>
            </w:pPr>
            <w:r>
              <w:rPr>
                <w:rFonts w:ascii="Arial" w:hAnsi="Arial"/>
                <w:b/>
                <w:color w:val="FFFFFF"/>
                <w:sz w:val="20"/>
              </w:rPr>
              <w:t>Temps à pied</w:t>
            </w:r>
          </w:p>
        </w:tc>
        <w:tc>
          <w:tcPr>
            <w:tcW w:w="2835" w:type="dxa"/>
            <w:shd w:val="clear" w:color="auto" w:fill="2F6B4F"/>
            <w:tcMar>
              <w:top w:w="70" w:type="dxa"/>
              <w:left w:w="80" w:type="dxa"/>
              <w:bottom w:w="70" w:type="dxa"/>
              <w:right w:w="80" w:type="dxa"/>
            </w:tcMar>
            <w:vAlign w:val="center"/>
          </w:tcPr>
          <w:p w14:paraId="268DCEEC" w14:textId="77777777" w:rsidR="00650973" w:rsidRDefault="00080072">
            <w:pPr>
              <w:jc w:val="center"/>
            </w:pPr>
            <w:r>
              <w:rPr>
                <w:rFonts w:ascii="Arial" w:hAnsi="Arial"/>
                <w:b/>
                <w:color w:val="FFFFFF"/>
                <w:sz w:val="20"/>
              </w:rPr>
              <w:t>Voiture</w:t>
            </w:r>
          </w:p>
        </w:tc>
      </w:tr>
      <w:tr w:rsidR="00650973" w14:paraId="165AD168" w14:textId="77777777">
        <w:trPr>
          <w:cantSplit/>
          <w:jc w:val="center"/>
        </w:trPr>
        <w:tc>
          <w:tcPr>
            <w:tcW w:w="567" w:type="dxa"/>
            <w:tcMar>
              <w:top w:w="70" w:type="dxa"/>
              <w:left w:w="80" w:type="dxa"/>
              <w:bottom w:w="70" w:type="dxa"/>
              <w:right w:w="80" w:type="dxa"/>
            </w:tcMar>
            <w:vAlign w:val="center"/>
          </w:tcPr>
          <w:p w14:paraId="4C1553E2" w14:textId="77777777" w:rsidR="00650973" w:rsidRDefault="00080072">
            <w:r>
              <w:rPr>
                <w:rFonts w:ascii="Arial" w:hAnsi="Arial"/>
                <w:sz w:val="20"/>
              </w:rPr>
              <w:t>27</w:t>
            </w:r>
          </w:p>
        </w:tc>
        <w:tc>
          <w:tcPr>
            <w:tcW w:w="3005" w:type="dxa"/>
            <w:tcMar>
              <w:top w:w="70" w:type="dxa"/>
              <w:left w:w="80" w:type="dxa"/>
              <w:bottom w:w="70" w:type="dxa"/>
              <w:right w:w="80" w:type="dxa"/>
            </w:tcMar>
            <w:vAlign w:val="center"/>
          </w:tcPr>
          <w:p w14:paraId="693FF1D2" w14:textId="77777777" w:rsidR="00650973" w:rsidRDefault="00080072">
            <w:r>
              <w:rPr>
                <w:rFonts w:ascii="Arial" w:hAnsi="Arial"/>
                <w:sz w:val="20"/>
              </w:rPr>
              <w:t>Restaurante Grill El Palmero</w:t>
            </w:r>
          </w:p>
        </w:tc>
        <w:tc>
          <w:tcPr>
            <w:tcW w:w="3005" w:type="dxa"/>
            <w:tcMar>
              <w:top w:w="70" w:type="dxa"/>
              <w:left w:w="80" w:type="dxa"/>
              <w:bottom w:w="70" w:type="dxa"/>
              <w:right w:w="80" w:type="dxa"/>
            </w:tcMar>
            <w:vAlign w:val="center"/>
          </w:tcPr>
          <w:p w14:paraId="552CF4A2" w14:textId="77777777" w:rsidR="00650973" w:rsidRDefault="00080072">
            <w:r>
              <w:rPr>
                <w:rFonts w:ascii="Arial" w:hAnsi="Arial"/>
                <w:sz w:val="20"/>
              </w:rPr>
              <w:t>≈5–7 min (repéré)</w:t>
            </w:r>
          </w:p>
        </w:tc>
        <w:tc>
          <w:tcPr>
            <w:tcW w:w="2835" w:type="dxa"/>
            <w:tcMar>
              <w:top w:w="70" w:type="dxa"/>
              <w:left w:w="80" w:type="dxa"/>
              <w:bottom w:w="70" w:type="dxa"/>
              <w:right w:w="80" w:type="dxa"/>
            </w:tcMar>
            <w:vAlign w:val="center"/>
          </w:tcPr>
          <w:p w14:paraId="38B1C18B" w14:textId="77777777" w:rsidR="00650973" w:rsidRDefault="00080072">
            <w:r>
              <w:rPr>
                <w:rFonts w:ascii="Arial" w:hAnsi="Arial"/>
                <w:sz w:val="20"/>
              </w:rPr>
              <w:t>Non nécessaire</w:t>
            </w:r>
          </w:p>
        </w:tc>
      </w:tr>
      <w:tr w:rsidR="00650973" w14:paraId="2F8C870B" w14:textId="77777777">
        <w:trPr>
          <w:cantSplit/>
          <w:jc w:val="center"/>
        </w:trPr>
        <w:tc>
          <w:tcPr>
            <w:tcW w:w="567" w:type="dxa"/>
            <w:shd w:val="clear" w:color="auto" w:fill="F8FAF8"/>
            <w:tcMar>
              <w:top w:w="70" w:type="dxa"/>
              <w:left w:w="80" w:type="dxa"/>
              <w:bottom w:w="70" w:type="dxa"/>
              <w:right w:w="80" w:type="dxa"/>
            </w:tcMar>
            <w:vAlign w:val="center"/>
          </w:tcPr>
          <w:p w14:paraId="35204971" w14:textId="77777777" w:rsidR="00650973" w:rsidRDefault="00080072">
            <w:r>
              <w:rPr>
                <w:rFonts w:ascii="Arial" w:hAnsi="Arial"/>
                <w:sz w:val="20"/>
              </w:rPr>
              <w:t>28</w:t>
            </w:r>
          </w:p>
        </w:tc>
        <w:tc>
          <w:tcPr>
            <w:tcW w:w="3005" w:type="dxa"/>
            <w:shd w:val="clear" w:color="auto" w:fill="F8FAF8"/>
            <w:tcMar>
              <w:top w:w="70" w:type="dxa"/>
              <w:left w:w="80" w:type="dxa"/>
              <w:bottom w:w="70" w:type="dxa"/>
              <w:right w:w="80" w:type="dxa"/>
            </w:tcMar>
            <w:vAlign w:val="center"/>
          </w:tcPr>
          <w:p w14:paraId="32AE328B" w14:textId="77777777" w:rsidR="00650973" w:rsidRDefault="00080072">
            <w:r>
              <w:rPr>
                <w:rFonts w:ascii="Arial" w:hAnsi="Arial"/>
                <w:sz w:val="20"/>
              </w:rPr>
              <w:t>The New Rustico Maspalomas</w:t>
            </w:r>
          </w:p>
        </w:tc>
        <w:tc>
          <w:tcPr>
            <w:tcW w:w="3005" w:type="dxa"/>
            <w:shd w:val="clear" w:color="auto" w:fill="F8FAF8"/>
            <w:tcMar>
              <w:top w:w="70" w:type="dxa"/>
              <w:left w:w="80" w:type="dxa"/>
              <w:bottom w:w="70" w:type="dxa"/>
              <w:right w:w="80" w:type="dxa"/>
            </w:tcMar>
            <w:vAlign w:val="center"/>
          </w:tcPr>
          <w:p w14:paraId="5FD5C4B4" w14:textId="77777777" w:rsidR="00650973" w:rsidRDefault="00080072">
            <w:r>
              <w:rPr>
                <w:rFonts w:ascii="Arial" w:hAnsi="Arial"/>
                <w:sz w:val="20"/>
              </w:rPr>
              <w:t>≈9 min</w:t>
            </w:r>
          </w:p>
        </w:tc>
        <w:tc>
          <w:tcPr>
            <w:tcW w:w="2835" w:type="dxa"/>
            <w:shd w:val="clear" w:color="auto" w:fill="F8FAF8"/>
            <w:tcMar>
              <w:top w:w="70" w:type="dxa"/>
              <w:left w:w="80" w:type="dxa"/>
              <w:bottom w:w="70" w:type="dxa"/>
              <w:right w:w="80" w:type="dxa"/>
            </w:tcMar>
            <w:vAlign w:val="center"/>
          </w:tcPr>
          <w:p w14:paraId="26E80ECD" w14:textId="77777777" w:rsidR="00650973" w:rsidRDefault="00080072">
            <w:r>
              <w:rPr>
                <w:rFonts w:ascii="Arial" w:hAnsi="Arial"/>
                <w:sz w:val="20"/>
              </w:rPr>
              <w:t>Non nécessaire</w:t>
            </w:r>
          </w:p>
        </w:tc>
      </w:tr>
      <w:tr w:rsidR="00650973" w14:paraId="53327C9B" w14:textId="77777777">
        <w:trPr>
          <w:cantSplit/>
          <w:jc w:val="center"/>
        </w:trPr>
        <w:tc>
          <w:tcPr>
            <w:tcW w:w="567" w:type="dxa"/>
            <w:tcMar>
              <w:top w:w="70" w:type="dxa"/>
              <w:left w:w="80" w:type="dxa"/>
              <w:bottom w:w="70" w:type="dxa"/>
              <w:right w:w="80" w:type="dxa"/>
            </w:tcMar>
            <w:vAlign w:val="center"/>
          </w:tcPr>
          <w:p w14:paraId="3D259028" w14:textId="77777777" w:rsidR="00650973" w:rsidRDefault="00080072">
            <w:r>
              <w:rPr>
                <w:rFonts w:ascii="Arial" w:hAnsi="Arial"/>
                <w:sz w:val="20"/>
              </w:rPr>
              <w:lastRenderedPageBreak/>
              <w:t>29</w:t>
            </w:r>
          </w:p>
        </w:tc>
        <w:tc>
          <w:tcPr>
            <w:tcW w:w="3005" w:type="dxa"/>
            <w:tcMar>
              <w:top w:w="70" w:type="dxa"/>
              <w:left w:w="80" w:type="dxa"/>
              <w:bottom w:w="70" w:type="dxa"/>
              <w:right w:w="80" w:type="dxa"/>
            </w:tcMar>
            <w:vAlign w:val="center"/>
          </w:tcPr>
          <w:p w14:paraId="65181C3B" w14:textId="77777777" w:rsidR="00650973" w:rsidRDefault="00080072">
            <w:r>
              <w:rPr>
                <w:rFonts w:ascii="Arial" w:hAnsi="Arial"/>
                <w:sz w:val="20"/>
              </w:rPr>
              <w:t>Mercado del Nomad – Holidayworld</w:t>
            </w:r>
          </w:p>
        </w:tc>
        <w:tc>
          <w:tcPr>
            <w:tcW w:w="3005" w:type="dxa"/>
            <w:tcMar>
              <w:top w:w="70" w:type="dxa"/>
              <w:left w:w="80" w:type="dxa"/>
              <w:bottom w:w="70" w:type="dxa"/>
              <w:right w:w="80" w:type="dxa"/>
            </w:tcMar>
            <w:vAlign w:val="center"/>
          </w:tcPr>
          <w:p w14:paraId="68FFEB22" w14:textId="77777777" w:rsidR="00650973" w:rsidRDefault="00080072">
            <w:r>
              <w:rPr>
                <w:rFonts w:ascii="Arial" w:hAnsi="Arial"/>
                <w:sz w:val="20"/>
              </w:rPr>
              <w:t>≈12–15 min</w:t>
            </w:r>
          </w:p>
        </w:tc>
        <w:tc>
          <w:tcPr>
            <w:tcW w:w="2835" w:type="dxa"/>
            <w:tcMar>
              <w:top w:w="70" w:type="dxa"/>
              <w:left w:w="80" w:type="dxa"/>
              <w:bottom w:w="70" w:type="dxa"/>
              <w:right w:w="80" w:type="dxa"/>
            </w:tcMar>
            <w:vAlign w:val="center"/>
          </w:tcPr>
          <w:p w14:paraId="3CEC602D" w14:textId="77777777" w:rsidR="00650973" w:rsidRDefault="00080072">
            <w:r>
              <w:rPr>
                <w:rFonts w:ascii="Arial" w:hAnsi="Arial"/>
                <w:sz w:val="20"/>
              </w:rPr>
              <w:t>Courte voiture possible</w:t>
            </w:r>
          </w:p>
        </w:tc>
      </w:tr>
      <w:tr w:rsidR="00650973" w14:paraId="038CC4DF" w14:textId="77777777">
        <w:trPr>
          <w:cantSplit/>
          <w:jc w:val="center"/>
        </w:trPr>
        <w:tc>
          <w:tcPr>
            <w:tcW w:w="567" w:type="dxa"/>
            <w:shd w:val="clear" w:color="auto" w:fill="F8FAF8"/>
            <w:tcMar>
              <w:top w:w="70" w:type="dxa"/>
              <w:left w:w="80" w:type="dxa"/>
              <w:bottom w:w="70" w:type="dxa"/>
              <w:right w:w="80" w:type="dxa"/>
            </w:tcMar>
            <w:vAlign w:val="center"/>
          </w:tcPr>
          <w:p w14:paraId="52E3337A" w14:textId="77777777" w:rsidR="00650973" w:rsidRDefault="00080072">
            <w:r>
              <w:rPr>
                <w:rFonts w:ascii="Arial" w:hAnsi="Arial"/>
                <w:sz w:val="20"/>
              </w:rPr>
              <w:t>30</w:t>
            </w:r>
          </w:p>
        </w:tc>
        <w:tc>
          <w:tcPr>
            <w:tcW w:w="3005" w:type="dxa"/>
            <w:shd w:val="clear" w:color="auto" w:fill="F8FAF8"/>
            <w:tcMar>
              <w:top w:w="70" w:type="dxa"/>
              <w:left w:w="80" w:type="dxa"/>
              <w:bottom w:w="70" w:type="dxa"/>
              <w:right w:w="80" w:type="dxa"/>
            </w:tcMar>
            <w:vAlign w:val="center"/>
          </w:tcPr>
          <w:p w14:paraId="713AC21C" w14:textId="77777777" w:rsidR="00650973" w:rsidRDefault="00080072">
            <w:r>
              <w:rPr>
                <w:rFonts w:ascii="Arial" w:hAnsi="Arial"/>
                <w:sz w:val="20"/>
              </w:rPr>
              <w:t>DREAMS Restaurant &amp; Bar</w:t>
            </w:r>
          </w:p>
        </w:tc>
        <w:tc>
          <w:tcPr>
            <w:tcW w:w="3005" w:type="dxa"/>
            <w:shd w:val="clear" w:color="auto" w:fill="F8FAF8"/>
            <w:tcMar>
              <w:top w:w="70" w:type="dxa"/>
              <w:left w:w="80" w:type="dxa"/>
              <w:bottom w:w="70" w:type="dxa"/>
              <w:right w:w="80" w:type="dxa"/>
            </w:tcMar>
            <w:vAlign w:val="center"/>
          </w:tcPr>
          <w:p w14:paraId="7635907F" w14:textId="77777777" w:rsidR="00650973" w:rsidRDefault="00080072">
            <w:r>
              <w:rPr>
                <w:rFonts w:ascii="Arial" w:hAnsi="Arial"/>
                <w:sz w:val="20"/>
              </w:rPr>
              <w:t>≈13–15 min (repéré)</w:t>
            </w:r>
          </w:p>
        </w:tc>
        <w:tc>
          <w:tcPr>
            <w:tcW w:w="2835" w:type="dxa"/>
            <w:shd w:val="clear" w:color="auto" w:fill="F8FAF8"/>
            <w:tcMar>
              <w:top w:w="70" w:type="dxa"/>
              <w:left w:w="80" w:type="dxa"/>
              <w:bottom w:w="70" w:type="dxa"/>
              <w:right w:w="80" w:type="dxa"/>
            </w:tcMar>
            <w:vAlign w:val="center"/>
          </w:tcPr>
          <w:p w14:paraId="7FF560BA" w14:textId="77777777" w:rsidR="00650973" w:rsidRDefault="00080072">
            <w:r>
              <w:rPr>
                <w:rFonts w:ascii="Arial" w:hAnsi="Arial"/>
                <w:sz w:val="20"/>
              </w:rPr>
              <w:t>Courte voiture</w:t>
            </w:r>
          </w:p>
        </w:tc>
      </w:tr>
      <w:tr w:rsidR="00650973" w14:paraId="63DD8450" w14:textId="77777777">
        <w:trPr>
          <w:cantSplit/>
          <w:jc w:val="center"/>
        </w:trPr>
        <w:tc>
          <w:tcPr>
            <w:tcW w:w="567" w:type="dxa"/>
            <w:tcMar>
              <w:top w:w="70" w:type="dxa"/>
              <w:left w:w="80" w:type="dxa"/>
              <w:bottom w:w="70" w:type="dxa"/>
              <w:right w:w="80" w:type="dxa"/>
            </w:tcMar>
            <w:vAlign w:val="center"/>
          </w:tcPr>
          <w:p w14:paraId="4A6957E2" w14:textId="77777777" w:rsidR="00650973" w:rsidRDefault="00080072">
            <w:r>
              <w:rPr>
                <w:rFonts w:ascii="Arial" w:hAnsi="Arial"/>
                <w:sz w:val="20"/>
              </w:rPr>
              <w:t>31</w:t>
            </w:r>
          </w:p>
        </w:tc>
        <w:tc>
          <w:tcPr>
            <w:tcW w:w="3005" w:type="dxa"/>
            <w:tcMar>
              <w:top w:w="70" w:type="dxa"/>
              <w:left w:w="80" w:type="dxa"/>
              <w:bottom w:w="70" w:type="dxa"/>
              <w:right w:w="80" w:type="dxa"/>
            </w:tcMar>
            <w:vAlign w:val="center"/>
          </w:tcPr>
          <w:p w14:paraId="465D4DC5" w14:textId="77777777" w:rsidR="00650973" w:rsidRDefault="00080072">
            <w:r>
              <w:rPr>
                <w:rFonts w:ascii="Arial" w:hAnsi="Arial"/>
                <w:sz w:val="20"/>
              </w:rPr>
              <w:t>Restaurante LoLa</w:t>
            </w:r>
          </w:p>
        </w:tc>
        <w:tc>
          <w:tcPr>
            <w:tcW w:w="3005" w:type="dxa"/>
            <w:tcMar>
              <w:top w:w="70" w:type="dxa"/>
              <w:left w:w="80" w:type="dxa"/>
              <w:bottom w:w="70" w:type="dxa"/>
              <w:right w:w="80" w:type="dxa"/>
            </w:tcMar>
            <w:vAlign w:val="center"/>
          </w:tcPr>
          <w:p w14:paraId="047D6226" w14:textId="77777777" w:rsidR="00650973" w:rsidRDefault="00080072">
            <w:r>
              <w:rPr>
                <w:rFonts w:ascii="Arial" w:hAnsi="Arial"/>
                <w:sz w:val="20"/>
              </w:rPr>
              <w:t>≈13–15 min cité dans première collecte</w:t>
            </w:r>
          </w:p>
        </w:tc>
        <w:tc>
          <w:tcPr>
            <w:tcW w:w="2835" w:type="dxa"/>
            <w:tcMar>
              <w:top w:w="70" w:type="dxa"/>
              <w:left w:w="80" w:type="dxa"/>
              <w:bottom w:w="70" w:type="dxa"/>
              <w:right w:w="80" w:type="dxa"/>
            </w:tcMar>
            <w:vAlign w:val="center"/>
          </w:tcPr>
          <w:p w14:paraId="592B0EA4" w14:textId="77777777" w:rsidR="00650973" w:rsidRDefault="00080072">
            <w:r>
              <w:rPr>
                <w:rFonts w:ascii="Arial" w:hAnsi="Arial"/>
                <w:sz w:val="20"/>
              </w:rPr>
              <w:t>Courte voiture</w:t>
            </w:r>
          </w:p>
        </w:tc>
      </w:tr>
      <w:tr w:rsidR="00650973" w14:paraId="607655F0" w14:textId="77777777">
        <w:trPr>
          <w:cantSplit/>
          <w:jc w:val="center"/>
        </w:trPr>
        <w:tc>
          <w:tcPr>
            <w:tcW w:w="567" w:type="dxa"/>
            <w:shd w:val="clear" w:color="auto" w:fill="F8FAF8"/>
            <w:tcMar>
              <w:top w:w="70" w:type="dxa"/>
              <w:left w:w="80" w:type="dxa"/>
              <w:bottom w:w="70" w:type="dxa"/>
              <w:right w:w="80" w:type="dxa"/>
            </w:tcMar>
            <w:vAlign w:val="center"/>
          </w:tcPr>
          <w:p w14:paraId="4429EFFE" w14:textId="77777777" w:rsidR="00650973" w:rsidRDefault="00080072">
            <w:r>
              <w:rPr>
                <w:rFonts w:ascii="Arial" w:hAnsi="Arial"/>
                <w:sz w:val="20"/>
              </w:rPr>
              <w:t>32</w:t>
            </w:r>
          </w:p>
        </w:tc>
        <w:tc>
          <w:tcPr>
            <w:tcW w:w="3005" w:type="dxa"/>
            <w:shd w:val="clear" w:color="auto" w:fill="F8FAF8"/>
            <w:tcMar>
              <w:top w:w="70" w:type="dxa"/>
              <w:left w:w="80" w:type="dxa"/>
              <w:bottom w:w="70" w:type="dxa"/>
              <w:right w:w="80" w:type="dxa"/>
            </w:tcMar>
            <w:vAlign w:val="center"/>
          </w:tcPr>
          <w:p w14:paraId="17E8B194" w14:textId="77777777" w:rsidR="00650973" w:rsidRDefault="00080072">
            <w:r>
              <w:rPr>
                <w:rFonts w:ascii="Arial" w:hAnsi="Arial"/>
                <w:sz w:val="20"/>
              </w:rPr>
              <w:t>Wapa Tapa</w:t>
            </w:r>
          </w:p>
        </w:tc>
        <w:tc>
          <w:tcPr>
            <w:tcW w:w="3005" w:type="dxa"/>
            <w:shd w:val="clear" w:color="auto" w:fill="F8FAF8"/>
            <w:tcMar>
              <w:top w:w="70" w:type="dxa"/>
              <w:left w:w="80" w:type="dxa"/>
              <w:bottom w:w="70" w:type="dxa"/>
              <w:right w:w="80" w:type="dxa"/>
            </w:tcMar>
            <w:vAlign w:val="center"/>
          </w:tcPr>
          <w:p w14:paraId="54F1271F" w14:textId="77777777" w:rsidR="00650973" w:rsidRDefault="00080072">
            <w:r>
              <w:rPr>
                <w:rFonts w:ascii="Arial" w:hAnsi="Arial"/>
                <w:sz w:val="20"/>
              </w:rPr>
              <w:t>Temps exact non établi</w:t>
            </w:r>
          </w:p>
        </w:tc>
        <w:tc>
          <w:tcPr>
            <w:tcW w:w="2835" w:type="dxa"/>
            <w:shd w:val="clear" w:color="auto" w:fill="F8FAF8"/>
            <w:tcMar>
              <w:top w:w="70" w:type="dxa"/>
              <w:left w:w="80" w:type="dxa"/>
              <w:bottom w:w="70" w:type="dxa"/>
              <w:right w:w="80" w:type="dxa"/>
            </w:tcMar>
            <w:vAlign w:val="center"/>
          </w:tcPr>
          <w:p w14:paraId="4276BE7B" w14:textId="77777777" w:rsidR="00650973" w:rsidRDefault="00080072">
            <w:r>
              <w:rPr>
                <w:rFonts w:ascii="Arial" w:hAnsi="Arial"/>
                <w:sz w:val="20"/>
              </w:rPr>
              <w:t>Courte voiture</w:t>
            </w:r>
          </w:p>
        </w:tc>
      </w:tr>
    </w:tbl>
    <w:p w14:paraId="36CBCF8D" w14:textId="77777777" w:rsidR="00650973" w:rsidRDefault="00080072">
      <w:r>
        <w:rPr>
          <w:rFonts w:ascii="Arial" w:hAnsi="Arial"/>
          <w:b/>
          <w:color w:val="2F6B4F"/>
          <w:sz w:val="23"/>
        </w:rPr>
        <w:t>D. Prix et horaires</w:t>
      </w:r>
    </w:p>
    <w:tbl>
      <w:tblPr>
        <w:tblStyle w:val="Grilledutableau"/>
        <w:tblW w:w="0" w:type="auto"/>
        <w:jc w:val="center"/>
        <w:tblLook w:val="04A0" w:firstRow="1" w:lastRow="0" w:firstColumn="1" w:lastColumn="0" w:noHBand="0" w:noVBand="1"/>
      </w:tblPr>
      <w:tblGrid>
        <w:gridCol w:w="567"/>
        <w:gridCol w:w="2835"/>
        <w:gridCol w:w="2835"/>
        <w:gridCol w:w="3118"/>
      </w:tblGrid>
      <w:tr w:rsidR="00650973" w14:paraId="63D7A25D" w14:textId="77777777">
        <w:trPr>
          <w:cantSplit/>
          <w:tblHeader/>
          <w:jc w:val="center"/>
        </w:trPr>
        <w:tc>
          <w:tcPr>
            <w:tcW w:w="567" w:type="dxa"/>
            <w:shd w:val="clear" w:color="auto" w:fill="2F6B4F"/>
            <w:tcMar>
              <w:top w:w="70" w:type="dxa"/>
              <w:left w:w="80" w:type="dxa"/>
              <w:bottom w:w="70" w:type="dxa"/>
              <w:right w:w="80" w:type="dxa"/>
            </w:tcMar>
            <w:vAlign w:val="center"/>
          </w:tcPr>
          <w:p w14:paraId="43E61543" w14:textId="77777777" w:rsidR="00650973" w:rsidRDefault="00080072">
            <w:pPr>
              <w:jc w:val="center"/>
            </w:pPr>
            <w:r>
              <w:rPr>
                <w:rFonts w:ascii="Arial" w:hAnsi="Arial"/>
                <w:b/>
                <w:color w:val="FFFFFF"/>
                <w:sz w:val="20"/>
              </w:rPr>
              <w:t>N°</w:t>
            </w:r>
          </w:p>
        </w:tc>
        <w:tc>
          <w:tcPr>
            <w:tcW w:w="2835" w:type="dxa"/>
            <w:shd w:val="clear" w:color="auto" w:fill="2F6B4F"/>
            <w:tcMar>
              <w:top w:w="70" w:type="dxa"/>
              <w:left w:w="80" w:type="dxa"/>
              <w:bottom w:w="70" w:type="dxa"/>
              <w:right w:w="80" w:type="dxa"/>
            </w:tcMar>
            <w:vAlign w:val="center"/>
          </w:tcPr>
          <w:p w14:paraId="6CCA784A" w14:textId="77777777" w:rsidR="00650973" w:rsidRDefault="00080072">
            <w:pPr>
              <w:jc w:val="center"/>
            </w:pPr>
            <w:r>
              <w:rPr>
                <w:rFonts w:ascii="Arial" w:hAnsi="Arial"/>
                <w:b/>
                <w:color w:val="FFFFFF"/>
                <w:sz w:val="20"/>
              </w:rPr>
              <w:t>Nom</w:t>
            </w:r>
          </w:p>
        </w:tc>
        <w:tc>
          <w:tcPr>
            <w:tcW w:w="2835" w:type="dxa"/>
            <w:shd w:val="clear" w:color="auto" w:fill="2F6B4F"/>
            <w:tcMar>
              <w:top w:w="70" w:type="dxa"/>
              <w:left w:w="80" w:type="dxa"/>
              <w:bottom w:w="70" w:type="dxa"/>
              <w:right w:w="80" w:type="dxa"/>
            </w:tcMar>
            <w:vAlign w:val="center"/>
          </w:tcPr>
          <w:p w14:paraId="2E759DA1" w14:textId="77777777" w:rsidR="00650973" w:rsidRDefault="00080072">
            <w:pPr>
              <w:jc w:val="center"/>
            </w:pPr>
            <w:r>
              <w:rPr>
                <w:rFonts w:ascii="Arial" w:hAnsi="Arial"/>
                <w:b/>
                <w:color w:val="FFFFFF"/>
                <w:sz w:val="20"/>
              </w:rPr>
              <w:t>Prix indicatifs</w:t>
            </w:r>
          </w:p>
        </w:tc>
        <w:tc>
          <w:tcPr>
            <w:tcW w:w="3118" w:type="dxa"/>
            <w:shd w:val="clear" w:color="auto" w:fill="2F6B4F"/>
            <w:tcMar>
              <w:top w:w="70" w:type="dxa"/>
              <w:left w:w="80" w:type="dxa"/>
              <w:bottom w:w="70" w:type="dxa"/>
              <w:right w:w="80" w:type="dxa"/>
            </w:tcMar>
            <w:vAlign w:val="center"/>
          </w:tcPr>
          <w:p w14:paraId="712CEEF2" w14:textId="77777777" w:rsidR="00650973" w:rsidRDefault="00080072">
            <w:pPr>
              <w:jc w:val="center"/>
            </w:pPr>
            <w:r>
              <w:rPr>
                <w:rFonts w:ascii="Arial" w:hAnsi="Arial"/>
                <w:b/>
                <w:color w:val="FFFFFF"/>
                <w:sz w:val="20"/>
              </w:rPr>
              <w:t>Horaires</w:t>
            </w:r>
          </w:p>
        </w:tc>
      </w:tr>
      <w:tr w:rsidR="00650973" w14:paraId="3DC6202D" w14:textId="77777777">
        <w:trPr>
          <w:cantSplit/>
          <w:jc w:val="center"/>
        </w:trPr>
        <w:tc>
          <w:tcPr>
            <w:tcW w:w="567" w:type="dxa"/>
            <w:tcMar>
              <w:top w:w="70" w:type="dxa"/>
              <w:left w:w="80" w:type="dxa"/>
              <w:bottom w:w="70" w:type="dxa"/>
              <w:right w:w="80" w:type="dxa"/>
            </w:tcMar>
            <w:vAlign w:val="center"/>
          </w:tcPr>
          <w:p w14:paraId="627CABB7" w14:textId="77777777" w:rsidR="00650973" w:rsidRDefault="00080072">
            <w:r>
              <w:rPr>
                <w:rFonts w:ascii="Arial" w:hAnsi="Arial"/>
                <w:sz w:val="20"/>
              </w:rPr>
              <w:t>27</w:t>
            </w:r>
          </w:p>
        </w:tc>
        <w:tc>
          <w:tcPr>
            <w:tcW w:w="2835" w:type="dxa"/>
            <w:tcMar>
              <w:top w:w="70" w:type="dxa"/>
              <w:left w:w="80" w:type="dxa"/>
              <w:bottom w:w="70" w:type="dxa"/>
              <w:right w:w="80" w:type="dxa"/>
            </w:tcMar>
            <w:vAlign w:val="center"/>
          </w:tcPr>
          <w:p w14:paraId="63D474D4" w14:textId="77777777" w:rsidR="00650973" w:rsidRDefault="00080072">
            <w:r>
              <w:rPr>
                <w:rFonts w:ascii="Arial" w:hAnsi="Arial"/>
                <w:sz w:val="20"/>
              </w:rPr>
              <w:t>Restaurante Grill El Palmero</w:t>
            </w:r>
          </w:p>
        </w:tc>
        <w:tc>
          <w:tcPr>
            <w:tcW w:w="2835" w:type="dxa"/>
            <w:tcMar>
              <w:top w:w="70" w:type="dxa"/>
              <w:left w:w="80" w:type="dxa"/>
              <w:bottom w:w="70" w:type="dxa"/>
              <w:right w:w="80" w:type="dxa"/>
            </w:tcMar>
            <w:vAlign w:val="center"/>
          </w:tcPr>
          <w:p w14:paraId="6892D1B0" w14:textId="77777777" w:rsidR="00650973" w:rsidRDefault="00080072">
            <w:r>
              <w:rPr>
                <w:rFonts w:ascii="Arial" w:hAnsi="Arial"/>
                <w:sz w:val="20"/>
              </w:rPr>
              <w:t>6,80–46,90 € selon plat/partage</w:t>
            </w:r>
          </w:p>
        </w:tc>
        <w:tc>
          <w:tcPr>
            <w:tcW w:w="3118" w:type="dxa"/>
            <w:tcMar>
              <w:top w:w="70" w:type="dxa"/>
              <w:left w:w="80" w:type="dxa"/>
              <w:bottom w:w="70" w:type="dxa"/>
              <w:right w:w="80" w:type="dxa"/>
            </w:tcMar>
            <w:vAlign w:val="center"/>
          </w:tcPr>
          <w:p w14:paraId="6383439F" w14:textId="77777777" w:rsidR="00650973" w:rsidRDefault="00080072">
            <w:r>
              <w:rPr>
                <w:rFonts w:ascii="Arial" w:hAnsi="Arial"/>
                <w:sz w:val="20"/>
              </w:rPr>
              <w:t>Horaires non conservés</w:t>
            </w:r>
          </w:p>
        </w:tc>
      </w:tr>
      <w:tr w:rsidR="00650973" w14:paraId="3504C6FB" w14:textId="77777777">
        <w:trPr>
          <w:cantSplit/>
          <w:jc w:val="center"/>
        </w:trPr>
        <w:tc>
          <w:tcPr>
            <w:tcW w:w="567" w:type="dxa"/>
            <w:shd w:val="clear" w:color="auto" w:fill="F8FAF8"/>
            <w:tcMar>
              <w:top w:w="70" w:type="dxa"/>
              <w:left w:w="80" w:type="dxa"/>
              <w:bottom w:w="70" w:type="dxa"/>
              <w:right w:w="80" w:type="dxa"/>
            </w:tcMar>
            <w:vAlign w:val="center"/>
          </w:tcPr>
          <w:p w14:paraId="74CD2A06" w14:textId="77777777" w:rsidR="00650973" w:rsidRDefault="00080072">
            <w:r>
              <w:rPr>
                <w:rFonts w:ascii="Arial" w:hAnsi="Arial"/>
                <w:sz w:val="20"/>
              </w:rPr>
              <w:t>28</w:t>
            </w:r>
          </w:p>
        </w:tc>
        <w:tc>
          <w:tcPr>
            <w:tcW w:w="2835" w:type="dxa"/>
            <w:shd w:val="clear" w:color="auto" w:fill="F8FAF8"/>
            <w:tcMar>
              <w:top w:w="70" w:type="dxa"/>
              <w:left w:w="80" w:type="dxa"/>
              <w:bottom w:w="70" w:type="dxa"/>
              <w:right w:w="80" w:type="dxa"/>
            </w:tcMar>
            <w:vAlign w:val="center"/>
          </w:tcPr>
          <w:p w14:paraId="7DD2138C" w14:textId="77777777" w:rsidR="00650973" w:rsidRDefault="00080072">
            <w:r>
              <w:rPr>
                <w:rFonts w:ascii="Arial" w:hAnsi="Arial"/>
                <w:sz w:val="20"/>
              </w:rPr>
              <w:t>The New Rustico Maspalomas</w:t>
            </w:r>
          </w:p>
        </w:tc>
        <w:tc>
          <w:tcPr>
            <w:tcW w:w="2835" w:type="dxa"/>
            <w:shd w:val="clear" w:color="auto" w:fill="F8FAF8"/>
            <w:tcMar>
              <w:top w:w="70" w:type="dxa"/>
              <w:left w:w="80" w:type="dxa"/>
              <w:bottom w:w="70" w:type="dxa"/>
              <w:right w:w="80" w:type="dxa"/>
            </w:tcMar>
            <w:vAlign w:val="center"/>
          </w:tcPr>
          <w:p w14:paraId="7F44ED4C" w14:textId="77777777" w:rsidR="00650973" w:rsidRDefault="00080072">
            <w:r>
              <w:rPr>
                <w:rFonts w:ascii="Arial" w:hAnsi="Arial"/>
                <w:sz w:val="20"/>
              </w:rPr>
              <w:t>Tapas 7–15 € ; plats jusqu’à 25 € ; vins 19–30 € courants</w:t>
            </w:r>
          </w:p>
        </w:tc>
        <w:tc>
          <w:tcPr>
            <w:tcW w:w="3118" w:type="dxa"/>
            <w:shd w:val="clear" w:color="auto" w:fill="F8FAF8"/>
            <w:tcMar>
              <w:top w:w="70" w:type="dxa"/>
              <w:left w:w="80" w:type="dxa"/>
              <w:bottom w:w="70" w:type="dxa"/>
              <w:right w:w="80" w:type="dxa"/>
            </w:tcMar>
            <w:vAlign w:val="center"/>
          </w:tcPr>
          <w:p w14:paraId="12507E2A" w14:textId="77777777" w:rsidR="00650973" w:rsidRDefault="00080072">
            <w:r>
              <w:rPr>
                <w:rFonts w:ascii="Arial" w:hAnsi="Arial"/>
                <w:sz w:val="20"/>
              </w:rPr>
              <w:t>Ancienne publication : 19h–22h, fermeture sam/dim ; à revérifier</w:t>
            </w:r>
          </w:p>
        </w:tc>
      </w:tr>
      <w:tr w:rsidR="00650973" w14:paraId="6303FE51" w14:textId="77777777">
        <w:trPr>
          <w:cantSplit/>
          <w:jc w:val="center"/>
        </w:trPr>
        <w:tc>
          <w:tcPr>
            <w:tcW w:w="567" w:type="dxa"/>
            <w:tcMar>
              <w:top w:w="70" w:type="dxa"/>
              <w:left w:w="80" w:type="dxa"/>
              <w:bottom w:w="70" w:type="dxa"/>
              <w:right w:w="80" w:type="dxa"/>
            </w:tcMar>
            <w:vAlign w:val="center"/>
          </w:tcPr>
          <w:p w14:paraId="13526E18" w14:textId="77777777" w:rsidR="00650973" w:rsidRDefault="00080072">
            <w:r>
              <w:rPr>
                <w:rFonts w:ascii="Arial" w:hAnsi="Arial"/>
                <w:sz w:val="20"/>
              </w:rPr>
              <w:t>29</w:t>
            </w:r>
          </w:p>
        </w:tc>
        <w:tc>
          <w:tcPr>
            <w:tcW w:w="2835" w:type="dxa"/>
            <w:tcMar>
              <w:top w:w="70" w:type="dxa"/>
              <w:left w:w="80" w:type="dxa"/>
              <w:bottom w:w="70" w:type="dxa"/>
              <w:right w:w="80" w:type="dxa"/>
            </w:tcMar>
            <w:vAlign w:val="center"/>
          </w:tcPr>
          <w:p w14:paraId="5C563934" w14:textId="77777777" w:rsidR="00650973" w:rsidRDefault="00080072">
            <w:r>
              <w:rPr>
                <w:rFonts w:ascii="Arial" w:hAnsi="Arial"/>
                <w:sz w:val="20"/>
              </w:rPr>
              <w:t>Mercado del Nomad – Holidayworld</w:t>
            </w:r>
          </w:p>
        </w:tc>
        <w:tc>
          <w:tcPr>
            <w:tcW w:w="2835" w:type="dxa"/>
            <w:tcMar>
              <w:top w:w="70" w:type="dxa"/>
              <w:left w:w="80" w:type="dxa"/>
              <w:bottom w:w="70" w:type="dxa"/>
              <w:right w:w="80" w:type="dxa"/>
            </w:tcMar>
            <w:vAlign w:val="center"/>
          </w:tcPr>
          <w:p w14:paraId="72DD595A" w14:textId="77777777" w:rsidR="00650973" w:rsidRDefault="00080072">
            <w:r>
              <w:rPr>
                <w:rFonts w:ascii="Arial" w:hAnsi="Arial"/>
                <w:sz w:val="20"/>
              </w:rPr>
              <w:t>≈10–14 € plat simple ; 15–22 € viande ; ≈25–35 €/pers avec boisson/plus</w:t>
            </w:r>
          </w:p>
        </w:tc>
        <w:tc>
          <w:tcPr>
            <w:tcW w:w="3118" w:type="dxa"/>
            <w:tcMar>
              <w:top w:w="70" w:type="dxa"/>
              <w:left w:w="80" w:type="dxa"/>
              <w:bottom w:w="70" w:type="dxa"/>
              <w:right w:w="80" w:type="dxa"/>
            </w:tcMar>
            <w:vAlign w:val="center"/>
          </w:tcPr>
          <w:p w14:paraId="30B9CD41" w14:textId="77777777" w:rsidR="00650973" w:rsidRDefault="00080072">
            <w:r>
              <w:rPr>
                <w:rFonts w:ascii="Arial" w:hAnsi="Arial"/>
                <w:sz w:val="20"/>
              </w:rPr>
              <w:t>18h–00h lun–jeu &amp; dim ; 18h–02h ven/sam ; cuisine ferme ~30 min avant</w:t>
            </w:r>
          </w:p>
        </w:tc>
      </w:tr>
      <w:tr w:rsidR="00650973" w14:paraId="3661210A" w14:textId="77777777">
        <w:trPr>
          <w:cantSplit/>
          <w:jc w:val="center"/>
        </w:trPr>
        <w:tc>
          <w:tcPr>
            <w:tcW w:w="567" w:type="dxa"/>
            <w:shd w:val="clear" w:color="auto" w:fill="F8FAF8"/>
            <w:tcMar>
              <w:top w:w="70" w:type="dxa"/>
              <w:left w:w="80" w:type="dxa"/>
              <w:bottom w:w="70" w:type="dxa"/>
              <w:right w:w="80" w:type="dxa"/>
            </w:tcMar>
            <w:vAlign w:val="center"/>
          </w:tcPr>
          <w:p w14:paraId="2B40631C" w14:textId="77777777" w:rsidR="00650973" w:rsidRDefault="00080072">
            <w:r>
              <w:rPr>
                <w:rFonts w:ascii="Arial" w:hAnsi="Arial"/>
                <w:sz w:val="20"/>
              </w:rPr>
              <w:t>30</w:t>
            </w:r>
          </w:p>
        </w:tc>
        <w:tc>
          <w:tcPr>
            <w:tcW w:w="2835" w:type="dxa"/>
            <w:shd w:val="clear" w:color="auto" w:fill="F8FAF8"/>
            <w:tcMar>
              <w:top w:w="70" w:type="dxa"/>
              <w:left w:w="80" w:type="dxa"/>
              <w:bottom w:w="70" w:type="dxa"/>
              <w:right w:w="80" w:type="dxa"/>
            </w:tcMar>
            <w:vAlign w:val="center"/>
          </w:tcPr>
          <w:p w14:paraId="60270269" w14:textId="77777777" w:rsidR="00650973" w:rsidRDefault="00080072">
            <w:r>
              <w:rPr>
                <w:rFonts w:ascii="Arial" w:hAnsi="Arial"/>
                <w:sz w:val="20"/>
              </w:rPr>
              <w:t>DREAMS Restaurant &amp; Bar</w:t>
            </w:r>
          </w:p>
        </w:tc>
        <w:tc>
          <w:tcPr>
            <w:tcW w:w="2835" w:type="dxa"/>
            <w:shd w:val="clear" w:color="auto" w:fill="F8FAF8"/>
            <w:tcMar>
              <w:top w:w="70" w:type="dxa"/>
              <w:left w:w="80" w:type="dxa"/>
              <w:bottom w:w="70" w:type="dxa"/>
              <w:right w:w="80" w:type="dxa"/>
            </w:tcMar>
            <w:vAlign w:val="center"/>
          </w:tcPr>
          <w:p w14:paraId="53945CCC" w14:textId="77777777" w:rsidR="00650973" w:rsidRDefault="00080072">
            <w:r>
              <w:rPr>
                <w:rFonts w:ascii="Arial" w:hAnsi="Arial"/>
                <w:sz w:val="20"/>
              </w:rPr>
              <w:t>Entrées 2,90–16,90 € ; plats 15,90–30,90 €</w:t>
            </w:r>
          </w:p>
        </w:tc>
        <w:tc>
          <w:tcPr>
            <w:tcW w:w="3118" w:type="dxa"/>
            <w:shd w:val="clear" w:color="auto" w:fill="F8FAF8"/>
            <w:tcMar>
              <w:top w:w="70" w:type="dxa"/>
              <w:left w:w="80" w:type="dxa"/>
              <w:bottom w:w="70" w:type="dxa"/>
              <w:right w:w="80" w:type="dxa"/>
            </w:tcMar>
            <w:vAlign w:val="center"/>
          </w:tcPr>
          <w:p w14:paraId="7DB8D21A" w14:textId="77777777" w:rsidR="00650973" w:rsidRDefault="00080072">
            <w:r>
              <w:rPr>
                <w:rFonts w:ascii="Arial" w:hAnsi="Arial"/>
                <w:sz w:val="20"/>
              </w:rPr>
              <w:t>Mar–sam 18h30–22h30 ; dim/lun fermé</w:t>
            </w:r>
          </w:p>
        </w:tc>
      </w:tr>
      <w:tr w:rsidR="00650973" w14:paraId="774202ED" w14:textId="77777777">
        <w:trPr>
          <w:cantSplit/>
          <w:jc w:val="center"/>
        </w:trPr>
        <w:tc>
          <w:tcPr>
            <w:tcW w:w="567" w:type="dxa"/>
            <w:tcMar>
              <w:top w:w="70" w:type="dxa"/>
              <w:left w:w="80" w:type="dxa"/>
              <w:bottom w:w="70" w:type="dxa"/>
              <w:right w:w="80" w:type="dxa"/>
            </w:tcMar>
            <w:vAlign w:val="center"/>
          </w:tcPr>
          <w:p w14:paraId="473D3E32" w14:textId="77777777" w:rsidR="00650973" w:rsidRDefault="00080072">
            <w:r>
              <w:rPr>
                <w:rFonts w:ascii="Arial" w:hAnsi="Arial"/>
                <w:sz w:val="20"/>
              </w:rPr>
              <w:t>31</w:t>
            </w:r>
          </w:p>
        </w:tc>
        <w:tc>
          <w:tcPr>
            <w:tcW w:w="2835" w:type="dxa"/>
            <w:tcMar>
              <w:top w:w="70" w:type="dxa"/>
              <w:left w:w="80" w:type="dxa"/>
              <w:bottom w:w="70" w:type="dxa"/>
              <w:right w:w="80" w:type="dxa"/>
            </w:tcMar>
            <w:vAlign w:val="center"/>
          </w:tcPr>
          <w:p w14:paraId="1387DB89" w14:textId="77777777" w:rsidR="00650973" w:rsidRDefault="00080072">
            <w:r>
              <w:rPr>
                <w:rFonts w:ascii="Arial" w:hAnsi="Arial"/>
                <w:sz w:val="20"/>
              </w:rPr>
              <w:t>Restaurante LoLa</w:t>
            </w:r>
          </w:p>
        </w:tc>
        <w:tc>
          <w:tcPr>
            <w:tcW w:w="2835" w:type="dxa"/>
            <w:tcMar>
              <w:top w:w="70" w:type="dxa"/>
              <w:left w:w="80" w:type="dxa"/>
              <w:bottom w:w="70" w:type="dxa"/>
              <w:right w:w="80" w:type="dxa"/>
            </w:tcMar>
            <w:vAlign w:val="center"/>
          </w:tcPr>
          <w:p w14:paraId="5DFDC24D" w14:textId="77777777" w:rsidR="00650973" w:rsidRDefault="00080072">
            <w:r>
              <w:rPr>
                <w:rFonts w:ascii="Arial" w:hAnsi="Arial"/>
                <w:sz w:val="20"/>
              </w:rPr>
              <w:t>Entrées 15–18,50 € ; plats 21–28,50 € ; desserts 8,50–10 €</w:t>
            </w:r>
          </w:p>
        </w:tc>
        <w:tc>
          <w:tcPr>
            <w:tcW w:w="3118" w:type="dxa"/>
            <w:tcMar>
              <w:top w:w="70" w:type="dxa"/>
              <w:left w:w="80" w:type="dxa"/>
              <w:bottom w:w="70" w:type="dxa"/>
              <w:right w:w="80" w:type="dxa"/>
            </w:tcMar>
            <w:vAlign w:val="center"/>
          </w:tcPr>
          <w:p w14:paraId="6B13F244" w14:textId="77777777" w:rsidR="00650973" w:rsidRDefault="00080072">
            <w:r>
              <w:rPr>
                <w:rFonts w:ascii="Arial" w:hAnsi="Arial"/>
                <w:sz w:val="20"/>
              </w:rPr>
              <w:t>Horaires non conservés</w:t>
            </w:r>
          </w:p>
        </w:tc>
      </w:tr>
      <w:tr w:rsidR="00650973" w14:paraId="0D1AC34D" w14:textId="77777777">
        <w:trPr>
          <w:cantSplit/>
          <w:jc w:val="center"/>
        </w:trPr>
        <w:tc>
          <w:tcPr>
            <w:tcW w:w="567" w:type="dxa"/>
            <w:shd w:val="clear" w:color="auto" w:fill="F8FAF8"/>
            <w:tcMar>
              <w:top w:w="70" w:type="dxa"/>
              <w:left w:w="80" w:type="dxa"/>
              <w:bottom w:w="70" w:type="dxa"/>
              <w:right w:w="80" w:type="dxa"/>
            </w:tcMar>
            <w:vAlign w:val="center"/>
          </w:tcPr>
          <w:p w14:paraId="3A77316A" w14:textId="77777777" w:rsidR="00650973" w:rsidRDefault="00080072">
            <w:r>
              <w:rPr>
                <w:rFonts w:ascii="Arial" w:hAnsi="Arial"/>
                <w:sz w:val="20"/>
              </w:rPr>
              <w:t>32</w:t>
            </w:r>
          </w:p>
        </w:tc>
        <w:tc>
          <w:tcPr>
            <w:tcW w:w="2835" w:type="dxa"/>
            <w:shd w:val="clear" w:color="auto" w:fill="F8FAF8"/>
            <w:tcMar>
              <w:top w:w="70" w:type="dxa"/>
              <w:left w:w="80" w:type="dxa"/>
              <w:bottom w:w="70" w:type="dxa"/>
              <w:right w:w="80" w:type="dxa"/>
            </w:tcMar>
            <w:vAlign w:val="center"/>
          </w:tcPr>
          <w:p w14:paraId="09AF77F8" w14:textId="77777777" w:rsidR="00650973" w:rsidRDefault="00080072">
            <w:r>
              <w:rPr>
                <w:rFonts w:ascii="Arial" w:hAnsi="Arial"/>
                <w:sz w:val="20"/>
              </w:rPr>
              <w:t>Wapa Tapa</w:t>
            </w:r>
          </w:p>
        </w:tc>
        <w:tc>
          <w:tcPr>
            <w:tcW w:w="2835" w:type="dxa"/>
            <w:shd w:val="clear" w:color="auto" w:fill="F8FAF8"/>
            <w:tcMar>
              <w:top w:w="70" w:type="dxa"/>
              <w:left w:w="80" w:type="dxa"/>
              <w:bottom w:w="70" w:type="dxa"/>
              <w:right w:w="80" w:type="dxa"/>
            </w:tcMar>
            <w:vAlign w:val="center"/>
          </w:tcPr>
          <w:p w14:paraId="2B9A0B02" w14:textId="77777777" w:rsidR="00650973" w:rsidRDefault="00080072">
            <w:r>
              <w:rPr>
                <w:rFonts w:ascii="Arial" w:hAnsi="Arial"/>
                <w:sz w:val="20"/>
              </w:rPr>
              <w:t>Tapas 3–15,95 € ; desserts 7,50–9,75 € ; vins 22–110 €</w:t>
            </w:r>
          </w:p>
        </w:tc>
        <w:tc>
          <w:tcPr>
            <w:tcW w:w="3118" w:type="dxa"/>
            <w:shd w:val="clear" w:color="auto" w:fill="F8FAF8"/>
            <w:tcMar>
              <w:top w:w="70" w:type="dxa"/>
              <w:left w:w="80" w:type="dxa"/>
              <w:bottom w:w="70" w:type="dxa"/>
              <w:right w:w="80" w:type="dxa"/>
            </w:tcMar>
            <w:vAlign w:val="center"/>
          </w:tcPr>
          <w:p w14:paraId="4FA5221E" w14:textId="77777777" w:rsidR="00650973" w:rsidRDefault="00080072">
            <w:r>
              <w:rPr>
                <w:rFonts w:ascii="Arial" w:hAnsi="Arial"/>
                <w:sz w:val="20"/>
              </w:rPr>
              <w:t>Horaires non conservés</w:t>
            </w:r>
          </w:p>
        </w:tc>
      </w:tr>
    </w:tbl>
    <w:p w14:paraId="56C311C0" w14:textId="77777777" w:rsidR="00650973" w:rsidRDefault="00080072">
      <w:r>
        <w:rPr>
          <w:rFonts w:ascii="Arial" w:hAnsi="Arial"/>
          <w:b/>
          <w:color w:val="2F6B4F"/>
          <w:sz w:val="23"/>
        </w:rPr>
        <w:t>E. Liens et remarques</w:t>
      </w:r>
    </w:p>
    <w:tbl>
      <w:tblPr>
        <w:tblStyle w:val="Grilledutableau"/>
        <w:tblW w:w="0" w:type="auto"/>
        <w:jc w:val="center"/>
        <w:tblLook w:val="04A0" w:firstRow="1" w:lastRow="0" w:firstColumn="1" w:lastColumn="0" w:noHBand="0" w:noVBand="1"/>
      </w:tblPr>
      <w:tblGrid>
        <w:gridCol w:w="567"/>
        <w:gridCol w:w="2608"/>
        <w:gridCol w:w="2041"/>
        <w:gridCol w:w="4139"/>
      </w:tblGrid>
      <w:tr w:rsidR="00650973" w14:paraId="5DC2EED6" w14:textId="77777777">
        <w:trPr>
          <w:cantSplit/>
          <w:tblHeader/>
          <w:jc w:val="center"/>
        </w:trPr>
        <w:tc>
          <w:tcPr>
            <w:tcW w:w="567" w:type="dxa"/>
            <w:shd w:val="clear" w:color="auto" w:fill="2F6B4F"/>
            <w:tcMar>
              <w:top w:w="70" w:type="dxa"/>
              <w:left w:w="80" w:type="dxa"/>
              <w:bottom w:w="70" w:type="dxa"/>
              <w:right w:w="80" w:type="dxa"/>
            </w:tcMar>
            <w:vAlign w:val="center"/>
          </w:tcPr>
          <w:p w14:paraId="148CD61C" w14:textId="77777777" w:rsidR="00650973" w:rsidRDefault="00080072">
            <w:pPr>
              <w:jc w:val="center"/>
            </w:pPr>
            <w:r>
              <w:rPr>
                <w:rFonts w:ascii="Arial" w:hAnsi="Arial"/>
                <w:b/>
                <w:color w:val="FFFFFF"/>
                <w:sz w:val="20"/>
              </w:rPr>
              <w:t>N°</w:t>
            </w:r>
          </w:p>
        </w:tc>
        <w:tc>
          <w:tcPr>
            <w:tcW w:w="2608" w:type="dxa"/>
            <w:shd w:val="clear" w:color="auto" w:fill="2F6B4F"/>
            <w:tcMar>
              <w:top w:w="70" w:type="dxa"/>
              <w:left w:w="80" w:type="dxa"/>
              <w:bottom w:w="70" w:type="dxa"/>
              <w:right w:w="80" w:type="dxa"/>
            </w:tcMar>
            <w:vAlign w:val="center"/>
          </w:tcPr>
          <w:p w14:paraId="79FE9E1A" w14:textId="77777777" w:rsidR="00650973" w:rsidRDefault="00080072">
            <w:pPr>
              <w:jc w:val="center"/>
            </w:pPr>
            <w:r>
              <w:rPr>
                <w:rFonts w:ascii="Arial" w:hAnsi="Arial"/>
                <w:b/>
                <w:color w:val="FFFFFF"/>
                <w:sz w:val="20"/>
              </w:rPr>
              <w:t>Nom</w:t>
            </w:r>
          </w:p>
        </w:tc>
        <w:tc>
          <w:tcPr>
            <w:tcW w:w="2041" w:type="dxa"/>
            <w:shd w:val="clear" w:color="auto" w:fill="2F6B4F"/>
            <w:tcMar>
              <w:top w:w="70" w:type="dxa"/>
              <w:left w:w="80" w:type="dxa"/>
              <w:bottom w:w="70" w:type="dxa"/>
              <w:right w:w="80" w:type="dxa"/>
            </w:tcMar>
            <w:vAlign w:val="center"/>
          </w:tcPr>
          <w:p w14:paraId="3804328C" w14:textId="77777777" w:rsidR="00650973" w:rsidRDefault="00080072">
            <w:pPr>
              <w:jc w:val="center"/>
            </w:pPr>
            <w:r>
              <w:rPr>
                <w:rFonts w:ascii="Arial" w:hAnsi="Arial"/>
                <w:b/>
                <w:color w:val="FFFFFF"/>
                <w:sz w:val="20"/>
              </w:rPr>
              <w:t>URL</w:t>
            </w:r>
          </w:p>
        </w:tc>
        <w:tc>
          <w:tcPr>
            <w:tcW w:w="4139" w:type="dxa"/>
            <w:shd w:val="clear" w:color="auto" w:fill="2F6B4F"/>
            <w:tcMar>
              <w:top w:w="70" w:type="dxa"/>
              <w:left w:w="80" w:type="dxa"/>
              <w:bottom w:w="70" w:type="dxa"/>
              <w:right w:w="80" w:type="dxa"/>
            </w:tcMar>
            <w:vAlign w:val="center"/>
          </w:tcPr>
          <w:p w14:paraId="1413FC4E" w14:textId="77777777" w:rsidR="00650973" w:rsidRDefault="00080072">
            <w:pPr>
              <w:jc w:val="center"/>
            </w:pPr>
            <w:r>
              <w:rPr>
                <w:rFonts w:ascii="Arial" w:hAnsi="Arial"/>
                <w:b/>
                <w:color w:val="FFFFFF"/>
                <w:sz w:val="20"/>
              </w:rPr>
              <w:t>Remarques</w:t>
            </w:r>
          </w:p>
        </w:tc>
      </w:tr>
      <w:tr w:rsidR="00650973" w14:paraId="751F52C8" w14:textId="77777777">
        <w:trPr>
          <w:cantSplit/>
          <w:jc w:val="center"/>
        </w:trPr>
        <w:tc>
          <w:tcPr>
            <w:tcW w:w="567" w:type="dxa"/>
            <w:tcMar>
              <w:top w:w="70" w:type="dxa"/>
              <w:left w:w="80" w:type="dxa"/>
              <w:bottom w:w="70" w:type="dxa"/>
              <w:right w:w="80" w:type="dxa"/>
            </w:tcMar>
            <w:vAlign w:val="center"/>
          </w:tcPr>
          <w:p w14:paraId="1A5171EB" w14:textId="77777777" w:rsidR="00650973" w:rsidRDefault="00080072">
            <w:r>
              <w:rPr>
                <w:rFonts w:ascii="Arial" w:hAnsi="Arial"/>
                <w:sz w:val="20"/>
              </w:rPr>
              <w:t>27</w:t>
            </w:r>
          </w:p>
        </w:tc>
        <w:tc>
          <w:tcPr>
            <w:tcW w:w="2608" w:type="dxa"/>
            <w:tcMar>
              <w:top w:w="70" w:type="dxa"/>
              <w:left w:w="80" w:type="dxa"/>
              <w:bottom w:w="70" w:type="dxa"/>
              <w:right w:w="80" w:type="dxa"/>
            </w:tcMar>
            <w:vAlign w:val="center"/>
          </w:tcPr>
          <w:p w14:paraId="418C069C" w14:textId="77777777" w:rsidR="00650973" w:rsidRDefault="00080072">
            <w:r>
              <w:rPr>
                <w:rFonts w:ascii="Arial" w:hAnsi="Arial"/>
                <w:sz w:val="20"/>
              </w:rPr>
              <w:t>Restaurante Grill El Palmero</w:t>
            </w:r>
          </w:p>
        </w:tc>
        <w:tc>
          <w:tcPr>
            <w:tcW w:w="2041" w:type="dxa"/>
            <w:tcMar>
              <w:top w:w="70" w:type="dxa"/>
              <w:left w:w="80" w:type="dxa"/>
              <w:bottom w:w="70" w:type="dxa"/>
              <w:right w:w="80" w:type="dxa"/>
            </w:tcMar>
            <w:vAlign w:val="center"/>
          </w:tcPr>
          <w:p w14:paraId="33E65807" w14:textId="77777777" w:rsidR="00650973" w:rsidRDefault="00080072">
            <w:r>
              <w:rPr>
                <w:rFonts w:ascii="Arial" w:hAnsi="Arial"/>
                <w:sz w:val="20"/>
              </w:rPr>
              <w:t>Site</w:t>
            </w:r>
          </w:p>
        </w:tc>
        <w:tc>
          <w:tcPr>
            <w:tcW w:w="4139" w:type="dxa"/>
            <w:tcMar>
              <w:top w:w="70" w:type="dxa"/>
              <w:left w:w="80" w:type="dxa"/>
              <w:bottom w:w="70" w:type="dxa"/>
              <w:right w:w="80" w:type="dxa"/>
            </w:tcMar>
            <w:vAlign w:val="center"/>
          </w:tcPr>
          <w:p w14:paraId="26CBD7B7" w14:textId="77777777" w:rsidR="00650973" w:rsidRDefault="00080072">
            <w:r>
              <w:rPr>
                <w:rFonts w:ascii="Arial" w:hAnsi="Arial"/>
                <w:sz w:val="20"/>
              </w:rPr>
              <w:t>Carte française ; plat du jour 8,50 € demi / 14,50 € portion.</w:t>
            </w:r>
          </w:p>
        </w:tc>
      </w:tr>
      <w:tr w:rsidR="00650973" w14:paraId="711E9211" w14:textId="77777777">
        <w:trPr>
          <w:cantSplit/>
          <w:jc w:val="center"/>
        </w:trPr>
        <w:tc>
          <w:tcPr>
            <w:tcW w:w="567" w:type="dxa"/>
            <w:shd w:val="clear" w:color="auto" w:fill="F8FAF8"/>
            <w:tcMar>
              <w:top w:w="70" w:type="dxa"/>
              <w:left w:w="80" w:type="dxa"/>
              <w:bottom w:w="70" w:type="dxa"/>
              <w:right w:w="80" w:type="dxa"/>
            </w:tcMar>
            <w:vAlign w:val="center"/>
          </w:tcPr>
          <w:p w14:paraId="4DB7B18D" w14:textId="77777777" w:rsidR="00650973" w:rsidRDefault="00080072">
            <w:r>
              <w:rPr>
                <w:rFonts w:ascii="Arial" w:hAnsi="Arial"/>
                <w:sz w:val="20"/>
              </w:rPr>
              <w:t>28</w:t>
            </w:r>
          </w:p>
        </w:tc>
        <w:tc>
          <w:tcPr>
            <w:tcW w:w="2608" w:type="dxa"/>
            <w:shd w:val="clear" w:color="auto" w:fill="F8FAF8"/>
            <w:tcMar>
              <w:top w:w="70" w:type="dxa"/>
              <w:left w:w="80" w:type="dxa"/>
              <w:bottom w:w="70" w:type="dxa"/>
              <w:right w:w="80" w:type="dxa"/>
            </w:tcMar>
            <w:vAlign w:val="center"/>
          </w:tcPr>
          <w:p w14:paraId="1B234178" w14:textId="77777777" w:rsidR="00650973" w:rsidRDefault="00080072">
            <w:r>
              <w:rPr>
                <w:rFonts w:ascii="Arial" w:hAnsi="Arial"/>
                <w:sz w:val="20"/>
              </w:rPr>
              <w:t>The New Rustico Maspalomas</w:t>
            </w:r>
          </w:p>
        </w:tc>
        <w:tc>
          <w:tcPr>
            <w:tcW w:w="2041" w:type="dxa"/>
            <w:shd w:val="clear" w:color="auto" w:fill="F8FAF8"/>
            <w:tcMar>
              <w:top w:w="70" w:type="dxa"/>
              <w:left w:w="80" w:type="dxa"/>
              <w:bottom w:w="70" w:type="dxa"/>
              <w:right w:w="80" w:type="dxa"/>
            </w:tcMar>
            <w:vAlign w:val="center"/>
          </w:tcPr>
          <w:p w14:paraId="32936ADE" w14:textId="77777777" w:rsidR="00650973" w:rsidRDefault="00080072">
            <w:r>
              <w:rPr>
                <w:rFonts w:ascii="Arial" w:hAnsi="Arial"/>
                <w:sz w:val="20"/>
              </w:rPr>
              <w:t>Site</w:t>
            </w:r>
          </w:p>
        </w:tc>
        <w:tc>
          <w:tcPr>
            <w:tcW w:w="4139" w:type="dxa"/>
            <w:shd w:val="clear" w:color="auto" w:fill="F8FAF8"/>
            <w:tcMar>
              <w:top w:w="70" w:type="dxa"/>
              <w:left w:w="80" w:type="dxa"/>
              <w:bottom w:w="70" w:type="dxa"/>
              <w:right w:w="80" w:type="dxa"/>
            </w:tcMar>
            <w:vAlign w:val="center"/>
          </w:tcPr>
          <w:p w14:paraId="5C778B0E" w14:textId="77777777" w:rsidR="00650973" w:rsidRDefault="00080072">
            <w:r>
              <w:rPr>
                <w:rFonts w:ascii="Arial" w:hAnsi="Arial"/>
                <w:sz w:val="20"/>
              </w:rPr>
              <w:t>Bonne option dîner à deux ; réservation téléphone +34 640 755 194, appel indiqué 16h–18h sur ancien visuel.</w:t>
            </w:r>
          </w:p>
        </w:tc>
      </w:tr>
      <w:tr w:rsidR="00650973" w14:paraId="64F5E87B" w14:textId="77777777">
        <w:trPr>
          <w:cantSplit/>
          <w:jc w:val="center"/>
        </w:trPr>
        <w:tc>
          <w:tcPr>
            <w:tcW w:w="567" w:type="dxa"/>
            <w:tcMar>
              <w:top w:w="70" w:type="dxa"/>
              <w:left w:w="80" w:type="dxa"/>
              <w:bottom w:w="70" w:type="dxa"/>
              <w:right w:w="80" w:type="dxa"/>
            </w:tcMar>
            <w:vAlign w:val="center"/>
          </w:tcPr>
          <w:p w14:paraId="3CD68B4A" w14:textId="77777777" w:rsidR="00650973" w:rsidRDefault="00080072">
            <w:r>
              <w:rPr>
                <w:rFonts w:ascii="Arial" w:hAnsi="Arial"/>
                <w:sz w:val="20"/>
              </w:rPr>
              <w:lastRenderedPageBreak/>
              <w:t>29</w:t>
            </w:r>
          </w:p>
        </w:tc>
        <w:tc>
          <w:tcPr>
            <w:tcW w:w="2608" w:type="dxa"/>
            <w:tcMar>
              <w:top w:w="70" w:type="dxa"/>
              <w:left w:w="80" w:type="dxa"/>
              <w:bottom w:w="70" w:type="dxa"/>
              <w:right w:w="80" w:type="dxa"/>
            </w:tcMar>
            <w:vAlign w:val="center"/>
          </w:tcPr>
          <w:p w14:paraId="0DAA6C21" w14:textId="77777777" w:rsidR="00650973" w:rsidRDefault="00080072">
            <w:r>
              <w:rPr>
                <w:rFonts w:ascii="Arial" w:hAnsi="Arial"/>
                <w:sz w:val="20"/>
              </w:rPr>
              <w:t>Mercado del Nomad – Holidayworld</w:t>
            </w:r>
          </w:p>
        </w:tc>
        <w:tc>
          <w:tcPr>
            <w:tcW w:w="2041" w:type="dxa"/>
            <w:tcMar>
              <w:top w:w="70" w:type="dxa"/>
              <w:left w:w="80" w:type="dxa"/>
              <w:bottom w:w="70" w:type="dxa"/>
              <w:right w:w="80" w:type="dxa"/>
            </w:tcMar>
            <w:vAlign w:val="center"/>
          </w:tcPr>
          <w:p w14:paraId="5E02E416" w14:textId="77777777" w:rsidR="00650973" w:rsidRDefault="00080072">
            <w:r>
              <w:rPr>
                <w:rFonts w:ascii="Arial" w:hAnsi="Arial"/>
                <w:sz w:val="20"/>
              </w:rPr>
              <w:t>Gastronomie</w:t>
            </w:r>
          </w:p>
        </w:tc>
        <w:tc>
          <w:tcPr>
            <w:tcW w:w="4139" w:type="dxa"/>
            <w:tcMar>
              <w:top w:w="70" w:type="dxa"/>
              <w:left w:w="80" w:type="dxa"/>
              <w:bottom w:w="70" w:type="dxa"/>
              <w:right w:w="80" w:type="dxa"/>
            </w:tcMar>
            <w:vAlign w:val="center"/>
          </w:tcPr>
          <w:p w14:paraId="2FF4FF61" w14:textId="77777777" w:rsidR="00650973" w:rsidRDefault="00080072">
            <w:r>
              <w:rPr>
                <w:rFonts w:ascii="Arial" w:hAnsi="Arial"/>
                <w:sz w:val="20"/>
              </w:rPr>
              <w:t>Food market : chacun peut choisir une cuisine différente. Plusieurs tarifs proviennent de plateformes de livraison.</w:t>
            </w:r>
          </w:p>
        </w:tc>
      </w:tr>
      <w:tr w:rsidR="00650973" w14:paraId="0165097B" w14:textId="77777777">
        <w:trPr>
          <w:cantSplit/>
          <w:jc w:val="center"/>
        </w:trPr>
        <w:tc>
          <w:tcPr>
            <w:tcW w:w="567" w:type="dxa"/>
            <w:shd w:val="clear" w:color="auto" w:fill="F8FAF8"/>
            <w:tcMar>
              <w:top w:w="70" w:type="dxa"/>
              <w:left w:w="80" w:type="dxa"/>
              <w:bottom w:w="70" w:type="dxa"/>
              <w:right w:w="80" w:type="dxa"/>
            </w:tcMar>
            <w:vAlign w:val="center"/>
          </w:tcPr>
          <w:p w14:paraId="48E49205" w14:textId="77777777" w:rsidR="00650973" w:rsidRDefault="00080072">
            <w:r>
              <w:rPr>
                <w:rFonts w:ascii="Arial" w:hAnsi="Arial"/>
                <w:sz w:val="20"/>
              </w:rPr>
              <w:t>30</w:t>
            </w:r>
          </w:p>
        </w:tc>
        <w:tc>
          <w:tcPr>
            <w:tcW w:w="2608" w:type="dxa"/>
            <w:shd w:val="clear" w:color="auto" w:fill="F8FAF8"/>
            <w:tcMar>
              <w:top w:w="70" w:type="dxa"/>
              <w:left w:w="80" w:type="dxa"/>
              <w:bottom w:w="70" w:type="dxa"/>
              <w:right w:w="80" w:type="dxa"/>
            </w:tcMar>
            <w:vAlign w:val="center"/>
          </w:tcPr>
          <w:p w14:paraId="03C2B3C5" w14:textId="77777777" w:rsidR="00650973" w:rsidRDefault="00080072">
            <w:r>
              <w:rPr>
                <w:rFonts w:ascii="Arial" w:hAnsi="Arial"/>
                <w:sz w:val="20"/>
              </w:rPr>
              <w:t>DREAMS Restaurant &amp; Bar</w:t>
            </w:r>
          </w:p>
        </w:tc>
        <w:tc>
          <w:tcPr>
            <w:tcW w:w="2041" w:type="dxa"/>
            <w:shd w:val="clear" w:color="auto" w:fill="F8FAF8"/>
            <w:tcMar>
              <w:top w:w="70" w:type="dxa"/>
              <w:left w:w="80" w:type="dxa"/>
              <w:bottom w:w="70" w:type="dxa"/>
              <w:right w:w="80" w:type="dxa"/>
            </w:tcMar>
            <w:vAlign w:val="center"/>
          </w:tcPr>
          <w:p w14:paraId="5F7739E5" w14:textId="77777777" w:rsidR="00650973" w:rsidRDefault="00080072">
            <w:r>
              <w:rPr>
                <w:rFonts w:ascii="Arial" w:hAnsi="Arial"/>
                <w:sz w:val="20"/>
              </w:rPr>
              <w:t>Menu</w:t>
            </w:r>
          </w:p>
        </w:tc>
        <w:tc>
          <w:tcPr>
            <w:tcW w:w="4139" w:type="dxa"/>
            <w:shd w:val="clear" w:color="auto" w:fill="F8FAF8"/>
            <w:tcMar>
              <w:top w:w="70" w:type="dxa"/>
              <w:left w:w="80" w:type="dxa"/>
              <w:bottom w:w="70" w:type="dxa"/>
              <w:right w:w="80" w:type="dxa"/>
            </w:tcMar>
            <w:vAlign w:val="center"/>
          </w:tcPr>
          <w:p w14:paraId="7BF50245" w14:textId="77777777" w:rsidR="00650973" w:rsidRDefault="00080072">
            <w:r>
              <w:rPr>
                <w:rFonts w:ascii="Arial" w:hAnsi="Arial"/>
                <w:sz w:val="20"/>
              </w:rPr>
              <w:t>Spécialités suisses, cuisine internationale, grill, vins, glaces maison. Rés. 691 546 818.</w:t>
            </w:r>
          </w:p>
        </w:tc>
      </w:tr>
      <w:tr w:rsidR="00650973" w14:paraId="5ED41501" w14:textId="77777777">
        <w:trPr>
          <w:cantSplit/>
          <w:jc w:val="center"/>
        </w:trPr>
        <w:tc>
          <w:tcPr>
            <w:tcW w:w="567" w:type="dxa"/>
            <w:tcMar>
              <w:top w:w="70" w:type="dxa"/>
              <w:left w:w="80" w:type="dxa"/>
              <w:bottom w:w="70" w:type="dxa"/>
              <w:right w:w="80" w:type="dxa"/>
            </w:tcMar>
            <w:vAlign w:val="center"/>
          </w:tcPr>
          <w:p w14:paraId="1C296344" w14:textId="77777777" w:rsidR="00650973" w:rsidRDefault="00080072">
            <w:r>
              <w:rPr>
                <w:rFonts w:ascii="Arial" w:hAnsi="Arial"/>
                <w:sz w:val="20"/>
              </w:rPr>
              <w:t>31</w:t>
            </w:r>
          </w:p>
        </w:tc>
        <w:tc>
          <w:tcPr>
            <w:tcW w:w="2608" w:type="dxa"/>
            <w:tcMar>
              <w:top w:w="70" w:type="dxa"/>
              <w:left w:w="80" w:type="dxa"/>
              <w:bottom w:w="70" w:type="dxa"/>
              <w:right w:w="80" w:type="dxa"/>
            </w:tcMar>
            <w:vAlign w:val="center"/>
          </w:tcPr>
          <w:p w14:paraId="7AD1E84A" w14:textId="77777777" w:rsidR="00650973" w:rsidRDefault="00080072">
            <w:r>
              <w:rPr>
                <w:rFonts w:ascii="Arial" w:hAnsi="Arial"/>
                <w:sz w:val="20"/>
              </w:rPr>
              <w:t>Restaurante LoLa</w:t>
            </w:r>
          </w:p>
        </w:tc>
        <w:tc>
          <w:tcPr>
            <w:tcW w:w="2041" w:type="dxa"/>
            <w:tcMar>
              <w:top w:w="70" w:type="dxa"/>
              <w:left w:w="80" w:type="dxa"/>
              <w:bottom w:w="70" w:type="dxa"/>
              <w:right w:w="80" w:type="dxa"/>
            </w:tcMar>
            <w:vAlign w:val="center"/>
          </w:tcPr>
          <w:p w14:paraId="61C95A40" w14:textId="77777777" w:rsidR="00650973" w:rsidRDefault="00080072">
            <w:r>
              <w:rPr>
                <w:rFonts w:ascii="Arial" w:hAnsi="Arial"/>
                <w:sz w:val="20"/>
              </w:rPr>
              <w:t>Site officiel</w:t>
            </w:r>
          </w:p>
        </w:tc>
        <w:tc>
          <w:tcPr>
            <w:tcW w:w="4139" w:type="dxa"/>
            <w:tcMar>
              <w:top w:w="70" w:type="dxa"/>
              <w:left w:w="80" w:type="dxa"/>
              <w:bottom w:w="70" w:type="dxa"/>
              <w:right w:w="80" w:type="dxa"/>
            </w:tcMar>
            <w:vAlign w:val="center"/>
          </w:tcPr>
          <w:p w14:paraId="0498391F" w14:textId="77777777" w:rsidR="00650973" w:rsidRDefault="00080072">
            <w:r>
              <w:rPr>
                <w:rFonts w:ascii="Arial" w:hAnsi="Arial"/>
                <w:sz w:val="20"/>
              </w:rPr>
              <w:t>Propriétaire Fabrizio Sbarufatti ; chef Roberto Vezzani ; ingrédients de qualité et approche créative.</w:t>
            </w:r>
          </w:p>
        </w:tc>
      </w:tr>
      <w:tr w:rsidR="00650973" w14:paraId="23F8D2E7" w14:textId="77777777">
        <w:trPr>
          <w:cantSplit/>
          <w:jc w:val="center"/>
        </w:trPr>
        <w:tc>
          <w:tcPr>
            <w:tcW w:w="567" w:type="dxa"/>
            <w:shd w:val="clear" w:color="auto" w:fill="F8FAF8"/>
            <w:tcMar>
              <w:top w:w="70" w:type="dxa"/>
              <w:left w:w="80" w:type="dxa"/>
              <w:bottom w:w="70" w:type="dxa"/>
              <w:right w:w="80" w:type="dxa"/>
            </w:tcMar>
            <w:vAlign w:val="center"/>
          </w:tcPr>
          <w:p w14:paraId="0936B0CB" w14:textId="77777777" w:rsidR="00650973" w:rsidRDefault="00080072">
            <w:r>
              <w:rPr>
                <w:rFonts w:ascii="Arial" w:hAnsi="Arial"/>
                <w:sz w:val="20"/>
              </w:rPr>
              <w:t>32</w:t>
            </w:r>
          </w:p>
        </w:tc>
        <w:tc>
          <w:tcPr>
            <w:tcW w:w="2608" w:type="dxa"/>
            <w:shd w:val="clear" w:color="auto" w:fill="F8FAF8"/>
            <w:tcMar>
              <w:top w:w="70" w:type="dxa"/>
              <w:left w:w="80" w:type="dxa"/>
              <w:bottom w:w="70" w:type="dxa"/>
              <w:right w:w="80" w:type="dxa"/>
            </w:tcMar>
            <w:vAlign w:val="center"/>
          </w:tcPr>
          <w:p w14:paraId="1228FEAA" w14:textId="77777777" w:rsidR="00650973" w:rsidRDefault="00080072">
            <w:r>
              <w:rPr>
                <w:rFonts w:ascii="Arial" w:hAnsi="Arial"/>
                <w:sz w:val="20"/>
              </w:rPr>
              <w:t>Wapa Tapa</w:t>
            </w:r>
          </w:p>
        </w:tc>
        <w:tc>
          <w:tcPr>
            <w:tcW w:w="2041" w:type="dxa"/>
            <w:shd w:val="clear" w:color="auto" w:fill="F8FAF8"/>
            <w:tcMar>
              <w:top w:w="70" w:type="dxa"/>
              <w:left w:w="80" w:type="dxa"/>
              <w:bottom w:w="70" w:type="dxa"/>
              <w:right w:w="80" w:type="dxa"/>
            </w:tcMar>
            <w:vAlign w:val="center"/>
          </w:tcPr>
          <w:p w14:paraId="49BE8BF6" w14:textId="77777777" w:rsidR="00650973" w:rsidRDefault="00080072">
            <w:r>
              <w:rPr>
                <w:rFonts w:ascii="Arial" w:hAnsi="Arial"/>
                <w:sz w:val="20"/>
              </w:rPr>
              <w:t>URL non conservée dans le chat</w:t>
            </w:r>
          </w:p>
        </w:tc>
        <w:tc>
          <w:tcPr>
            <w:tcW w:w="4139" w:type="dxa"/>
            <w:shd w:val="clear" w:color="auto" w:fill="F8FAF8"/>
            <w:tcMar>
              <w:top w:w="70" w:type="dxa"/>
              <w:left w:w="80" w:type="dxa"/>
              <w:bottom w:w="70" w:type="dxa"/>
              <w:right w:w="80" w:type="dxa"/>
            </w:tcMar>
            <w:vAlign w:val="center"/>
          </w:tcPr>
          <w:p w14:paraId="2E0C2BCB" w14:textId="77777777" w:rsidR="00650973" w:rsidRDefault="00080072">
            <w:r>
              <w:rPr>
                <w:rFonts w:ascii="Arial" w:hAnsi="Arial"/>
                <w:sz w:val="20"/>
              </w:rPr>
              <w:t>Très grande carte de tapas ; terrasse et salle ; bonne option dîner / verre.</w:t>
            </w:r>
          </w:p>
        </w:tc>
      </w:tr>
    </w:tbl>
    <w:p w14:paraId="1BBFBEB0" w14:textId="77777777" w:rsidR="00650973" w:rsidRDefault="00650973"/>
    <w:p w14:paraId="26032674" w14:textId="77777777" w:rsidR="00650973" w:rsidRDefault="00650973">
      <w:pPr>
        <w:spacing w:after="40"/>
      </w:pPr>
    </w:p>
    <w:p w14:paraId="61E6F2AD" w14:textId="77777777" w:rsidR="00650973" w:rsidRDefault="00650973">
      <w:pPr>
        <w:sectPr w:rsidR="00650973">
          <w:footerReference w:type="default" r:id="rId9"/>
          <w:pgSz w:w="16838" w:h="11906" w:orient="landscape"/>
          <w:pgMar w:top="510" w:right="454" w:bottom="510" w:left="454" w:header="720" w:footer="720" w:gutter="0"/>
          <w:cols w:space="720"/>
          <w:docGrid w:linePitch="360"/>
        </w:sectPr>
      </w:pPr>
    </w:p>
    <w:p w14:paraId="73F8BC13" w14:textId="77777777" w:rsidR="00650973" w:rsidRDefault="00080072">
      <w:pPr>
        <w:pStyle w:val="Titre1"/>
        <w:spacing w:before="200" w:after="80"/>
      </w:pPr>
      <w:bookmarkStart w:id="2" w:name="section_2"/>
      <w:r>
        <w:rPr>
          <w:rFonts w:ascii="Arial" w:hAnsi="Arial"/>
          <w:color w:val="2F6B4F"/>
          <w:sz w:val="36"/>
        </w:rPr>
        <w:lastRenderedPageBreak/>
        <w:t>2. PETITS-DÉJEUNERS / CAFÉS / BRUNCHS</w:t>
      </w:r>
      <w:bookmarkEnd w:id="2"/>
    </w:p>
    <w:p w14:paraId="28540DF4" w14:textId="77777777" w:rsidR="00650973" w:rsidRDefault="00080072">
      <w:pPr>
        <w:spacing w:after="80"/>
      </w:pPr>
      <w:hyperlink w:anchor="sommaire">
        <w:r>
          <w:t>↩</w:t>
        </w:r>
        <w:r>
          <w:t xml:space="preserve"> Retour au sommaire</w:t>
        </w:r>
      </w:hyperlink>
    </w:p>
    <w:tbl>
      <w:tblPr>
        <w:tblStyle w:val="Grilledutableau"/>
        <w:tblW w:w="0" w:type="auto"/>
        <w:jc w:val="center"/>
        <w:tblLook w:val="04A0" w:firstRow="1" w:lastRow="0" w:firstColumn="1" w:lastColumn="0" w:noHBand="0" w:noVBand="1"/>
      </w:tblPr>
      <w:tblGrid>
        <w:gridCol w:w="10206"/>
      </w:tblGrid>
      <w:tr w:rsidR="00650973" w14:paraId="3A778D9A" w14:textId="77777777">
        <w:trPr>
          <w:cantSplit/>
          <w:tblHeader/>
          <w:jc w:val="center"/>
        </w:trPr>
        <w:tc>
          <w:tcPr>
            <w:tcW w:w="10206" w:type="dxa"/>
            <w:shd w:val="clear" w:color="auto" w:fill="2F6B4F"/>
            <w:tcMar>
              <w:top w:w="70" w:type="dxa"/>
              <w:left w:w="80" w:type="dxa"/>
              <w:bottom w:w="70" w:type="dxa"/>
              <w:right w:w="80" w:type="dxa"/>
            </w:tcMar>
            <w:vAlign w:val="center"/>
          </w:tcPr>
          <w:p w14:paraId="3BA81698" w14:textId="77777777" w:rsidR="00650973" w:rsidRDefault="00080072">
            <w:pPr>
              <w:jc w:val="center"/>
            </w:pPr>
            <w:r>
              <w:rPr>
                <w:rFonts w:ascii="Arial" w:hAnsi="Arial"/>
                <w:b/>
                <w:color w:val="FFFFFF"/>
                <w:sz w:val="21"/>
              </w:rPr>
              <w:t>Pour un usage quotidien depuis Dunaflor Verde, les pistes les plus pratiques ressortant du chat sont Kiosko QR, Campo de Golf, Vistaflor (buffet externe confirmé à 15 €), eó Maspalomas si l’accès externe est confirmé, et le secteur Faro 2. HiperDino Playmar reste l’option économique pour déjeuner sur la terrasse du bungalow.</w:t>
            </w:r>
          </w:p>
        </w:tc>
      </w:tr>
    </w:tbl>
    <w:p w14:paraId="17801242" w14:textId="77777777" w:rsidR="00650973" w:rsidRDefault="00650973">
      <w:pPr>
        <w:spacing w:after="20"/>
      </w:pPr>
    </w:p>
    <w:p w14:paraId="27492221" w14:textId="77777777" w:rsidR="00650973" w:rsidRDefault="00080072">
      <w:pPr>
        <w:pStyle w:val="Titre2"/>
        <w:spacing w:before="160" w:after="80"/>
      </w:pPr>
      <w:r>
        <w:rPr>
          <w:rFonts w:ascii="Arial" w:hAnsi="Arial"/>
          <w:color w:val="C97A2B"/>
          <w:sz w:val="28"/>
        </w:rPr>
        <w:t>2.1 Kiosko QR</w:t>
      </w:r>
    </w:p>
    <w:p w14:paraId="3BAF0FA6" w14:textId="77777777" w:rsidR="00650973" w:rsidRDefault="00080072">
      <w:pPr>
        <w:spacing w:after="80"/>
      </w:pPr>
      <w:r>
        <w:t>Adresse : Av. Touroperador Neckermann 3, complexe Playmar. Proximité : environ 0,4 km / 5 minutes avait été citée dans une première recherche ; à considérer comme approximation. Ouverture relevée dès 7h30. Terrasse extérieure.</w:t>
      </w:r>
    </w:p>
    <w:tbl>
      <w:tblPr>
        <w:tblStyle w:val="Grilledutableau"/>
        <w:tblW w:w="0" w:type="auto"/>
        <w:jc w:val="center"/>
        <w:tblLook w:val="04A0" w:firstRow="1" w:lastRow="0" w:firstColumn="1" w:lastColumn="0" w:noHBand="0" w:noVBand="1"/>
      </w:tblPr>
      <w:tblGrid>
        <w:gridCol w:w="5103"/>
        <w:gridCol w:w="5103"/>
      </w:tblGrid>
      <w:tr w:rsidR="00650973" w14:paraId="12244DF8" w14:textId="77777777">
        <w:trPr>
          <w:cantSplit/>
          <w:tblHeader/>
          <w:jc w:val="center"/>
        </w:trPr>
        <w:tc>
          <w:tcPr>
            <w:tcW w:w="5103" w:type="dxa"/>
            <w:shd w:val="clear" w:color="auto" w:fill="2F6B4F"/>
            <w:tcMar>
              <w:top w:w="70" w:type="dxa"/>
              <w:left w:w="80" w:type="dxa"/>
              <w:bottom w:w="70" w:type="dxa"/>
              <w:right w:w="80" w:type="dxa"/>
            </w:tcMar>
            <w:vAlign w:val="center"/>
          </w:tcPr>
          <w:p w14:paraId="45F82DF8" w14:textId="77777777" w:rsidR="00650973" w:rsidRDefault="00080072">
            <w:pPr>
              <w:jc w:val="center"/>
            </w:pPr>
            <w:r>
              <w:rPr>
                <w:rFonts w:ascii="Arial" w:hAnsi="Arial"/>
                <w:b/>
                <w:noProof/>
                <w:color w:val="FFFFFF"/>
              </w:rPr>
              <w:drawing>
                <wp:inline distT="0" distB="0" distL="0" distR="0" wp14:anchorId="3CE303A2" wp14:editId="6C0F30CB">
                  <wp:extent cx="2808000" cy="1605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11d169-d9e6-4fd6-a153-45f9ce36d098.jpg"/>
                          <pic:cNvPicPr/>
                        </pic:nvPicPr>
                        <pic:blipFill>
                          <a:blip r:embed="rId10"/>
                          <a:stretch>
                            <a:fillRect/>
                          </a:stretch>
                        </pic:blipFill>
                        <pic:spPr>
                          <a:xfrm>
                            <a:off x="0" y="0"/>
                            <a:ext cx="2808000" cy="1605240"/>
                          </a:xfrm>
                          <a:prstGeom prst="rect">
                            <a:avLst/>
                          </a:prstGeom>
                        </pic:spPr>
                      </pic:pic>
                    </a:graphicData>
                  </a:graphic>
                </wp:inline>
              </w:drawing>
            </w:r>
          </w:p>
          <w:p w14:paraId="5D0854B0" w14:textId="77777777" w:rsidR="00650973" w:rsidRDefault="00080072">
            <w:pPr>
              <w:jc w:val="center"/>
            </w:pPr>
            <w:r>
              <w:rPr>
                <w:rFonts w:ascii="Arial" w:hAnsi="Arial"/>
                <w:b/>
                <w:i/>
                <w:color w:val="FFFFFF"/>
              </w:rPr>
              <w:t>Terrasse / kiosque</w:t>
            </w:r>
          </w:p>
        </w:tc>
        <w:tc>
          <w:tcPr>
            <w:tcW w:w="5103" w:type="dxa"/>
            <w:shd w:val="clear" w:color="auto" w:fill="2F6B4F"/>
            <w:tcMar>
              <w:top w:w="70" w:type="dxa"/>
              <w:left w:w="80" w:type="dxa"/>
              <w:bottom w:w="70" w:type="dxa"/>
              <w:right w:w="80" w:type="dxa"/>
            </w:tcMar>
            <w:vAlign w:val="center"/>
          </w:tcPr>
          <w:p w14:paraId="23A5DCB9" w14:textId="77777777" w:rsidR="00650973" w:rsidRDefault="00080072">
            <w:pPr>
              <w:jc w:val="center"/>
            </w:pPr>
            <w:r>
              <w:rPr>
                <w:rFonts w:ascii="Arial" w:hAnsi="Arial"/>
                <w:b/>
                <w:noProof/>
                <w:color w:val="FFFFFF"/>
              </w:rPr>
              <w:drawing>
                <wp:inline distT="0" distB="0" distL="0" distR="0" wp14:anchorId="1DCFDEDF" wp14:editId="4AA5E60E">
                  <wp:extent cx="2808000" cy="41229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85beb9-0c5e-42f3-9fdb-56149414f281.jpg"/>
                          <pic:cNvPicPr/>
                        </pic:nvPicPr>
                        <pic:blipFill>
                          <a:blip r:embed="rId11"/>
                          <a:stretch>
                            <a:fillRect/>
                          </a:stretch>
                        </pic:blipFill>
                        <pic:spPr>
                          <a:xfrm>
                            <a:off x="0" y="0"/>
                            <a:ext cx="2808000" cy="4122906"/>
                          </a:xfrm>
                          <a:prstGeom prst="rect">
                            <a:avLst/>
                          </a:prstGeom>
                        </pic:spPr>
                      </pic:pic>
                    </a:graphicData>
                  </a:graphic>
                </wp:inline>
              </w:drawing>
            </w:r>
          </w:p>
          <w:p w14:paraId="2D11778E" w14:textId="77777777" w:rsidR="00650973" w:rsidRDefault="00080072">
            <w:pPr>
              <w:jc w:val="center"/>
            </w:pPr>
            <w:r>
              <w:rPr>
                <w:rFonts w:ascii="Arial" w:hAnsi="Arial"/>
                <w:b/>
                <w:i/>
                <w:color w:val="FFFFFF"/>
              </w:rPr>
              <w:t>Café canarien en couches photographié</w:t>
            </w:r>
          </w:p>
        </w:tc>
      </w:tr>
    </w:tbl>
    <w:p w14:paraId="15CFCC3B" w14:textId="77777777" w:rsidR="00650973" w:rsidRDefault="00650973">
      <w:pPr>
        <w:spacing w:after="20"/>
      </w:pPr>
    </w:p>
    <w:p w14:paraId="5FDAC28E" w14:textId="77777777" w:rsidR="00650973" w:rsidRDefault="00080072">
      <w:pPr>
        <w:spacing w:after="80"/>
      </w:pPr>
      <w:r>
        <w:t>Le chat a identifié Kiosko QR comme une adresse particulièrement pratique pour les personnes logeant à Playmar ou Dunaflor Verde. Les avis cités parlaient de sandwiches fraîchement préparés, petit-déjeuner, bon café et prix raisonnables. La carte exacte et les prix du petit-déjeuner n’ont pas été retrouvés.</w:t>
      </w:r>
    </w:p>
    <w:p w14:paraId="6666BA98" w14:textId="77777777" w:rsidR="00650973" w:rsidRDefault="00080072">
      <w:pPr>
        <w:spacing w:after="80"/>
      </w:pPr>
      <w:r>
        <w:t>Boissons photographiées : mojito, vin blanc et café canarien en couches. La publication du café mentionne lait condensé, espresso et crème/lait velouté. Caffè Aloia y est cité : marque italienne traditionnelle de café liée à Naples, fondée en 1934.</w:t>
      </w:r>
    </w:p>
    <w:p w14:paraId="0E114079" w14:textId="77777777" w:rsidR="00650973" w:rsidRDefault="00080072">
      <w:r>
        <w:rPr>
          <w:b/>
          <w:sz w:val="18"/>
        </w:rPr>
        <w:t xml:space="preserve">URL : </w:t>
      </w:r>
      <w:hyperlink r:id="rId12">
        <w:r>
          <w:rPr>
            <w:color w:val="0563C1"/>
            <w:u w:val="single"/>
          </w:rPr>
          <w:t>Tripadvisor Kiosko QR</w:t>
        </w:r>
      </w:hyperlink>
    </w:p>
    <w:p w14:paraId="46E320F9" w14:textId="77777777" w:rsidR="00650973" w:rsidRDefault="00080072">
      <w:pPr>
        <w:pStyle w:val="Titre2"/>
        <w:spacing w:before="160" w:after="80"/>
      </w:pPr>
      <w:r>
        <w:rPr>
          <w:rFonts w:ascii="Arial" w:hAnsi="Arial"/>
          <w:color w:val="C97A2B"/>
          <w:sz w:val="28"/>
        </w:rPr>
        <w:t>2.2 Restaurante Campo de Golf – carte du matin</w:t>
      </w:r>
    </w:p>
    <w:p w14:paraId="1274C115" w14:textId="77777777" w:rsidR="00650973" w:rsidRDefault="00080072">
      <w:pPr>
        <w:spacing w:after="80"/>
      </w:pPr>
      <w:r>
        <w:t>Adresse : Av. Touroperador Neckermann 0. Distance citée : environ 280 m. Ouverture matinale relevée à 9h. Terrasse couverte donnant sur le golf.</w:t>
      </w:r>
    </w:p>
    <w:tbl>
      <w:tblPr>
        <w:tblStyle w:val="Grilledutableau"/>
        <w:tblW w:w="0" w:type="auto"/>
        <w:jc w:val="center"/>
        <w:tblLook w:val="04A0" w:firstRow="1" w:lastRow="0" w:firstColumn="1" w:lastColumn="0" w:noHBand="0" w:noVBand="1"/>
      </w:tblPr>
      <w:tblGrid>
        <w:gridCol w:w="5103"/>
        <w:gridCol w:w="5103"/>
      </w:tblGrid>
      <w:tr w:rsidR="00650973" w14:paraId="277A0625" w14:textId="77777777">
        <w:trPr>
          <w:cantSplit/>
          <w:tblHeader/>
          <w:jc w:val="center"/>
        </w:trPr>
        <w:tc>
          <w:tcPr>
            <w:tcW w:w="5103" w:type="dxa"/>
            <w:shd w:val="clear" w:color="auto" w:fill="2F6B4F"/>
            <w:tcMar>
              <w:top w:w="70" w:type="dxa"/>
              <w:left w:w="80" w:type="dxa"/>
              <w:bottom w:w="70" w:type="dxa"/>
              <w:right w:w="80" w:type="dxa"/>
            </w:tcMar>
            <w:vAlign w:val="center"/>
          </w:tcPr>
          <w:p w14:paraId="24200731" w14:textId="77777777" w:rsidR="00650973" w:rsidRDefault="00080072">
            <w:pPr>
              <w:jc w:val="center"/>
            </w:pPr>
            <w:r>
              <w:rPr>
                <w:rFonts w:ascii="Arial" w:hAnsi="Arial"/>
                <w:b/>
                <w:color w:val="FFFFFF"/>
                <w:sz w:val="21"/>
              </w:rPr>
              <w:t>Petit-déjeuner / snack</w:t>
            </w:r>
          </w:p>
        </w:tc>
        <w:tc>
          <w:tcPr>
            <w:tcW w:w="5103" w:type="dxa"/>
            <w:shd w:val="clear" w:color="auto" w:fill="2F6B4F"/>
            <w:tcMar>
              <w:top w:w="70" w:type="dxa"/>
              <w:left w:w="80" w:type="dxa"/>
              <w:bottom w:w="70" w:type="dxa"/>
              <w:right w:w="80" w:type="dxa"/>
            </w:tcMar>
            <w:vAlign w:val="center"/>
          </w:tcPr>
          <w:p w14:paraId="7BC09DFE" w14:textId="77777777" w:rsidR="00650973" w:rsidRDefault="00080072">
            <w:pPr>
              <w:jc w:val="center"/>
            </w:pPr>
            <w:r>
              <w:rPr>
                <w:rFonts w:ascii="Arial" w:hAnsi="Arial"/>
                <w:b/>
                <w:color w:val="FFFFFF"/>
                <w:sz w:val="21"/>
              </w:rPr>
              <w:t>Prix</w:t>
            </w:r>
          </w:p>
        </w:tc>
      </w:tr>
      <w:tr w:rsidR="00650973" w14:paraId="5262A08F" w14:textId="77777777">
        <w:trPr>
          <w:cantSplit/>
          <w:jc w:val="center"/>
        </w:trPr>
        <w:tc>
          <w:tcPr>
            <w:tcW w:w="5103" w:type="dxa"/>
            <w:tcMar>
              <w:top w:w="70" w:type="dxa"/>
              <w:left w:w="80" w:type="dxa"/>
              <w:bottom w:w="70" w:type="dxa"/>
              <w:right w:w="80" w:type="dxa"/>
            </w:tcMar>
            <w:vAlign w:val="center"/>
          </w:tcPr>
          <w:p w14:paraId="0F4A9070" w14:textId="77777777" w:rsidR="00650973" w:rsidRDefault="00080072">
            <w:r>
              <w:rPr>
                <w:rFonts w:ascii="Arial" w:hAnsi="Arial"/>
                <w:sz w:val="21"/>
              </w:rPr>
              <w:t>Tartine avec confiture</w:t>
            </w:r>
          </w:p>
        </w:tc>
        <w:tc>
          <w:tcPr>
            <w:tcW w:w="5103" w:type="dxa"/>
            <w:tcMar>
              <w:top w:w="70" w:type="dxa"/>
              <w:left w:w="80" w:type="dxa"/>
              <w:bottom w:w="70" w:type="dxa"/>
              <w:right w:w="80" w:type="dxa"/>
            </w:tcMar>
            <w:vAlign w:val="center"/>
          </w:tcPr>
          <w:p w14:paraId="3A93C7BE" w14:textId="77777777" w:rsidR="00650973" w:rsidRDefault="00080072">
            <w:r>
              <w:rPr>
                <w:rFonts w:ascii="Arial" w:hAnsi="Arial"/>
                <w:sz w:val="21"/>
              </w:rPr>
              <w:t>4,50 €</w:t>
            </w:r>
          </w:p>
        </w:tc>
      </w:tr>
      <w:tr w:rsidR="00650973" w14:paraId="6D514037" w14:textId="77777777">
        <w:trPr>
          <w:cantSplit/>
          <w:jc w:val="center"/>
        </w:trPr>
        <w:tc>
          <w:tcPr>
            <w:tcW w:w="5103" w:type="dxa"/>
            <w:shd w:val="clear" w:color="auto" w:fill="F8FAF8"/>
            <w:tcMar>
              <w:top w:w="70" w:type="dxa"/>
              <w:left w:w="80" w:type="dxa"/>
              <w:bottom w:w="70" w:type="dxa"/>
              <w:right w:w="80" w:type="dxa"/>
            </w:tcMar>
            <w:vAlign w:val="center"/>
          </w:tcPr>
          <w:p w14:paraId="2CB6744E" w14:textId="77777777" w:rsidR="00650973" w:rsidRDefault="00080072">
            <w:r>
              <w:rPr>
                <w:rFonts w:ascii="Arial" w:hAnsi="Arial"/>
                <w:sz w:val="21"/>
              </w:rPr>
              <w:lastRenderedPageBreak/>
              <w:t>Golf Sandwich jambon, fromage, salade, bacon et œuf</w:t>
            </w:r>
          </w:p>
        </w:tc>
        <w:tc>
          <w:tcPr>
            <w:tcW w:w="5103" w:type="dxa"/>
            <w:shd w:val="clear" w:color="auto" w:fill="F8FAF8"/>
            <w:tcMar>
              <w:top w:w="70" w:type="dxa"/>
              <w:left w:w="80" w:type="dxa"/>
              <w:bottom w:w="70" w:type="dxa"/>
              <w:right w:w="80" w:type="dxa"/>
            </w:tcMar>
            <w:vAlign w:val="center"/>
          </w:tcPr>
          <w:p w14:paraId="6E988C74" w14:textId="77777777" w:rsidR="00650973" w:rsidRDefault="00080072">
            <w:r>
              <w:rPr>
                <w:rFonts w:ascii="Arial" w:hAnsi="Arial"/>
                <w:sz w:val="21"/>
              </w:rPr>
              <w:t>10,00 €</w:t>
            </w:r>
          </w:p>
        </w:tc>
      </w:tr>
      <w:tr w:rsidR="00650973" w14:paraId="4676E842" w14:textId="77777777">
        <w:trPr>
          <w:cantSplit/>
          <w:jc w:val="center"/>
        </w:trPr>
        <w:tc>
          <w:tcPr>
            <w:tcW w:w="5103" w:type="dxa"/>
            <w:tcMar>
              <w:top w:w="70" w:type="dxa"/>
              <w:left w:w="80" w:type="dxa"/>
              <w:bottom w:w="70" w:type="dxa"/>
              <w:right w:w="80" w:type="dxa"/>
            </w:tcMar>
            <w:vAlign w:val="center"/>
          </w:tcPr>
          <w:p w14:paraId="61196468" w14:textId="77777777" w:rsidR="00650973" w:rsidRDefault="00080072">
            <w:r>
              <w:rPr>
                <w:rFonts w:ascii="Arial" w:hAnsi="Arial"/>
                <w:sz w:val="21"/>
              </w:rPr>
              <w:t>Sandwich poulet grillé</w:t>
            </w:r>
          </w:p>
        </w:tc>
        <w:tc>
          <w:tcPr>
            <w:tcW w:w="5103" w:type="dxa"/>
            <w:tcMar>
              <w:top w:w="70" w:type="dxa"/>
              <w:left w:w="80" w:type="dxa"/>
              <w:bottom w:w="70" w:type="dxa"/>
              <w:right w:w="80" w:type="dxa"/>
            </w:tcMar>
            <w:vAlign w:val="center"/>
          </w:tcPr>
          <w:p w14:paraId="262DCF50" w14:textId="77777777" w:rsidR="00650973" w:rsidRDefault="00080072">
            <w:r>
              <w:rPr>
                <w:rFonts w:ascii="Arial" w:hAnsi="Arial"/>
                <w:sz w:val="21"/>
              </w:rPr>
              <w:t>9,80 €</w:t>
            </w:r>
          </w:p>
        </w:tc>
      </w:tr>
      <w:tr w:rsidR="00650973" w14:paraId="6AC93A11" w14:textId="77777777">
        <w:trPr>
          <w:cantSplit/>
          <w:jc w:val="center"/>
        </w:trPr>
        <w:tc>
          <w:tcPr>
            <w:tcW w:w="5103" w:type="dxa"/>
            <w:shd w:val="clear" w:color="auto" w:fill="F8FAF8"/>
            <w:tcMar>
              <w:top w:w="70" w:type="dxa"/>
              <w:left w:w="80" w:type="dxa"/>
              <w:bottom w:w="70" w:type="dxa"/>
              <w:right w:w="80" w:type="dxa"/>
            </w:tcMar>
            <w:vAlign w:val="center"/>
          </w:tcPr>
          <w:p w14:paraId="5AB90EA8" w14:textId="77777777" w:rsidR="00650973" w:rsidRDefault="00080072">
            <w:r>
              <w:rPr>
                <w:rFonts w:ascii="Arial" w:hAnsi="Arial"/>
                <w:sz w:val="21"/>
              </w:rPr>
              <w:t>Sandwich jambon-fromage</w:t>
            </w:r>
          </w:p>
        </w:tc>
        <w:tc>
          <w:tcPr>
            <w:tcW w:w="5103" w:type="dxa"/>
            <w:shd w:val="clear" w:color="auto" w:fill="F8FAF8"/>
            <w:tcMar>
              <w:top w:w="70" w:type="dxa"/>
              <w:left w:w="80" w:type="dxa"/>
              <w:bottom w:w="70" w:type="dxa"/>
              <w:right w:w="80" w:type="dxa"/>
            </w:tcMar>
            <w:vAlign w:val="center"/>
          </w:tcPr>
          <w:p w14:paraId="08742557" w14:textId="77777777" w:rsidR="00650973" w:rsidRDefault="00080072">
            <w:r>
              <w:rPr>
                <w:rFonts w:ascii="Arial" w:hAnsi="Arial"/>
                <w:sz w:val="21"/>
              </w:rPr>
              <w:t>5,50 €</w:t>
            </w:r>
          </w:p>
        </w:tc>
      </w:tr>
      <w:tr w:rsidR="00650973" w14:paraId="1F226A32" w14:textId="77777777">
        <w:trPr>
          <w:cantSplit/>
          <w:jc w:val="center"/>
        </w:trPr>
        <w:tc>
          <w:tcPr>
            <w:tcW w:w="5103" w:type="dxa"/>
            <w:tcMar>
              <w:top w:w="70" w:type="dxa"/>
              <w:left w:w="80" w:type="dxa"/>
              <w:bottom w:w="70" w:type="dxa"/>
              <w:right w:w="80" w:type="dxa"/>
            </w:tcMar>
            <w:vAlign w:val="center"/>
          </w:tcPr>
          <w:p w14:paraId="44C5989C" w14:textId="77777777" w:rsidR="00650973" w:rsidRDefault="00080072">
            <w:r>
              <w:rPr>
                <w:rFonts w:ascii="Arial" w:hAnsi="Arial"/>
                <w:sz w:val="21"/>
              </w:rPr>
              <w:t>Sandwich légumes et thon</w:t>
            </w:r>
          </w:p>
        </w:tc>
        <w:tc>
          <w:tcPr>
            <w:tcW w:w="5103" w:type="dxa"/>
            <w:tcMar>
              <w:top w:w="70" w:type="dxa"/>
              <w:left w:w="80" w:type="dxa"/>
              <w:bottom w:w="70" w:type="dxa"/>
              <w:right w:w="80" w:type="dxa"/>
            </w:tcMar>
            <w:vAlign w:val="center"/>
          </w:tcPr>
          <w:p w14:paraId="6B7C6B04" w14:textId="77777777" w:rsidR="00650973" w:rsidRDefault="00080072">
            <w:r>
              <w:rPr>
                <w:rFonts w:ascii="Arial" w:hAnsi="Arial"/>
                <w:sz w:val="21"/>
              </w:rPr>
              <w:t>8,50 €</w:t>
            </w:r>
          </w:p>
        </w:tc>
      </w:tr>
      <w:tr w:rsidR="00650973" w14:paraId="12993388" w14:textId="77777777">
        <w:trPr>
          <w:cantSplit/>
          <w:jc w:val="center"/>
        </w:trPr>
        <w:tc>
          <w:tcPr>
            <w:tcW w:w="5103" w:type="dxa"/>
            <w:shd w:val="clear" w:color="auto" w:fill="F8FAF8"/>
            <w:tcMar>
              <w:top w:w="70" w:type="dxa"/>
              <w:left w:w="80" w:type="dxa"/>
              <w:bottom w:w="70" w:type="dxa"/>
              <w:right w:w="80" w:type="dxa"/>
            </w:tcMar>
            <w:vAlign w:val="center"/>
          </w:tcPr>
          <w:p w14:paraId="0650CFD1" w14:textId="77777777" w:rsidR="00650973" w:rsidRDefault="00080072">
            <w:r>
              <w:rPr>
                <w:rFonts w:ascii="Arial" w:hAnsi="Arial"/>
                <w:sz w:val="21"/>
              </w:rPr>
              <w:t>Œufs brouillés</w:t>
            </w:r>
          </w:p>
        </w:tc>
        <w:tc>
          <w:tcPr>
            <w:tcW w:w="5103" w:type="dxa"/>
            <w:shd w:val="clear" w:color="auto" w:fill="F8FAF8"/>
            <w:tcMar>
              <w:top w:w="70" w:type="dxa"/>
              <w:left w:w="80" w:type="dxa"/>
              <w:bottom w:w="70" w:type="dxa"/>
              <w:right w:w="80" w:type="dxa"/>
            </w:tcMar>
            <w:vAlign w:val="center"/>
          </w:tcPr>
          <w:p w14:paraId="65413B9F" w14:textId="77777777" w:rsidR="00650973" w:rsidRDefault="00080072">
            <w:r>
              <w:rPr>
                <w:rFonts w:ascii="Arial" w:hAnsi="Arial"/>
                <w:sz w:val="21"/>
              </w:rPr>
              <w:t>9,00 € / autre ligne 10,00 €</w:t>
            </w:r>
          </w:p>
        </w:tc>
      </w:tr>
      <w:tr w:rsidR="00650973" w14:paraId="0DA8F8A8" w14:textId="77777777">
        <w:trPr>
          <w:cantSplit/>
          <w:jc w:val="center"/>
        </w:trPr>
        <w:tc>
          <w:tcPr>
            <w:tcW w:w="5103" w:type="dxa"/>
            <w:tcMar>
              <w:top w:w="70" w:type="dxa"/>
              <w:left w:w="80" w:type="dxa"/>
              <w:bottom w:w="70" w:type="dxa"/>
              <w:right w:w="80" w:type="dxa"/>
            </w:tcMar>
            <w:vAlign w:val="center"/>
          </w:tcPr>
          <w:p w14:paraId="1A5AAA0C" w14:textId="77777777" w:rsidR="00650973" w:rsidRDefault="00080072">
            <w:r>
              <w:rPr>
                <w:rFonts w:ascii="Arial" w:hAnsi="Arial"/>
                <w:sz w:val="21"/>
              </w:rPr>
              <w:t>Sandwich tortilla</w:t>
            </w:r>
          </w:p>
        </w:tc>
        <w:tc>
          <w:tcPr>
            <w:tcW w:w="5103" w:type="dxa"/>
            <w:tcMar>
              <w:top w:w="70" w:type="dxa"/>
              <w:left w:w="80" w:type="dxa"/>
              <w:bottom w:w="70" w:type="dxa"/>
              <w:right w:w="80" w:type="dxa"/>
            </w:tcMar>
            <w:vAlign w:val="center"/>
          </w:tcPr>
          <w:p w14:paraId="233A4655" w14:textId="77777777" w:rsidR="00650973" w:rsidRDefault="00080072">
            <w:r>
              <w:rPr>
                <w:rFonts w:ascii="Arial" w:hAnsi="Arial"/>
                <w:sz w:val="21"/>
              </w:rPr>
              <w:t>5,00 €</w:t>
            </w:r>
          </w:p>
        </w:tc>
      </w:tr>
      <w:tr w:rsidR="00650973" w14:paraId="16D3A28D" w14:textId="77777777">
        <w:trPr>
          <w:cantSplit/>
          <w:jc w:val="center"/>
        </w:trPr>
        <w:tc>
          <w:tcPr>
            <w:tcW w:w="5103" w:type="dxa"/>
            <w:shd w:val="clear" w:color="auto" w:fill="F8FAF8"/>
            <w:tcMar>
              <w:top w:w="70" w:type="dxa"/>
              <w:left w:w="80" w:type="dxa"/>
              <w:bottom w:w="70" w:type="dxa"/>
              <w:right w:w="80" w:type="dxa"/>
            </w:tcMar>
            <w:vAlign w:val="center"/>
          </w:tcPr>
          <w:p w14:paraId="26580D57" w14:textId="77777777" w:rsidR="00650973" w:rsidRDefault="00080072">
            <w:r>
              <w:rPr>
                <w:rFonts w:ascii="Arial" w:hAnsi="Arial"/>
                <w:sz w:val="21"/>
              </w:rPr>
              <w:t>Assortiment de petits sandwichs</w:t>
            </w:r>
          </w:p>
        </w:tc>
        <w:tc>
          <w:tcPr>
            <w:tcW w:w="5103" w:type="dxa"/>
            <w:shd w:val="clear" w:color="auto" w:fill="F8FAF8"/>
            <w:tcMar>
              <w:top w:w="70" w:type="dxa"/>
              <w:left w:w="80" w:type="dxa"/>
              <w:bottom w:w="70" w:type="dxa"/>
              <w:right w:w="80" w:type="dxa"/>
            </w:tcMar>
            <w:vAlign w:val="center"/>
          </w:tcPr>
          <w:p w14:paraId="1B0480F3" w14:textId="77777777" w:rsidR="00650973" w:rsidRDefault="00080072">
            <w:r>
              <w:rPr>
                <w:rFonts w:ascii="Arial" w:hAnsi="Arial"/>
                <w:sz w:val="21"/>
              </w:rPr>
              <w:t>4,20 €</w:t>
            </w:r>
          </w:p>
        </w:tc>
      </w:tr>
      <w:tr w:rsidR="00650973" w14:paraId="00B5255A" w14:textId="77777777">
        <w:trPr>
          <w:cantSplit/>
          <w:jc w:val="center"/>
        </w:trPr>
        <w:tc>
          <w:tcPr>
            <w:tcW w:w="5103" w:type="dxa"/>
            <w:tcMar>
              <w:top w:w="70" w:type="dxa"/>
              <w:left w:w="80" w:type="dxa"/>
              <w:bottom w:w="70" w:type="dxa"/>
              <w:right w:w="80" w:type="dxa"/>
            </w:tcMar>
            <w:vAlign w:val="center"/>
          </w:tcPr>
          <w:p w14:paraId="500FBE82" w14:textId="77777777" w:rsidR="00650973" w:rsidRDefault="00080072">
            <w:r>
              <w:rPr>
                <w:rFonts w:ascii="Arial" w:hAnsi="Arial"/>
                <w:sz w:val="21"/>
              </w:rPr>
              <w:t>Œufs au plat avec bacon</w:t>
            </w:r>
          </w:p>
        </w:tc>
        <w:tc>
          <w:tcPr>
            <w:tcW w:w="5103" w:type="dxa"/>
            <w:tcMar>
              <w:top w:w="70" w:type="dxa"/>
              <w:left w:w="80" w:type="dxa"/>
              <w:bottom w:w="70" w:type="dxa"/>
              <w:right w:w="80" w:type="dxa"/>
            </w:tcMar>
            <w:vAlign w:val="center"/>
          </w:tcPr>
          <w:p w14:paraId="070C5F6A" w14:textId="77777777" w:rsidR="00650973" w:rsidRDefault="00080072">
            <w:r>
              <w:rPr>
                <w:rFonts w:ascii="Arial" w:hAnsi="Arial"/>
                <w:sz w:val="21"/>
              </w:rPr>
              <w:t>11,00 €</w:t>
            </w:r>
          </w:p>
        </w:tc>
      </w:tr>
      <w:tr w:rsidR="00650973" w14:paraId="5D1F5571" w14:textId="77777777">
        <w:trPr>
          <w:cantSplit/>
          <w:jc w:val="center"/>
        </w:trPr>
        <w:tc>
          <w:tcPr>
            <w:tcW w:w="5103" w:type="dxa"/>
            <w:shd w:val="clear" w:color="auto" w:fill="F8FAF8"/>
            <w:tcMar>
              <w:top w:w="70" w:type="dxa"/>
              <w:left w:w="80" w:type="dxa"/>
              <w:bottom w:w="70" w:type="dxa"/>
              <w:right w:w="80" w:type="dxa"/>
            </w:tcMar>
            <w:vAlign w:val="center"/>
          </w:tcPr>
          <w:p w14:paraId="406697E1" w14:textId="77777777" w:rsidR="00650973" w:rsidRDefault="00080072">
            <w:r>
              <w:rPr>
                <w:rFonts w:ascii="Arial" w:hAnsi="Arial"/>
                <w:sz w:val="21"/>
              </w:rPr>
              <w:t>Omelette au choix</w:t>
            </w:r>
          </w:p>
        </w:tc>
        <w:tc>
          <w:tcPr>
            <w:tcW w:w="5103" w:type="dxa"/>
            <w:shd w:val="clear" w:color="auto" w:fill="F8FAF8"/>
            <w:tcMar>
              <w:top w:w="70" w:type="dxa"/>
              <w:left w:w="80" w:type="dxa"/>
              <w:bottom w:w="70" w:type="dxa"/>
              <w:right w:w="80" w:type="dxa"/>
            </w:tcMar>
            <w:vAlign w:val="center"/>
          </w:tcPr>
          <w:p w14:paraId="3ADD76B2" w14:textId="77777777" w:rsidR="00650973" w:rsidRDefault="00080072">
            <w:r>
              <w:rPr>
                <w:rFonts w:ascii="Arial" w:hAnsi="Arial"/>
                <w:sz w:val="21"/>
              </w:rPr>
              <w:t>10,00 €</w:t>
            </w:r>
          </w:p>
        </w:tc>
      </w:tr>
      <w:tr w:rsidR="00650973" w14:paraId="79B7015C" w14:textId="77777777">
        <w:trPr>
          <w:cantSplit/>
          <w:jc w:val="center"/>
        </w:trPr>
        <w:tc>
          <w:tcPr>
            <w:tcW w:w="5103" w:type="dxa"/>
            <w:tcMar>
              <w:top w:w="70" w:type="dxa"/>
              <w:left w:w="80" w:type="dxa"/>
              <w:bottom w:w="70" w:type="dxa"/>
              <w:right w:w="80" w:type="dxa"/>
            </w:tcMar>
            <w:vAlign w:val="center"/>
          </w:tcPr>
          <w:p w14:paraId="161DB488" w14:textId="77777777" w:rsidR="00650973" w:rsidRDefault="00080072">
            <w:r>
              <w:rPr>
                <w:rFonts w:ascii="Arial" w:hAnsi="Arial"/>
                <w:sz w:val="21"/>
              </w:rPr>
              <w:t>Frites</w:t>
            </w:r>
          </w:p>
        </w:tc>
        <w:tc>
          <w:tcPr>
            <w:tcW w:w="5103" w:type="dxa"/>
            <w:tcMar>
              <w:top w:w="70" w:type="dxa"/>
              <w:left w:w="80" w:type="dxa"/>
              <w:bottom w:w="70" w:type="dxa"/>
              <w:right w:w="80" w:type="dxa"/>
            </w:tcMar>
            <w:vAlign w:val="center"/>
          </w:tcPr>
          <w:p w14:paraId="0CA38F24" w14:textId="77777777" w:rsidR="00650973" w:rsidRDefault="00080072">
            <w:r>
              <w:rPr>
                <w:rFonts w:ascii="Arial" w:hAnsi="Arial"/>
                <w:sz w:val="21"/>
              </w:rPr>
              <w:t>4,50 €</w:t>
            </w:r>
          </w:p>
        </w:tc>
      </w:tr>
    </w:tbl>
    <w:p w14:paraId="7CBC29D8" w14:textId="77777777" w:rsidR="00650973" w:rsidRDefault="00650973">
      <w:pPr>
        <w:spacing w:after="40"/>
      </w:pPr>
    </w:p>
    <w:p w14:paraId="599E3462" w14:textId="77777777" w:rsidR="00650973" w:rsidRDefault="00080072">
      <w:pPr>
        <w:spacing w:after="80"/>
      </w:pPr>
      <w:r>
        <w:rPr>
          <w:sz w:val="18"/>
        </w:rPr>
        <w:t>Boissons matinales déjà relevées : espresso 2 €, décaféiné 2 €, cortado 2 €, café au lait 2,60 €, cappuccino 2,90 €, thé/infusions 2,50 €, jus d’orange naturel 4 €.</w:t>
      </w:r>
    </w:p>
    <w:p w14:paraId="254C899E" w14:textId="77777777" w:rsidR="00650973" w:rsidRDefault="00080072">
      <w:pPr>
        <w:pStyle w:val="Titre2"/>
        <w:spacing w:before="160" w:after="80"/>
      </w:pPr>
      <w:r>
        <w:rPr>
          <w:rFonts w:ascii="Arial" w:hAnsi="Arial"/>
          <w:color w:val="C97A2B"/>
          <w:sz w:val="28"/>
        </w:rPr>
        <w:t>2.3 Vistaflor – buffet pour non-résidents CONFIRMÉ</w:t>
      </w:r>
    </w:p>
    <w:tbl>
      <w:tblPr>
        <w:tblStyle w:val="Grilledutableau"/>
        <w:tblW w:w="0" w:type="auto"/>
        <w:jc w:val="center"/>
        <w:tblLook w:val="04A0" w:firstRow="1" w:lastRow="0" w:firstColumn="1" w:lastColumn="0" w:noHBand="0" w:noVBand="1"/>
      </w:tblPr>
      <w:tblGrid>
        <w:gridCol w:w="10206"/>
      </w:tblGrid>
      <w:tr w:rsidR="00650973" w14:paraId="5F5D6E7C" w14:textId="77777777">
        <w:trPr>
          <w:cantSplit/>
          <w:tblHeader/>
          <w:jc w:val="center"/>
        </w:trPr>
        <w:tc>
          <w:tcPr>
            <w:tcW w:w="10206" w:type="dxa"/>
            <w:shd w:val="clear" w:color="auto" w:fill="2F6B4F"/>
            <w:tcMar>
              <w:top w:w="70" w:type="dxa"/>
              <w:left w:w="80" w:type="dxa"/>
              <w:bottom w:w="70" w:type="dxa"/>
              <w:right w:w="80" w:type="dxa"/>
            </w:tcMar>
            <w:vAlign w:val="center"/>
          </w:tcPr>
          <w:p w14:paraId="0448291A" w14:textId="77777777" w:rsidR="00650973" w:rsidRDefault="00080072">
            <w:pPr>
              <w:jc w:val="center"/>
            </w:pPr>
            <w:r>
              <w:rPr>
                <w:rFonts w:ascii="Arial" w:hAnsi="Arial"/>
                <w:b/>
                <w:color w:val="FFFFFF"/>
                <w:sz w:val="21"/>
              </w:rPr>
              <w:t>Information la plus solide de tout le dossier buffet : réponse directe de Vistaflor le 30 août 2026. Les clients extérieurs peuvent venir prendre le petit-déjeuner ; prix 15 € par personne ; une fois le petit-déjeuner terminé, ils doivent quitter l’hôtel. L’e-mail ne répondait pas à la question de la réservation.</w:t>
            </w:r>
          </w:p>
        </w:tc>
      </w:tr>
    </w:tbl>
    <w:p w14:paraId="1E64730D" w14:textId="77777777" w:rsidR="00650973" w:rsidRDefault="00650973">
      <w:pPr>
        <w:spacing w:after="20"/>
      </w:pPr>
    </w:p>
    <w:p w14:paraId="0E9E71B3" w14:textId="77777777" w:rsidR="00650973" w:rsidRDefault="00080072">
      <w:pPr>
        <w:spacing w:after="80"/>
      </w:pPr>
      <w:r>
        <w:rPr>
          <w:sz w:val="18"/>
        </w:rPr>
        <w:t>Horaire du buffet relevé dans le chat : 08h00–10h00. Le contenu décrit lors de la recherche comprenait plats chauds, céréales, charcuteries, fromages, confitures, miel, yaourts, fruits, pains, viennoiseries, fruits secs, café, thé, infusions, quatre jus et eau minérale.</w:t>
      </w:r>
    </w:p>
    <w:p w14:paraId="6F7C8770" w14:textId="77777777" w:rsidR="00650973" w:rsidRDefault="00080072">
      <w:pPr>
        <w:spacing w:after="80"/>
      </w:pPr>
      <w:r>
        <w:rPr>
          <w:sz w:val="18"/>
        </w:rPr>
        <w:t>Contradiction importante : des pages de réservation avaient auparavant affiché 7,50 € par adulte. Pour un visiteur extérieur en 2026, la réponse directe à 15 € doit être privilégiée.</w:t>
      </w:r>
    </w:p>
    <w:p w14:paraId="1764C25C" w14:textId="77777777" w:rsidR="00650973" w:rsidRDefault="00080072">
      <w:pPr>
        <w:pStyle w:val="Titre2"/>
        <w:spacing w:before="160" w:after="80"/>
      </w:pPr>
      <w:r>
        <w:rPr>
          <w:rFonts w:ascii="Arial" w:hAnsi="Arial"/>
          <w:color w:val="C97A2B"/>
          <w:sz w:val="28"/>
        </w:rPr>
        <w:t>2.4 eó Maspalomas Resort</w:t>
      </w:r>
    </w:p>
    <w:p w14:paraId="0F8101D7" w14:textId="77777777" w:rsidR="00650973" w:rsidRDefault="00080072">
      <w:pPr>
        <w:spacing w:after="80"/>
      </w:pPr>
      <w:r>
        <w:rPr>
          <w:sz w:val="18"/>
        </w:rPr>
        <w:t>Même secteur, Av. Touroperador Neckermann 3. Buffet relevé 08h00–10h30. Une fourchette 7–10 € (souvent 10 €) avait été trouvée, mais elle ne prouve pas le tarif walk-in. Une demande d’accès extérieur a été envoyée ; aucune réponse n’est enregistrée dans le chat. Statut : À CONFIRMER.</w:t>
      </w:r>
    </w:p>
    <w:p w14:paraId="63305458" w14:textId="77777777" w:rsidR="00650973" w:rsidRDefault="00080072">
      <w:pPr>
        <w:pStyle w:val="Titre2"/>
        <w:spacing w:before="160" w:after="80"/>
      </w:pPr>
      <w:r>
        <w:rPr>
          <w:rFonts w:ascii="Arial" w:hAnsi="Arial"/>
          <w:color w:val="C97A2B"/>
          <w:sz w:val="28"/>
        </w:rPr>
        <w:t>2.5 Cordial Green Golf</w:t>
      </w:r>
    </w:p>
    <w:p w14:paraId="5020997F" w14:textId="77777777" w:rsidR="00650973" w:rsidRDefault="00080072">
      <w:pPr>
        <w:spacing w:after="80"/>
      </w:pPr>
      <w:r>
        <w:rPr>
          <w:sz w:val="18"/>
        </w:rPr>
        <w:t>Buffet relevé 08h00–10h30. Fourchette de prix trouvée : environ 13–17 €. Une demande directe a été envoyée. La réponse reçue disait qu’ils ne pouvaient pas confirmer ce qui était demandé. Il ne faut donc pas considérer le buffet comme ouvert aux non-résidents sans nouvelle confirmation.</w:t>
      </w:r>
    </w:p>
    <w:p w14:paraId="0DAD7BB3" w14:textId="77777777" w:rsidR="00650973" w:rsidRDefault="00080072">
      <w:pPr>
        <w:pStyle w:val="Titre2"/>
        <w:spacing w:before="160" w:after="80"/>
      </w:pPr>
      <w:r>
        <w:rPr>
          <w:rFonts w:ascii="Arial" w:hAnsi="Arial"/>
          <w:color w:val="C97A2B"/>
          <w:sz w:val="28"/>
        </w:rPr>
        <w:t>2.6 Faro 2 : Toro Piedra et Cleopatra</w:t>
      </w:r>
    </w:p>
    <w:p w14:paraId="536F3E58" w14:textId="77777777" w:rsidR="00650973" w:rsidRDefault="00080072">
      <w:pPr>
        <w:spacing w:after="80"/>
      </w:pPr>
      <w:r>
        <w:rPr>
          <w:sz w:val="18"/>
        </w:rPr>
        <w:t>Le centre Faro 2 a été situé à environ 0,3 km de Dunaflor Apartments dans le chat. La distance exacte jusqu’à chaque porte n’a pas été établie.</w:t>
      </w:r>
    </w:p>
    <w:p w14:paraId="6DB79846" w14:textId="77777777" w:rsidR="00650973" w:rsidRDefault="00080072">
      <w:pPr>
        <w:spacing w:after="80"/>
      </w:pPr>
      <w:r>
        <w:rPr>
          <w:sz w:val="18"/>
        </w:rPr>
        <w:t>Toro Piedra : carte breakfast/lunch, Full English Breakfast disponible en trois tailles selon les avis cités. Prix exacts non retrouvés. Très bonne piste pour un petit-déjeuner copieux à quelques minutes.</w:t>
      </w:r>
    </w:p>
    <w:p w14:paraId="37599B42" w14:textId="77777777" w:rsidR="00650973" w:rsidRDefault="00080072">
      <w:pPr>
        <w:spacing w:after="80"/>
      </w:pPr>
      <w:r>
        <w:rPr>
          <w:sz w:val="18"/>
        </w:rPr>
        <w:t>Cleopatra : petit-déjeuner / brunch / café, catégorie économique (€), ouverture repérée vers 10h. Carte et prix exacts à retrouver.</w:t>
      </w:r>
    </w:p>
    <w:p w14:paraId="03A60720" w14:textId="77777777" w:rsidR="00650973" w:rsidRDefault="00080072">
      <w:pPr>
        <w:pStyle w:val="Titre2"/>
        <w:spacing w:before="160" w:after="80"/>
      </w:pPr>
      <w:r>
        <w:rPr>
          <w:rFonts w:ascii="Arial" w:hAnsi="Arial"/>
          <w:color w:val="C97A2B"/>
          <w:sz w:val="28"/>
        </w:rPr>
        <w:t>2.7 Calma Café – brunch moderne</w:t>
      </w:r>
    </w:p>
    <w:tbl>
      <w:tblPr>
        <w:tblStyle w:val="Grilledutableau"/>
        <w:tblW w:w="0" w:type="auto"/>
        <w:jc w:val="center"/>
        <w:tblLook w:val="04A0" w:firstRow="1" w:lastRow="0" w:firstColumn="1" w:lastColumn="0" w:noHBand="0" w:noVBand="1"/>
      </w:tblPr>
      <w:tblGrid>
        <w:gridCol w:w="5103"/>
        <w:gridCol w:w="5103"/>
      </w:tblGrid>
      <w:tr w:rsidR="00650973" w14:paraId="0409F447" w14:textId="77777777">
        <w:trPr>
          <w:cantSplit/>
          <w:tblHeader/>
          <w:jc w:val="center"/>
        </w:trPr>
        <w:tc>
          <w:tcPr>
            <w:tcW w:w="5103" w:type="dxa"/>
            <w:shd w:val="clear" w:color="auto" w:fill="2F6B4F"/>
            <w:tcMar>
              <w:top w:w="70" w:type="dxa"/>
              <w:left w:w="80" w:type="dxa"/>
              <w:bottom w:w="70" w:type="dxa"/>
              <w:right w:w="80" w:type="dxa"/>
            </w:tcMar>
            <w:vAlign w:val="center"/>
          </w:tcPr>
          <w:p w14:paraId="136C096E" w14:textId="77777777" w:rsidR="00650973" w:rsidRDefault="00080072">
            <w:pPr>
              <w:jc w:val="center"/>
            </w:pPr>
            <w:r>
              <w:rPr>
                <w:rFonts w:ascii="Arial" w:hAnsi="Arial"/>
                <w:b/>
                <w:color w:val="FFFFFF"/>
                <w:sz w:val="21"/>
              </w:rPr>
              <w:t>Sélection</w:t>
            </w:r>
          </w:p>
        </w:tc>
        <w:tc>
          <w:tcPr>
            <w:tcW w:w="5103" w:type="dxa"/>
            <w:shd w:val="clear" w:color="auto" w:fill="2F6B4F"/>
            <w:tcMar>
              <w:top w:w="70" w:type="dxa"/>
              <w:left w:w="80" w:type="dxa"/>
              <w:bottom w:w="70" w:type="dxa"/>
              <w:right w:w="80" w:type="dxa"/>
            </w:tcMar>
            <w:vAlign w:val="center"/>
          </w:tcPr>
          <w:p w14:paraId="32B27A48" w14:textId="77777777" w:rsidR="00650973" w:rsidRDefault="00080072">
            <w:pPr>
              <w:jc w:val="center"/>
            </w:pPr>
            <w:r>
              <w:rPr>
                <w:rFonts w:ascii="Arial" w:hAnsi="Arial"/>
                <w:b/>
                <w:color w:val="FFFFFF"/>
                <w:sz w:val="21"/>
              </w:rPr>
              <w:t>Prix</w:t>
            </w:r>
          </w:p>
        </w:tc>
      </w:tr>
      <w:tr w:rsidR="00650973" w14:paraId="1BE00CEB" w14:textId="77777777">
        <w:trPr>
          <w:cantSplit/>
          <w:jc w:val="center"/>
        </w:trPr>
        <w:tc>
          <w:tcPr>
            <w:tcW w:w="5103" w:type="dxa"/>
            <w:tcMar>
              <w:top w:w="70" w:type="dxa"/>
              <w:left w:w="80" w:type="dxa"/>
              <w:bottom w:w="70" w:type="dxa"/>
              <w:right w:w="80" w:type="dxa"/>
            </w:tcMar>
            <w:vAlign w:val="center"/>
          </w:tcPr>
          <w:p w14:paraId="0CECEC49" w14:textId="77777777" w:rsidR="00650973" w:rsidRDefault="00080072">
            <w:r>
              <w:rPr>
                <w:rFonts w:ascii="Arial" w:hAnsi="Arial"/>
                <w:sz w:val="21"/>
              </w:rPr>
              <w:t>Toast tomate</w:t>
            </w:r>
          </w:p>
        </w:tc>
        <w:tc>
          <w:tcPr>
            <w:tcW w:w="5103" w:type="dxa"/>
            <w:tcMar>
              <w:top w:w="70" w:type="dxa"/>
              <w:left w:w="80" w:type="dxa"/>
              <w:bottom w:w="70" w:type="dxa"/>
              <w:right w:w="80" w:type="dxa"/>
            </w:tcMar>
            <w:vAlign w:val="center"/>
          </w:tcPr>
          <w:p w14:paraId="7831719A" w14:textId="77777777" w:rsidR="00650973" w:rsidRDefault="00080072">
            <w:r>
              <w:rPr>
                <w:rFonts w:ascii="Arial" w:hAnsi="Arial"/>
                <w:sz w:val="21"/>
              </w:rPr>
              <w:t>5 €</w:t>
            </w:r>
          </w:p>
        </w:tc>
      </w:tr>
      <w:tr w:rsidR="00650973" w14:paraId="098F647D" w14:textId="77777777">
        <w:trPr>
          <w:cantSplit/>
          <w:jc w:val="center"/>
        </w:trPr>
        <w:tc>
          <w:tcPr>
            <w:tcW w:w="5103" w:type="dxa"/>
            <w:shd w:val="clear" w:color="auto" w:fill="F8FAF8"/>
            <w:tcMar>
              <w:top w:w="70" w:type="dxa"/>
              <w:left w:w="80" w:type="dxa"/>
              <w:bottom w:w="70" w:type="dxa"/>
              <w:right w:w="80" w:type="dxa"/>
            </w:tcMar>
            <w:vAlign w:val="center"/>
          </w:tcPr>
          <w:p w14:paraId="7D5C6377" w14:textId="77777777" w:rsidR="00650973" w:rsidRDefault="00080072">
            <w:r>
              <w:rPr>
                <w:rFonts w:ascii="Arial" w:hAnsi="Arial"/>
                <w:sz w:val="21"/>
              </w:rPr>
              <w:t>Granola + fruits</w:t>
            </w:r>
          </w:p>
        </w:tc>
        <w:tc>
          <w:tcPr>
            <w:tcW w:w="5103" w:type="dxa"/>
            <w:shd w:val="clear" w:color="auto" w:fill="F8FAF8"/>
            <w:tcMar>
              <w:top w:w="70" w:type="dxa"/>
              <w:left w:w="80" w:type="dxa"/>
              <w:bottom w:w="70" w:type="dxa"/>
              <w:right w:w="80" w:type="dxa"/>
            </w:tcMar>
            <w:vAlign w:val="center"/>
          </w:tcPr>
          <w:p w14:paraId="5C60D31A" w14:textId="77777777" w:rsidR="00650973" w:rsidRDefault="00080072">
            <w:r>
              <w:rPr>
                <w:rFonts w:ascii="Arial" w:hAnsi="Arial"/>
                <w:sz w:val="21"/>
              </w:rPr>
              <w:t>7,50 €</w:t>
            </w:r>
          </w:p>
        </w:tc>
      </w:tr>
      <w:tr w:rsidR="00650973" w14:paraId="78E6BE28" w14:textId="77777777">
        <w:trPr>
          <w:cantSplit/>
          <w:jc w:val="center"/>
        </w:trPr>
        <w:tc>
          <w:tcPr>
            <w:tcW w:w="5103" w:type="dxa"/>
            <w:tcMar>
              <w:top w:w="70" w:type="dxa"/>
              <w:left w:w="80" w:type="dxa"/>
              <w:bottom w:w="70" w:type="dxa"/>
              <w:right w:w="80" w:type="dxa"/>
            </w:tcMar>
            <w:vAlign w:val="center"/>
          </w:tcPr>
          <w:p w14:paraId="5D0ED34B" w14:textId="77777777" w:rsidR="00650973" w:rsidRDefault="00080072">
            <w:r>
              <w:rPr>
                <w:rFonts w:ascii="Arial" w:hAnsi="Arial"/>
                <w:sz w:val="21"/>
              </w:rPr>
              <w:lastRenderedPageBreak/>
              <w:t>Toast œufs brouillés + bacon</w:t>
            </w:r>
          </w:p>
        </w:tc>
        <w:tc>
          <w:tcPr>
            <w:tcW w:w="5103" w:type="dxa"/>
            <w:tcMar>
              <w:top w:w="70" w:type="dxa"/>
              <w:left w:w="80" w:type="dxa"/>
              <w:bottom w:w="70" w:type="dxa"/>
              <w:right w:w="80" w:type="dxa"/>
            </w:tcMar>
            <w:vAlign w:val="center"/>
          </w:tcPr>
          <w:p w14:paraId="1CCCD3D1" w14:textId="77777777" w:rsidR="00650973" w:rsidRDefault="00080072">
            <w:r>
              <w:rPr>
                <w:rFonts w:ascii="Arial" w:hAnsi="Arial"/>
                <w:sz w:val="21"/>
              </w:rPr>
              <w:t>7,50 €</w:t>
            </w:r>
          </w:p>
        </w:tc>
      </w:tr>
      <w:tr w:rsidR="00650973" w14:paraId="63ED3189" w14:textId="77777777">
        <w:trPr>
          <w:cantSplit/>
          <w:jc w:val="center"/>
        </w:trPr>
        <w:tc>
          <w:tcPr>
            <w:tcW w:w="5103" w:type="dxa"/>
            <w:shd w:val="clear" w:color="auto" w:fill="F8FAF8"/>
            <w:tcMar>
              <w:top w:w="70" w:type="dxa"/>
              <w:left w:w="80" w:type="dxa"/>
              <w:bottom w:w="70" w:type="dxa"/>
              <w:right w:w="80" w:type="dxa"/>
            </w:tcMar>
            <w:vAlign w:val="center"/>
          </w:tcPr>
          <w:p w14:paraId="4719FE71" w14:textId="77777777" w:rsidR="00650973" w:rsidRDefault="00080072">
            <w:r>
              <w:rPr>
                <w:rFonts w:ascii="Arial" w:hAnsi="Arial"/>
                <w:sz w:val="21"/>
              </w:rPr>
              <w:t>Toast Serrano / mozzarella / pesto</w:t>
            </w:r>
          </w:p>
        </w:tc>
        <w:tc>
          <w:tcPr>
            <w:tcW w:w="5103" w:type="dxa"/>
            <w:shd w:val="clear" w:color="auto" w:fill="F8FAF8"/>
            <w:tcMar>
              <w:top w:w="70" w:type="dxa"/>
              <w:left w:w="80" w:type="dxa"/>
              <w:bottom w:w="70" w:type="dxa"/>
              <w:right w:w="80" w:type="dxa"/>
            </w:tcMar>
            <w:vAlign w:val="center"/>
          </w:tcPr>
          <w:p w14:paraId="4B42FCE8" w14:textId="77777777" w:rsidR="00650973" w:rsidRDefault="00080072">
            <w:r>
              <w:rPr>
                <w:rFonts w:ascii="Arial" w:hAnsi="Arial"/>
                <w:sz w:val="21"/>
              </w:rPr>
              <w:t>8,50 €</w:t>
            </w:r>
          </w:p>
        </w:tc>
      </w:tr>
      <w:tr w:rsidR="00650973" w14:paraId="04C74A49" w14:textId="77777777">
        <w:trPr>
          <w:cantSplit/>
          <w:jc w:val="center"/>
        </w:trPr>
        <w:tc>
          <w:tcPr>
            <w:tcW w:w="5103" w:type="dxa"/>
            <w:tcMar>
              <w:top w:w="70" w:type="dxa"/>
              <w:left w:w="80" w:type="dxa"/>
              <w:bottom w:w="70" w:type="dxa"/>
              <w:right w:w="80" w:type="dxa"/>
            </w:tcMar>
            <w:vAlign w:val="center"/>
          </w:tcPr>
          <w:p w14:paraId="1D924C22" w14:textId="77777777" w:rsidR="00650973" w:rsidRDefault="00080072">
            <w:r>
              <w:rPr>
                <w:rFonts w:ascii="Arial" w:hAnsi="Arial"/>
                <w:sz w:val="21"/>
              </w:rPr>
              <w:t>Pancakes</w:t>
            </w:r>
          </w:p>
        </w:tc>
        <w:tc>
          <w:tcPr>
            <w:tcW w:w="5103" w:type="dxa"/>
            <w:tcMar>
              <w:top w:w="70" w:type="dxa"/>
              <w:left w:w="80" w:type="dxa"/>
              <w:bottom w:w="70" w:type="dxa"/>
              <w:right w:w="80" w:type="dxa"/>
            </w:tcMar>
            <w:vAlign w:val="center"/>
          </w:tcPr>
          <w:p w14:paraId="107F7564" w14:textId="77777777" w:rsidR="00650973" w:rsidRDefault="00080072">
            <w:r>
              <w:rPr>
                <w:rFonts w:ascii="Arial" w:hAnsi="Arial"/>
                <w:sz w:val="21"/>
              </w:rPr>
              <w:t>8 €</w:t>
            </w:r>
          </w:p>
        </w:tc>
      </w:tr>
      <w:tr w:rsidR="00650973" w14:paraId="4F56A4A3" w14:textId="77777777">
        <w:trPr>
          <w:cantSplit/>
          <w:jc w:val="center"/>
        </w:trPr>
        <w:tc>
          <w:tcPr>
            <w:tcW w:w="5103" w:type="dxa"/>
            <w:shd w:val="clear" w:color="auto" w:fill="F8FAF8"/>
            <w:tcMar>
              <w:top w:w="70" w:type="dxa"/>
              <w:left w:w="80" w:type="dxa"/>
              <w:bottom w:w="70" w:type="dxa"/>
              <w:right w:w="80" w:type="dxa"/>
            </w:tcMar>
            <w:vAlign w:val="center"/>
          </w:tcPr>
          <w:p w14:paraId="6C797489" w14:textId="77777777" w:rsidR="00650973" w:rsidRDefault="00080072">
            <w:r>
              <w:rPr>
                <w:rFonts w:ascii="Arial" w:hAnsi="Arial"/>
                <w:sz w:val="21"/>
              </w:rPr>
              <w:t>Triassant thon/œuf</w:t>
            </w:r>
          </w:p>
        </w:tc>
        <w:tc>
          <w:tcPr>
            <w:tcW w:w="5103" w:type="dxa"/>
            <w:shd w:val="clear" w:color="auto" w:fill="F8FAF8"/>
            <w:tcMar>
              <w:top w:w="70" w:type="dxa"/>
              <w:left w:w="80" w:type="dxa"/>
              <w:bottom w:w="70" w:type="dxa"/>
              <w:right w:w="80" w:type="dxa"/>
            </w:tcMar>
            <w:vAlign w:val="center"/>
          </w:tcPr>
          <w:p w14:paraId="0A789772" w14:textId="77777777" w:rsidR="00650973" w:rsidRDefault="00080072">
            <w:r>
              <w:rPr>
                <w:rFonts w:ascii="Arial" w:hAnsi="Arial"/>
                <w:sz w:val="21"/>
              </w:rPr>
              <w:t>10,50 €</w:t>
            </w:r>
          </w:p>
        </w:tc>
      </w:tr>
      <w:tr w:rsidR="00650973" w14:paraId="78CFB114" w14:textId="77777777">
        <w:trPr>
          <w:cantSplit/>
          <w:jc w:val="center"/>
        </w:trPr>
        <w:tc>
          <w:tcPr>
            <w:tcW w:w="5103" w:type="dxa"/>
            <w:tcMar>
              <w:top w:w="70" w:type="dxa"/>
              <w:left w:w="80" w:type="dxa"/>
              <w:bottom w:w="70" w:type="dxa"/>
              <w:right w:w="80" w:type="dxa"/>
            </w:tcMar>
            <w:vAlign w:val="center"/>
          </w:tcPr>
          <w:p w14:paraId="49F6F235" w14:textId="77777777" w:rsidR="00650973" w:rsidRDefault="00080072">
            <w:r>
              <w:rPr>
                <w:rFonts w:ascii="Arial" w:hAnsi="Arial"/>
                <w:sz w:val="21"/>
              </w:rPr>
              <w:t>Toast saumon, œufs brouillés et avocat</w:t>
            </w:r>
          </w:p>
        </w:tc>
        <w:tc>
          <w:tcPr>
            <w:tcW w:w="5103" w:type="dxa"/>
            <w:tcMar>
              <w:top w:w="70" w:type="dxa"/>
              <w:left w:w="80" w:type="dxa"/>
              <w:bottom w:w="70" w:type="dxa"/>
              <w:right w:w="80" w:type="dxa"/>
            </w:tcMar>
            <w:vAlign w:val="center"/>
          </w:tcPr>
          <w:p w14:paraId="21B6B1CC" w14:textId="77777777" w:rsidR="00650973" w:rsidRDefault="00080072">
            <w:r>
              <w:rPr>
                <w:rFonts w:ascii="Arial" w:hAnsi="Arial"/>
                <w:sz w:val="21"/>
              </w:rPr>
              <w:t>11 €</w:t>
            </w:r>
          </w:p>
        </w:tc>
      </w:tr>
      <w:tr w:rsidR="00650973" w14:paraId="74B8AAEC" w14:textId="77777777">
        <w:trPr>
          <w:cantSplit/>
          <w:jc w:val="center"/>
        </w:trPr>
        <w:tc>
          <w:tcPr>
            <w:tcW w:w="5103" w:type="dxa"/>
            <w:shd w:val="clear" w:color="auto" w:fill="F8FAF8"/>
            <w:tcMar>
              <w:top w:w="70" w:type="dxa"/>
              <w:left w:w="80" w:type="dxa"/>
              <w:bottom w:w="70" w:type="dxa"/>
              <w:right w:w="80" w:type="dxa"/>
            </w:tcMar>
            <w:vAlign w:val="center"/>
          </w:tcPr>
          <w:p w14:paraId="52C94187" w14:textId="77777777" w:rsidR="00650973" w:rsidRDefault="00080072">
            <w:r>
              <w:rPr>
                <w:rFonts w:ascii="Arial" w:hAnsi="Arial"/>
                <w:sz w:val="21"/>
              </w:rPr>
              <w:t>Calma Special : œufs, bacon, avocat, légumes</w:t>
            </w:r>
          </w:p>
        </w:tc>
        <w:tc>
          <w:tcPr>
            <w:tcW w:w="5103" w:type="dxa"/>
            <w:shd w:val="clear" w:color="auto" w:fill="F8FAF8"/>
            <w:tcMar>
              <w:top w:w="70" w:type="dxa"/>
              <w:left w:w="80" w:type="dxa"/>
              <w:bottom w:w="70" w:type="dxa"/>
              <w:right w:w="80" w:type="dxa"/>
            </w:tcMar>
            <w:vAlign w:val="center"/>
          </w:tcPr>
          <w:p w14:paraId="0DE3BC3A" w14:textId="77777777" w:rsidR="00650973" w:rsidRDefault="00080072">
            <w:r>
              <w:rPr>
                <w:rFonts w:ascii="Arial" w:hAnsi="Arial"/>
                <w:sz w:val="21"/>
              </w:rPr>
              <w:t>12,50 €</w:t>
            </w:r>
          </w:p>
        </w:tc>
      </w:tr>
      <w:tr w:rsidR="00650973" w14:paraId="03C16F14" w14:textId="77777777">
        <w:trPr>
          <w:cantSplit/>
          <w:jc w:val="center"/>
        </w:trPr>
        <w:tc>
          <w:tcPr>
            <w:tcW w:w="5103" w:type="dxa"/>
            <w:tcMar>
              <w:top w:w="70" w:type="dxa"/>
              <w:left w:w="80" w:type="dxa"/>
              <w:bottom w:w="70" w:type="dxa"/>
              <w:right w:w="80" w:type="dxa"/>
            </w:tcMar>
            <w:vAlign w:val="center"/>
          </w:tcPr>
          <w:p w14:paraId="6B82263A" w14:textId="77777777" w:rsidR="00650973" w:rsidRDefault="00080072">
            <w:r>
              <w:rPr>
                <w:rFonts w:ascii="Arial" w:hAnsi="Arial"/>
                <w:sz w:val="21"/>
              </w:rPr>
              <w:t>Pancakes américains œufs/bacon/sirop</w:t>
            </w:r>
          </w:p>
        </w:tc>
        <w:tc>
          <w:tcPr>
            <w:tcW w:w="5103" w:type="dxa"/>
            <w:tcMar>
              <w:top w:w="70" w:type="dxa"/>
              <w:left w:w="80" w:type="dxa"/>
              <w:bottom w:w="70" w:type="dxa"/>
              <w:right w:w="80" w:type="dxa"/>
            </w:tcMar>
            <w:vAlign w:val="center"/>
          </w:tcPr>
          <w:p w14:paraId="7B018111" w14:textId="77777777" w:rsidR="00650973" w:rsidRDefault="00080072">
            <w:r>
              <w:rPr>
                <w:rFonts w:ascii="Arial" w:hAnsi="Arial"/>
                <w:sz w:val="21"/>
              </w:rPr>
              <w:t>12,50 €</w:t>
            </w:r>
          </w:p>
        </w:tc>
      </w:tr>
      <w:tr w:rsidR="00650973" w14:paraId="53294BCB" w14:textId="77777777">
        <w:trPr>
          <w:cantSplit/>
          <w:jc w:val="center"/>
        </w:trPr>
        <w:tc>
          <w:tcPr>
            <w:tcW w:w="5103" w:type="dxa"/>
            <w:shd w:val="clear" w:color="auto" w:fill="F8FAF8"/>
            <w:tcMar>
              <w:top w:w="70" w:type="dxa"/>
              <w:left w:w="80" w:type="dxa"/>
              <w:bottom w:w="70" w:type="dxa"/>
              <w:right w:w="80" w:type="dxa"/>
            </w:tcMar>
            <w:vAlign w:val="center"/>
          </w:tcPr>
          <w:p w14:paraId="2ECEF628" w14:textId="77777777" w:rsidR="00650973" w:rsidRDefault="00080072">
            <w:r>
              <w:rPr>
                <w:rFonts w:ascii="Arial" w:hAnsi="Arial"/>
                <w:sz w:val="21"/>
              </w:rPr>
              <w:t>Saumon fumé, œufs, avocat</w:t>
            </w:r>
          </w:p>
        </w:tc>
        <w:tc>
          <w:tcPr>
            <w:tcW w:w="5103" w:type="dxa"/>
            <w:shd w:val="clear" w:color="auto" w:fill="F8FAF8"/>
            <w:tcMar>
              <w:top w:w="70" w:type="dxa"/>
              <w:left w:w="80" w:type="dxa"/>
              <w:bottom w:w="70" w:type="dxa"/>
              <w:right w:w="80" w:type="dxa"/>
            </w:tcMar>
            <w:vAlign w:val="center"/>
          </w:tcPr>
          <w:p w14:paraId="54C63698" w14:textId="77777777" w:rsidR="00650973" w:rsidRDefault="00080072">
            <w:r>
              <w:rPr>
                <w:rFonts w:ascii="Arial" w:hAnsi="Arial"/>
                <w:sz w:val="21"/>
              </w:rPr>
              <w:t>14,50 €</w:t>
            </w:r>
          </w:p>
        </w:tc>
      </w:tr>
    </w:tbl>
    <w:p w14:paraId="724D9E22" w14:textId="77777777" w:rsidR="00650973" w:rsidRDefault="00650973">
      <w:pPr>
        <w:spacing w:after="40"/>
      </w:pPr>
    </w:p>
    <w:p w14:paraId="26B87411" w14:textId="77777777" w:rsidR="00650973" w:rsidRDefault="00080072">
      <w:pPr>
        <w:spacing w:after="80"/>
      </w:pPr>
      <w:r>
        <w:rPr>
          <w:sz w:val="18"/>
        </w:rPr>
        <w:t>Horaires relevés : 09h00–15h00, avec fermeture le mardi selon la collecte. Style : petit café familial, brunch, gâteaux maison, smoothies, options végétariennes/vegan/sans gluten.</w:t>
      </w:r>
    </w:p>
    <w:p w14:paraId="0D497171" w14:textId="77777777" w:rsidR="00650973" w:rsidRDefault="00080072">
      <w:r>
        <w:rPr>
          <w:b/>
          <w:sz w:val="18"/>
        </w:rPr>
        <w:t xml:space="preserve">URL : </w:t>
      </w:r>
      <w:hyperlink r:id="rId13">
        <w:r>
          <w:rPr>
            <w:color w:val="0563C1"/>
            <w:u w:val="single"/>
          </w:rPr>
          <w:t>Carte Calma</w:t>
        </w:r>
      </w:hyperlink>
    </w:p>
    <w:p w14:paraId="5591B78B" w14:textId="77777777" w:rsidR="00650973" w:rsidRDefault="00080072">
      <w:pPr>
        <w:pStyle w:val="Titre2"/>
        <w:spacing w:before="160" w:after="80"/>
      </w:pPr>
      <w:r>
        <w:rPr>
          <w:rFonts w:ascii="Arial" w:hAnsi="Arial"/>
          <w:color w:val="C97A2B"/>
          <w:sz w:val="28"/>
        </w:rPr>
        <w:t>2.8 Oasis Café GC</w:t>
      </w:r>
    </w:p>
    <w:p w14:paraId="523B31E0" w14:textId="77777777" w:rsidR="00650973" w:rsidRDefault="00080072">
      <w:pPr>
        <w:spacing w:after="80"/>
      </w:pPr>
      <w:r>
        <w:rPr>
          <w:sz w:val="18"/>
        </w:rPr>
        <w:t>C. Plácido Domingo 10, San Fernando. Brunch, toasts, pancakes, torrijas, churrería. Une offre promotionnelle a été retrouvée : 23,90 € pour 2 personnes avec 2 toasts gourmet, 2 cafés, 2 jus d’orange frais et 2 portions de pancakes ou torrijas, soit environ 11,95 €/personne. Ce prix est une offre BonosPremium et peut différer du tarif normal.</w:t>
      </w:r>
    </w:p>
    <w:p w14:paraId="43F54B2C" w14:textId="77777777" w:rsidR="00650973" w:rsidRDefault="00080072">
      <w:pPr>
        <w:pStyle w:val="Titre2"/>
        <w:spacing w:before="160" w:after="80"/>
      </w:pPr>
      <w:r>
        <w:rPr>
          <w:rFonts w:ascii="Arial" w:hAnsi="Arial"/>
          <w:color w:val="C97A2B"/>
          <w:sz w:val="28"/>
        </w:rPr>
        <w:t>2.9 Patio Canario</w:t>
      </w:r>
    </w:p>
    <w:p w14:paraId="3451A6EF" w14:textId="77777777" w:rsidR="00650973" w:rsidRDefault="00080072">
      <w:pPr>
        <w:spacing w:after="80"/>
      </w:pPr>
      <w:r>
        <w:rPr>
          <w:sz w:val="18"/>
        </w:rPr>
        <w:t>Adresse donnée : Calle/Av. de Tenerife 8, Maspalomas. Petit-déjeuner à la carte et beaucoup de choix selon les avis cités ; prix décrits comme raisonnables mais carte 2026 non retrouvée. Horaire contradictoire dans le chat : une recherche parlait d’ouverture à 9h, un brouillon ultérieur de 10h. À vérifier. Pas de preuve d’un buffet.</w:t>
      </w:r>
    </w:p>
    <w:p w14:paraId="3B7DF165" w14:textId="77777777" w:rsidR="00650973" w:rsidRDefault="00080072">
      <w:r>
        <w:rPr>
          <w:b/>
          <w:sz w:val="18"/>
        </w:rPr>
        <w:t xml:space="preserve">URL partagée : </w:t>
      </w:r>
      <w:hyperlink r:id="rId14">
        <w:r>
          <w:rPr>
            <w:color w:val="0563C1"/>
            <w:u w:val="single"/>
          </w:rPr>
          <w:t>Patio Canario – Tripadvisor</w:t>
        </w:r>
      </w:hyperlink>
    </w:p>
    <w:p w14:paraId="69A28FF9" w14:textId="77777777" w:rsidR="00650973" w:rsidRDefault="00080072">
      <w:pPr>
        <w:pStyle w:val="Titre2"/>
        <w:spacing w:before="160" w:after="80"/>
      </w:pPr>
      <w:r>
        <w:rPr>
          <w:rFonts w:ascii="Arial" w:hAnsi="Arial"/>
          <w:color w:val="C97A2B"/>
          <w:sz w:val="28"/>
        </w:rPr>
        <w:t>2.10 Deliciosa BrunchCafe – San Agustín</w:t>
      </w:r>
    </w:p>
    <w:tbl>
      <w:tblPr>
        <w:tblStyle w:val="Grilledutableau"/>
        <w:tblW w:w="0" w:type="auto"/>
        <w:jc w:val="center"/>
        <w:tblLook w:val="04A0" w:firstRow="1" w:lastRow="0" w:firstColumn="1" w:lastColumn="0" w:noHBand="0" w:noVBand="1"/>
      </w:tblPr>
      <w:tblGrid>
        <w:gridCol w:w="5103"/>
        <w:gridCol w:w="5103"/>
      </w:tblGrid>
      <w:tr w:rsidR="00650973" w14:paraId="38871CB2" w14:textId="77777777">
        <w:trPr>
          <w:cantSplit/>
          <w:tblHeader/>
          <w:jc w:val="center"/>
        </w:trPr>
        <w:tc>
          <w:tcPr>
            <w:tcW w:w="5103" w:type="dxa"/>
            <w:shd w:val="clear" w:color="auto" w:fill="2F6B4F"/>
            <w:tcMar>
              <w:top w:w="70" w:type="dxa"/>
              <w:left w:w="80" w:type="dxa"/>
              <w:bottom w:w="70" w:type="dxa"/>
              <w:right w:w="80" w:type="dxa"/>
            </w:tcMar>
            <w:vAlign w:val="center"/>
          </w:tcPr>
          <w:p w14:paraId="1C7A2CF5" w14:textId="77777777" w:rsidR="00650973" w:rsidRDefault="00080072">
            <w:pPr>
              <w:jc w:val="center"/>
            </w:pPr>
            <w:r>
              <w:rPr>
                <w:rFonts w:ascii="Arial" w:hAnsi="Arial"/>
                <w:b/>
                <w:color w:val="FFFFFF"/>
                <w:sz w:val="21"/>
              </w:rPr>
              <w:t>Petit-déjeuner / brunch</w:t>
            </w:r>
          </w:p>
        </w:tc>
        <w:tc>
          <w:tcPr>
            <w:tcW w:w="5103" w:type="dxa"/>
            <w:shd w:val="clear" w:color="auto" w:fill="2F6B4F"/>
            <w:tcMar>
              <w:top w:w="70" w:type="dxa"/>
              <w:left w:w="80" w:type="dxa"/>
              <w:bottom w:w="70" w:type="dxa"/>
              <w:right w:w="80" w:type="dxa"/>
            </w:tcMar>
            <w:vAlign w:val="center"/>
          </w:tcPr>
          <w:p w14:paraId="161B8341" w14:textId="77777777" w:rsidR="00650973" w:rsidRDefault="00080072">
            <w:pPr>
              <w:jc w:val="center"/>
            </w:pPr>
            <w:r>
              <w:rPr>
                <w:rFonts w:ascii="Arial" w:hAnsi="Arial"/>
                <w:b/>
                <w:color w:val="FFFFFF"/>
                <w:sz w:val="21"/>
              </w:rPr>
              <w:t>Prix</w:t>
            </w:r>
          </w:p>
        </w:tc>
      </w:tr>
      <w:tr w:rsidR="00650973" w14:paraId="391183D0" w14:textId="77777777">
        <w:trPr>
          <w:cantSplit/>
          <w:jc w:val="center"/>
        </w:trPr>
        <w:tc>
          <w:tcPr>
            <w:tcW w:w="5103" w:type="dxa"/>
            <w:tcMar>
              <w:top w:w="70" w:type="dxa"/>
              <w:left w:w="80" w:type="dxa"/>
              <w:bottom w:w="70" w:type="dxa"/>
              <w:right w:w="80" w:type="dxa"/>
            </w:tcMar>
            <w:vAlign w:val="center"/>
          </w:tcPr>
          <w:p w14:paraId="3264A877" w14:textId="77777777" w:rsidR="00650973" w:rsidRDefault="00080072">
            <w:r>
              <w:rPr>
                <w:rFonts w:ascii="Arial" w:hAnsi="Arial"/>
                <w:sz w:val="21"/>
              </w:rPr>
              <w:t>Croissant beurre</w:t>
            </w:r>
          </w:p>
        </w:tc>
        <w:tc>
          <w:tcPr>
            <w:tcW w:w="5103" w:type="dxa"/>
            <w:tcMar>
              <w:top w:w="70" w:type="dxa"/>
              <w:left w:w="80" w:type="dxa"/>
              <w:bottom w:w="70" w:type="dxa"/>
              <w:right w:w="80" w:type="dxa"/>
            </w:tcMar>
            <w:vAlign w:val="center"/>
          </w:tcPr>
          <w:p w14:paraId="5A9FA1DD" w14:textId="77777777" w:rsidR="00650973" w:rsidRDefault="00080072">
            <w:r>
              <w:rPr>
                <w:rFonts w:ascii="Arial" w:hAnsi="Arial"/>
                <w:sz w:val="21"/>
              </w:rPr>
              <w:t>1,80 €</w:t>
            </w:r>
          </w:p>
        </w:tc>
      </w:tr>
      <w:tr w:rsidR="00650973" w14:paraId="26D2ED0B" w14:textId="77777777">
        <w:trPr>
          <w:cantSplit/>
          <w:jc w:val="center"/>
        </w:trPr>
        <w:tc>
          <w:tcPr>
            <w:tcW w:w="5103" w:type="dxa"/>
            <w:shd w:val="clear" w:color="auto" w:fill="F8FAF8"/>
            <w:tcMar>
              <w:top w:w="70" w:type="dxa"/>
              <w:left w:w="80" w:type="dxa"/>
              <w:bottom w:w="70" w:type="dxa"/>
              <w:right w:w="80" w:type="dxa"/>
            </w:tcMar>
            <w:vAlign w:val="center"/>
          </w:tcPr>
          <w:p w14:paraId="6FFA84F2" w14:textId="77777777" w:rsidR="00650973" w:rsidRDefault="00080072">
            <w:r>
              <w:rPr>
                <w:rFonts w:ascii="Arial" w:hAnsi="Arial"/>
                <w:sz w:val="21"/>
              </w:rPr>
              <w:t>Croissant jambon-fromage</w:t>
            </w:r>
          </w:p>
        </w:tc>
        <w:tc>
          <w:tcPr>
            <w:tcW w:w="5103" w:type="dxa"/>
            <w:shd w:val="clear" w:color="auto" w:fill="F8FAF8"/>
            <w:tcMar>
              <w:top w:w="70" w:type="dxa"/>
              <w:left w:w="80" w:type="dxa"/>
              <w:bottom w:w="70" w:type="dxa"/>
              <w:right w:w="80" w:type="dxa"/>
            </w:tcMar>
            <w:vAlign w:val="center"/>
          </w:tcPr>
          <w:p w14:paraId="78CB3591" w14:textId="77777777" w:rsidR="00650973" w:rsidRDefault="00080072">
            <w:r>
              <w:rPr>
                <w:rFonts w:ascii="Arial" w:hAnsi="Arial"/>
                <w:sz w:val="21"/>
              </w:rPr>
              <w:t>2,60 €</w:t>
            </w:r>
          </w:p>
        </w:tc>
      </w:tr>
      <w:tr w:rsidR="00650973" w14:paraId="74C750BC" w14:textId="77777777">
        <w:trPr>
          <w:cantSplit/>
          <w:jc w:val="center"/>
        </w:trPr>
        <w:tc>
          <w:tcPr>
            <w:tcW w:w="5103" w:type="dxa"/>
            <w:tcMar>
              <w:top w:w="70" w:type="dxa"/>
              <w:left w:w="80" w:type="dxa"/>
              <w:bottom w:w="70" w:type="dxa"/>
              <w:right w:w="80" w:type="dxa"/>
            </w:tcMar>
            <w:vAlign w:val="center"/>
          </w:tcPr>
          <w:p w14:paraId="04DC9218" w14:textId="77777777" w:rsidR="00650973" w:rsidRDefault="00080072">
            <w:r>
              <w:rPr>
                <w:rFonts w:ascii="Arial" w:hAnsi="Arial"/>
                <w:sz w:val="21"/>
              </w:rPr>
              <w:t>Toast + œufs brouillés</w:t>
            </w:r>
          </w:p>
        </w:tc>
        <w:tc>
          <w:tcPr>
            <w:tcW w:w="5103" w:type="dxa"/>
            <w:tcMar>
              <w:top w:w="70" w:type="dxa"/>
              <w:left w:w="80" w:type="dxa"/>
              <w:bottom w:w="70" w:type="dxa"/>
              <w:right w:w="80" w:type="dxa"/>
            </w:tcMar>
            <w:vAlign w:val="center"/>
          </w:tcPr>
          <w:p w14:paraId="1CDD670E" w14:textId="77777777" w:rsidR="00650973" w:rsidRDefault="00080072">
            <w:r>
              <w:rPr>
                <w:rFonts w:ascii="Arial" w:hAnsi="Arial"/>
                <w:sz w:val="21"/>
              </w:rPr>
              <w:t>2,80 €</w:t>
            </w:r>
          </w:p>
        </w:tc>
      </w:tr>
      <w:tr w:rsidR="00650973" w14:paraId="2158D549" w14:textId="77777777">
        <w:trPr>
          <w:cantSplit/>
          <w:jc w:val="center"/>
        </w:trPr>
        <w:tc>
          <w:tcPr>
            <w:tcW w:w="5103" w:type="dxa"/>
            <w:shd w:val="clear" w:color="auto" w:fill="F8FAF8"/>
            <w:tcMar>
              <w:top w:w="70" w:type="dxa"/>
              <w:left w:w="80" w:type="dxa"/>
              <w:bottom w:w="70" w:type="dxa"/>
              <w:right w:w="80" w:type="dxa"/>
            </w:tcMar>
            <w:vAlign w:val="center"/>
          </w:tcPr>
          <w:p w14:paraId="1D713589" w14:textId="77777777" w:rsidR="00650973" w:rsidRDefault="00080072">
            <w:r>
              <w:rPr>
                <w:rFonts w:ascii="Arial" w:hAnsi="Arial"/>
                <w:sz w:val="21"/>
              </w:rPr>
              <w:t>Omelette nature</w:t>
            </w:r>
          </w:p>
        </w:tc>
        <w:tc>
          <w:tcPr>
            <w:tcW w:w="5103" w:type="dxa"/>
            <w:shd w:val="clear" w:color="auto" w:fill="F8FAF8"/>
            <w:tcMar>
              <w:top w:w="70" w:type="dxa"/>
              <w:left w:w="80" w:type="dxa"/>
              <w:bottom w:w="70" w:type="dxa"/>
              <w:right w:w="80" w:type="dxa"/>
            </w:tcMar>
            <w:vAlign w:val="center"/>
          </w:tcPr>
          <w:p w14:paraId="1B1F785A" w14:textId="77777777" w:rsidR="00650973" w:rsidRDefault="00080072">
            <w:r>
              <w:rPr>
                <w:rFonts w:ascii="Arial" w:hAnsi="Arial"/>
                <w:sz w:val="21"/>
              </w:rPr>
              <w:t>3,80 €</w:t>
            </w:r>
          </w:p>
        </w:tc>
      </w:tr>
      <w:tr w:rsidR="00650973" w14:paraId="26BA57F2" w14:textId="77777777">
        <w:trPr>
          <w:cantSplit/>
          <w:jc w:val="center"/>
        </w:trPr>
        <w:tc>
          <w:tcPr>
            <w:tcW w:w="5103" w:type="dxa"/>
            <w:tcMar>
              <w:top w:w="70" w:type="dxa"/>
              <w:left w:w="80" w:type="dxa"/>
              <w:bottom w:w="70" w:type="dxa"/>
              <w:right w:w="80" w:type="dxa"/>
            </w:tcMar>
            <w:vAlign w:val="center"/>
          </w:tcPr>
          <w:p w14:paraId="67FB1B06" w14:textId="77777777" w:rsidR="00650973" w:rsidRDefault="00080072">
            <w:r>
              <w:rPr>
                <w:rFonts w:ascii="Arial" w:hAnsi="Arial"/>
                <w:sz w:val="21"/>
              </w:rPr>
              <w:t>Omelette jambon-fromage</w:t>
            </w:r>
          </w:p>
        </w:tc>
        <w:tc>
          <w:tcPr>
            <w:tcW w:w="5103" w:type="dxa"/>
            <w:tcMar>
              <w:top w:w="70" w:type="dxa"/>
              <w:left w:w="80" w:type="dxa"/>
              <w:bottom w:w="70" w:type="dxa"/>
              <w:right w:w="80" w:type="dxa"/>
            </w:tcMar>
            <w:vAlign w:val="center"/>
          </w:tcPr>
          <w:p w14:paraId="2748964A" w14:textId="77777777" w:rsidR="00650973" w:rsidRDefault="00080072">
            <w:r>
              <w:rPr>
                <w:rFonts w:ascii="Arial" w:hAnsi="Arial"/>
                <w:sz w:val="21"/>
              </w:rPr>
              <w:t>5,40 €</w:t>
            </w:r>
          </w:p>
        </w:tc>
      </w:tr>
      <w:tr w:rsidR="00650973" w14:paraId="422DAF93" w14:textId="77777777">
        <w:trPr>
          <w:cantSplit/>
          <w:jc w:val="center"/>
        </w:trPr>
        <w:tc>
          <w:tcPr>
            <w:tcW w:w="5103" w:type="dxa"/>
            <w:shd w:val="clear" w:color="auto" w:fill="F8FAF8"/>
            <w:tcMar>
              <w:top w:w="70" w:type="dxa"/>
              <w:left w:w="80" w:type="dxa"/>
              <w:bottom w:w="70" w:type="dxa"/>
              <w:right w:w="80" w:type="dxa"/>
            </w:tcMar>
            <w:vAlign w:val="center"/>
          </w:tcPr>
          <w:p w14:paraId="55CCA831" w14:textId="77777777" w:rsidR="00650973" w:rsidRDefault="00080072">
            <w:r>
              <w:rPr>
                <w:rFonts w:ascii="Arial" w:hAnsi="Arial"/>
                <w:sz w:val="21"/>
              </w:rPr>
              <w:t>Petit English Breakfast</w:t>
            </w:r>
          </w:p>
        </w:tc>
        <w:tc>
          <w:tcPr>
            <w:tcW w:w="5103" w:type="dxa"/>
            <w:shd w:val="clear" w:color="auto" w:fill="F8FAF8"/>
            <w:tcMar>
              <w:top w:w="70" w:type="dxa"/>
              <w:left w:w="80" w:type="dxa"/>
              <w:bottom w:w="70" w:type="dxa"/>
              <w:right w:w="80" w:type="dxa"/>
            </w:tcMar>
            <w:vAlign w:val="center"/>
          </w:tcPr>
          <w:p w14:paraId="275D525E" w14:textId="77777777" w:rsidR="00650973" w:rsidRDefault="00080072">
            <w:r>
              <w:rPr>
                <w:rFonts w:ascii="Arial" w:hAnsi="Arial"/>
                <w:sz w:val="21"/>
              </w:rPr>
              <w:t>6,40 €</w:t>
            </w:r>
          </w:p>
        </w:tc>
      </w:tr>
      <w:tr w:rsidR="00650973" w14:paraId="3776F982" w14:textId="77777777">
        <w:trPr>
          <w:cantSplit/>
          <w:jc w:val="center"/>
        </w:trPr>
        <w:tc>
          <w:tcPr>
            <w:tcW w:w="5103" w:type="dxa"/>
            <w:tcMar>
              <w:top w:w="70" w:type="dxa"/>
              <w:left w:w="80" w:type="dxa"/>
              <w:bottom w:w="70" w:type="dxa"/>
              <w:right w:w="80" w:type="dxa"/>
            </w:tcMar>
            <w:vAlign w:val="center"/>
          </w:tcPr>
          <w:p w14:paraId="6DB5628E" w14:textId="77777777" w:rsidR="00650973" w:rsidRDefault="00080072">
            <w:r>
              <w:rPr>
                <w:rFonts w:ascii="Arial" w:hAnsi="Arial"/>
                <w:sz w:val="21"/>
              </w:rPr>
              <w:t>Grand English Breakfast</w:t>
            </w:r>
          </w:p>
        </w:tc>
        <w:tc>
          <w:tcPr>
            <w:tcW w:w="5103" w:type="dxa"/>
            <w:tcMar>
              <w:top w:w="70" w:type="dxa"/>
              <w:left w:w="80" w:type="dxa"/>
              <w:bottom w:w="70" w:type="dxa"/>
              <w:right w:w="80" w:type="dxa"/>
            </w:tcMar>
            <w:vAlign w:val="center"/>
          </w:tcPr>
          <w:p w14:paraId="6292DEB7" w14:textId="77777777" w:rsidR="00650973" w:rsidRDefault="00080072">
            <w:r>
              <w:rPr>
                <w:rFonts w:ascii="Arial" w:hAnsi="Arial"/>
                <w:sz w:val="21"/>
              </w:rPr>
              <w:t>11,90 €</w:t>
            </w:r>
          </w:p>
        </w:tc>
      </w:tr>
      <w:tr w:rsidR="00650973" w14:paraId="382D0CE4" w14:textId="77777777">
        <w:trPr>
          <w:cantSplit/>
          <w:jc w:val="center"/>
        </w:trPr>
        <w:tc>
          <w:tcPr>
            <w:tcW w:w="5103" w:type="dxa"/>
            <w:shd w:val="clear" w:color="auto" w:fill="F8FAF8"/>
            <w:tcMar>
              <w:top w:w="70" w:type="dxa"/>
              <w:left w:w="80" w:type="dxa"/>
              <w:bottom w:w="70" w:type="dxa"/>
              <w:right w:w="80" w:type="dxa"/>
            </w:tcMar>
            <w:vAlign w:val="center"/>
          </w:tcPr>
          <w:p w14:paraId="6A4EC0B3" w14:textId="77777777" w:rsidR="00650973" w:rsidRDefault="00080072">
            <w:r>
              <w:rPr>
                <w:rFonts w:ascii="Arial" w:hAnsi="Arial"/>
                <w:sz w:val="21"/>
              </w:rPr>
              <w:t>English Breakfast végétarien</w:t>
            </w:r>
          </w:p>
        </w:tc>
        <w:tc>
          <w:tcPr>
            <w:tcW w:w="5103" w:type="dxa"/>
            <w:shd w:val="clear" w:color="auto" w:fill="F8FAF8"/>
            <w:tcMar>
              <w:top w:w="70" w:type="dxa"/>
              <w:left w:w="80" w:type="dxa"/>
              <w:bottom w:w="70" w:type="dxa"/>
              <w:right w:w="80" w:type="dxa"/>
            </w:tcMar>
            <w:vAlign w:val="center"/>
          </w:tcPr>
          <w:p w14:paraId="6A437003" w14:textId="77777777" w:rsidR="00650973" w:rsidRDefault="00080072">
            <w:r>
              <w:rPr>
                <w:rFonts w:ascii="Arial" w:hAnsi="Arial"/>
                <w:sz w:val="21"/>
              </w:rPr>
              <w:t>5,90 €</w:t>
            </w:r>
          </w:p>
        </w:tc>
      </w:tr>
      <w:tr w:rsidR="00650973" w14:paraId="7350D76F" w14:textId="77777777">
        <w:trPr>
          <w:cantSplit/>
          <w:jc w:val="center"/>
        </w:trPr>
        <w:tc>
          <w:tcPr>
            <w:tcW w:w="5103" w:type="dxa"/>
            <w:tcMar>
              <w:top w:w="70" w:type="dxa"/>
              <w:left w:w="80" w:type="dxa"/>
              <w:bottom w:w="70" w:type="dxa"/>
              <w:right w:w="80" w:type="dxa"/>
            </w:tcMar>
            <w:vAlign w:val="center"/>
          </w:tcPr>
          <w:p w14:paraId="33544C96" w14:textId="77777777" w:rsidR="00650973" w:rsidRDefault="00080072">
            <w:r>
              <w:rPr>
                <w:rFonts w:ascii="Arial" w:hAnsi="Arial"/>
                <w:sz w:val="21"/>
              </w:rPr>
              <w:t>Bowl yaourt grec</w:t>
            </w:r>
          </w:p>
        </w:tc>
        <w:tc>
          <w:tcPr>
            <w:tcW w:w="5103" w:type="dxa"/>
            <w:tcMar>
              <w:top w:w="70" w:type="dxa"/>
              <w:left w:w="80" w:type="dxa"/>
              <w:bottom w:w="70" w:type="dxa"/>
              <w:right w:w="80" w:type="dxa"/>
            </w:tcMar>
            <w:vAlign w:val="center"/>
          </w:tcPr>
          <w:p w14:paraId="440AF474" w14:textId="77777777" w:rsidR="00650973" w:rsidRDefault="00080072">
            <w:r>
              <w:rPr>
                <w:rFonts w:ascii="Arial" w:hAnsi="Arial"/>
                <w:sz w:val="21"/>
              </w:rPr>
              <w:t>3,50–6,30 €</w:t>
            </w:r>
          </w:p>
        </w:tc>
      </w:tr>
      <w:tr w:rsidR="00650973" w14:paraId="2DA2FC77" w14:textId="77777777">
        <w:trPr>
          <w:cantSplit/>
          <w:jc w:val="center"/>
        </w:trPr>
        <w:tc>
          <w:tcPr>
            <w:tcW w:w="5103" w:type="dxa"/>
            <w:shd w:val="clear" w:color="auto" w:fill="F8FAF8"/>
            <w:tcMar>
              <w:top w:w="70" w:type="dxa"/>
              <w:left w:w="80" w:type="dxa"/>
              <w:bottom w:w="70" w:type="dxa"/>
              <w:right w:w="80" w:type="dxa"/>
            </w:tcMar>
            <w:vAlign w:val="center"/>
          </w:tcPr>
          <w:p w14:paraId="7F65C098" w14:textId="77777777" w:rsidR="00650973" w:rsidRDefault="00080072">
            <w:r>
              <w:rPr>
                <w:rFonts w:ascii="Arial" w:hAnsi="Arial"/>
                <w:sz w:val="21"/>
              </w:rPr>
              <w:t>Bowl vegan</w:t>
            </w:r>
          </w:p>
        </w:tc>
        <w:tc>
          <w:tcPr>
            <w:tcW w:w="5103" w:type="dxa"/>
            <w:shd w:val="clear" w:color="auto" w:fill="F8FAF8"/>
            <w:tcMar>
              <w:top w:w="70" w:type="dxa"/>
              <w:left w:w="80" w:type="dxa"/>
              <w:bottom w:w="70" w:type="dxa"/>
              <w:right w:w="80" w:type="dxa"/>
            </w:tcMar>
            <w:vAlign w:val="center"/>
          </w:tcPr>
          <w:p w14:paraId="7D9A9069" w14:textId="77777777" w:rsidR="00650973" w:rsidRDefault="00080072">
            <w:r>
              <w:rPr>
                <w:rFonts w:ascii="Arial" w:hAnsi="Arial"/>
                <w:sz w:val="21"/>
              </w:rPr>
              <w:t>6,50–9,30 €</w:t>
            </w:r>
          </w:p>
        </w:tc>
      </w:tr>
      <w:tr w:rsidR="00650973" w14:paraId="2871003F" w14:textId="77777777">
        <w:trPr>
          <w:cantSplit/>
          <w:jc w:val="center"/>
        </w:trPr>
        <w:tc>
          <w:tcPr>
            <w:tcW w:w="5103" w:type="dxa"/>
            <w:tcMar>
              <w:top w:w="70" w:type="dxa"/>
              <w:left w:w="80" w:type="dxa"/>
              <w:bottom w:w="70" w:type="dxa"/>
              <w:right w:w="80" w:type="dxa"/>
            </w:tcMar>
            <w:vAlign w:val="center"/>
          </w:tcPr>
          <w:p w14:paraId="60BC1F7F" w14:textId="77777777" w:rsidR="00650973" w:rsidRDefault="00080072">
            <w:r>
              <w:rPr>
                <w:rFonts w:ascii="Arial" w:hAnsi="Arial"/>
                <w:sz w:val="21"/>
              </w:rPr>
              <w:t>Toast saumon fumé + œufs brouillés</w:t>
            </w:r>
          </w:p>
        </w:tc>
        <w:tc>
          <w:tcPr>
            <w:tcW w:w="5103" w:type="dxa"/>
            <w:tcMar>
              <w:top w:w="70" w:type="dxa"/>
              <w:left w:w="80" w:type="dxa"/>
              <w:bottom w:w="70" w:type="dxa"/>
              <w:right w:w="80" w:type="dxa"/>
            </w:tcMar>
            <w:vAlign w:val="center"/>
          </w:tcPr>
          <w:p w14:paraId="2C1122CE" w14:textId="77777777" w:rsidR="00650973" w:rsidRDefault="00080072">
            <w:r>
              <w:rPr>
                <w:rFonts w:ascii="Arial" w:hAnsi="Arial"/>
                <w:sz w:val="21"/>
              </w:rPr>
              <w:t>9,90 €</w:t>
            </w:r>
          </w:p>
        </w:tc>
      </w:tr>
      <w:tr w:rsidR="00650973" w14:paraId="4C3BAF19" w14:textId="77777777">
        <w:trPr>
          <w:cantSplit/>
          <w:jc w:val="center"/>
        </w:trPr>
        <w:tc>
          <w:tcPr>
            <w:tcW w:w="5103" w:type="dxa"/>
            <w:shd w:val="clear" w:color="auto" w:fill="F8FAF8"/>
            <w:tcMar>
              <w:top w:w="70" w:type="dxa"/>
              <w:left w:w="80" w:type="dxa"/>
              <w:bottom w:w="70" w:type="dxa"/>
              <w:right w:w="80" w:type="dxa"/>
            </w:tcMar>
            <w:vAlign w:val="center"/>
          </w:tcPr>
          <w:p w14:paraId="12232856" w14:textId="77777777" w:rsidR="00650973" w:rsidRDefault="00080072">
            <w:r>
              <w:rPr>
                <w:rFonts w:ascii="Arial" w:hAnsi="Arial"/>
                <w:sz w:val="21"/>
              </w:rPr>
              <w:t>Toast crevettes de la mer du Nord</w:t>
            </w:r>
          </w:p>
        </w:tc>
        <w:tc>
          <w:tcPr>
            <w:tcW w:w="5103" w:type="dxa"/>
            <w:shd w:val="clear" w:color="auto" w:fill="F8FAF8"/>
            <w:tcMar>
              <w:top w:w="70" w:type="dxa"/>
              <w:left w:w="80" w:type="dxa"/>
              <w:bottom w:w="70" w:type="dxa"/>
              <w:right w:w="80" w:type="dxa"/>
            </w:tcMar>
            <w:vAlign w:val="center"/>
          </w:tcPr>
          <w:p w14:paraId="69CF2E9A" w14:textId="77777777" w:rsidR="00650973" w:rsidRDefault="00080072">
            <w:r>
              <w:rPr>
                <w:rFonts w:ascii="Arial" w:hAnsi="Arial"/>
                <w:sz w:val="21"/>
              </w:rPr>
              <w:t>12,40 €</w:t>
            </w:r>
          </w:p>
        </w:tc>
      </w:tr>
      <w:tr w:rsidR="00650973" w14:paraId="47FAC525" w14:textId="77777777">
        <w:trPr>
          <w:cantSplit/>
          <w:jc w:val="center"/>
        </w:trPr>
        <w:tc>
          <w:tcPr>
            <w:tcW w:w="5103" w:type="dxa"/>
            <w:tcMar>
              <w:top w:w="70" w:type="dxa"/>
              <w:left w:w="80" w:type="dxa"/>
              <w:bottom w:w="70" w:type="dxa"/>
              <w:right w:w="80" w:type="dxa"/>
            </w:tcMar>
            <w:vAlign w:val="center"/>
          </w:tcPr>
          <w:p w14:paraId="28B9342A" w14:textId="77777777" w:rsidR="00650973" w:rsidRDefault="00080072">
            <w:r>
              <w:rPr>
                <w:rFonts w:ascii="Arial" w:hAnsi="Arial"/>
                <w:sz w:val="21"/>
              </w:rPr>
              <w:t>Toast avocat + œuf</w:t>
            </w:r>
          </w:p>
        </w:tc>
        <w:tc>
          <w:tcPr>
            <w:tcW w:w="5103" w:type="dxa"/>
            <w:tcMar>
              <w:top w:w="70" w:type="dxa"/>
              <w:left w:w="80" w:type="dxa"/>
              <w:bottom w:w="70" w:type="dxa"/>
              <w:right w:w="80" w:type="dxa"/>
            </w:tcMar>
            <w:vAlign w:val="center"/>
          </w:tcPr>
          <w:p w14:paraId="6413002E" w14:textId="77777777" w:rsidR="00650973" w:rsidRDefault="00080072">
            <w:r>
              <w:rPr>
                <w:rFonts w:ascii="Arial" w:hAnsi="Arial"/>
                <w:sz w:val="21"/>
              </w:rPr>
              <w:t>7,40 €</w:t>
            </w:r>
          </w:p>
        </w:tc>
      </w:tr>
      <w:tr w:rsidR="00650973" w14:paraId="6F63AE45" w14:textId="77777777">
        <w:trPr>
          <w:cantSplit/>
          <w:jc w:val="center"/>
        </w:trPr>
        <w:tc>
          <w:tcPr>
            <w:tcW w:w="5103" w:type="dxa"/>
            <w:shd w:val="clear" w:color="auto" w:fill="F8FAF8"/>
            <w:tcMar>
              <w:top w:w="70" w:type="dxa"/>
              <w:left w:w="80" w:type="dxa"/>
              <w:bottom w:w="70" w:type="dxa"/>
              <w:right w:w="80" w:type="dxa"/>
            </w:tcMar>
            <w:vAlign w:val="center"/>
          </w:tcPr>
          <w:p w14:paraId="7A69ED83" w14:textId="77777777" w:rsidR="00650973" w:rsidRDefault="00080072">
            <w:r>
              <w:rPr>
                <w:rFonts w:ascii="Arial" w:hAnsi="Arial"/>
                <w:sz w:val="21"/>
              </w:rPr>
              <w:t>Croissant multigrains saumon/œufs/avocat</w:t>
            </w:r>
          </w:p>
        </w:tc>
        <w:tc>
          <w:tcPr>
            <w:tcW w:w="5103" w:type="dxa"/>
            <w:shd w:val="clear" w:color="auto" w:fill="F8FAF8"/>
            <w:tcMar>
              <w:top w:w="70" w:type="dxa"/>
              <w:left w:w="80" w:type="dxa"/>
              <w:bottom w:w="70" w:type="dxa"/>
              <w:right w:w="80" w:type="dxa"/>
            </w:tcMar>
            <w:vAlign w:val="center"/>
          </w:tcPr>
          <w:p w14:paraId="4CC9A8F5" w14:textId="77777777" w:rsidR="00650973" w:rsidRDefault="00080072">
            <w:r>
              <w:rPr>
                <w:rFonts w:ascii="Arial" w:hAnsi="Arial"/>
                <w:sz w:val="21"/>
              </w:rPr>
              <w:t>12,90 €</w:t>
            </w:r>
          </w:p>
        </w:tc>
      </w:tr>
      <w:tr w:rsidR="00650973" w14:paraId="1BD191D0" w14:textId="77777777">
        <w:trPr>
          <w:cantSplit/>
          <w:jc w:val="center"/>
        </w:trPr>
        <w:tc>
          <w:tcPr>
            <w:tcW w:w="5103" w:type="dxa"/>
            <w:tcMar>
              <w:top w:w="70" w:type="dxa"/>
              <w:left w:w="80" w:type="dxa"/>
              <w:bottom w:w="70" w:type="dxa"/>
              <w:right w:w="80" w:type="dxa"/>
            </w:tcMar>
            <w:vAlign w:val="center"/>
          </w:tcPr>
          <w:p w14:paraId="5E218327" w14:textId="77777777" w:rsidR="00650973" w:rsidRDefault="00080072">
            <w:r>
              <w:rPr>
                <w:rFonts w:ascii="Arial" w:hAnsi="Arial"/>
                <w:sz w:val="21"/>
              </w:rPr>
              <w:t>Classic Brunch : pains, garnitures, œuf, jus frais, café/thé</w:t>
            </w:r>
          </w:p>
        </w:tc>
        <w:tc>
          <w:tcPr>
            <w:tcW w:w="5103" w:type="dxa"/>
            <w:tcMar>
              <w:top w:w="70" w:type="dxa"/>
              <w:left w:w="80" w:type="dxa"/>
              <w:bottom w:w="70" w:type="dxa"/>
              <w:right w:w="80" w:type="dxa"/>
            </w:tcMar>
            <w:vAlign w:val="center"/>
          </w:tcPr>
          <w:p w14:paraId="46B15332" w14:textId="77777777" w:rsidR="00650973" w:rsidRDefault="00080072">
            <w:r>
              <w:rPr>
                <w:rFonts w:ascii="Arial" w:hAnsi="Arial"/>
                <w:sz w:val="21"/>
              </w:rPr>
              <w:t>13,90 €</w:t>
            </w:r>
          </w:p>
        </w:tc>
      </w:tr>
      <w:tr w:rsidR="00650973" w14:paraId="02232185" w14:textId="77777777">
        <w:trPr>
          <w:cantSplit/>
          <w:jc w:val="center"/>
        </w:trPr>
        <w:tc>
          <w:tcPr>
            <w:tcW w:w="5103" w:type="dxa"/>
            <w:shd w:val="clear" w:color="auto" w:fill="F8FAF8"/>
            <w:tcMar>
              <w:top w:w="70" w:type="dxa"/>
              <w:left w:w="80" w:type="dxa"/>
              <w:bottom w:w="70" w:type="dxa"/>
              <w:right w:w="80" w:type="dxa"/>
            </w:tcMar>
            <w:vAlign w:val="center"/>
          </w:tcPr>
          <w:p w14:paraId="51D39A93" w14:textId="77777777" w:rsidR="00650973" w:rsidRDefault="00080072">
            <w:r>
              <w:rPr>
                <w:rFonts w:ascii="Arial" w:hAnsi="Arial"/>
                <w:sz w:val="21"/>
              </w:rPr>
              <w:lastRenderedPageBreak/>
              <w:t>Luxe Brunch : Classic + cava, salade thon, saumon fumé, etc.</w:t>
            </w:r>
          </w:p>
        </w:tc>
        <w:tc>
          <w:tcPr>
            <w:tcW w:w="5103" w:type="dxa"/>
            <w:shd w:val="clear" w:color="auto" w:fill="F8FAF8"/>
            <w:tcMar>
              <w:top w:w="70" w:type="dxa"/>
              <w:left w:w="80" w:type="dxa"/>
              <w:bottom w:w="70" w:type="dxa"/>
              <w:right w:w="80" w:type="dxa"/>
            </w:tcMar>
            <w:vAlign w:val="center"/>
          </w:tcPr>
          <w:p w14:paraId="3DDDD437" w14:textId="77777777" w:rsidR="00650973" w:rsidRDefault="00080072">
            <w:r>
              <w:rPr>
                <w:rFonts w:ascii="Arial" w:hAnsi="Arial"/>
                <w:sz w:val="21"/>
              </w:rPr>
              <w:t>21,90 €</w:t>
            </w:r>
          </w:p>
        </w:tc>
      </w:tr>
    </w:tbl>
    <w:p w14:paraId="18C98F23" w14:textId="77777777" w:rsidR="00650973" w:rsidRDefault="00650973">
      <w:pPr>
        <w:spacing w:after="40"/>
      </w:pPr>
    </w:p>
    <w:p w14:paraId="0784DE74" w14:textId="77777777" w:rsidR="00650973" w:rsidRDefault="00080072">
      <w:pPr>
        <w:spacing w:after="80"/>
      </w:pPr>
      <w:r>
        <w:rPr>
          <w:sz w:val="18"/>
        </w:rPr>
        <w:t>Centre Commercial San Agustín, 2e étage, au-dessus de l’HiperDino. Téléphone/WhatsApp relevé : +34 661 258 744. Horaires : publications du chat entre 09h00–16h00 et 09h00–17h00 du lundi au vendredi ; week-end fermé dans la collecte. Vue mer. Des avis cités signalaient des propriétaires belges.</w:t>
      </w:r>
    </w:p>
    <w:p w14:paraId="0F56BD1E" w14:textId="77777777" w:rsidR="00650973" w:rsidRDefault="00080072">
      <w:r>
        <w:rPr>
          <w:b/>
          <w:sz w:val="18"/>
        </w:rPr>
        <w:t xml:space="preserve">URL : </w:t>
      </w:r>
      <w:hyperlink r:id="rId15">
        <w:r>
          <w:rPr>
            <w:color w:val="0563C1"/>
            <w:u w:val="single"/>
          </w:rPr>
          <w:t>Deliciosa BrunchCafe</w:t>
        </w:r>
      </w:hyperlink>
    </w:p>
    <w:p w14:paraId="0DA1EB7D" w14:textId="77777777" w:rsidR="00650973" w:rsidRDefault="00080072">
      <w:pPr>
        <w:pStyle w:val="Titre2"/>
        <w:spacing w:before="160" w:after="80"/>
      </w:pPr>
      <w:r>
        <w:rPr>
          <w:rFonts w:ascii="Arial" w:hAnsi="Arial"/>
          <w:color w:val="C97A2B"/>
          <w:sz w:val="28"/>
        </w:rPr>
        <w:t>2.11 Buffets d’hôtels accessibles aux non-résidents</w:t>
      </w:r>
    </w:p>
    <w:p w14:paraId="17D3C7BF" w14:textId="77777777" w:rsidR="00650973" w:rsidRDefault="00080072">
      <w:r>
        <w:rPr>
          <w:rFonts w:ascii="Arial" w:hAnsi="Arial"/>
          <w:b/>
          <w:color w:val="2F6B4F"/>
          <w:sz w:val="23"/>
        </w:rPr>
        <w:t>Buffets – accès et prix</w:t>
      </w:r>
    </w:p>
    <w:tbl>
      <w:tblPr>
        <w:tblStyle w:val="Grilledutableau"/>
        <w:tblW w:w="0" w:type="auto"/>
        <w:jc w:val="center"/>
        <w:tblLook w:val="04A0" w:firstRow="1" w:lastRow="0" w:firstColumn="1" w:lastColumn="0" w:noHBand="0" w:noVBand="1"/>
      </w:tblPr>
      <w:tblGrid>
        <w:gridCol w:w="3402"/>
        <w:gridCol w:w="1814"/>
        <w:gridCol w:w="4252"/>
      </w:tblGrid>
      <w:tr w:rsidR="00650973" w14:paraId="2270BDC4" w14:textId="77777777">
        <w:trPr>
          <w:cantSplit/>
          <w:tblHeader/>
          <w:jc w:val="center"/>
        </w:trPr>
        <w:tc>
          <w:tcPr>
            <w:tcW w:w="3402" w:type="dxa"/>
            <w:shd w:val="clear" w:color="auto" w:fill="2F6B4F"/>
            <w:tcMar>
              <w:top w:w="70" w:type="dxa"/>
              <w:left w:w="80" w:type="dxa"/>
              <w:bottom w:w="70" w:type="dxa"/>
              <w:right w:w="80" w:type="dxa"/>
            </w:tcMar>
            <w:vAlign w:val="center"/>
          </w:tcPr>
          <w:p w14:paraId="32A299BE" w14:textId="77777777" w:rsidR="00650973" w:rsidRDefault="00080072">
            <w:pPr>
              <w:jc w:val="center"/>
            </w:pPr>
            <w:r>
              <w:rPr>
                <w:rFonts w:ascii="Arial" w:hAnsi="Arial"/>
                <w:b/>
                <w:color w:val="FFFFFF"/>
                <w:sz w:val="20"/>
              </w:rPr>
              <w:t>Établissement</w:t>
            </w:r>
          </w:p>
        </w:tc>
        <w:tc>
          <w:tcPr>
            <w:tcW w:w="1814" w:type="dxa"/>
            <w:shd w:val="clear" w:color="auto" w:fill="2F6B4F"/>
            <w:tcMar>
              <w:top w:w="70" w:type="dxa"/>
              <w:left w:w="80" w:type="dxa"/>
              <w:bottom w:w="70" w:type="dxa"/>
              <w:right w:w="80" w:type="dxa"/>
            </w:tcMar>
            <w:vAlign w:val="center"/>
          </w:tcPr>
          <w:p w14:paraId="22F0E012" w14:textId="77777777" w:rsidR="00650973" w:rsidRDefault="00080072">
            <w:pPr>
              <w:jc w:val="center"/>
            </w:pPr>
            <w:r>
              <w:rPr>
                <w:rFonts w:ascii="Arial" w:hAnsi="Arial"/>
                <w:b/>
                <w:color w:val="FFFFFF"/>
                <w:sz w:val="20"/>
              </w:rPr>
              <w:t>Prix</w:t>
            </w:r>
          </w:p>
        </w:tc>
        <w:tc>
          <w:tcPr>
            <w:tcW w:w="4252" w:type="dxa"/>
            <w:shd w:val="clear" w:color="auto" w:fill="2F6B4F"/>
            <w:tcMar>
              <w:top w:w="70" w:type="dxa"/>
              <w:left w:w="80" w:type="dxa"/>
              <w:bottom w:w="70" w:type="dxa"/>
              <w:right w:w="80" w:type="dxa"/>
            </w:tcMar>
            <w:vAlign w:val="center"/>
          </w:tcPr>
          <w:p w14:paraId="0DD0E869" w14:textId="77777777" w:rsidR="00650973" w:rsidRDefault="00080072">
            <w:pPr>
              <w:jc w:val="center"/>
            </w:pPr>
            <w:r>
              <w:rPr>
                <w:rFonts w:ascii="Arial" w:hAnsi="Arial"/>
                <w:b/>
                <w:color w:val="FFFFFF"/>
                <w:sz w:val="20"/>
              </w:rPr>
              <w:t>Accès non-résidents</w:t>
            </w:r>
          </w:p>
        </w:tc>
      </w:tr>
      <w:tr w:rsidR="00650973" w14:paraId="63202CC3" w14:textId="77777777">
        <w:trPr>
          <w:cantSplit/>
          <w:jc w:val="center"/>
        </w:trPr>
        <w:tc>
          <w:tcPr>
            <w:tcW w:w="3402" w:type="dxa"/>
            <w:tcMar>
              <w:top w:w="70" w:type="dxa"/>
              <w:left w:w="80" w:type="dxa"/>
              <w:bottom w:w="70" w:type="dxa"/>
              <w:right w:w="80" w:type="dxa"/>
            </w:tcMar>
            <w:vAlign w:val="center"/>
          </w:tcPr>
          <w:p w14:paraId="5A2CD5D4" w14:textId="77777777" w:rsidR="00650973" w:rsidRDefault="00080072">
            <w:r>
              <w:rPr>
                <w:rFonts w:ascii="Arial" w:hAnsi="Arial"/>
                <w:sz w:val="20"/>
              </w:rPr>
              <w:t>Vistaflor</w:t>
            </w:r>
          </w:p>
        </w:tc>
        <w:tc>
          <w:tcPr>
            <w:tcW w:w="1814" w:type="dxa"/>
            <w:tcMar>
              <w:top w:w="70" w:type="dxa"/>
              <w:left w:w="80" w:type="dxa"/>
              <w:bottom w:w="70" w:type="dxa"/>
              <w:right w:w="80" w:type="dxa"/>
            </w:tcMar>
            <w:vAlign w:val="center"/>
          </w:tcPr>
          <w:p w14:paraId="051406C1" w14:textId="77777777" w:rsidR="00650973" w:rsidRDefault="00080072">
            <w:r>
              <w:rPr>
                <w:rFonts w:ascii="Arial" w:hAnsi="Arial"/>
                <w:sz w:val="20"/>
              </w:rPr>
              <w:t>15 €</w:t>
            </w:r>
          </w:p>
        </w:tc>
        <w:tc>
          <w:tcPr>
            <w:tcW w:w="4252" w:type="dxa"/>
            <w:tcMar>
              <w:top w:w="70" w:type="dxa"/>
              <w:left w:w="80" w:type="dxa"/>
              <w:bottom w:w="70" w:type="dxa"/>
              <w:right w:w="80" w:type="dxa"/>
            </w:tcMar>
            <w:vAlign w:val="center"/>
          </w:tcPr>
          <w:p w14:paraId="6C53BA54" w14:textId="77777777" w:rsidR="00650973" w:rsidRDefault="00080072">
            <w:r>
              <w:rPr>
                <w:rFonts w:ascii="Arial" w:hAnsi="Arial"/>
                <w:sz w:val="20"/>
              </w:rPr>
              <w:t>OUI – confirmé directement</w:t>
            </w:r>
          </w:p>
        </w:tc>
      </w:tr>
      <w:tr w:rsidR="00650973" w14:paraId="1A31530C" w14:textId="77777777">
        <w:trPr>
          <w:cantSplit/>
          <w:jc w:val="center"/>
        </w:trPr>
        <w:tc>
          <w:tcPr>
            <w:tcW w:w="3402" w:type="dxa"/>
            <w:shd w:val="clear" w:color="auto" w:fill="F8FAF8"/>
            <w:tcMar>
              <w:top w:w="70" w:type="dxa"/>
              <w:left w:w="80" w:type="dxa"/>
              <w:bottom w:w="70" w:type="dxa"/>
              <w:right w:w="80" w:type="dxa"/>
            </w:tcMar>
            <w:vAlign w:val="center"/>
          </w:tcPr>
          <w:p w14:paraId="6462259B" w14:textId="77777777" w:rsidR="00650973" w:rsidRDefault="00080072">
            <w:r>
              <w:rPr>
                <w:rFonts w:ascii="Arial" w:hAnsi="Arial"/>
                <w:sz w:val="20"/>
              </w:rPr>
              <w:t>Casas Pepe</w:t>
            </w:r>
          </w:p>
        </w:tc>
        <w:tc>
          <w:tcPr>
            <w:tcW w:w="1814" w:type="dxa"/>
            <w:shd w:val="clear" w:color="auto" w:fill="F8FAF8"/>
            <w:tcMar>
              <w:top w:w="70" w:type="dxa"/>
              <w:left w:w="80" w:type="dxa"/>
              <w:bottom w:w="70" w:type="dxa"/>
              <w:right w:w="80" w:type="dxa"/>
            </w:tcMar>
            <w:vAlign w:val="center"/>
          </w:tcPr>
          <w:p w14:paraId="24499350" w14:textId="77777777" w:rsidR="00650973" w:rsidRDefault="00080072">
            <w:r>
              <w:rPr>
                <w:rFonts w:ascii="Arial" w:hAnsi="Arial"/>
                <w:sz w:val="20"/>
              </w:rPr>
              <w:t>18 €</w:t>
            </w:r>
          </w:p>
        </w:tc>
        <w:tc>
          <w:tcPr>
            <w:tcW w:w="4252" w:type="dxa"/>
            <w:shd w:val="clear" w:color="auto" w:fill="F8FAF8"/>
            <w:tcMar>
              <w:top w:w="70" w:type="dxa"/>
              <w:left w:w="80" w:type="dxa"/>
              <w:bottom w:w="70" w:type="dxa"/>
              <w:right w:w="80" w:type="dxa"/>
            </w:tcMar>
            <w:vAlign w:val="center"/>
          </w:tcPr>
          <w:p w14:paraId="35A51C09" w14:textId="77777777" w:rsidR="00650973" w:rsidRDefault="00080072">
            <w:r>
              <w:rPr>
                <w:rFonts w:ascii="Arial" w:hAnsi="Arial"/>
                <w:sz w:val="20"/>
              </w:rPr>
              <w:t>OUI – officiel dans recherche</w:t>
            </w:r>
          </w:p>
        </w:tc>
      </w:tr>
      <w:tr w:rsidR="00650973" w14:paraId="463FC626" w14:textId="77777777">
        <w:trPr>
          <w:cantSplit/>
          <w:jc w:val="center"/>
        </w:trPr>
        <w:tc>
          <w:tcPr>
            <w:tcW w:w="3402" w:type="dxa"/>
            <w:tcMar>
              <w:top w:w="70" w:type="dxa"/>
              <w:left w:w="80" w:type="dxa"/>
              <w:bottom w:w="70" w:type="dxa"/>
              <w:right w:w="80" w:type="dxa"/>
            </w:tcMar>
            <w:vAlign w:val="center"/>
          </w:tcPr>
          <w:p w14:paraId="714BBBAA" w14:textId="77777777" w:rsidR="00650973" w:rsidRDefault="00080072">
            <w:r>
              <w:rPr>
                <w:rFonts w:ascii="Arial" w:hAnsi="Arial"/>
                <w:sz w:val="20"/>
              </w:rPr>
              <w:t>Gold by Marina</w:t>
            </w:r>
          </w:p>
        </w:tc>
        <w:tc>
          <w:tcPr>
            <w:tcW w:w="1814" w:type="dxa"/>
            <w:tcMar>
              <w:top w:w="70" w:type="dxa"/>
              <w:left w:w="80" w:type="dxa"/>
              <w:bottom w:w="70" w:type="dxa"/>
              <w:right w:w="80" w:type="dxa"/>
            </w:tcMar>
            <w:vAlign w:val="center"/>
          </w:tcPr>
          <w:p w14:paraId="016B4D77" w14:textId="77777777" w:rsidR="00650973" w:rsidRDefault="00080072">
            <w:r>
              <w:rPr>
                <w:rFonts w:ascii="Arial" w:hAnsi="Arial"/>
                <w:sz w:val="20"/>
              </w:rPr>
              <w:t>dès 20 € externe</w:t>
            </w:r>
          </w:p>
        </w:tc>
        <w:tc>
          <w:tcPr>
            <w:tcW w:w="4252" w:type="dxa"/>
            <w:tcMar>
              <w:top w:w="70" w:type="dxa"/>
              <w:left w:w="80" w:type="dxa"/>
              <w:bottom w:w="70" w:type="dxa"/>
              <w:right w:w="80" w:type="dxa"/>
            </w:tcMar>
            <w:vAlign w:val="center"/>
          </w:tcPr>
          <w:p w14:paraId="0C878681" w14:textId="77777777" w:rsidR="00650973" w:rsidRDefault="00080072">
            <w:r>
              <w:rPr>
                <w:rFonts w:ascii="Arial" w:hAnsi="Arial"/>
                <w:sz w:val="20"/>
              </w:rPr>
              <w:t>OUI – expérience publique</w:t>
            </w:r>
          </w:p>
        </w:tc>
      </w:tr>
      <w:tr w:rsidR="00650973" w14:paraId="230BFBA8" w14:textId="77777777">
        <w:trPr>
          <w:cantSplit/>
          <w:jc w:val="center"/>
        </w:trPr>
        <w:tc>
          <w:tcPr>
            <w:tcW w:w="3402" w:type="dxa"/>
            <w:shd w:val="clear" w:color="auto" w:fill="F8FAF8"/>
            <w:tcMar>
              <w:top w:w="70" w:type="dxa"/>
              <w:left w:w="80" w:type="dxa"/>
              <w:bottom w:w="70" w:type="dxa"/>
              <w:right w:w="80" w:type="dxa"/>
            </w:tcMar>
            <w:vAlign w:val="center"/>
          </w:tcPr>
          <w:p w14:paraId="17A1897E" w14:textId="77777777" w:rsidR="00650973" w:rsidRDefault="00080072">
            <w:r>
              <w:rPr>
                <w:rFonts w:ascii="Arial" w:hAnsi="Arial"/>
                <w:sz w:val="20"/>
              </w:rPr>
              <w:t>Bohemia Suites</w:t>
            </w:r>
          </w:p>
        </w:tc>
        <w:tc>
          <w:tcPr>
            <w:tcW w:w="1814" w:type="dxa"/>
            <w:shd w:val="clear" w:color="auto" w:fill="F8FAF8"/>
            <w:tcMar>
              <w:top w:w="70" w:type="dxa"/>
              <w:left w:w="80" w:type="dxa"/>
              <w:bottom w:w="70" w:type="dxa"/>
              <w:right w:w="80" w:type="dxa"/>
            </w:tcMar>
            <w:vAlign w:val="center"/>
          </w:tcPr>
          <w:p w14:paraId="2B24754D" w14:textId="77777777" w:rsidR="00650973" w:rsidRDefault="00080072">
            <w:r>
              <w:rPr>
                <w:rFonts w:ascii="Arial" w:hAnsi="Arial"/>
                <w:sz w:val="20"/>
              </w:rPr>
              <w:t>30 €</w:t>
            </w:r>
          </w:p>
        </w:tc>
        <w:tc>
          <w:tcPr>
            <w:tcW w:w="4252" w:type="dxa"/>
            <w:shd w:val="clear" w:color="auto" w:fill="F8FAF8"/>
            <w:tcMar>
              <w:top w:w="70" w:type="dxa"/>
              <w:left w:w="80" w:type="dxa"/>
              <w:bottom w:w="70" w:type="dxa"/>
              <w:right w:w="80" w:type="dxa"/>
            </w:tcMar>
            <w:vAlign w:val="center"/>
          </w:tcPr>
          <w:p w14:paraId="30B4CC3D" w14:textId="77777777" w:rsidR="00650973" w:rsidRDefault="00080072">
            <w:r>
              <w:rPr>
                <w:rFonts w:ascii="Arial" w:hAnsi="Arial"/>
                <w:sz w:val="20"/>
              </w:rPr>
              <w:t>OUI – officiel</w:t>
            </w:r>
          </w:p>
        </w:tc>
      </w:tr>
      <w:tr w:rsidR="00650973" w14:paraId="5F36D041" w14:textId="77777777">
        <w:trPr>
          <w:cantSplit/>
          <w:jc w:val="center"/>
        </w:trPr>
        <w:tc>
          <w:tcPr>
            <w:tcW w:w="3402" w:type="dxa"/>
            <w:tcMar>
              <w:top w:w="70" w:type="dxa"/>
              <w:left w:w="80" w:type="dxa"/>
              <w:bottom w:w="70" w:type="dxa"/>
              <w:right w:w="80" w:type="dxa"/>
            </w:tcMar>
            <w:vAlign w:val="center"/>
          </w:tcPr>
          <w:p w14:paraId="1DC2180D" w14:textId="77777777" w:rsidR="00650973" w:rsidRDefault="00080072">
            <w:r>
              <w:rPr>
                <w:rFonts w:ascii="Arial" w:hAnsi="Arial"/>
                <w:sz w:val="20"/>
              </w:rPr>
              <w:t>Corallium Dunamar</w:t>
            </w:r>
          </w:p>
        </w:tc>
        <w:tc>
          <w:tcPr>
            <w:tcW w:w="1814" w:type="dxa"/>
            <w:tcMar>
              <w:top w:w="70" w:type="dxa"/>
              <w:left w:w="80" w:type="dxa"/>
              <w:bottom w:w="70" w:type="dxa"/>
              <w:right w:w="80" w:type="dxa"/>
            </w:tcMar>
            <w:vAlign w:val="center"/>
          </w:tcPr>
          <w:p w14:paraId="3A217128" w14:textId="77777777" w:rsidR="00650973" w:rsidRDefault="00080072">
            <w:r>
              <w:rPr>
                <w:rFonts w:ascii="Arial" w:hAnsi="Arial"/>
                <w:sz w:val="20"/>
              </w:rPr>
              <w:t>dès 30 €</w:t>
            </w:r>
          </w:p>
        </w:tc>
        <w:tc>
          <w:tcPr>
            <w:tcW w:w="4252" w:type="dxa"/>
            <w:tcMar>
              <w:top w:w="70" w:type="dxa"/>
              <w:left w:w="80" w:type="dxa"/>
              <w:bottom w:w="70" w:type="dxa"/>
              <w:right w:w="80" w:type="dxa"/>
            </w:tcMar>
            <w:vAlign w:val="center"/>
          </w:tcPr>
          <w:p w14:paraId="2FFEDB7B" w14:textId="77777777" w:rsidR="00650973" w:rsidRDefault="00080072">
            <w:r>
              <w:rPr>
                <w:rFonts w:ascii="Arial" w:hAnsi="Arial"/>
                <w:sz w:val="20"/>
              </w:rPr>
              <w:t>OUI – brunch</w:t>
            </w:r>
          </w:p>
        </w:tc>
      </w:tr>
      <w:tr w:rsidR="00650973" w14:paraId="2D9F924E" w14:textId="77777777">
        <w:trPr>
          <w:cantSplit/>
          <w:jc w:val="center"/>
        </w:trPr>
        <w:tc>
          <w:tcPr>
            <w:tcW w:w="3402" w:type="dxa"/>
            <w:shd w:val="clear" w:color="auto" w:fill="F8FAF8"/>
            <w:tcMar>
              <w:top w:w="70" w:type="dxa"/>
              <w:left w:w="80" w:type="dxa"/>
              <w:bottom w:w="70" w:type="dxa"/>
              <w:right w:w="80" w:type="dxa"/>
            </w:tcMar>
            <w:vAlign w:val="center"/>
          </w:tcPr>
          <w:p w14:paraId="54E02DE5" w14:textId="77777777" w:rsidR="00650973" w:rsidRDefault="00080072">
            <w:r>
              <w:rPr>
                <w:rFonts w:ascii="Arial" w:hAnsi="Arial"/>
                <w:sz w:val="20"/>
              </w:rPr>
              <w:t>Cordial Santa Águeda</w:t>
            </w:r>
          </w:p>
        </w:tc>
        <w:tc>
          <w:tcPr>
            <w:tcW w:w="1814" w:type="dxa"/>
            <w:shd w:val="clear" w:color="auto" w:fill="F8FAF8"/>
            <w:tcMar>
              <w:top w:w="70" w:type="dxa"/>
              <w:left w:w="80" w:type="dxa"/>
              <w:bottom w:w="70" w:type="dxa"/>
              <w:right w:w="80" w:type="dxa"/>
            </w:tcMar>
            <w:vAlign w:val="center"/>
          </w:tcPr>
          <w:p w14:paraId="374D93B1" w14:textId="77777777" w:rsidR="00650973" w:rsidRDefault="00080072">
            <w:r>
              <w:rPr>
                <w:rFonts w:ascii="Arial" w:hAnsi="Arial"/>
                <w:sz w:val="20"/>
              </w:rPr>
              <w:t>≈15 €</w:t>
            </w:r>
          </w:p>
        </w:tc>
        <w:tc>
          <w:tcPr>
            <w:tcW w:w="4252" w:type="dxa"/>
            <w:shd w:val="clear" w:color="auto" w:fill="F8FAF8"/>
            <w:tcMar>
              <w:top w:w="70" w:type="dxa"/>
              <w:left w:w="80" w:type="dxa"/>
              <w:bottom w:w="70" w:type="dxa"/>
              <w:right w:w="80" w:type="dxa"/>
            </w:tcMar>
            <w:vAlign w:val="center"/>
          </w:tcPr>
          <w:p w14:paraId="3627BD8D" w14:textId="77777777" w:rsidR="00650973" w:rsidRDefault="00080072">
            <w:r>
              <w:rPr>
                <w:rFonts w:ascii="Arial" w:hAnsi="Arial"/>
                <w:sz w:val="20"/>
              </w:rPr>
              <w:t>OUI – repéré</w:t>
            </w:r>
          </w:p>
        </w:tc>
      </w:tr>
      <w:tr w:rsidR="00650973" w14:paraId="01C44D50" w14:textId="77777777">
        <w:trPr>
          <w:cantSplit/>
          <w:jc w:val="center"/>
        </w:trPr>
        <w:tc>
          <w:tcPr>
            <w:tcW w:w="3402" w:type="dxa"/>
            <w:tcMar>
              <w:top w:w="70" w:type="dxa"/>
              <w:left w:w="80" w:type="dxa"/>
              <w:bottom w:w="70" w:type="dxa"/>
              <w:right w:w="80" w:type="dxa"/>
            </w:tcMar>
            <w:vAlign w:val="center"/>
          </w:tcPr>
          <w:p w14:paraId="5DBC8A22" w14:textId="77777777" w:rsidR="00650973" w:rsidRDefault="00080072">
            <w:r>
              <w:rPr>
                <w:rFonts w:ascii="Arial" w:hAnsi="Arial"/>
                <w:sz w:val="20"/>
              </w:rPr>
              <w:t>Cordial Green Golf</w:t>
            </w:r>
          </w:p>
        </w:tc>
        <w:tc>
          <w:tcPr>
            <w:tcW w:w="1814" w:type="dxa"/>
            <w:tcMar>
              <w:top w:w="70" w:type="dxa"/>
              <w:left w:w="80" w:type="dxa"/>
              <w:bottom w:w="70" w:type="dxa"/>
              <w:right w:w="80" w:type="dxa"/>
            </w:tcMar>
            <w:vAlign w:val="center"/>
          </w:tcPr>
          <w:p w14:paraId="250C255A" w14:textId="77777777" w:rsidR="00650973" w:rsidRDefault="00080072">
            <w:r>
              <w:rPr>
                <w:rFonts w:ascii="Arial" w:hAnsi="Arial"/>
                <w:sz w:val="20"/>
              </w:rPr>
              <w:t>≈13–17 €</w:t>
            </w:r>
          </w:p>
        </w:tc>
        <w:tc>
          <w:tcPr>
            <w:tcW w:w="4252" w:type="dxa"/>
            <w:tcMar>
              <w:top w:w="70" w:type="dxa"/>
              <w:left w:w="80" w:type="dxa"/>
              <w:bottom w:w="70" w:type="dxa"/>
              <w:right w:w="80" w:type="dxa"/>
            </w:tcMar>
            <w:vAlign w:val="center"/>
          </w:tcPr>
          <w:p w14:paraId="5E01AFDB" w14:textId="77777777" w:rsidR="00650973" w:rsidRDefault="00080072">
            <w:r>
              <w:rPr>
                <w:rFonts w:ascii="Arial" w:hAnsi="Arial"/>
                <w:sz w:val="20"/>
              </w:rPr>
              <w:t>NON CONFIRMÉ</w:t>
            </w:r>
          </w:p>
        </w:tc>
      </w:tr>
      <w:tr w:rsidR="00650973" w14:paraId="40E02CB3" w14:textId="77777777">
        <w:trPr>
          <w:cantSplit/>
          <w:jc w:val="center"/>
        </w:trPr>
        <w:tc>
          <w:tcPr>
            <w:tcW w:w="3402" w:type="dxa"/>
            <w:shd w:val="clear" w:color="auto" w:fill="F8FAF8"/>
            <w:tcMar>
              <w:top w:w="70" w:type="dxa"/>
              <w:left w:w="80" w:type="dxa"/>
              <w:bottom w:w="70" w:type="dxa"/>
              <w:right w:w="80" w:type="dxa"/>
            </w:tcMar>
            <w:vAlign w:val="center"/>
          </w:tcPr>
          <w:p w14:paraId="62D6A6FD" w14:textId="77777777" w:rsidR="00650973" w:rsidRDefault="00080072">
            <w:r>
              <w:rPr>
                <w:rFonts w:ascii="Arial" w:hAnsi="Arial"/>
                <w:sz w:val="20"/>
              </w:rPr>
              <w:t>eó Maspalomas</w:t>
            </w:r>
          </w:p>
        </w:tc>
        <w:tc>
          <w:tcPr>
            <w:tcW w:w="1814" w:type="dxa"/>
            <w:shd w:val="clear" w:color="auto" w:fill="F8FAF8"/>
            <w:tcMar>
              <w:top w:w="70" w:type="dxa"/>
              <w:left w:w="80" w:type="dxa"/>
              <w:bottom w:w="70" w:type="dxa"/>
              <w:right w:w="80" w:type="dxa"/>
            </w:tcMar>
            <w:vAlign w:val="center"/>
          </w:tcPr>
          <w:p w14:paraId="5FD12934" w14:textId="77777777" w:rsidR="00650973" w:rsidRDefault="00080072">
            <w:r>
              <w:rPr>
                <w:rFonts w:ascii="Arial" w:hAnsi="Arial"/>
                <w:sz w:val="20"/>
              </w:rPr>
              <w:t>7–10 € repérés</w:t>
            </w:r>
          </w:p>
        </w:tc>
        <w:tc>
          <w:tcPr>
            <w:tcW w:w="4252" w:type="dxa"/>
            <w:shd w:val="clear" w:color="auto" w:fill="F8FAF8"/>
            <w:tcMar>
              <w:top w:w="70" w:type="dxa"/>
              <w:left w:w="80" w:type="dxa"/>
              <w:bottom w:w="70" w:type="dxa"/>
              <w:right w:w="80" w:type="dxa"/>
            </w:tcMar>
            <w:vAlign w:val="center"/>
          </w:tcPr>
          <w:p w14:paraId="762692F1" w14:textId="77777777" w:rsidR="00650973" w:rsidRDefault="00080072">
            <w:r>
              <w:rPr>
                <w:rFonts w:ascii="Arial" w:hAnsi="Arial"/>
                <w:sz w:val="20"/>
              </w:rPr>
              <w:t>NON CONFIRMÉ</w:t>
            </w:r>
          </w:p>
        </w:tc>
      </w:tr>
      <w:tr w:rsidR="00650973" w14:paraId="70B740D1" w14:textId="77777777">
        <w:trPr>
          <w:cantSplit/>
          <w:jc w:val="center"/>
        </w:trPr>
        <w:tc>
          <w:tcPr>
            <w:tcW w:w="3402" w:type="dxa"/>
            <w:tcMar>
              <w:top w:w="70" w:type="dxa"/>
              <w:left w:w="80" w:type="dxa"/>
              <w:bottom w:w="70" w:type="dxa"/>
              <w:right w:w="80" w:type="dxa"/>
            </w:tcMar>
            <w:vAlign w:val="center"/>
          </w:tcPr>
          <w:p w14:paraId="731FA052" w14:textId="77777777" w:rsidR="00650973" w:rsidRDefault="00080072">
            <w:r>
              <w:rPr>
                <w:rFonts w:ascii="Arial" w:hAnsi="Arial"/>
                <w:sz w:val="20"/>
              </w:rPr>
              <w:t>Maspalomas/Tabaiba Princess</w:t>
            </w:r>
          </w:p>
        </w:tc>
        <w:tc>
          <w:tcPr>
            <w:tcW w:w="1814" w:type="dxa"/>
            <w:tcMar>
              <w:top w:w="70" w:type="dxa"/>
              <w:left w:w="80" w:type="dxa"/>
              <w:bottom w:w="70" w:type="dxa"/>
              <w:right w:w="80" w:type="dxa"/>
            </w:tcMar>
            <w:vAlign w:val="center"/>
          </w:tcPr>
          <w:p w14:paraId="1F566D11" w14:textId="77777777" w:rsidR="00650973" w:rsidRDefault="00080072">
            <w:r>
              <w:rPr>
                <w:rFonts w:ascii="Arial" w:hAnsi="Arial"/>
                <w:sz w:val="20"/>
              </w:rPr>
              <w:t>≈65–75 €+ (contradictoire)</w:t>
            </w:r>
          </w:p>
        </w:tc>
        <w:tc>
          <w:tcPr>
            <w:tcW w:w="4252" w:type="dxa"/>
            <w:tcMar>
              <w:top w:w="70" w:type="dxa"/>
              <w:left w:w="80" w:type="dxa"/>
              <w:bottom w:w="70" w:type="dxa"/>
              <w:right w:w="80" w:type="dxa"/>
            </w:tcMar>
            <w:vAlign w:val="center"/>
          </w:tcPr>
          <w:p w14:paraId="51A2E1A4" w14:textId="77777777" w:rsidR="00650973" w:rsidRDefault="00080072">
            <w:r>
              <w:rPr>
                <w:rFonts w:ascii="Arial" w:hAnsi="Arial"/>
                <w:sz w:val="20"/>
              </w:rPr>
              <w:t>OUI via Day Pass</w:t>
            </w:r>
          </w:p>
        </w:tc>
      </w:tr>
    </w:tbl>
    <w:p w14:paraId="413E95E0" w14:textId="77777777" w:rsidR="00650973" w:rsidRDefault="00080072">
      <w:r>
        <w:rPr>
          <w:rFonts w:ascii="Arial" w:hAnsi="Arial"/>
          <w:b/>
          <w:color w:val="2F6B4F"/>
          <w:sz w:val="23"/>
        </w:rPr>
        <w:t>Buffets – horaires et localisation</w:t>
      </w:r>
    </w:p>
    <w:tbl>
      <w:tblPr>
        <w:tblStyle w:val="Grilledutableau"/>
        <w:tblW w:w="0" w:type="auto"/>
        <w:jc w:val="center"/>
        <w:tblLook w:val="04A0" w:firstRow="1" w:lastRow="0" w:firstColumn="1" w:lastColumn="0" w:noHBand="0" w:noVBand="1"/>
      </w:tblPr>
      <w:tblGrid>
        <w:gridCol w:w="3515"/>
        <w:gridCol w:w="2835"/>
        <w:gridCol w:w="3118"/>
      </w:tblGrid>
      <w:tr w:rsidR="00650973" w14:paraId="4C8B435E" w14:textId="77777777">
        <w:trPr>
          <w:cantSplit/>
          <w:tblHeader/>
          <w:jc w:val="center"/>
        </w:trPr>
        <w:tc>
          <w:tcPr>
            <w:tcW w:w="3515" w:type="dxa"/>
            <w:shd w:val="clear" w:color="auto" w:fill="2F6B4F"/>
            <w:tcMar>
              <w:top w:w="70" w:type="dxa"/>
              <w:left w:w="80" w:type="dxa"/>
              <w:bottom w:w="70" w:type="dxa"/>
              <w:right w:w="80" w:type="dxa"/>
            </w:tcMar>
            <w:vAlign w:val="center"/>
          </w:tcPr>
          <w:p w14:paraId="19088745" w14:textId="77777777" w:rsidR="00650973" w:rsidRDefault="00080072">
            <w:pPr>
              <w:jc w:val="center"/>
            </w:pPr>
            <w:r>
              <w:rPr>
                <w:rFonts w:ascii="Arial" w:hAnsi="Arial"/>
                <w:b/>
                <w:color w:val="FFFFFF"/>
                <w:sz w:val="20"/>
              </w:rPr>
              <w:t>Établissement</w:t>
            </w:r>
          </w:p>
        </w:tc>
        <w:tc>
          <w:tcPr>
            <w:tcW w:w="2835" w:type="dxa"/>
            <w:shd w:val="clear" w:color="auto" w:fill="2F6B4F"/>
            <w:tcMar>
              <w:top w:w="70" w:type="dxa"/>
              <w:left w:w="80" w:type="dxa"/>
              <w:bottom w:w="70" w:type="dxa"/>
              <w:right w:w="80" w:type="dxa"/>
            </w:tcMar>
            <w:vAlign w:val="center"/>
          </w:tcPr>
          <w:p w14:paraId="773A342F" w14:textId="77777777" w:rsidR="00650973" w:rsidRDefault="00080072">
            <w:pPr>
              <w:jc w:val="center"/>
            </w:pPr>
            <w:r>
              <w:rPr>
                <w:rFonts w:ascii="Arial" w:hAnsi="Arial"/>
                <w:b/>
                <w:color w:val="FFFFFF"/>
                <w:sz w:val="20"/>
              </w:rPr>
              <w:t>Horaire</w:t>
            </w:r>
          </w:p>
        </w:tc>
        <w:tc>
          <w:tcPr>
            <w:tcW w:w="3118" w:type="dxa"/>
            <w:shd w:val="clear" w:color="auto" w:fill="2F6B4F"/>
            <w:tcMar>
              <w:top w:w="70" w:type="dxa"/>
              <w:left w:w="80" w:type="dxa"/>
              <w:bottom w:w="70" w:type="dxa"/>
              <w:right w:w="80" w:type="dxa"/>
            </w:tcMar>
            <w:vAlign w:val="center"/>
          </w:tcPr>
          <w:p w14:paraId="0EF0F247" w14:textId="77777777" w:rsidR="00650973" w:rsidRDefault="00080072">
            <w:pPr>
              <w:jc w:val="center"/>
            </w:pPr>
            <w:r>
              <w:rPr>
                <w:rFonts w:ascii="Arial" w:hAnsi="Arial"/>
                <w:b/>
                <w:color w:val="FFFFFF"/>
                <w:sz w:val="20"/>
              </w:rPr>
              <w:t>Zone</w:t>
            </w:r>
          </w:p>
        </w:tc>
      </w:tr>
      <w:tr w:rsidR="00650973" w14:paraId="21FEE95D" w14:textId="77777777">
        <w:trPr>
          <w:cantSplit/>
          <w:jc w:val="center"/>
        </w:trPr>
        <w:tc>
          <w:tcPr>
            <w:tcW w:w="3515" w:type="dxa"/>
            <w:tcMar>
              <w:top w:w="70" w:type="dxa"/>
              <w:left w:w="80" w:type="dxa"/>
              <w:bottom w:w="70" w:type="dxa"/>
              <w:right w:w="80" w:type="dxa"/>
            </w:tcMar>
            <w:vAlign w:val="center"/>
          </w:tcPr>
          <w:p w14:paraId="15A4421F" w14:textId="77777777" w:rsidR="00650973" w:rsidRDefault="00080072">
            <w:r>
              <w:rPr>
                <w:rFonts w:ascii="Arial" w:hAnsi="Arial"/>
                <w:sz w:val="20"/>
              </w:rPr>
              <w:t>Vistaflor</w:t>
            </w:r>
          </w:p>
        </w:tc>
        <w:tc>
          <w:tcPr>
            <w:tcW w:w="2835" w:type="dxa"/>
            <w:tcMar>
              <w:top w:w="70" w:type="dxa"/>
              <w:left w:w="80" w:type="dxa"/>
              <w:bottom w:w="70" w:type="dxa"/>
              <w:right w:w="80" w:type="dxa"/>
            </w:tcMar>
            <w:vAlign w:val="center"/>
          </w:tcPr>
          <w:p w14:paraId="598951FD" w14:textId="77777777" w:rsidR="00650973" w:rsidRDefault="00080072">
            <w:r>
              <w:rPr>
                <w:rFonts w:ascii="Arial" w:hAnsi="Arial"/>
                <w:sz w:val="20"/>
              </w:rPr>
              <w:t>08h00–10h00</w:t>
            </w:r>
          </w:p>
        </w:tc>
        <w:tc>
          <w:tcPr>
            <w:tcW w:w="3118" w:type="dxa"/>
            <w:tcMar>
              <w:top w:w="70" w:type="dxa"/>
              <w:left w:w="80" w:type="dxa"/>
              <w:bottom w:w="70" w:type="dxa"/>
              <w:right w:w="80" w:type="dxa"/>
            </w:tcMar>
            <w:vAlign w:val="center"/>
          </w:tcPr>
          <w:p w14:paraId="041B2FA1" w14:textId="77777777" w:rsidR="00650973" w:rsidRDefault="00080072">
            <w:r>
              <w:rPr>
                <w:rFonts w:ascii="Arial" w:hAnsi="Arial"/>
                <w:sz w:val="20"/>
              </w:rPr>
              <w:t>Très proche</w:t>
            </w:r>
          </w:p>
        </w:tc>
      </w:tr>
      <w:tr w:rsidR="00650973" w14:paraId="46D72B28" w14:textId="77777777">
        <w:trPr>
          <w:cantSplit/>
          <w:jc w:val="center"/>
        </w:trPr>
        <w:tc>
          <w:tcPr>
            <w:tcW w:w="3515" w:type="dxa"/>
            <w:shd w:val="clear" w:color="auto" w:fill="F8FAF8"/>
            <w:tcMar>
              <w:top w:w="70" w:type="dxa"/>
              <w:left w:w="80" w:type="dxa"/>
              <w:bottom w:w="70" w:type="dxa"/>
              <w:right w:w="80" w:type="dxa"/>
            </w:tcMar>
            <w:vAlign w:val="center"/>
          </w:tcPr>
          <w:p w14:paraId="4B4B5F43" w14:textId="77777777" w:rsidR="00650973" w:rsidRDefault="00080072">
            <w:r>
              <w:rPr>
                <w:rFonts w:ascii="Arial" w:hAnsi="Arial"/>
                <w:sz w:val="20"/>
              </w:rPr>
              <w:t>Casas Pepe</w:t>
            </w:r>
          </w:p>
        </w:tc>
        <w:tc>
          <w:tcPr>
            <w:tcW w:w="2835" w:type="dxa"/>
            <w:shd w:val="clear" w:color="auto" w:fill="F8FAF8"/>
            <w:tcMar>
              <w:top w:w="70" w:type="dxa"/>
              <w:left w:w="80" w:type="dxa"/>
              <w:bottom w:w="70" w:type="dxa"/>
              <w:right w:w="80" w:type="dxa"/>
            </w:tcMar>
            <w:vAlign w:val="center"/>
          </w:tcPr>
          <w:p w14:paraId="25927C50" w14:textId="77777777" w:rsidR="00650973" w:rsidRDefault="00080072">
            <w:r>
              <w:rPr>
                <w:rFonts w:ascii="Arial" w:hAnsi="Arial"/>
                <w:sz w:val="20"/>
              </w:rPr>
              <w:t>08h00–10h30</w:t>
            </w:r>
          </w:p>
        </w:tc>
        <w:tc>
          <w:tcPr>
            <w:tcW w:w="3118" w:type="dxa"/>
            <w:shd w:val="clear" w:color="auto" w:fill="F8FAF8"/>
            <w:tcMar>
              <w:top w:w="70" w:type="dxa"/>
              <w:left w:w="80" w:type="dxa"/>
              <w:bottom w:w="70" w:type="dxa"/>
              <w:right w:w="80" w:type="dxa"/>
            </w:tcMar>
            <w:vAlign w:val="center"/>
          </w:tcPr>
          <w:p w14:paraId="7FB7BCE9" w14:textId="77777777" w:rsidR="00650973" w:rsidRDefault="00080072">
            <w:r>
              <w:rPr>
                <w:rFonts w:ascii="Arial" w:hAnsi="Arial"/>
                <w:sz w:val="20"/>
              </w:rPr>
              <w:t>Playa del Inglés</w:t>
            </w:r>
          </w:p>
        </w:tc>
      </w:tr>
      <w:tr w:rsidR="00650973" w14:paraId="26027780" w14:textId="77777777">
        <w:trPr>
          <w:cantSplit/>
          <w:jc w:val="center"/>
        </w:trPr>
        <w:tc>
          <w:tcPr>
            <w:tcW w:w="3515" w:type="dxa"/>
            <w:tcMar>
              <w:top w:w="70" w:type="dxa"/>
              <w:left w:w="80" w:type="dxa"/>
              <w:bottom w:w="70" w:type="dxa"/>
              <w:right w:w="80" w:type="dxa"/>
            </w:tcMar>
            <w:vAlign w:val="center"/>
          </w:tcPr>
          <w:p w14:paraId="479F88C1" w14:textId="77777777" w:rsidR="00650973" w:rsidRDefault="00080072">
            <w:r>
              <w:rPr>
                <w:rFonts w:ascii="Arial" w:hAnsi="Arial"/>
                <w:sz w:val="20"/>
              </w:rPr>
              <w:t>Gold by Marina</w:t>
            </w:r>
          </w:p>
        </w:tc>
        <w:tc>
          <w:tcPr>
            <w:tcW w:w="2835" w:type="dxa"/>
            <w:tcMar>
              <w:top w:w="70" w:type="dxa"/>
              <w:left w:w="80" w:type="dxa"/>
              <w:bottom w:w="70" w:type="dxa"/>
              <w:right w:w="80" w:type="dxa"/>
            </w:tcMar>
            <w:vAlign w:val="center"/>
          </w:tcPr>
          <w:p w14:paraId="4E4E2B2E" w14:textId="77777777" w:rsidR="00650973" w:rsidRDefault="00080072">
            <w:r>
              <w:rPr>
                <w:rFonts w:ascii="Arial" w:hAnsi="Arial"/>
                <w:sz w:val="20"/>
              </w:rPr>
              <w:t>08h00–12h00</w:t>
            </w:r>
          </w:p>
        </w:tc>
        <w:tc>
          <w:tcPr>
            <w:tcW w:w="3118" w:type="dxa"/>
            <w:tcMar>
              <w:top w:w="70" w:type="dxa"/>
              <w:left w:w="80" w:type="dxa"/>
              <w:bottom w:w="70" w:type="dxa"/>
              <w:right w:w="80" w:type="dxa"/>
            </w:tcMar>
            <w:vAlign w:val="center"/>
          </w:tcPr>
          <w:p w14:paraId="27DB6019" w14:textId="77777777" w:rsidR="00650973" w:rsidRDefault="00080072">
            <w:r>
              <w:rPr>
                <w:rFonts w:ascii="Arial" w:hAnsi="Arial"/>
                <w:sz w:val="20"/>
              </w:rPr>
              <w:t>Playa del Inglés</w:t>
            </w:r>
          </w:p>
        </w:tc>
      </w:tr>
      <w:tr w:rsidR="00650973" w14:paraId="5C8FFF5B" w14:textId="77777777">
        <w:trPr>
          <w:cantSplit/>
          <w:jc w:val="center"/>
        </w:trPr>
        <w:tc>
          <w:tcPr>
            <w:tcW w:w="3515" w:type="dxa"/>
            <w:shd w:val="clear" w:color="auto" w:fill="F8FAF8"/>
            <w:tcMar>
              <w:top w:w="70" w:type="dxa"/>
              <w:left w:w="80" w:type="dxa"/>
              <w:bottom w:w="70" w:type="dxa"/>
              <w:right w:w="80" w:type="dxa"/>
            </w:tcMar>
            <w:vAlign w:val="center"/>
          </w:tcPr>
          <w:p w14:paraId="47AF29DD" w14:textId="77777777" w:rsidR="00650973" w:rsidRDefault="00080072">
            <w:r>
              <w:rPr>
                <w:rFonts w:ascii="Arial" w:hAnsi="Arial"/>
                <w:sz w:val="20"/>
              </w:rPr>
              <w:t>Bohemia Suites</w:t>
            </w:r>
          </w:p>
        </w:tc>
        <w:tc>
          <w:tcPr>
            <w:tcW w:w="2835" w:type="dxa"/>
            <w:shd w:val="clear" w:color="auto" w:fill="F8FAF8"/>
            <w:tcMar>
              <w:top w:w="70" w:type="dxa"/>
              <w:left w:w="80" w:type="dxa"/>
              <w:bottom w:w="70" w:type="dxa"/>
              <w:right w:w="80" w:type="dxa"/>
            </w:tcMar>
            <w:vAlign w:val="center"/>
          </w:tcPr>
          <w:p w14:paraId="25E5DE40" w14:textId="77777777" w:rsidR="00650973" w:rsidRDefault="00080072">
            <w:r>
              <w:rPr>
                <w:rFonts w:ascii="Arial" w:hAnsi="Arial"/>
                <w:sz w:val="20"/>
              </w:rPr>
              <w:t>10h00–11h30 externes</w:t>
            </w:r>
          </w:p>
        </w:tc>
        <w:tc>
          <w:tcPr>
            <w:tcW w:w="3118" w:type="dxa"/>
            <w:shd w:val="clear" w:color="auto" w:fill="F8FAF8"/>
            <w:tcMar>
              <w:top w:w="70" w:type="dxa"/>
              <w:left w:w="80" w:type="dxa"/>
              <w:bottom w:w="70" w:type="dxa"/>
              <w:right w:w="80" w:type="dxa"/>
            </w:tcMar>
            <w:vAlign w:val="center"/>
          </w:tcPr>
          <w:p w14:paraId="7E8C045A" w14:textId="77777777" w:rsidR="00650973" w:rsidRDefault="00080072">
            <w:r>
              <w:rPr>
                <w:rFonts w:ascii="Arial" w:hAnsi="Arial"/>
                <w:sz w:val="20"/>
              </w:rPr>
              <w:t>Playa del Inglés</w:t>
            </w:r>
          </w:p>
        </w:tc>
      </w:tr>
      <w:tr w:rsidR="00650973" w14:paraId="3AC6E2B0" w14:textId="77777777">
        <w:trPr>
          <w:cantSplit/>
          <w:jc w:val="center"/>
        </w:trPr>
        <w:tc>
          <w:tcPr>
            <w:tcW w:w="3515" w:type="dxa"/>
            <w:tcMar>
              <w:top w:w="70" w:type="dxa"/>
              <w:left w:w="80" w:type="dxa"/>
              <w:bottom w:w="70" w:type="dxa"/>
              <w:right w:w="80" w:type="dxa"/>
            </w:tcMar>
            <w:vAlign w:val="center"/>
          </w:tcPr>
          <w:p w14:paraId="1B444045" w14:textId="77777777" w:rsidR="00650973" w:rsidRDefault="00080072">
            <w:r>
              <w:rPr>
                <w:rFonts w:ascii="Arial" w:hAnsi="Arial"/>
                <w:sz w:val="20"/>
              </w:rPr>
              <w:t>Corallium Dunamar</w:t>
            </w:r>
          </w:p>
        </w:tc>
        <w:tc>
          <w:tcPr>
            <w:tcW w:w="2835" w:type="dxa"/>
            <w:tcMar>
              <w:top w:w="70" w:type="dxa"/>
              <w:left w:w="80" w:type="dxa"/>
              <w:bottom w:w="70" w:type="dxa"/>
              <w:right w:w="80" w:type="dxa"/>
            </w:tcMar>
            <w:vAlign w:val="center"/>
          </w:tcPr>
          <w:p w14:paraId="2462545C" w14:textId="77777777" w:rsidR="00650973" w:rsidRDefault="00080072">
            <w:r>
              <w:rPr>
                <w:rFonts w:ascii="Arial" w:hAnsi="Arial"/>
                <w:sz w:val="20"/>
              </w:rPr>
              <w:t>1er dimanche 11h00–13h00</w:t>
            </w:r>
          </w:p>
        </w:tc>
        <w:tc>
          <w:tcPr>
            <w:tcW w:w="3118" w:type="dxa"/>
            <w:tcMar>
              <w:top w:w="70" w:type="dxa"/>
              <w:left w:w="80" w:type="dxa"/>
              <w:bottom w:w="70" w:type="dxa"/>
              <w:right w:w="80" w:type="dxa"/>
            </w:tcMar>
            <w:vAlign w:val="center"/>
          </w:tcPr>
          <w:p w14:paraId="6B4B1739" w14:textId="77777777" w:rsidR="00650973" w:rsidRDefault="00080072">
            <w:r>
              <w:rPr>
                <w:rFonts w:ascii="Arial" w:hAnsi="Arial"/>
                <w:sz w:val="20"/>
              </w:rPr>
              <w:t>Playa del Inglés</w:t>
            </w:r>
          </w:p>
        </w:tc>
      </w:tr>
      <w:tr w:rsidR="00650973" w14:paraId="0FD853CC" w14:textId="77777777">
        <w:trPr>
          <w:cantSplit/>
          <w:jc w:val="center"/>
        </w:trPr>
        <w:tc>
          <w:tcPr>
            <w:tcW w:w="3515" w:type="dxa"/>
            <w:shd w:val="clear" w:color="auto" w:fill="F8FAF8"/>
            <w:tcMar>
              <w:top w:w="70" w:type="dxa"/>
              <w:left w:w="80" w:type="dxa"/>
              <w:bottom w:w="70" w:type="dxa"/>
              <w:right w:w="80" w:type="dxa"/>
            </w:tcMar>
            <w:vAlign w:val="center"/>
          </w:tcPr>
          <w:p w14:paraId="7AF352E0" w14:textId="77777777" w:rsidR="00650973" w:rsidRDefault="00080072">
            <w:r>
              <w:rPr>
                <w:rFonts w:ascii="Arial" w:hAnsi="Arial"/>
                <w:sz w:val="20"/>
              </w:rPr>
              <w:t>Cordial Santa Águeda</w:t>
            </w:r>
          </w:p>
        </w:tc>
        <w:tc>
          <w:tcPr>
            <w:tcW w:w="2835" w:type="dxa"/>
            <w:shd w:val="clear" w:color="auto" w:fill="F8FAF8"/>
            <w:tcMar>
              <w:top w:w="70" w:type="dxa"/>
              <w:left w:w="80" w:type="dxa"/>
              <w:bottom w:w="70" w:type="dxa"/>
              <w:right w:w="80" w:type="dxa"/>
            </w:tcMar>
            <w:vAlign w:val="center"/>
          </w:tcPr>
          <w:p w14:paraId="63BF4C84" w14:textId="77777777" w:rsidR="00650973" w:rsidRDefault="00080072">
            <w:r>
              <w:rPr>
                <w:rFonts w:ascii="Arial" w:hAnsi="Arial"/>
                <w:sz w:val="20"/>
              </w:rPr>
              <w:t>08h00–10h30</w:t>
            </w:r>
          </w:p>
        </w:tc>
        <w:tc>
          <w:tcPr>
            <w:tcW w:w="3118" w:type="dxa"/>
            <w:shd w:val="clear" w:color="auto" w:fill="F8FAF8"/>
            <w:tcMar>
              <w:top w:w="70" w:type="dxa"/>
              <w:left w:w="80" w:type="dxa"/>
              <w:bottom w:w="70" w:type="dxa"/>
              <w:right w:w="80" w:type="dxa"/>
            </w:tcMar>
            <w:vAlign w:val="center"/>
          </w:tcPr>
          <w:p w14:paraId="3CE74895" w14:textId="77777777" w:rsidR="00650973" w:rsidRDefault="00080072">
            <w:r>
              <w:rPr>
                <w:rFonts w:ascii="Arial" w:hAnsi="Arial"/>
                <w:sz w:val="20"/>
              </w:rPr>
              <w:t>El Pajar / Arguineguín</w:t>
            </w:r>
          </w:p>
        </w:tc>
      </w:tr>
      <w:tr w:rsidR="00650973" w14:paraId="5550E08A" w14:textId="77777777">
        <w:trPr>
          <w:cantSplit/>
          <w:jc w:val="center"/>
        </w:trPr>
        <w:tc>
          <w:tcPr>
            <w:tcW w:w="3515" w:type="dxa"/>
            <w:tcMar>
              <w:top w:w="70" w:type="dxa"/>
              <w:left w:w="80" w:type="dxa"/>
              <w:bottom w:w="70" w:type="dxa"/>
              <w:right w:w="80" w:type="dxa"/>
            </w:tcMar>
            <w:vAlign w:val="center"/>
          </w:tcPr>
          <w:p w14:paraId="79138083" w14:textId="77777777" w:rsidR="00650973" w:rsidRDefault="00080072">
            <w:r>
              <w:rPr>
                <w:rFonts w:ascii="Arial" w:hAnsi="Arial"/>
                <w:sz w:val="20"/>
              </w:rPr>
              <w:t>Cordial Green Golf</w:t>
            </w:r>
          </w:p>
        </w:tc>
        <w:tc>
          <w:tcPr>
            <w:tcW w:w="2835" w:type="dxa"/>
            <w:tcMar>
              <w:top w:w="70" w:type="dxa"/>
              <w:left w:w="80" w:type="dxa"/>
              <w:bottom w:w="70" w:type="dxa"/>
              <w:right w:w="80" w:type="dxa"/>
            </w:tcMar>
            <w:vAlign w:val="center"/>
          </w:tcPr>
          <w:p w14:paraId="7C3625C3" w14:textId="77777777" w:rsidR="00650973" w:rsidRDefault="00080072">
            <w:r>
              <w:rPr>
                <w:rFonts w:ascii="Arial" w:hAnsi="Arial"/>
                <w:sz w:val="20"/>
              </w:rPr>
              <w:t>08h00–10h30</w:t>
            </w:r>
          </w:p>
        </w:tc>
        <w:tc>
          <w:tcPr>
            <w:tcW w:w="3118" w:type="dxa"/>
            <w:tcMar>
              <w:top w:w="70" w:type="dxa"/>
              <w:left w:w="80" w:type="dxa"/>
              <w:bottom w:w="70" w:type="dxa"/>
              <w:right w:w="80" w:type="dxa"/>
            </w:tcMar>
            <w:vAlign w:val="center"/>
          </w:tcPr>
          <w:p w14:paraId="44539390" w14:textId="77777777" w:rsidR="00650973" w:rsidRDefault="00080072">
            <w:r>
              <w:rPr>
                <w:rFonts w:ascii="Arial" w:hAnsi="Arial"/>
                <w:sz w:val="20"/>
              </w:rPr>
              <w:t>Campo Internacional</w:t>
            </w:r>
          </w:p>
        </w:tc>
      </w:tr>
      <w:tr w:rsidR="00650973" w14:paraId="1CF4E4A1" w14:textId="77777777">
        <w:trPr>
          <w:cantSplit/>
          <w:jc w:val="center"/>
        </w:trPr>
        <w:tc>
          <w:tcPr>
            <w:tcW w:w="3515" w:type="dxa"/>
            <w:shd w:val="clear" w:color="auto" w:fill="F8FAF8"/>
            <w:tcMar>
              <w:top w:w="70" w:type="dxa"/>
              <w:left w:w="80" w:type="dxa"/>
              <w:bottom w:w="70" w:type="dxa"/>
              <w:right w:w="80" w:type="dxa"/>
            </w:tcMar>
            <w:vAlign w:val="center"/>
          </w:tcPr>
          <w:p w14:paraId="1AC2F72F" w14:textId="77777777" w:rsidR="00650973" w:rsidRDefault="00080072">
            <w:r>
              <w:rPr>
                <w:rFonts w:ascii="Arial" w:hAnsi="Arial"/>
                <w:sz w:val="20"/>
              </w:rPr>
              <w:t>eó Maspalomas</w:t>
            </w:r>
          </w:p>
        </w:tc>
        <w:tc>
          <w:tcPr>
            <w:tcW w:w="2835" w:type="dxa"/>
            <w:shd w:val="clear" w:color="auto" w:fill="F8FAF8"/>
            <w:tcMar>
              <w:top w:w="70" w:type="dxa"/>
              <w:left w:w="80" w:type="dxa"/>
              <w:bottom w:w="70" w:type="dxa"/>
              <w:right w:w="80" w:type="dxa"/>
            </w:tcMar>
            <w:vAlign w:val="center"/>
          </w:tcPr>
          <w:p w14:paraId="449192E0" w14:textId="77777777" w:rsidR="00650973" w:rsidRDefault="00080072">
            <w:r>
              <w:rPr>
                <w:rFonts w:ascii="Arial" w:hAnsi="Arial"/>
                <w:sz w:val="20"/>
              </w:rPr>
              <w:t>08h00–10h30</w:t>
            </w:r>
          </w:p>
        </w:tc>
        <w:tc>
          <w:tcPr>
            <w:tcW w:w="3118" w:type="dxa"/>
            <w:shd w:val="clear" w:color="auto" w:fill="F8FAF8"/>
            <w:tcMar>
              <w:top w:w="70" w:type="dxa"/>
              <w:left w:w="80" w:type="dxa"/>
              <w:bottom w:w="70" w:type="dxa"/>
              <w:right w:w="80" w:type="dxa"/>
            </w:tcMar>
            <w:vAlign w:val="center"/>
          </w:tcPr>
          <w:p w14:paraId="1FBC7C2F" w14:textId="77777777" w:rsidR="00650973" w:rsidRDefault="00080072">
            <w:r>
              <w:rPr>
                <w:rFonts w:ascii="Arial" w:hAnsi="Arial"/>
                <w:sz w:val="20"/>
              </w:rPr>
              <w:t>Campo Internacional</w:t>
            </w:r>
          </w:p>
        </w:tc>
      </w:tr>
      <w:tr w:rsidR="00650973" w14:paraId="14740B18" w14:textId="77777777">
        <w:trPr>
          <w:cantSplit/>
          <w:jc w:val="center"/>
        </w:trPr>
        <w:tc>
          <w:tcPr>
            <w:tcW w:w="3515" w:type="dxa"/>
            <w:tcMar>
              <w:top w:w="70" w:type="dxa"/>
              <w:left w:w="80" w:type="dxa"/>
              <w:bottom w:w="70" w:type="dxa"/>
              <w:right w:w="80" w:type="dxa"/>
            </w:tcMar>
            <w:vAlign w:val="center"/>
          </w:tcPr>
          <w:p w14:paraId="79F3A7E3" w14:textId="77777777" w:rsidR="00650973" w:rsidRDefault="00080072">
            <w:r>
              <w:rPr>
                <w:rFonts w:ascii="Arial" w:hAnsi="Arial"/>
                <w:sz w:val="20"/>
              </w:rPr>
              <w:t>Maspalomas/Tabaiba Princess</w:t>
            </w:r>
          </w:p>
        </w:tc>
        <w:tc>
          <w:tcPr>
            <w:tcW w:w="2835" w:type="dxa"/>
            <w:tcMar>
              <w:top w:w="70" w:type="dxa"/>
              <w:left w:w="80" w:type="dxa"/>
              <w:bottom w:w="70" w:type="dxa"/>
              <w:right w:w="80" w:type="dxa"/>
            </w:tcMar>
            <w:vAlign w:val="center"/>
          </w:tcPr>
          <w:p w14:paraId="137CA089" w14:textId="77777777" w:rsidR="00650973" w:rsidRDefault="00080072">
            <w:r>
              <w:rPr>
                <w:rFonts w:ascii="Arial" w:hAnsi="Arial"/>
                <w:sz w:val="20"/>
              </w:rPr>
              <w:t>09h00–10h30</w:t>
            </w:r>
          </w:p>
        </w:tc>
        <w:tc>
          <w:tcPr>
            <w:tcW w:w="3118" w:type="dxa"/>
            <w:tcMar>
              <w:top w:w="70" w:type="dxa"/>
              <w:left w:w="80" w:type="dxa"/>
              <w:bottom w:w="70" w:type="dxa"/>
              <w:right w:w="80" w:type="dxa"/>
            </w:tcMar>
            <w:vAlign w:val="center"/>
          </w:tcPr>
          <w:p w14:paraId="2F275EFE" w14:textId="77777777" w:rsidR="00650973" w:rsidRDefault="00080072">
            <w:r>
              <w:rPr>
                <w:rFonts w:ascii="Arial" w:hAnsi="Arial"/>
                <w:sz w:val="20"/>
              </w:rPr>
              <w:t>Maspalomas</w:t>
            </w:r>
          </w:p>
        </w:tc>
      </w:tr>
    </w:tbl>
    <w:p w14:paraId="42DA62DF" w14:textId="77777777" w:rsidR="00650973" w:rsidRDefault="00650973">
      <w:pPr>
        <w:spacing w:after="40"/>
      </w:pPr>
    </w:p>
    <w:p w14:paraId="4F0FE5F8" w14:textId="77777777" w:rsidR="00650973" w:rsidRDefault="00080072">
      <w:pPr>
        <w:pStyle w:val="Titre2"/>
        <w:spacing w:before="160" w:after="80"/>
      </w:pPr>
      <w:r>
        <w:rPr>
          <w:rFonts w:ascii="Arial" w:hAnsi="Arial"/>
          <w:color w:val="C97A2B"/>
          <w:sz w:val="28"/>
        </w:rPr>
        <w:t>2.12 Les plus pratiques pour un usage régulier</w:t>
      </w:r>
    </w:p>
    <w:p w14:paraId="2FF63695" w14:textId="77777777" w:rsidR="00650973" w:rsidRDefault="00080072">
      <w:pPr>
        <w:pStyle w:val="Listepuces"/>
      </w:pPr>
      <w:r>
        <w:rPr>
          <w:sz w:val="18"/>
        </w:rPr>
        <w:t>Kiosko QR : le plus simple pour sortir du bungalow, prendre un café, un sandwich ou un verre en terrasse.</w:t>
      </w:r>
    </w:p>
    <w:p w14:paraId="1398C3A7" w14:textId="77777777" w:rsidR="00650973" w:rsidRDefault="00080072">
      <w:pPr>
        <w:pStyle w:val="Listepuces"/>
      </w:pPr>
      <w:r>
        <w:rPr>
          <w:sz w:val="18"/>
        </w:rPr>
        <w:t>Campo de Golf : le meilleur choix documenté pour œufs, omelette, sandwich et café à prix connus.</w:t>
      </w:r>
    </w:p>
    <w:p w14:paraId="6696A91E" w14:textId="77777777" w:rsidR="00650973" w:rsidRDefault="00080072">
      <w:pPr>
        <w:pStyle w:val="Listepuces"/>
      </w:pPr>
      <w:r>
        <w:rPr>
          <w:sz w:val="18"/>
        </w:rPr>
        <w:t>Vistaflor : le meilleur buffet très proche dont l’accès extérieur est confirmé, mais à 15 € par personne.</w:t>
      </w:r>
    </w:p>
    <w:p w14:paraId="3CE2E0BB" w14:textId="77777777" w:rsidR="00650973" w:rsidRDefault="00080072">
      <w:pPr>
        <w:pStyle w:val="Listepuces"/>
      </w:pPr>
      <w:r>
        <w:rPr>
          <w:sz w:val="18"/>
        </w:rPr>
        <w:t>Faro 2 : très proche ; Toro Piedra mérite une recherche de prix plus poussée.</w:t>
      </w:r>
    </w:p>
    <w:p w14:paraId="66D430EF" w14:textId="77777777" w:rsidR="00650973" w:rsidRDefault="00080072">
      <w:pPr>
        <w:pStyle w:val="Listepuces"/>
      </w:pPr>
      <w:r>
        <w:rPr>
          <w:sz w:val="18"/>
        </w:rPr>
        <w:t>HiperDino Playmar : pas un café, mais idéal pour pain frais et petit-déjeuner économique au bungalow.</w:t>
      </w:r>
    </w:p>
    <w:p w14:paraId="75663A35" w14:textId="77777777" w:rsidR="00650973" w:rsidRDefault="00080072">
      <w:pPr>
        <w:pStyle w:val="Titre1"/>
        <w:pageBreakBefore/>
        <w:spacing w:before="200" w:after="80"/>
      </w:pPr>
      <w:bookmarkStart w:id="3" w:name="section_3"/>
      <w:r>
        <w:rPr>
          <w:rFonts w:ascii="Arial" w:hAnsi="Arial"/>
          <w:color w:val="2F6B4F"/>
          <w:sz w:val="36"/>
        </w:rPr>
        <w:lastRenderedPageBreak/>
        <w:t>3. RESTAURANTS CANARIENS ET ESPAGNOLS « TÍPICOS »</w:t>
      </w:r>
      <w:bookmarkEnd w:id="3"/>
    </w:p>
    <w:p w14:paraId="6DD3E6FB" w14:textId="77777777" w:rsidR="00650973" w:rsidRDefault="00080072">
      <w:pPr>
        <w:spacing w:after="80"/>
      </w:pPr>
      <w:hyperlink w:anchor="sommaire">
        <w:r>
          <w:t>↩</w:t>
        </w:r>
        <w:r>
          <w:t xml:space="preserve"> Retour au sommaire</w:t>
        </w:r>
      </w:hyperlink>
    </w:p>
    <w:p w14:paraId="75512264" w14:textId="77777777" w:rsidR="00650973" w:rsidRDefault="00080072">
      <w:pPr>
        <w:spacing w:after="80"/>
      </w:pPr>
      <w:r>
        <w:t>Cette partie privilégie les adresses qui ont été retenues dans le chat pour leur caractère local, leur cuisine canarienne/espagnole ou une clientèle d’habitués. Les restaurants touristiques servant aussi des tapas sont traités plus loin.</w:t>
      </w:r>
    </w:p>
    <w:p w14:paraId="44A1563B" w14:textId="77777777" w:rsidR="00650973" w:rsidRDefault="00080072">
      <w:pPr>
        <w:pStyle w:val="Titre2"/>
        <w:spacing w:before="160" w:after="80"/>
      </w:pPr>
      <w:r>
        <w:rPr>
          <w:rFonts w:ascii="Arial" w:hAnsi="Arial"/>
          <w:color w:val="C97A2B"/>
          <w:sz w:val="28"/>
        </w:rPr>
        <w:t>3.1 La Tasquita Canaria – San Fernando</w:t>
      </w:r>
    </w:p>
    <w:p w14:paraId="7C75F1AB" w14:textId="77777777" w:rsidR="00650973" w:rsidRDefault="00080072">
      <w:pPr>
        <w:spacing w:after="80"/>
      </w:pPr>
      <w:r>
        <w:rPr>
          <w:sz w:val="18"/>
        </w:rPr>
        <w:t>C. Antonio Martín López 2. Cuisine canarienne familiale, décrite dans les recherches comme éloignée de la masse touristique. Budget général relevé : environ 10–20 €.</w:t>
      </w:r>
    </w:p>
    <w:tbl>
      <w:tblPr>
        <w:tblStyle w:val="Grilledutableau"/>
        <w:tblW w:w="0" w:type="auto"/>
        <w:jc w:val="center"/>
        <w:tblLook w:val="04A0" w:firstRow="1" w:lastRow="0" w:firstColumn="1" w:lastColumn="0" w:noHBand="0" w:noVBand="1"/>
      </w:tblPr>
      <w:tblGrid>
        <w:gridCol w:w="5103"/>
        <w:gridCol w:w="5103"/>
      </w:tblGrid>
      <w:tr w:rsidR="00650973" w14:paraId="4FAB5E32" w14:textId="77777777">
        <w:trPr>
          <w:cantSplit/>
          <w:tblHeader/>
          <w:jc w:val="center"/>
        </w:trPr>
        <w:tc>
          <w:tcPr>
            <w:tcW w:w="5103" w:type="dxa"/>
            <w:shd w:val="clear" w:color="auto" w:fill="2F6B4F"/>
            <w:tcMar>
              <w:top w:w="70" w:type="dxa"/>
              <w:left w:w="80" w:type="dxa"/>
              <w:bottom w:w="70" w:type="dxa"/>
              <w:right w:w="80" w:type="dxa"/>
            </w:tcMar>
            <w:vAlign w:val="center"/>
          </w:tcPr>
          <w:p w14:paraId="53C51DF6"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4C1B557C" w14:textId="77777777" w:rsidR="00650973" w:rsidRDefault="00080072">
            <w:pPr>
              <w:jc w:val="center"/>
            </w:pPr>
            <w:r>
              <w:rPr>
                <w:rFonts w:ascii="Arial" w:hAnsi="Arial"/>
                <w:b/>
                <w:color w:val="FFFFFF"/>
                <w:sz w:val="21"/>
              </w:rPr>
              <w:t>Prix repéré</w:t>
            </w:r>
          </w:p>
        </w:tc>
      </w:tr>
      <w:tr w:rsidR="00650973" w14:paraId="2CF7F9C3" w14:textId="77777777">
        <w:trPr>
          <w:cantSplit/>
          <w:jc w:val="center"/>
        </w:trPr>
        <w:tc>
          <w:tcPr>
            <w:tcW w:w="5103" w:type="dxa"/>
            <w:tcMar>
              <w:top w:w="70" w:type="dxa"/>
              <w:left w:w="80" w:type="dxa"/>
              <w:bottom w:w="70" w:type="dxa"/>
              <w:right w:w="80" w:type="dxa"/>
            </w:tcMar>
            <w:vAlign w:val="center"/>
          </w:tcPr>
          <w:p w14:paraId="7C49906F" w14:textId="77777777" w:rsidR="00650973" w:rsidRDefault="00080072">
            <w:r>
              <w:rPr>
                <w:rFonts w:ascii="Arial" w:hAnsi="Arial"/>
                <w:sz w:val="21"/>
              </w:rPr>
              <w:t>Papas arrugadas + mojo picón</w:t>
            </w:r>
          </w:p>
        </w:tc>
        <w:tc>
          <w:tcPr>
            <w:tcW w:w="5103" w:type="dxa"/>
            <w:tcMar>
              <w:top w:w="70" w:type="dxa"/>
              <w:left w:w="80" w:type="dxa"/>
              <w:bottom w:w="70" w:type="dxa"/>
              <w:right w:w="80" w:type="dxa"/>
            </w:tcMar>
            <w:vAlign w:val="center"/>
          </w:tcPr>
          <w:p w14:paraId="2D36DE39" w14:textId="77777777" w:rsidR="00650973" w:rsidRDefault="00080072">
            <w:r>
              <w:rPr>
                <w:rFonts w:ascii="Arial" w:hAnsi="Arial"/>
                <w:sz w:val="21"/>
              </w:rPr>
              <w:t>6,80 €</w:t>
            </w:r>
          </w:p>
        </w:tc>
      </w:tr>
      <w:tr w:rsidR="00650973" w14:paraId="5DE0A2EA" w14:textId="77777777">
        <w:trPr>
          <w:cantSplit/>
          <w:jc w:val="center"/>
        </w:trPr>
        <w:tc>
          <w:tcPr>
            <w:tcW w:w="5103" w:type="dxa"/>
            <w:shd w:val="clear" w:color="auto" w:fill="F8FAF8"/>
            <w:tcMar>
              <w:top w:w="70" w:type="dxa"/>
              <w:left w:w="80" w:type="dxa"/>
              <w:bottom w:w="70" w:type="dxa"/>
              <w:right w:w="80" w:type="dxa"/>
            </w:tcMar>
            <w:vAlign w:val="center"/>
          </w:tcPr>
          <w:p w14:paraId="40358B80" w14:textId="77777777" w:rsidR="00650973" w:rsidRDefault="00080072">
            <w:r>
              <w:rPr>
                <w:rFonts w:ascii="Arial" w:hAnsi="Arial"/>
                <w:sz w:val="21"/>
              </w:rPr>
              <w:t>Fromage canarien</w:t>
            </w:r>
          </w:p>
        </w:tc>
        <w:tc>
          <w:tcPr>
            <w:tcW w:w="5103" w:type="dxa"/>
            <w:shd w:val="clear" w:color="auto" w:fill="F8FAF8"/>
            <w:tcMar>
              <w:top w:w="70" w:type="dxa"/>
              <w:left w:w="80" w:type="dxa"/>
              <w:bottom w:w="70" w:type="dxa"/>
              <w:right w:w="80" w:type="dxa"/>
            </w:tcMar>
            <w:vAlign w:val="center"/>
          </w:tcPr>
          <w:p w14:paraId="61358949" w14:textId="77777777" w:rsidR="00650973" w:rsidRDefault="00080072">
            <w:r>
              <w:rPr>
                <w:rFonts w:ascii="Arial" w:hAnsi="Arial"/>
                <w:sz w:val="21"/>
              </w:rPr>
              <w:t>7,50 €</w:t>
            </w:r>
          </w:p>
        </w:tc>
      </w:tr>
      <w:tr w:rsidR="00650973" w14:paraId="7131AD51" w14:textId="77777777">
        <w:trPr>
          <w:cantSplit/>
          <w:jc w:val="center"/>
        </w:trPr>
        <w:tc>
          <w:tcPr>
            <w:tcW w:w="5103" w:type="dxa"/>
            <w:tcMar>
              <w:top w:w="70" w:type="dxa"/>
              <w:left w:w="80" w:type="dxa"/>
              <w:bottom w:w="70" w:type="dxa"/>
              <w:right w:w="80" w:type="dxa"/>
            </w:tcMar>
            <w:vAlign w:val="center"/>
          </w:tcPr>
          <w:p w14:paraId="0DD6CC58" w14:textId="77777777" w:rsidR="00650973" w:rsidRDefault="00080072">
            <w:r>
              <w:rPr>
                <w:rFonts w:ascii="Arial" w:hAnsi="Arial"/>
                <w:sz w:val="21"/>
              </w:rPr>
              <w:t>Piments de Padrón</w:t>
            </w:r>
          </w:p>
        </w:tc>
        <w:tc>
          <w:tcPr>
            <w:tcW w:w="5103" w:type="dxa"/>
            <w:tcMar>
              <w:top w:w="70" w:type="dxa"/>
              <w:left w:w="80" w:type="dxa"/>
              <w:bottom w:w="70" w:type="dxa"/>
              <w:right w:w="80" w:type="dxa"/>
            </w:tcMar>
            <w:vAlign w:val="center"/>
          </w:tcPr>
          <w:p w14:paraId="0469FD93" w14:textId="77777777" w:rsidR="00650973" w:rsidRDefault="00080072">
            <w:r>
              <w:rPr>
                <w:rFonts w:ascii="Arial" w:hAnsi="Arial"/>
                <w:sz w:val="21"/>
              </w:rPr>
              <w:t>6,50 €</w:t>
            </w:r>
          </w:p>
        </w:tc>
      </w:tr>
      <w:tr w:rsidR="00650973" w14:paraId="122FB08C" w14:textId="77777777">
        <w:trPr>
          <w:cantSplit/>
          <w:jc w:val="center"/>
        </w:trPr>
        <w:tc>
          <w:tcPr>
            <w:tcW w:w="5103" w:type="dxa"/>
            <w:shd w:val="clear" w:color="auto" w:fill="F8FAF8"/>
            <w:tcMar>
              <w:top w:w="70" w:type="dxa"/>
              <w:left w:w="80" w:type="dxa"/>
              <w:bottom w:w="70" w:type="dxa"/>
              <w:right w:w="80" w:type="dxa"/>
            </w:tcMar>
            <w:vAlign w:val="center"/>
          </w:tcPr>
          <w:p w14:paraId="19D2F01E" w14:textId="77777777" w:rsidR="00650973" w:rsidRDefault="00080072">
            <w:r>
              <w:rPr>
                <w:rFonts w:ascii="Arial" w:hAnsi="Arial"/>
                <w:sz w:val="21"/>
              </w:rPr>
              <w:t>Seiche grillée + aïoli</w:t>
            </w:r>
          </w:p>
        </w:tc>
        <w:tc>
          <w:tcPr>
            <w:tcW w:w="5103" w:type="dxa"/>
            <w:shd w:val="clear" w:color="auto" w:fill="F8FAF8"/>
            <w:tcMar>
              <w:top w:w="70" w:type="dxa"/>
              <w:left w:w="80" w:type="dxa"/>
              <w:bottom w:w="70" w:type="dxa"/>
              <w:right w:w="80" w:type="dxa"/>
            </w:tcMar>
            <w:vAlign w:val="center"/>
          </w:tcPr>
          <w:p w14:paraId="4C5273C2" w14:textId="77777777" w:rsidR="00650973" w:rsidRDefault="00080072">
            <w:r>
              <w:rPr>
                <w:rFonts w:ascii="Arial" w:hAnsi="Arial"/>
                <w:sz w:val="21"/>
              </w:rPr>
              <w:t>10,50 €</w:t>
            </w:r>
          </w:p>
        </w:tc>
      </w:tr>
      <w:tr w:rsidR="00650973" w14:paraId="12EE6CAF" w14:textId="77777777">
        <w:trPr>
          <w:cantSplit/>
          <w:jc w:val="center"/>
        </w:trPr>
        <w:tc>
          <w:tcPr>
            <w:tcW w:w="5103" w:type="dxa"/>
            <w:tcMar>
              <w:top w:w="70" w:type="dxa"/>
              <w:left w:w="80" w:type="dxa"/>
              <w:bottom w:w="70" w:type="dxa"/>
              <w:right w:w="80" w:type="dxa"/>
            </w:tcMar>
            <w:vAlign w:val="center"/>
          </w:tcPr>
          <w:p w14:paraId="4A94A0E2" w14:textId="77777777" w:rsidR="00650973" w:rsidRDefault="00080072">
            <w:r>
              <w:rPr>
                <w:rFonts w:ascii="Arial" w:hAnsi="Arial"/>
                <w:sz w:val="21"/>
              </w:rPr>
              <w:t>Chipirons grillés ail/persil</w:t>
            </w:r>
          </w:p>
        </w:tc>
        <w:tc>
          <w:tcPr>
            <w:tcW w:w="5103" w:type="dxa"/>
            <w:tcMar>
              <w:top w:w="70" w:type="dxa"/>
              <w:left w:w="80" w:type="dxa"/>
              <w:bottom w:w="70" w:type="dxa"/>
              <w:right w:w="80" w:type="dxa"/>
            </w:tcMar>
            <w:vAlign w:val="center"/>
          </w:tcPr>
          <w:p w14:paraId="42ECD684" w14:textId="77777777" w:rsidR="00650973" w:rsidRDefault="00080072">
            <w:r>
              <w:rPr>
                <w:rFonts w:ascii="Arial" w:hAnsi="Arial"/>
                <w:sz w:val="21"/>
              </w:rPr>
              <w:t>12,80 €</w:t>
            </w:r>
          </w:p>
        </w:tc>
      </w:tr>
      <w:tr w:rsidR="00650973" w14:paraId="1F429571" w14:textId="77777777">
        <w:trPr>
          <w:cantSplit/>
          <w:jc w:val="center"/>
        </w:trPr>
        <w:tc>
          <w:tcPr>
            <w:tcW w:w="5103" w:type="dxa"/>
            <w:shd w:val="clear" w:color="auto" w:fill="F8FAF8"/>
            <w:tcMar>
              <w:top w:w="70" w:type="dxa"/>
              <w:left w:w="80" w:type="dxa"/>
              <w:bottom w:w="70" w:type="dxa"/>
              <w:right w:w="80" w:type="dxa"/>
            </w:tcMar>
            <w:vAlign w:val="center"/>
          </w:tcPr>
          <w:p w14:paraId="5FCC2A2C" w14:textId="77777777" w:rsidR="00650973" w:rsidRDefault="00080072">
            <w:r>
              <w:rPr>
                <w:rFonts w:ascii="Arial" w:hAnsi="Arial"/>
                <w:sz w:val="21"/>
              </w:rPr>
              <w:t>Poulpe frit + mojo vert</w:t>
            </w:r>
          </w:p>
        </w:tc>
        <w:tc>
          <w:tcPr>
            <w:tcW w:w="5103" w:type="dxa"/>
            <w:shd w:val="clear" w:color="auto" w:fill="F8FAF8"/>
            <w:tcMar>
              <w:top w:w="70" w:type="dxa"/>
              <w:left w:w="80" w:type="dxa"/>
              <w:bottom w:w="70" w:type="dxa"/>
              <w:right w:w="80" w:type="dxa"/>
            </w:tcMar>
            <w:vAlign w:val="center"/>
          </w:tcPr>
          <w:p w14:paraId="367AC775" w14:textId="77777777" w:rsidR="00650973" w:rsidRDefault="00080072">
            <w:r>
              <w:rPr>
                <w:rFonts w:ascii="Arial" w:hAnsi="Arial"/>
                <w:sz w:val="21"/>
              </w:rPr>
              <w:t>16,80 €</w:t>
            </w:r>
          </w:p>
        </w:tc>
      </w:tr>
      <w:tr w:rsidR="00650973" w14:paraId="6D576DA2" w14:textId="77777777">
        <w:trPr>
          <w:cantSplit/>
          <w:jc w:val="center"/>
        </w:trPr>
        <w:tc>
          <w:tcPr>
            <w:tcW w:w="5103" w:type="dxa"/>
            <w:tcMar>
              <w:top w:w="70" w:type="dxa"/>
              <w:left w:w="80" w:type="dxa"/>
              <w:bottom w:w="70" w:type="dxa"/>
              <w:right w:w="80" w:type="dxa"/>
            </w:tcMar>
            <w:vAlign w:val="center"/>
          </w:tcPr>
          <w:p w14:paraId="586BE3E5" w14:textId="77777777" w:rsidR="00650973" w:rsidRDefault="00080072">
            <w:r>
              <w:rPr>
                <w:rFonts w:ascii="Arial" w:hAnsi="Arial"/>
                <w:sz w:val="21"/>
              </w:rPr>
              <w:t>Viande de chèvre</w:t>
            </w:r>
          </w:p>
        </w:tc>
        <w:tc>
          <w:tcPr>
            <w:tcW w:w="5103" w:type="dxa"/>
            <w:tcMar>
              <w:top w:w="70" w:type="dxa"/>
              <w:left w:w="80" w:type="dxa"/>
              <w:bottom w:w="70" w:type="dxa"/>
              <w:right w:w="80" w:type="dxa"/>
            </w:tcMar>
            <w:vAlign w:val="center"/>
          </w:tcPr>
          <w:p w14:paraId="3E12ABD9" w14:textId="77777777" w:rsidR="00650973" w:rsidRDefault="00080072">
            <w:r>
              <w:rPr>
                <w:rFonts w:ascii="Arial" w:hAnsi="Arial"/>
                <w:sz w:val="21"/>
              </w:rPr>
              <w:t>14,50 €</w:t>
            </w:r>
          </w:p>
        </w:tc>
      </w:tr>
      <w:tr w:rsidR="00650973" w14:paraId="360A0492" w14:textId="77777777">
        <w:trPr>
          <w:cantSplit/>
          <w:jc w:val="center"/>
        </w:trPr>
        <w:tc>
          <w:tcPr>
            <w:tcW w:w="5103" w:type="dxa"/>
            <w:shd w:val="clear" w:color="auto" w:fill="F8FAF8"/>
            <w:tcMar>
              <w:top w:w="70" w:type="dxa"/>
              <w:left w:w="80" w:type="dxa"/>
              <w:bottom w:w="70" w:type="dxa"/>
              <w:right w:w="80" w:type="dxa"/>
            </w:tcMar>
            <w:vAlign w:val="center"/>
          </w:tcPr>
          <w:p w14:paraId="4E15DCD5" w14:textId="77777777" w:rsidR="00650973" w:rsidRDefault="00080072">
            <w:r>
              <w:rPr>
                <w:rFonts w:ascii="Arial" w:hAnsi="Arial"/>
                <w:sz w:val="21"/>
              </w:rPr>
              <w:t>Poulet grillé + frites/tomate</w:t>
            </w:r>
          </w:p>
        </w:tc>
        <w:tc>
          <w:tcPr>
            <w:tcW w:w="5103" w:type="dxa"/>
            <w:shd w:val="clear" w:color="auto" w:fill="F8FAF8"/>
            <w:tcMar>
              <w:top w:w="70" w:type="dxa"/>
              <w:left w:w="80" w:type="dxa"/>
              <w:bottom w:w="70" w:type="dxa"/>
              <w:right w:w="80" w:type="dxa"/>
            </w:tcMar>
            <w:vAlign w:val="center"/>
          </w:tcPr>
          <w:p w14:paraId="37C5B052" w14:textId="77777777" w:rsidR="00650973" w:rsidRDefault="00080072">
            <w:r>
              <w:rPr>
                <w:rFonts w:ascii="Arial" w:hAnsi="Arial"/>
                <w:sz w:val="21"/>
              </w:rPr>
              <w:t>10,50 €</w:t>
            </w:r>
          </w:p>
        </w:tc>
      </w:tr>
      <w:tr w:rsidR="00650973" w14:paraId="667D6CFD" w14:textId="77777777">
        <w:trPr>
          <w:cantSplit/>
          <w:jc w:val="center"/>
        </w:trPr>
        <w:tc>
          <w:tcPr>
            <w:tcW w:w="5103" w:type="dxa"/>
            <w:tcMar>
              <w:top w:w="70" w:type="dxa"/>
              <w:left w:w="80" w:type="dxa"/>
              <w:bottom w:w="70" w:type="dxa"/>
              <w:right w:w="80" w:type="dxa"/>
            </w:tcMar>
            <w:vAlign w:val="center"/>
          </w:tcPr>
          <w:p w14:paraId="395E1328" w14:textId="77777777" w:rsidR="00650973" w:rsidRDefault="00080072">
            <w:r>
              <w:rPr>
                <w:rFonts w:ascii="Arial" w:hAnsi="Arial"/>
                <w:sz w:val="21"/>
              </w:rPr>
              <w:t>Polvito uruguayo</w:t>
            </w:r>
          </w:p>
        </w:tc>
        <w:tc>
          <w:tcPr>
            <w:tcW w:w="5103" w:type="dxa"/>
            <w:tcMar>
              <w:top w:w="70" w:type="dxa"/>
              <w:left w:w="80" w:type="dxa"/>
              <w:bottom w:w="70" w:type="dxa"/>
              <w:right w:w="80" w:type="dxa"/>
            </w:tcMar>
            <w:vAlign w:val="center"/>
          </w:tcPr>
          <w:p w14:paraId="6911AF42" w14:textId="77777777" w:rsidR="00650973" w:rsidRDefault="00080072">
            <w:r>
              <w:rPr>
                <w:rFonts w:ascii="Arial" w:hAnsi="Arial"/>
                <w:sz w:val="21"/>
              </w:rPr>
              <w:t>6,50 €</w:t>
            </w:r>
          </w:p>
        </w:tc>
      </w:tr>
    </w:tbl>
    <w:p w14:paraId="74CB02F8" w14:textId="77777777" w:rsidR="00650973" w:rsidRDefault="00650973">
      <w:pPr>
        <w:spacing w:after="40"/>
      </w:pPr>
    </w:p>
    <w:p w14:paraId="2B3DD4DD" w14:textId="77777777" w:rsidR="00650973" w:rsidRDefault="00080072">
      <w:pPr>
        <w:spacing w:after="80"/>
      </w:pPr>
      <w:r>
        <w:rPr>
          <w:sz w:val="18"/>
        </w:rPr>
        <w:t>Spécialités citées : ropa vieja, papas arrugadas, mojo, viande de chèvre, cochino frito, poulpe, ensaladilla, polvito uruguayo.</w:t>
      </w:r>
    </w:p>
    <w:p w14:paraId="7E1BE3FE" w14:textId="77777777" w:rsidR="00650973" w:rsidRDefault="00080072">
      <w:pPr>
        <w:pStyle w:val="Titre2"/>
        <w:spacing w:before="160" w:after="80"/>
      </w:pPr>
      <w:r>
        <w:rPr>
          <w:rFonts w:ascii="Arial" w:hAnsi="Arial"/>
          <w:color w:val="C97A2B"/>
          <w:sz w:val="28"/>
        </w:rPr>
        <w:t>3.2 La Tapita Los Jose's – San Fernando</w:t>
      </w:r>
    </w:p>
    <w:p w14:paraId="0F0692F1" w14:textId="77777777" w:rsidR="00650973" w:rsidRDefault="00080072">
      <w:pPr>
        <w:spacing w:after="80"/>
      </w:pPr>
      <w:r>
        <w:rPr>
          <w:sz w:val="18"/>
        </w:rPr>
        <w:t>C. Plácido Domingo 12, local 5. Restaurant existant depuis 1997 selon le chat. Plusieurs avis cités indiquaient une clientèle majoritairement espagnole/locale, avec parfois une file d’attente. Cuisine « des îles », tapas et petit-déjeuner. Ouverture matinale repérée dès 8h certains jours ; minis/pulguitas et tortillas ont été cités. Prix détaillés non conservés.</w:t>
      </w:r>
    </w:p>
    <w:p w14:paraId="0A3FF135" w14:textId="77777777" w:rsidR="00650973" w:rsidRDefault="00080072">
      <w:r>
        <w:rPr>
          <w:b/>
          <w:sz w:val="18"/>
        </w:rPr>
        <w:t xml:space="preserve">URL : </w:t>
      </w:r>
      <w:hyperlink r:id="rId16">
        <w:r>
          <w:rPr>
            <w:color w:val="0563C1"/>
            <w:u w:val="single"/>
          </w:rPr>
          <w:t>La Tapita Los Jose’s</w:t>
        </w:r>
      </w:hyperlink>
    </w:p>
    <w:p w14:paraId="521546EF" w14:textId="77777777" w:rsidR="00650973" w:rsidRDefault="00080072">
      <w:pPr>
        <w:pStyle w:val="Titre2"/>
        <w:spacing w:before="160" w:after="80"/>
      </w:pPr>
      <w:r>
        <w:rPr>
          <w:rFonts w:ascii="Arial" w:hAnsi="Arial"/>
          <w:color w:val="C97A2B"/>
          <w:sz w:val="28"/>
        </w:rPr>
        <w:t>3.3 La Esquina Ibérica – San Fernando</w:t>
      </w:r>
    </w:p>
    <w:p w14:paraId="154F2002" w14:textId="77777777" w:rsidR="00650973" w:rsidRDefault="00080072">
      <w:pPr>
        <w:spacing w:after="80"/>
      </w:pPr>
      <w:r>
        <w:rPr>
          <w:sz w:val="18"/>
        </w:rPr>
        <w:t>Plaza Jandía 4. Cuisine espagnole maison, adresse de quartier avec clientèle d’habitués. Ouverture matinale vers 8h repérée. Carte et tarifs précis absents du chat.</w:t>
      </w:r>
    </w:p>
    <w:p w14:paraId="178BB6C2" w14:textId="77777777" w:rsidR="00650973" w:rsidRDefault="00080072">
      <w:pPr>
        <w:pStyle w:val="Titre2"/>
        <w:spacing w:before="160" w:after="80"/>
      </w:pPr>
      <w:r>
        <w:rPr>
          <w:rFonts w:ascii="Arial" w:hAnsi="Arial"/>
          <w:color w:val="C97A2B"/>
          <w:sz w:val="28"/>
        </w:rPr>
        <w:t>3.4 Bar Tapas El Mojo Picón – San Agustín</w:t>
      </w:r>
    </w:p>
    <w:p w14:paraId="65EEF5A2" w14:textId="77777777" w:rsidR="00650973" w:rsidRDefault="00080072">
      <w:pPr>
        <w:spacing w:after="80"/>
      </w:pPr>
      <w:r>
        <w:rPr>
          <w:sz w:val="18"/>
        </w:rPr>
        <w:t>C. las Dalias 12. Petit bar familial avec carte volontairement courte et changeante : 4 ou 5 tapas maison selon le jour. Plats cités : papas arrugadas, garbanzada, ropa vieja, carne en salsa, albóndigas, pollo al ajillo.</w:t>
      </w:r>
    </w:p>
    <w:tbl>
      <w:tblPr>
        <w:tblStyle w:val="Grilledutableau"/>
        <w:tblW w:w="0" w:type="auto"/>
        <w:jc w:val="center"/>
        <w:tblLook w:val="04A0" w:firstRow="1" w:lastRow="0" w:firstColumn="1" w:lastColumn="0" w:noHBand="0" w:noVBand="1"/>
      </w:tblPr>
      <w:tblGrid>
        <w:gridCol w:w="5103"/>
        <w:gridCol w:w="5103"/>
      </w:tblGrid>
      <w:tr w:rsidR="00650973" w14:paraId="52643F38" w14:textId="77777777">
        <w:trPr>
          <w:cantSplit/>
          <w:tblHeader/>
          <w:jc w:val="center"/>
        </w:trPr>
        <w:tc>
          <w:tcPr>
            <w:tcW w:w="5103" w:type="dxa"/>
            <w:shd w:val="clear" w:color="auto" w:fill="2F6B4F"/>
            <w:tcMar>
              <w:top w:w="70" w:type="dxa"/>
              <w:left w:w="80" w:type="dxa"/>
              <w:bottom w:w="70" w:type="dxa"/>
              <w:right w:w="80" w:type="dxa"/>
            </w:tcMar>
            <w:vAlign w:val="center"/>
          </w:tcPr>
          <w:p w14:paraId="1B523ACB" w14:textId="77777777" w:rsidR="00650973" w:rsidRDefault="00080072">
            <w:pPr>
              <w:jc w:val="center"/>
            </w:pPr>
            <w:r>
              <w:rPr>
                <w:rFonts w:ascii="Arial" w:hAnsi="Arial"/>
                <w:b/>
                <w:color w:val="FFFFFF"/>
                <w:sz w:val="21"/>
              </w:rPr>
              <w:t>Format / boisson</w:t>
            </w:r>
          </w:p>
        </w:tc>
        <w:tc>
          <w:tcPr>
            <w:tcW w:w="5103" w:type="dxa"/>
            <w:shd w:val="clear" w:color="auto" w:fill="2F6B4F"/>
            <w:tcMar>
              <w:top w:w="70" w:type="dxa"/>
              <w:left w:w="80" w:type="dxa"/>
              <w:bottom w:w="70" w:type="dxa"/>
              <w:right w:w="80" w:type="dxa"/>
            </w:tcMar>
            <w:vAlign w:val="center"/>
          </w:tcPr>
          <w:p w14:paraId="3CA649A6" w14:textId="77777777" w:rsidR="00650973" w:rsidRDefault="00080072">
            <w:pPr>
              <w:jc w:val="center"/>
            </w:pPr>
            <w:r>
              <w:rPr>
                <w:rFonts w:ascii="Arial" w:hAnsi="Arial"/>
                <w:b/>
                <w:color w:val="FFFFFF"/>
                <w:sz w:val="21"/>
              </w:rPr>
              <w:t>Prix repéré</w:t>
            </w:r>
          </w:p>
        </w:tc>
      </w:tr>
      <w:tr w:rsidR="00650973" w14:paraId="0E42AFAE" w14:textId="77777777">
        <w:trPr>
          <w:cantSplit/>
          <w:jc w:val="center"/>
        </w:trPr>
        <w:tc>
          <w:tcPr>
            <w:tcW w:w="5103" w:type="dxa"/>
            <w:tcMar>
              <w:top w:w="70" w:type="dxa"/>
              <w:left w:w="80" w:type="dxa"/>
              <w:bottom w:w="70" w:type="dxa"/>
              <w:right w:w="80" w:type="dxa"/>
            </w:tcMar>
            <w:vAlign w:val="center"/>
          </w:tcPr>
          <w:p w14:paraId="6ADA1FFB" w14:textId="77777777" w:rsidR="00650973" w:rsidRDefault="00080072">
            <w:r>
              <w:rPr>
                <w:rFonts w:ascii="Arial" w:hAnsi="Arial"/>
                <w:sz w:val="21"/>
              </w:rPr>
              <w:t>Tapa</w:t>
            </w:r>
          </w:p>
        </w:tc>
        <w:tc>
          <w:tcPr>
            <w:tcW w:w="5103" w:type="dxa"/>
            <w:tcMar>
              <w:top w:w="70" w:type="dxa"/>
              <w:left w:w="80" w:type="dxa"/>
              <w:bottom w:w="70" w:type="dxa"/>
              <w:right w:w="80" w:type="dxa"/>
            </w:tcMar>
            <w:vAlign w:val="center"/>
          </w:tcPr>
          <w:p w14:paraId="4D09DBD1" w14:textId="77777777" w:rsidR="00650973" w:rsidRDefault="00080072">
            <w:r>
              <w:rPr>
                <w:rFonts w:ascii="Arial" w:hAnsi="Arial"/>
                <w:sz w:val="21"/>
              </w:rPr>
              <w:t>2,80 €</w:t>
            </w:r>
          </w:p>
        </w:tc>
      </w:tr>
      <w:tr w:rsidR="00650973" w14:paraId="76D1A36A" w14:textId="77777777">
        <w:trPr>
          <w:cantSplit/>
          <w:jc w:val="center"/>
        </w:trPr>
        <w:tc>
          <w:tcPr>
            <w:tcW w:w="5103" w:type="dxa"/>
            <w:shd w:val="clear" w:color="auto" w:fill="F8FAF8"/>
            <w:tcMar>
              <w:top w:w="70" w:type="dxa"/>
              <w:left w:w="80" w:type="dxa"/>
              <w:bottom w:w="70" w:type="dxa"/>
              <w:right w:w="80" w:type="dxa"/>
            </w:tcMar>
            <w:vAlign w:val="center"/>
          </w:tcPr>
          <w:p w14:paraId="2F5A5604" w14:textId="77777777" w:rsidR="00650973" w:rsidRDefault="00080072">
            <w:r>
              <w:rPr>
                <w:rFonts w:ascii="Arial" w:hAnsi="Arial"/>
                <w:sz w:val="21"/>
              </w:rPr>
              <w:t>Demi-portion</w:t>
            </w:r>
          </w:p>
        </w:tc>
        <w:tc>
          <w:tcPr>
            <w:tcW w:w="5103" w:type="dxa"/>
            <w:shd w:val="clear" w:color="auto" w:fill="F8FAF8"/>
            <w:tcMar>
              <w:top w:w="70" w:type="dxa"/>
              <w:left w:w="80" w:type="dxa"/>
              <w:bottom w:w="70" w:type="dxa"/>
              <w:right w:w="80" w:type="dxa"/>
            </w:tcMar>
            <w:vAlign w:val="center"/>
          </w:tcPr>
          <w:p w14:paraId="37A2ACF2" w14:textId="77777777" w:rsidR="00650973" w:rsidRDefault="00080072">
            <w:r>
              <w:rPr>
                <w:rFonts w:ascii="Arial" w:hAnsi="Arial"/>
                <w:sz w:val="21"/>
              </w:rPr>
              <w:t>5,50 €</w:t>
            </w:r>
          </w:p>
        </w:tc>
      </w:tr>
      <w:tr w:rsidR="00650973" w14:paraId="57EE4E65" w14:textId="77777777">
        <w:trPr>
          <w:cantSplit/>
          <w:jc w:val="center"/>
        </w:trPr>
        <w:tc>
          <w:tcPr>
            <w:tcW w:w="5103" w:type="dxa"/>
            <w:tcMar>
              <w:top w:w="70" w:type="dxa"/>
              <w:left w:w="80" w:type="dxa"/>
              <w:bottom w:w="70" w:type="dxa"/>
              <w:right w:w="80" w:type="dxa"/>
            </w:tcMar>
            <w:vAlign w:val="center"/>
          </w:tcPr>
          <w:p w14:paraId="6377221A" w14:textId="77777777" w:rsidR="00650973" w:rsidRDefault="00080072">
            <w:r>
              <w:rPr>
                <w:rFonts w:ascii="Arial" w:hAnsi="Arial"/>
                <w:sz w:val="21"/>
              </w:rPr>
              <w:t>Spécialités supplémentaires</w:t>
            </w:r>
          </w:p>
        </w:tc>
        <w:tc>
          <w:tcPr>
            <w:tcW w:w="5103" w:type="dxa"/>
            <w:tcMar>
              <w:top w:w="70" w:type="dxa"/>
              <w:left w:w="80" w:type="dxa"/>
              <w:bottom w:w="70" w:type="dxa"/>
              <w:right w:w="80" w:type="dxa"/>
            </w:tcMar>
            <w:vAlign w:val="center"/>
          </w:tcPr>
          <w:p w14:paraId="6C641E61" w14:textId="77777777" w:rsidR="00650973" w:rsidRDefault="00080072">
            <w:r>
              <w:rPr>
                <w:rFonts w:ascii="Arial" w:hAnsi="Arial"/>
                <w:sz w:val="21"/>
              </w:rPr>
              <w:t>≈4,30–10,70 €</w:t>
            </w:r>
          </w:p>
        </w:tc>
      </w:tr>
      <w:tr w:rsidR="00650973" w14:paraId="291F5B52" w14:textId="77777777">
        <w:trPr>
          <w:cantSplit/>
          <w:jc w:val="center"/>
        </w:trPr>
        <w:tc>
          <w:tcPr>
            <w:tcW w:w="5103" w:type="dxa"/>
            <w:shd w:val="clear" w:color="auto" w:fill="F8FAF8"/>
            <w:tcMar>
              <w:top w:w="70" w:type="dxa"/>
              <w:left w:w="80" w:type="dxa"/>
              <w:bottom w:w="70" w:type="dxa"/>
              <w:right w:w="80" w:type="dxa"/>
            </w:tcMar>
            <w:vAlign w:val="center"/>
          </w:tcPr>
          <w:p w14:paraId="6C426CE7" w14:textId="77777777" w:rsidR="00650973" w:rsidRDefault="00080072">
            <w:r>
              <w:rPr>
                <w:rFonts w:ascii="Arial" w:hAnsi="Arial"/>
                <w:sz w:val="21"/>
              </w:rPr>
              <w:t>Caña</w:t>
            </w:r>
          </w:p>
        </w:tc>
        <w:tc>
          <w:tcPr>
            <w:tcW w:w="5103" w:type="dxa"/>
            <w:shd w:val="clear" w:color="auto" w:fill="F8FAF8"/>
            <w:tcMar>
              <w:top w:w="70" w:type="dxa"/>
              <w:left w:w="80" w:type="dxa"/>
              <w:bottom w:w="70" w:type="dxa"/>
              <w:right w:w="80" w:type="dxa"/>
            </w:tcMar>
            <w:vAlign w:val="center"/>
          </w:tcPr>
          <w:p w14:paraId="4B58CF8E" w14:textId="77777777" w:rsidR="00650973" w:rsidRDefault="00080072">
            <w:r>
              <w:rPr>
                <w:rFonts w:ascii="Arial" w:hAnsi="Arial"/>
                <w:sz w:val="21"/>
              </w:rPr>
              <w:t>2,30 €</w:t>
            </w:r>
          </w:p>
        </w:tc>
      </w:tr>
    </w:tbl>
    <w:p w14:paraId="32FF1F5F" w14:textId="77777777" w:rsidR="00650973" w:rsidRDefault="00650973">
      <w:pPr>
        <w:spacing w:after="40"/>
      </w:pPr>
    </w:p>
    <w:p w14:paraId="00635D67" w14:textId="77777777" w:rsidR="00650973" w:rsidRDefault="00080072">
      <w:pPr>
        <w:spacing w:after="80"/>
      </w:pPr>
      <w:r>
        <w:rPr>
          <w:sz w:val="18"/>
        </w:rPr>
        <w:t>Le vendredi ont été cités : pata asada, mojo de almendra et musique canarienne.</w:t>
      </w:r>
    </w:p>
    <w:p w14:paraId="7F02DC61" w14:textId="77777777" w:rsidR="00650973" w:rsidRDefault="00080072">
      <w:r>
        <w:rPr>
          <w:b/>
          <w:sz w:val="18"/>
        </w:rPr>
        <w:t xml:space="preserve">URL : </w:t>
      </w:r>
      <w:hyperlink r:id="rId17">
        <w:r>
          <w:rPr>
            <w:color w:val="0563C1"/>
            <w:u w:val="single"/>
          </w:rPr>
          <w:t>Bar Mojo Picón – menu</w:t>
        </w:r>
      </w:hyperlink>
    </w:p>
    <w:p w14:paraId="2BCD7CA3" w14:textId="77777777" w:rsidR="00650973" w:rsidRDefault="00080072">
      <w:pPr>
        <w:pStyle w:val="Titre2"/>
        <w:spacing w:before="160" w:after="80"/>
      </w:pPr>
      <w:r>
        <w:rPr>
          <w:rFonts w:ascii="Arial" w:hAnsi="Arial"/>
          <w:color w:val="C97A2B"/>
          <w:sz w:val="28"/>
        </w:rPr>
        <w:lastRenderedPageBreak/>
        <w:t>3.5 El Bistro Tapas – Arguineguín</w:t>
      </w:r>
    </w:p>
    <w:p w14:paraId="053343C6" w14:textId="77777777" w:rsidR="00650973" w:rsidRDefault="00080072">
      <w:pPr>
        <w:spacing w:after="80"/>
      </w:pPr>
      <w:r>
        <w:rPr>
          <w:sz w:val="18"/>
        </w:rPr>
        <w:t>C.C. Áncora, local 131, Calle Tamarán. Petite adresse de tapas espagnoles. Les avis cités parlaient d’ambiance locale et de majorité de clients locaux. Prix repérés : petites tapas autour de 2,60–3,50 €, dépense courante environ 10–30 €/personne. Horaires cités : lun–ven 18h00–23h30, samedi et dimanche fermés. Réservation recommandée car souvent complet.</w:t>
      </w:r>
    </w:p>
    <w:p w14:paraId="1ABBAC25" w14:textId="77777777" w:rsidR="00650973" w:rsidRDefault="00080072">
      <w:pPr>
        <w:pStyle w:val="Titre2"/>
        <w:spacing w:before="160" w:after="80"/>
      </w:pPr>
      <w:r>
        <w:rPr>
          <w:rFonts w:ascii="Arial" w:hAnsi="Arial"/>
          <w:color w:val="C97A2B"/>
          <w:sz w:val="28"/>
        </w:rPr>
        <w:t>3.6 Bar El Boya – El Pajar / Arguineguín</w:t>
      </w:r>
    </w:p>
    <w:p w14:paraId="2CC7B72C" w14:textId="77777777" w:rsidR="00650973" w:rsidRDefault="00080072">
      <w:pPr>
        <w:spacing w:after="80"/>
      </w:pPr>
      <w:r>
        <w:rPr>
          <w:sz w:val="18"/>
        </w:rPr>
        <w:t>C. Santa Águeda 32. Institution populaire de l’ancien secteur de pêcheurs. Cuisine simple de poisson frais : sardines frites, poulpe frit, puntillas, poissons, papas arrugadas con mojo. Budget repéré 10–20 €, parfois 20–30 € avec plusieurs plats et boissons. Sortie en voiture recommandée.</w:t>
      </w:r>
    </w:p>
    <w:p w14:paraId="04CAE183" w14:textId="77777777" w:rsidR="00650973" w:rsidRDefault="00080072">
      <w:pPr>
        <w:pStyle w:val="Titre2"/>
        <w:spacing w:before="160" w:after="80"/>
      </w:pPr>
      <w:r>
        <w:rPr>
          <w:rFonts w:ascii="Arial" w:hAnsi="Arial"/>
          <w:color w:val="C97A2B"/>
          <w:sz w:val="28"/>
        </w:rPr>
        <w:t>3.7 Restaurante Las Salinas – Castillo del Romeral</w:t>
      </w:r>
    </w:p>
    <w:p w14:paraId="763A1FD9" w14:textId="77777777" w:rsidR="00650973" w:rsidRDefault="00080072">
      <w:pPr>
        <w:spacing w:after="80"/>
      </w:pPr>
      <w:r>
        <w:rPr>
          <w:sz w:val="18"/>
        </w:rPr>
        <w:t>C. Maestro José Molina Guerra 20. Restaurant familial/populaire de bord de mer. Poisson frais, poulpe, calamars, riz/paella, fromages/papas/mojo. Budget environ 10–20 €. Horaires collectés : environ 12h30–22h30, fermeture mercredi, dimanche plus court. Pas de réservation selon l’information relevée ; attente possible.</w:t>
      </w:r>
    </w:p>
    <w:p w14:paraId="2EE4D00E" w14:textId="77777777" w:rsidR="00650973" w:rsidRDefault="00080072">
      <w:r>
        <w:rPr>
          <w:b/>
          <w:sz w:val="18"/>
        </w:rPr>
        <w:t xml:space="preserve">Facebook : </w:t>
      </w:r>
      <w:hyperlink r:id="rId18">
        <w:r>
          <w:rPr>
            <w:color w:val="0563C1"/>
            <w:u w:val="single"/>
          </w:rPr>
          <w:t>Restaurante Las Salinas</w:t>
        </w:r>
      </w:hyperlink>
    </w:p>
    <w:p w14:paraId="1B0E6542" w14:textId="77777777" w:rsidR="00650973" w:rsidRDefault="00080072">
      <w:pPr>
        <w:pStyle w:val="Titre2"/>
        <w:spacing w:before="160" w:after="80"/>
      </w:pPr>
      <w:r>
        <w:rPr>
          <w:rFonts w:ascii="Arial" w:hAnsi="Arial"/>
          <w:color w:val="C97A2B"/>
          <w:sz w:val="28"/>
        </w:rPr>
        <w:t>3.8 Vaquería Las Salinas – Arinaga</w:t>
      </w:r>
    </w:p>
    <w:p w14:paraId="124F42FC" w14:textId="77777777" w:rsidR="00650973" w:rsidRDefault="00080072">
      <w:pPr>
        <w:spacing w:after="80"/>
      </w:pPr>
      <w:r>
        <w:rPr>
          <w:sz w:val="18"/>
        </w:rPr>
        <w:t>Adresse rurale/canarienne à Arinaga. Spécialités : cochino negro canario, hamburger/croquettes de cochino negro, cabrito, gofio escaldado ou pella de gofio, papas arrugadas, fromage canarien artisanal, fromage frit, pata asada, parrillades.</w:t>
      </w:r>
    </w:p>
    <w:tbl>
      <w:tblPr>
        <w:tblStyle w:val="Grilledutableau"/>
        <w:tblW w:w="0" w:type="auto"/>
        <w:jc w:val="center"/>
        <w:tblLook w:val="04A0" w:firstRow="1" w:lastRow="0" w:firstColumn="1" w:lastColumn="0" w:noHBand="0" w:noVBand="1"/>
      </w:tblPr>
      <w:tblGrid>
        <w:gridCol w:w="5103"/>
        <w:gridCol w:w="5103"/>
      </w:tblGrid>
      <w:tr w:rsidR="00650973" w14:paraId="592D6710" w14:textId="77777777">
        <w:trPr>
          <w:cantSplit/>
          <w:tblHeader/>
          <w:jc w:val="center"/>
        </w:trPr>
        <w:tc>
          <w:tcPr>
            <w:tcW w:w="5103" w:type="dxa"/>
            <w:shd w:val="clear" w:color="auto" w:fill="2F6B4F"/>
            <w:tcMar>
              <w:top w:w="70" w:type="dxa"/>
              <w:left w:w="80" w:type="dxa"/>
              <w:bottom w:w="70" w:type="dxa"/>
              <w:right w:w="80" w:type="dxa"/>
            </w:tcMar>
            <w:vAlign w:val="center"/>
          </w:tcPr>
          <w:p w14:paraId="05C98542" w14:textId="77777777" w:rsidR="00650973" w:rsidRDefault="00080072">
            <w:pPr>
              <w:jc w:val="center"/>
            </w:pPr>
            <w:r>
              <w:rPr>
                <w:rFonts w:ascii="Arial" w:hAnsi="Arial"/>
                <w:b/>
                <w:color w:val="FFFFFF"/>
                <w:sz w:val="21"/>
              </w:rPr>
              <w:t>Produit repéré en 2026</w:t>
            </w:r>
          </w:p>
        </w:tc>
        <w:tc>
          <w:tcPr>
            <w:tcW w:w="5103" w:type="dxa"/>
            <w:shd w:val="clear" w:color="auto" w:fill="2F6B4F"/>
            <w:tcMar>
              <w:top w:w="70" w:type="dxa"/>
              <w:left w:w="80" w:type="dxa"/>
              <w:bottom w:w="70" w:type="dxa"/>
              <w:right w:w="80" w:type="dxa"/>
            </w:tcMar>
            <w:vAlign w:val="center"/>
          </w:tcPr>
          <w:p w14:paraId="1F09E1F0" w14:textId="77777777" w:rsidR="00650973" w:rsidRDefault="00080072">
            <w:pPr>
              <w:jc w:val="center"/>
            </w:pPr>
            <w:r>
              <w:rPr>
                <w:rFonts w:ascii="Arial" w:hAnsi="Arial"/>
                <w:b/>
                <w:color w:val="FFFFFF"/>
                <w:sz w:val="21"/>
              </w:rPr>
              <w:t>Prix</w:t>
            </w:r>
          </w:p>
        </w:tc>
      </w:tr>
      <w:tr w:rsidR="00650973" w14:paraId="5BC8904C" w14:textId="77777777">
        <w:trPr>
          <w:cantSplit/>
          <w:jc w:val="center"/>
        </w:trPr>
        <w:tc>
          <w:tcPr>
            <w:tcW w:w="5103" w:type="dxa"/>
            <w:tcMar>
              <w:top w:w="70" w:type="dxa"/>
              <w:left w:w="80" w:type="dxa"/>
              <w:bottom w:w="70" w:type="dxa"/>
              <w:right w:w="80" w:type="dxa"/>
            </w:tcMar>
            <w:vAlign w:val="center"/>
          </w:tcPr>
          <w:p w14:paraId="3DD7B777" w14:textId="77777777" w:rsidR="00650973" w:rsidRDefault="00080072">
            <w:r>
              <w:rPr>
                <w:rFonts w:ascii="Arial" w:hAnsi="Arial"/>
                <w:sz w:val="21"/>
              </w:rPr>
              <w:t>Pain chaud</w:t>
            </w:r>
          </w:p>
        </w:tc>
        <w:tc>
          <w:tcPr>
            <w:tcW w:w="5103" w:type="dxa"/>
            <w:tcMar>
              <w:top w:w="70" w:type="dxa"/>
              <w:left w:w="80" w:type="dxa"/>
              <w:bottom w:w="70" w:type="dxa"/>
              <w:right w:w="80" w:type="dxa"/>
            </w:tcMar>
            <w:vAlign w:val="center"/>
          </w:tcPr>
          <w:p w14:paraId="17A6243A" w14:textId="77777777" w:rsidR="00650973" w:rsidRDefault="00080072">
            <w:r>
              <w:rPr>
                <w:rFonts w:ascii="Arial" w:hAnsi="Arial"/>
                <w:sz w:val="21"/>
              </w:rPr>
              <w:t>1,50 €</w:t>
            </w:r>
          </w:p>
        </w:tc>
      </w:tr>
      <w:tr w:rsidR="00650973" w14:paraId="4028469D" w14:textId="77777777">
        <w:trPr>
          <w:cantSplit/>
          <w:jc w:val="center"/>
        </w:trPr>
        <w:tc>
          <w:tcPr>
            <w:tcW w:w="5103" w:type="dxa"/>
            <w:shd w:val="clear" w:color="auto" w:fill="F8FAF8"/>
            <w:tcMar>
              <w:top w:w="70" w:type="dxa"/>
              <w:left w:w="80" w:type="dxa"/>
              <w:bottom w:w="70" w:type="dxa"/>
              <w:right w:w="80" w:type="dxa"/>
            </w:tcMar>
            <w:vAlign w:val="center"/>
          </w:tcPr>
          <w:p w14:paraId="38549B89" w14:textId="77777777" w:rsidR="00650973" w:rsidRDefault="00080072">
            <w:r>
              <w:rPr>
                <w:rFonts w:ascii="Arial" w:hAnsi="Arial"/>
                <w:sz w:val="21"/>
              </w:rPr>
              <w:t>Almogrote</w:t>
            </w:r>
          </w:p>
        </w:tc>
        <w:tc>
          <w:tcPr>
            <w:tcW w:w="5103" w:type="dxa"/>
            <w:shd w:val="clear" w:color="auto" w:fill="F8FAF8"/>
            <w:tcMar>
              <w:top w:w="70" w:type="dxa"/>
              <w:left w:w="80" w:type="dxa"/>
              <w:bottom w:w="70" w:type="dxa"/>
              <w:right w:w="80" w:type="dxa"/>
            </w:tcMar>
            <w:vAlign w:val="center"/>
          </w:tcPr>
          <w:p w14:paraId="20DFAE23" w14:textId="77777777" w:rsidR="00650973" w:rsidRDefault="00080072">
            <w:r>
              <w:rPr>
                <w:rFonts w:ascii="Arial" w:hAnsi="Arial"/>
                <w:sz w:val="21"/>
              </w:rPr>
              <w:t>2,00 €</w:t>
            </w:r>
          </w:p>
        </w:tc>
      </w:tr>
      <w:tr w:rsidR="00650973" w14:paraId="1DC67EE2" w14:textId="77777777">
        <w:trPr>
          <w:cantSplit/>
          <w:jc w:val="center"/>
        </w:trPr>
        <w:tc>
          <w:tcPr>
            <w:tcW w:w="5103" w:type="dxa"/>
            <w:tcMar>
              <w:top w:w="70" w:type="dxa"/>
              <w:left w:w="80" w:type="dxa"/>
              <w:bottom w:w="70" w:type="dxa"/>
              <w:right w:w="80" w:type="dxa"/>
            </w:tcMar>
            <w:vAlign w:val="center"/>
          </w:tcPr>
          <w:p w14:paraId="6429BCF7" w14:textId="77777777" w:rsidR="00650973" w:rsidRDefault="00080072">
            <w:r>
              <w:rPr>
                <w:rFonts w:ascii="Arial" w:hAnsi="Arial"/>
                <w:sz w:val="21"/>
              </w:rPr>
              <w:t>Grand bol de lait avec gofio</w:t>
            </w:r>
          </w:p>
        </w:tc>
        <w:tc>
          <w:tcPr>
            <w:tcW w:w="5103" w:type="dxa"/>
            <w:tcMar>
              <w:top w:w="70" w:type="dxa"/>
              <w:left w:w="80" w:type="dxa"/>
              <w:bottom w:w="70" w:type="dxa"/>
              <w:right w:w="80" w:type="dxa"/>
            </w:tcMar>
            <w:vAlign w:val="center"/>
          </w:tcPr>
          <w:p w14:paraId="304337F5" w14:textId="77777777" w:rsidR="00650973" w:rsidRDefault="00080072">
            <w:r>
              <w:rPr>
                <w:rFonts w:ascii="Arial" w:hAnsi="Arial"/>
                <w:sz w:val="21"/>
              </w:rPr>
              <w:t>2,00 €</w:t>
            </w:r>
          </w:p>
        </w:tc>
      </w:tr>
    </w:tbl>
    <w:p w14:paraId="62FE6583" w14:textId="77777777" w:rsidR="00650973" w:rsidRDefault="00650973">
      <w:pPr>
        <w:spacing w:after="40"/>
      </w:pPr>
    </w:p>
    <w:p w14:paraId="54894262" w14:textId="77777777" w:rsidR="00650973" w:rsidRDefault="00080072">
      <w:pPr>
        <w:spacing w:after="80"/>
      </w:pPr>
      <w:r>
        <w:rPr>
          <w:sz w:val="18"/>
        </w:rPr>
        <w:t>Petit-déjeuner également possible. Horaires du week-end contradictoires dans les informations du chat : certaines données parlaient de 8h30, d’autres de 10h30. Les avis étaient plus partagés sur la régularité du service que pour les autres adresses locales.</w:t>
      </w:r>
    </w:p>
    <w:p w14:paraId="30C483BE" w14:textId="77777777" w:rsidR="00650973" w:rsidRDefault="00080072">
      <w:pPr>
        <w:pStyle w:val="Titre2"/>
        <w:spacing w:before="160" w:after="80"/>
      </w:pPr>
      <w:r>
        <w:rPr>
          <w:rFonts w:ascii="Arial" w:hAnsi="Arial"/>
          <w:color w:val="C97A2B"/>
          <w:sz w:val="28"/>
        </w:rPr>
        <w:t>3.9 Spécialités locales à rechercher dans ces adresses</w:t>
      </w:r>
    </w:p>
    <w:tbl>
      <w:tblPr>
        <w:tblStyle w:val="Grilledutableau"/>
        <w:tblW w:w="0" w:type="auto"/>
        <w:jc w:val="center"/>
        <w:tblLook w:val="04A0" w:firstRow="1" w:lastRow="0" w:firstColumn="1" w:lastColumn="0" w:noHBand="0" w:noVBand="1"/>
      </w:tblPr>
      <w:tblGrid>
        <w:gridCol w:w="5103"/>
        <w:gridCol w:w="5103"/>
      </w:tblGrid>
      <w:tr w:rsidR="00650973" w14:paraId="000855B3" w14:textId="77777777">
        <w:trPr>
          <w:cantSplit/>
          <w:tblHeader/>
          <w:jc w:val="center"/>
        </w:trPr>
        <w:tc>
          <w:tcPr>
            <w:tcW w:w="5103" w:type="dxa"/>
            <w:shd w:val="clear" w:color="auto" w:fill="2F6B4F"/>
            <w:tcMar>
              <w:top w:w="70" w:type="dxa"/>
              <w:left w:w="80" w:type="dxa"/>
              <w:bottom w:w="70" w:type="dxa"/>
              <w:right w:w="80" w:type="dxa"/>
            </w:tcMar>
            <w:vAlign w:val="center"/>
          </w:tcPr>
          <w:p w14:paraId="7DFED734" w14:textId="77777777" w:rsidR="00650973" w:rsidRDefault="00080072">
            <w:pPr>
              <w:jc w:val="center"/>
            </w:pPr>
            <w:r>
              <w:rPr>
                <w:rFonts w:ascii="Arial" w:hAnsi="Arial"/>
                <w:b/>
                <w:color w:val="FFFFFF"/>
                <w:sz w:val="21"/>
              </w:rPr>
              <w:t>Spécialité</w:t>
            </w:r>
          </w:p>
        </w:tc>
        <w:tc>
          <w:tcPr>
            <w:tcW w:w="5103" w:type="dxa"/>
            <w:shd w:val="clear" w:color="auto" w:fill="2F6B4F"/>
            <w:tcMar>
              <w:top w:w="70" w:type="dxa"/>
              <w:left w:w="80" w:type="dxa"/>
              <w:bottom w:w="70" w:type="dxa"/>
              <w:right w:w="80" w:type="dxa"/>
            </w:tcMar>
            <w:vAlign w:val="center"/>
          </w:tcPr>
          <w:p w14:paraId="3492D529" w14:textId="77777777" w:rsidR="00650973" w:rsidRDefault="00080072">
            <w:pPr>
              <w:jc w:val="center"/>
            </w:pPr>
            <w:r>
              <w:rPr>
                <w:rFonts w:ascii="Arial" w:hAnsi="Arial"/>
                <w:b/>
                <w:color w:val="FFFFFF"/>
                <w:sz w:val="21"/>
              </w:rPr>
              <w:t>Où / remarque</w:t>
            </w:r>
          </w:p>
        </w:tc>
      </w:tr>
      <w:tr w:rsidR="00650973" w14:paraId="5F240CBD" w14:textId="77777777">
        <w:trPr>
          <w:cantSplit/>
          <w:jc w:val="center"/>
        </w:trPr>
        <w:tc>
          <w:tcPr>
            <w:tcW w:w="5103" w:type="dxa"/>
            <w:tcMar>
              <w:top w:w="70" w:type="dxa"/>
              <w:left w:w="80" w:type="dxa"/>
              <w:bottom w:w="70" w:type="dxa"/>
              <w:right w:w="80" w:type="dxa"/>
            </w:tcMar>
            <w:vAlign w:val="center"/>
          </w:tcPr>
          <w:p w14:paraId="5ACC524C" w14:textId="77777777" w:rsidR="00650973" w:rsidRDefault="00080072">
            <w:r>
              <w:rPr>
                <w:rFonts w:ascii="Arial" w:hAnsi="Arial"/>
                <w:sz w:val="21"/>
              </w:rPr>
              <w:t>Papas arrugadas</w:t>
            </w:r>
          </w:p>
        </w:tc>
        <w:tc>
          <w:tcPr>
            <w:tcW w:w="5103" w:type="dxa"/>
            <w:tcMar>
              <w:top w:w="70" w:type="dxa"/>
              <w:left w:w="80" w:type="dxa"/>
              <w:bottom w:w="70" w:type="dxa"/>
              <w:right w:w="80" w:type="dxa"/>
            </w:tcMar>
            <w:vAlign w:val="center"/>
          </w:tcPr>
          <w:p w14:paraId="6B7E1622" w14:textId="77777777" w:rsidR="00650973" w:rsidRDefault="00080072">
            <w:r>
              <w:rPr>
                <w:rFonts w:ascii="Arial" w:hAnsi="Arial"/>
                <w:sz w:val="21"/>
              </w:rPr>
              <w:t>Petites pommes de terre canariennes, souvent avec mojo rouge/vert.</w:t>
            </w:r>
          </w:p>
        </w:tc>
      </w:tr>
      <w:tr w:rsidR="00650973" w14:paraId="727D91CF" w14:textId="77777777">
        <w:trPr>
          <w:cantSplit/>
          <w:jc w:val="center"/>
        </w:trPr>
        <w:tc>
          <w:tcPr>
            <w:tcW w:w="5103" w:type="dxa"/>
            <w:shd w:val="clear" w:color="auto" w:fill="F8FAF8"/>
            <w:tcMar>
              <w:top w:w="70" w:type="dxa"/>
              <w:left w:w="80" w:type="dxa"/>
              <w:bottom w:w="70" w:type="dxa"/>
              <w:right w:w="80" w:type="dxa"/>
            </w:tcMar>
            <w:vAlign w:val="center"/>
          </w:tcPr>
          <w:p w14:paraId="05098834" w14:textId="77777777" w:rsidR="00650973" w:rsidRDefault="00080072">
            <w:r>
              <w:rPr>
                <w:rFonts w:ascii="Arial" w:hAnsi="Arial"/>
                <w:sz w:val="21"/>
              </w:rPr>
              <w:t>Mojo rojo / mojo verde</w:t>
            </w:r>
          </w:p>
        </w:tc>
        <w:tc>
          <w:tcPr>
            <w:tcW w:w="5103" w:type="dxa"/>
            <w:shd w:val="clear" w:color="auto" w:fill="F8FAF8"/>
            <w:tcMar>
              <w:top w:w="70" w:type="dxa"/>
              <w:left w:w="80" w:type="dxa"/>
              <w:bottom w:w="70" w:type="dxa"/>
              <w:right w:w="80" w:type="dxa"/>
            </w:tcMar>
            <w:vAlign w:val="center"/>
          </w:tcPr>
          <w:p w14:paraId="59BAE8B0" w14:textId="77777777" w:rsidR="00650973" w:rsidRDefault="00080072">
            <w:r>
              <w:rPr>
                <w:rFonts w:ascii="Arial" w:hAnsi="Arial"/>
                <w:sz w:val="21"/>
              </w:rPr>
              <w:t>Sauces emblématiques ; présentes dans de nombreuses cartes du dossier.</w:t>
            </w:r>
          </w:p>
        </w:tc>
      </w:tr>
      <w:tr w:rsidR="00650973" w14:paraId="2CD447E1" w14:textId="77777777">
        <w:trPr>
          <w:cantSplit/>
          <w:jc w:val="center"/>
        </w:trPr>
        <w:tc>
          <w:tcPr>
            <w:tcW w:w="5103" w:type="dxa"/>
            <w:tcMar>
              <w:top w:w="70" w:type="dxa"/>
              <w:left w:w="80" w:type="dxa"/>
              <w:bottom w:w="70" w:type="dxa"/>
              <w:right w:w="80" w:type="dxa"/>
            </w:tcMar>
            <w:vAlign w:val="center"/>
          </w:tcPr>
          <w:p w14:paraId="564FA54A" w14:textId="77777777" w:rsidR="00650973" w:rsidRDefault="00080072">
            <w:r>
              <w:rPr>
                <w:rFonts w:ascii="Arial" w:hAnsi="Arial"/>
                <w:sz w:val="21"/>
              </w:rPr>
              <w:t>Gofio</w:t>
            </w:r>
          </w:p>
        </w:tc>
        <w:tc>
          <w:tcPr>
            <w:tcW w:w="5103" w:type="dxa"/>
            <w:tcMar>
              <w:top w:w="70" w:type="dxa"/>
              <w:left w:w="80" w:type="dxa"/>
              <w:bottom w:w="70" w:type="dxa"/>
              <w:right w:w="80" w:type="dxa"/>
            </w:tcMar>
            <w:vAlign w:val="center"/>
          </w:tcPr>
          <w:p w14:paraId="4884E1B9" w14:textId="77777777" w:rsidR="00650973" w:rsidRDefault="00080072">
            <w:r>
              <w:rPr>
                <w:rFonts w:ascii="Arial" w:hAnsi="Arial"/>
                <w:sz w:val="21"/>
              </w:rPr>
              <w:t>Retrouvé en mousse au Campo de Golf et en préparation traditionnelle à Vaquería.</w:t>
            </w:r>
          </w:p>
        </w:tc>
      </w:tr>
      <w:tr w:rsidR="00650973" w14:paraId="374205BC" w14:textId="77777777">
        <w:trPr>
          <w:cantSplit/>
          <w:jc w:val="center"/>
        </w:trPr>
        <w:tc>
          <w:tcPr>
            <w:tcW w:w="5103" w:type="dxa"/>
            <w:shd w:val="clear" w:color="auto" w:fill="F8FAF8"/>
            <w:tcMar>
              <w:top w:w="70" w:type="dxa"/>
              <w:left w:w="80" w:type="dxa"/>
              <w:bottom w:w="70" w:type="dxa"/>
              <w:right w:w="80" w:type="dxa"/>
            </w:tcMar>
            <w:vAlign w:val="center"/>
          </w:tcPr>
          <w:p w14:paraId="66D65C20" w14:textId="77777777" w:rsidR="00650973" w:rsidRDefault="00080072">
            <w:r>
              <w:rPr>
                <w:rFonts w:ascii="Arial" w:hAnsi="Arial"/>
                <w:sz w:val="21"/>
              </w:rPr>
              <w:t>Almogrote</w:t>
            </w:r>
          </w:p>
        </w:tc>
        <w:tc>
          <w:tcPr>
            <w:tcW w:w="5103" w:type="dxa"/>
            <w:shd w:val="clear" w:color="auto" w:fill="F8FAF8"/>
            <w:tcMar>
              <w:top w:w="70" w:type="dxa"/>
              <w:left w:w="80" w:type="dxa"/>
              <w:bottom w:w="70" w:type="dxa"/>
              <w:right w:w="80" w:type="dxa"/>
            </w:tcMar>
            <w:vAlign w:val="center"/>
          </w:tcPr>
          <w:p w14:paraId="48992C37" w14:textId="77777777" w:rsidR="00650973" w:rsidRDefault="00080072">
            <w:r>
              <w:rPr>
                <w:rFonts w:ascii="Arial" w:hAnsi="Arial"/>
                <w:sz w:val="21"/>
              </w:rPr>
              <w:t>Pâté de fromage canarien ; New Rustico 8,50 €, Vaquería 2 € repérés.</w:t>
            </w:r>
          </w:p>
        </w:tc>
      </w:tr>
      <w:tr w:rsidR="00650973" w14:paraId="4BFEC8A8" w14:textId="77777777">
        <w:trPr>
          <w:cantSplit/>
          <w:jc w:val="center"/>
        </w:trPr>
        <w:tc>
          <w:tcPr>
            <w:tcW w:w="5103" w:type="dxa"/>
            <w:tcMar>
              <w:top w:w="70" w:type="dxa"/>
              <w:left w:w="80" w:type="dxa"/>
              <w:bottom w:w="70" w:type="dxa"/>
              <w:right w:w="80" w:type="dxa"/>
            </w:tcMar>
            <w:vAlign w:val="center"/>
          </w:tcPr>
          <w:p w14:paraId="7AE2C945" w14:textId="77777777" w:rsidR="00650973" w:rsidRDefault="00080072">
            <w:r>
              <w:rPr>
                <w:rFonts w:ascii="Arial" w:hAnsi="Arial"/>
                <w:sz w:val="21"/>
              </w:rPr>
              <w:t>Ropa vieja</w:t>
            </w:r>
          </w:p>
        </w:tc>
        <w:tc>
          <w:tcPr>
            <w:tcW w:w="5103" w:type="dxa"/>
            <w:tcMar>
              <w:top w:w="70" w:type="dxa"/>
              <w:left w:w="80" w:type="dxa"/>
              <w:bottom w:w="70" w:type="dxa"/>
              <w:right w:w="80" w:type="dxa"/>
            </w:tcMar>
            <w:vAlign w:val="center"/>
          </w:tcPr>
          <w:p w14:paraId="6950634F" w14:textId="77777777" w:rsidR="00650973" w:rsidRDefault="00080072">
            <w:r>
              <w:rPr>
                <w:rFonts w:ascii="Arial" w:hAnsi="Arial"/>
                <w:sz w:val="21"/>
              </w:rPr>
              <w:t>Plat canarien cité à Tasquita et Mojo Picón.</w:t>
            </w:r>
          </w:p>
        </w:tc>
      </w:tr>
      <w:tr w:rsidR="00650973" w14:paraId="058ACAEC" w14:textId="77777777">
        <w:trPr>
          <w:cantSplit/>
          <w:jc w:val="center"/>
        </w:trPr>
        <w:tc>
          <w:tcPr>
            <w:tcW w:w="5103" w:type="dxa"/>
            <w:shd w:val="clear" w:color="auto" w:fill="F8FAF8"/>
            <w:tcMar>
              <w:top w:w="70" w:type="dxa"/>
              <w:left w:w="80" w:type="dxa"/>
              <w:bottom w:w="70" w:type="dxa"/>
              <w:right w:w="80" w:type="dxa"/>
            </w:tcMar>
            <w:vAlign w:val="center"/>
          </w:tcPr>
          <w:p w14:paraId="0864B1A5" w14:textId="77777777" w:rsidR="00650973" w:rsidRDefault="00080072">
            <w:r>
              <w:rPr>
                <w:rFonts w:ascii="Arial" w:hAnsi="Arial"/>
                <w:sz w:val="21"/>
              </w:rPr>
              <w:t>Carne de cabra</w:t>
            </w:r>
          </w:p>
        </w:tc>
        <w:tc>
          <w:tcPr>
            <w:tcW w:w="5103" w:type="dxa"/>
            <w:shd w:val="clear" w:color="auto" w:fill="F8FAF8"/>
            <w:tcMar>
              <w:top w:w="70" w:type="dxa"/>
              <w:left w:w="80" w:type="dxa"/>
              <w:bottom w:w="70" w:type="dxa"/>
              <w:right w:w="80" w:type="dxa"/>
            </w:tcMar>
            <w:vAlign w:val="center"/>
          </w:tcPr>
          <w:p w14:paraId="19FFCDE7" w14:textId="77777777" w:rsidR="00650973" w:rsidRDefault="00080072">
            <w:r>
              <w:rPr>
                <w:rFonts w:ascii="Arial" w:hAnsi="Arial"/>
                <w:sz w:val="21"/>
              </w:rPr>
              <w:t>Viande de chèvre ; Tasquita 14,50 €.</w:t>
            </w:r>
          </w:p>
        </w:tc>
      </w:tr>
      <w:tr w:rsidR="00650973" w14:paraId="045748FF" w14:textId="77777777">
        <w:trPr>
          <w:cantSplit/>
          <w:jc w:val="center"/>
        </w:trPr>
        <w:tc>
          <w:tcPr>
            <w:tcW w:w="5103" w:type="dxa"/>
            <w:tcMar>
              <w:top w:w="70" w:type="dxa"/>
              <w:left w:w="80" w:type="dxa"/>
              <w:bottom w:w="70" w:type="dxa"/>
              <w:right w:w="80" w:type="dxa"/>
            </w:tcMar>
            <w:vAlign w:val="center"/>
          </w:tcPr>
          <w:p w14:paraId="38977575" w14:textId="77777777" w:rsidR="00650973" w:rsidRDefault="00080072">
            <w:r>
              <w:rPr>
                <w:rFonts w:ascii="Arial" w:hAnsi="Arial"/>
                <w:sz w:val="21"/>
              </w:rPr>
              <w:t>Cochino negro</w:t>
            </w:r>
          </w:p>
        </w:tc>
        <w:tc>
          <w:tcPr>
            <w:tcW w:w="5103" w:type="dxa"/>
            <w:tcMar>
              <w:top w:w="70" w:type="dxa"/>
              <w:left w:w="80" w:type="dxa"/>
              <w:bottom w:w="70" w:type="dxa"/>
              <w:right w:w="80" w:type="dxa"/>
            </w:tcMar>
            <w:vAlign w:val="center"/>
          </w:tcPr>
          <w:p w14:paraId="2581EC69" w14:textId="77777777" w:rsidR="00650973" w:rsidRDefault="00080072">
            <w:r>
              <w:rPr>
                <w:rFonts w:ascii="Arial" w:hAnsi="Arial"/>
                <w:sz w:val="21"/>
              </w:rPr>
              <w:t>Spécialité forte de Vaquería.</w:t>
            </w:r>
          </w:p>
        </w:tc>
      </w:tr>
      <w:tr w:rsidR="00650973" w14:paraId="7ADD1D30" w14:textId="77777777">
        <w:trPr>
          <w:cantSplit/>
          <w:jc w:val="center"/>
        </w:trPr>
        <w:tc>
          <w:tcPr>
            <w:tcW w:w="5103" w:type="dxa"/>
            <w:shd w:val="clear" w:color="auto" w:fill="F8FAF8"/>
            <w:tcMar>
              <w:top w:w="70" w:type="dxa"/>
              <w:left w:w="80" w:type="dxa"/>
              <w:bottom w:w="70" w:type="dxa"/>
              <w:right w:w="80" w:type="dxa"/>
            </w:tcMar>
            <w:vAlign w:val="center"/>
          </w:tcPr>
          <w:p w14:paraId="239811BD" w14:textId="77777777" w:rsidR="00650973" w:rsidRDefault="00080072">
            <w:r>
              <w:rPr>
                <w:rFonts w:ascii="Arial" w:hAnsi="Arial"/>
                <w:sz w:val="21"/>
              </w:rPr>
              <w:t>Poulpe / calamars</w:t>
            </w:r>
          </w:p>
        </w:tc>
        <w:tc>
          <w:tcPr>
            <w:tcW w:w="5103" w:type="dxa"/>
            <w:shd w:val="clear" w:color="auto" w:fill="F8FAF8"/>
            <w:tcMar>
              <w:top w:w="70" w:type="dxa"/>
              <w:left w:w="80" w:type="dxa"/>
              <w:bottom w:w="70" w:type="dxa"/>
              <w:right w:w="80" w:type="dxa"/>
            </w:tcMar>
            <w:vAlign w:val="center"/>
          </w:tcPr>
          <w:p w14:paraId="1BED54DB" w14:textId="77777777" w:rsidR="00650973" w:rsidRDefault="00080072">
            <w:r>
              <w:rPr>
                <w:rFonts w:ascii="Arial" w:hAnsi="Arial"/>
                <w:sz w:val="21"/>
              </w:rPr>
              <w:t>Très présents : Tasquita, El Boya, Las Salinas, Campo de Golf, Wapa Tapa.</w:t>
            </w:r>
          </w:p>
        </w:tc>
      </w:tr>
      <w:tr w:rsidR="00650973" w14:paraId="412B9731" w14:textId="77777777">
        <w:trPr>
          <w:cantSplit/>
          <w:jc w:val="center"/>
        </w:trPr>
        <w:tc>
          <w:tcPr>
            <w:tcW w:w="5103" w:type="dxa"/>
            <w:tcMar>
              <w:top w:w="70" w:type="dxa"/>
              <w:left w:w="80" w:type="dxa"/>
              <w:bottom w:w="70" w:type="dxa"/>
              <w:right w:w="80" w:type="dxa"/>
            </w:tcMar>
            <w:vAlign w:val="center"/>
          </w:tcPr>
          <w:p w14:paraId="0FB5AD28" w14:textId="77777777" w:rsidR="00650973" w:rsidRDefault="00080072">
            <w:r>
              <w:rPr>
                <w:rFonts w:ascii="Arial" w:hAnsi="Arial"/>
                <w:sz w:val="21"/>
              </w:rPr>
              <w:t>Fromages canariens</w:t>
            </w:r>
          </w:p>
        </w:tc>
        <w:tc>
          <w:tcPr>
            <w:tcW w:w="5103" w:type="dxa"/>
            <w:tcMar>
              <w:top w:w="70" w:type="dxa"/>
              <w:left w:w="80" w:type="dxa"/>
              <w:bottom w:w="70" w:type="dxa"/>
              <w:right w:w="80" w:type="dxa"/>
            </w:tcMar>
            <w:vAlign w:val="center"/>
          </w:tcPr>
          <w:p w14:paraId="47C08E9A" w14:textId="77777777" w:rsidR="00650973" w:rsidRDefault="00080072">
            <w:r>
              <w:rPr>
                <w:rFonts w:ascii="Arial" w:hAnsi="Arial"/>
                <w:sz w:val="21"/>
              </w:rPr>
              <w:t>Tasquita, Campo de Golf, New Rustico, LoLa et Vaquería.</w:t>
            </w:r>
          </w:p>
        </w:tc>
      </w:tr>
      <w:tr w:rsidR="00650973" w14:paraId="7BDBFB0A" w14:textId="77777777">
        <w:trPr>
          <w:cantSplit/>
          <w:jc w:val="center"/>
        </w:trPr>
        <w:tc>
          <w:tcPr>
            <w:tcW w:w="5103" w:type="dxa"/>
            <w:shd w:val="clear" w:color="auto" w:fill="F8FAF8"/>
            <w:tcMar>
              <w:top w:w="70" w:type="dxa"/>
              <w:left w:w="80" w:type="dxa"/>
              <w:bottom w:w="70" w:type="dxa"/>
              <w:right w:w="80" w:type="dxa"/>
            </w:tcMar>
            <w:vAlign w:val="center"/>
          </w:tcPr>
          <w:p w14:paraId="40540632" w14:textId="77777777" w:rsidR="00650973" w:rsidRDefault="00080072">
            <w:r>
              <w:rPr>
                <w:rFonts w:ascii="Arial" w:hAnsi="Arial"/>
                <w:sz w:val="21"/>
              </w:rPr>
              <w:t>Polvito uruguayo</w:t>
            </w:r>
          </w:p>
        </w:tc>
        <w:tc>
          <w:tcPr>
            <w:tcW w:w="5103" w:type="dxa"/>
            <w:shd w:val="clear" w:color="auto" w:fill="F8FAF8"/>
            <w:tcMar>
              <w:top w:w="70" w:type="dxa"/>
              <w:left w:w="80" w:type="dxa"/>
              <w:bottom w:w="70" w:type="dxa"/>
              <w:right w:w="80" w:type="dxa"/>
            </w:tcMar>
            <w:vAlign w:val="center"/>
          </w:tcPr>
          <w:p w14:paraId="727E8C5F" w14:textId="77777777" w:rsidR="00650973" w:rsidRDefault="00080072">
            <w:r>
              <w:rPr>
                <w:rFonts w:ascii="Arial" w:hAnsi="Arial"/>
                <w:sz w:val="21"/>
              </w:rPr>
              <w:t>Dessert très présent dans le sud : Tasquita 6,50 €, Campo de Golf 6,50 €.</w:t>
            </w:r>
          </w:p>
        </w:tc>
      </w:tr>
      <w:tr w:rsidR="00650973" w14:paraId="7BDAE8A3" w14:textId="77777777">
        <w:trPr>
          <w:cantSplit/>
          <w:jc w:val="center"/>
        </w:trPr>
        <w:tc>
          <w:tcPr>
            <w:tcW w:w="5103" w:type="dxa"/>
            <w:tcMar>
              <w:top w:w="70" w:type="dxa"/>
              <w:left w:w="80" w:type="dxa"/>
              <w:bottom w:w="70" w:type="dxa"/>
              <w:right w:w="80" w:type="dxa"/>
            </w:tcMar>
            <w:vAlign w:val="center"/>
          </w:tcPr>
          <w:p w14:paraId="413AA971" w14:textId="77777777" w:rsidR="00650973" w:rsidRDefault="00080072">
            <w:r>
              <w:rPr>
                <w:rFonts w:ascii="Arial" w:hAnsi="Arial"/>
                <w:sz w:val="21"/>
              </w:rPr>
              <w:lastRenderedPageBreak/>
              <w:t>Vins canariens</w:t>
            </w:r>
          </w:p>
        </w:tc>
        <w:tc>
          <w:tcPr>
            <w:tcW w:w="5103" w:type="dxa"/>
            <w:tcMar>
              <w:top w:w="70" w:type="dxa"/>
              <w:left w:w="80" w:type="dxa"/>
              <w:bottom w:w="70" w:type="dxa"/>
              <w:right w:w="80" w:type="dxa"/>
            </w:tcMar>
            <w:vAlign w:val="center"/>
          </w:tcPr>
          <w:p w14:paraId="028322CE" w14:textId="77777777" w:rsidR="00650973" w:rsidRDefault="00080072">
            <w:r>
              <w:rPr>
                <w:rFonts w:ascii="Arial" w:hAnsi="Arial"/>
                <w:sz w:val="21"/>
              </w:rPr>
              <w:t>Bermejo (Lanzarote), Agala (Gran Canaria), La Geria, Viñátigo, El Grifo, Yaiza, etc.</w:t>
            </w:r>
          </w:p>
        </w:tc>
      </w:tr>
    </w:tbl>
    <w:p w14:paraId="181BB114" w14:textId="77777777" w:rsidR="00650973" w:rsidRDefault="00650973">
      <w:pPr>
        <w:spacing w:after="40"/>
      </w:pPr>
    </w:p>
    <w:p w14:paraId="7964FA0B" w14:textId="77777777" w:rsidR="00650973" w:rsidRDefault="00080072">
      <w:pPr>
        <w:pStyle w:val="Titre1"/>
        <w:pageBreakBefore/>
        <w:spacing w:before="200" w:after="80"/>
      </w:pPr>
      <w:bookmarkStart w:id="4" w:name="section_4"/>
      <w:r>
        <w:rPr>
          <w:rFonts w:ascii="Arial" w:hAnsi="Arial"/>
          <w:color w:val="2F6B4F"/>
          <w:sz w:val="36"/>
        </w:rPr>
        <w:lastRenderedPageBreak/>
        <w:t>4. AUTRES RESTAURANTS</w:t>
      </w:r>
      <w:bookmarkEnd w:id="4"/>
    </w:p>
    <w:p w14:paraId="31D97786" w14:textId="77777777" w:rsidR="00650973" w:rsidRDefault="00080072">
      <w:pPr>
        <w:spacing w:after="80"/>
      </w:pPr>
      <w:hyperlink w:anchor="sommaire">
        <w:r>
          <w:t>↩</w:t>
        </w:r>
        <w:r>
          <w:t xml:space="preserve"> Retour au sommaire</w:t>
        </w:r>
      </w:hyperlink>
    </w:p>
    <w:tbl>
      <w:tblPr>
        <w:tblStyle w:val="Grilledutableau"/>
        <w:tblW w:w="0" w:type="auto"/>
        <w:jc w:val="center"/>
        <w:tblLook w:val="04A0" w:firstRow="1" w:lastRow="0" w:firstColumn="1" w:lastColumn="0" w:noHBand="0" w:noVBand="1"/>
      </w:tblPr>
      <w:tblGrid>
        <w:gridCol w:w="3402"/>
        <w:gridCol w:w="3402"/>
        <w:gridCol w:w="3402"/>
      </w:tblGrid>
      <w:tr w:rsidR="00650973" w14:paraId="0512C32A" w14:textId="77777777">
        <w:trPr>
          <w:cantSplit/>
          <w:tblHeader/>
          <w:jc w:val="center"/>
        </w:trPr>
        <w:tc>
          <w:tcPr>
            <w:tcW w:w="3402" w:type="dxa"/>
            <w:shd w:val="clear" w:color="auto" w:fill="2F6B4F"/>
            <w:tcMar>
              <w:top w:w="70" w:type="dxa"/>
              <w:left w:w="80" w:type="dxa"/>
              <w:bottom w:w="70" w:type="dxa"/>
              <w:right w:w="80" w:type="dxa"/>
            </w:tcMar>
            <w:vAlign w:val="center"/>
          </w:tcPr>
          <w:p w14:paraId="7ECB2F82" w14:textId="77777777" w:rsidR="00650973" w:rsidRDefault="00080072">
            <w:pPr>
              <w:jc w:val="center"/>
            </w:pPr>
            <w:r>
              <w:rPr>
                <w:rFonts w:ascii="Arial" w:hAnsi="Arial"/>
                <w:b/>
                <w:color w:val="FFFFFF"/>
                <w:sz w:val="20"/>
              </w:rPr>
              <w:t>Type</w:t>
            </w:r>
          </w:p>
        </w:tc>
        <w:tc>
          <w:tcPr>
            <w:tcW w:w="3402" w:type="dxa"/>
            <w:shd w:val="clear" w:color="auto" w:fill="2F6B4F"/>
            <w:tcMar>
              <w:top w:w="70" w:type="dxa"/>
              <w:left w:w="80" w:type="dxa"/>
              <w:bottom w:w="70" w:type="dxa"/>
              <w:right w:w="80" w:type="dxa"/>
            </w:tcMar>
            <w:vAlign w:val="center"/>
          </w:tcPr>
          <w:p w14:paraId="53EA9AA4" w14:textId="77777777" w:rsidR="00650973" w:rsidRDefault="00080072">
            <w:pPr>
              <w:jc w:val="center"/>
            </w:pPr>
            <w:r>
              <w:rPr>
                <w:rFonts w:ascii="Arial" w:hAnsi="Arial"/>
                <w:b/>
                <w:color w:val="FFFFFF"/>
                <w:sz w:val="20"/>
              </w:rPr>
              <w:t>Établissement</w:t>
            </w:r>
          </w:p>
        </w:tc>
        <w:tc>
          <w:tcPr>
            <w:tcW w:w="3402" w:type="dxa"/>
            <w:shd w:val="clear" w:color="auto" w:fill="2F6B4F"/>
            <w:tcMar>
              <w:top w:w="70" w:type="dxa"/>
              <w:left w:w="80" w:type="dxa"/>
              <w:bottom w:w="70" w:type="dxa"/>
              <w:right w:w="80" w:type="dxa"/>
            </w:tcMar>
            <w:vAlign w:val="center"/>
          </w:tcPr>
          <w:p w14:paraId="6A3B6EB3" w14:textId="77777777" w:rsidR="00650973" w:rsidRDefault="00080072">
            <w:pPr>
              <w:jc w:val="center"/>
            </w:pPr>
            <w:r>
              <w:rPr>
                <w:rFonts w:ascii="Arial" w:hAnsi="Arial"/>
                <w:b/>
                <w:color w:val="FFFFFF"/>
                <w:sz w:val="20"/>
              </w:rPr>
              <w:t>Intérêt</w:t>
            </w:r>
          </w:p>
        </w:tc>
      </w:tr>
      <w:tr w:rsidR="00650973" w14:paraId="079D2FFB" w14:textId="77777777">
        <w:trPr>
          <w:cantSplit/>
          <w:jc w:val="center"/>
        </w:trPr>
        <w:tc>
          <w:tcPr>
            <w:tcW w:w="3402" w:type="dxa"/>
            <w:tcMar>
              <w:top w:w="70" w:type="dxa"/>
              <w:left w:w="80" w:type="dxa"/>
              <w:bottom w:w="70" w:type="dxa"/>
              <w:right w:w="80" w:type="dxa"/>
            </w:tcMar>
            <w:vAlign w:val="center"/>
          </w:tcPr>
          <w:p w14:paraId="3BD5D895" w14:textId="77777777" w:rsidR="00650973" w:rsidRDefault="00080072">
            <w:r>
              <w:rPr>
                <w:rFonts w:ascii="Arial" w:hAnsi="Arial"/>
                <w:sz w:val="20"/>
              </w:rPr>
              <w:t>Grill / viandes</w:t>
            </w:r>
          </w:p>
        </w:tc>
        <w:tc>
          <w:tcPr>
            <w:tcW w:w="3402" w:type="dxa"/>
            <w:tcMar>
              <w:top w:w="70" w:type="dxa"/>
              <w:left w:w="80" w:type="dxa"/>
              <w:bottom w:w="70" w:type="dxa"/>
              <w:right w:w="80" w:type="dxa"/>
            </w:tcMar>
            <w:vAlign w:val="center"/>
          </w:tcPr>
          <w:p w14:paraId="15E29A0F" w14:textId="77777777" w:rsidR="00650973" w:rsidRDefault="00080072">
            <w:r>
              <w:rPr>
                <w:rFonts w:ascii="Arial" w:hAnsi="Arial"/>
                <w:sz w:val="20"/>
              </w:rPr>
              <w:t>El Palmero</w:t>
            </w:r>
          </w:p>
        </w:tc>
        <w:tc>
          <w:tcPr>
            <w:tcW w:w="3402" w:type="dxa"/>
            <w:tcMar>
              <w:top w:w="70" w:type="dxa"/>
              <w:left w:w="80" w:type="dxa"/>
              <w:bottom w:w="70" w:type="dxa"/>
              <w:right w:w="80" w:type="dxa"/>
            </w:tcMar>
            <w:vAlign w:val="center"/>
          </w:tcPr>
          <w:p w14:paraId="313CE154" w14:textId="77777777" w:rsidR="00650973" w:rsidRDefault="00080072">
            <w:r>
              <w:rPr>
                <w:rFonts w:ascii="Arial" w:hAnsi="Arial"/>
                <w:sz w:val="20"/>
              </w:rPr>
              <w:t>Très proche ; grillades, poulet, porc, bœuf, plat du jour.</w:t>
            </w:r>
          </w:p>
        </w:tc>
      </w:tr>
      <w:tr w:rsidR="00650973" w14:paraId="5DC364E7" w14:textId="77777777">
        <w:trPr>
          <w:cantSplit/>
          <w:jc w:val="center"/>
        </w:trPr>
        <w:tc>
          <w:tcPr>
            <w:tcW w:w="3402" w:type="dxa"/>
            <w:shd w:val="clear" w:color="auto" w:fill="F8FAF8"/>
            <w:tcMar>
              <w:top w:w="70" w:type="dxa"/>
              <w:left w:w="80" w:type="dxa"/>
              <w:bottom w:w="70" w:type="dxa"/>
              <w:right w:w="80" w:type="dxa"/>
            </w:tcMar>
            <w:vAlign w:val="center"/>
          </w:tcPr>
          <w:p w14:paraId="34466934" w14:textId="77777777" w:rsidR="00650973" w:rsidRDefault="00080072">
            <w:r>
              <w:rPr>
                <w:rFonts w:ascii="Arial" w:hAnsi="Arial"/>
                <w:sz w:val="20"/>
              </w:rPr>
              <w:t>Tapas méditerranéennes</w:t>
            </w:r>
          </w:p>
        </w:tc>
        <w:tc>
          <w:tcPr>
            <w:tcW w:w="3402" w:type="dxa"/>
            <w:shd w:val="clear" w:color="auto" w:fill="F8FAF8"/>
            <w:tcMar>
              <w:top w:w="70" w:type="dxa"/>
              <w:left w:w="80" w:type="dxa"/>
              <w:bottom w:w="70" w:type="dxa"/>
              <w:right w:w="80" w:type="dxa"/>
            </w:tcMar>
            <w:vAlign w:val="center"/>
          </w:tcPr>
          <w:p w14:paraId="0C3ED280" w14:textId="77777777" w:rsidR="00650973" w:rsidRDefault="00080072">
            <w:r>
              <w:rPr>
                <w:rFonts w:ascii="Arial" w:hAnsi="Arial"/>
                <w:sz w:val="20"/>
              </w:rPr>
              <w:t>The New Rustico Maspalomas</w:t>
            </w:r>
          </w:p>
        </w:tc>
        <w:tc>
          <w:tcPr>
            <w:tcW w:w="3402" w:type="dxa"/>
            <w:shd w:val="clear" w:color="auto" w:fill="F8FAF8"/>
            <w:tcMar>
              <w:top w:w="70" w:type="dxa"/>
              <w:left w:w="80" w:type="dxa"/>
              <w:bottom w:w="70" w:type="dxa"/>
              <w:right w:w="80" w:type="dxa"/>
            </w:tcMar>
            <w:vAlign w:val="center"/>
          </w:tcPr>
          <w:p w14:paraId="611E2D79" w14:textId="77777777" w:rsidR="00650973" w:rsidRDefault="00080072">
            <w:r>
              <w:rPr>
                <w:rFonts w:ascii="Arial" w:hAnsi="Arial"/>
                <w:sz w:val="20"/>
              </w:rPr>
              <w:t>Tapas travaillées, touches canariennes, soirée à deux.</w:t>
            </w:r>
          </w:p>
        </w:tc>
      </w:tr>
      <w:tr w:rsidR="00650973" w14:paraId="747F7D93" w14:textId="77777777">
        <w:trPr>
          <w:cantSplit/>
          <w:jc w:val="center"/>
        </w:trPr>
        <w:tc>
          <w:tcPr>
            <w:tcW w:w="3402" w:type="dxa"/>
            <w:tcMar>
              <w:top w:w="70" w:type="dxa"/>
              <w:left w:w="80" w:type="dxa"/>
              <w:bottom w:w="70" w:type="dxa"/>
              <w:right w:w="80" w:type="dxa"/>
            </w:tcMar>
            <w:vAlign w:val="center"/>
          </w:tcPr>
          <w:p w14:paraId="2C02EBFA" w14:textId="77777777" w:rsidR="00650973" w:rsidRDefault="00080072">
            <w:r>
              <w:rPr>
                <w:rFonts w:ascii="Arial" w:hAnsi="Arial"/>
                <w:sz w:val="20"/>
              </w:rPr>
              <w:t>International / polyvalent</w:t>
            </w:r>
          </w:p>
        </w:tc>
        <w:tc>
          <w:tcPr>
            <w:tcW w:w="3402" w:type="dxa"/>
            <w:tcMar>
              <w:top w:w="70" w:type="dxa"/>
              <w:left w:w="80" w:type="dxa"/>
              <w:bottom w:w="70" w:type="dxa"/>
              <w:right w:w="80" w:type="dxa"/>
            </w:tcMar>
            <w:vAlign w:val="center"/>
          </w:tcPr>
          <w:p w14:paraId="0723AB8B" w14:textId="77777777" w:rsidR="00650973" w:rsidRDefault="00080072">
            <w:r>
              <w:rPr>
                <w:rFonts w:ascii="Arial" w:hAnsi="Arial"/>
                <w:sz w:val="20"/>
              </w:rPr>
              <w:t>Campo de Golf</w:t>
            </w:r>
          </w:p>
        </w:tc>
        <w:tc>
          <w:tcPr>
            <w:tcW w:w="3402" w:type="dxa"/>
            <w:tcMar>
              <w:top w:w="70" w:type="dxa"/>
              <w:left w:w="80" w:type="dxa"/>
              <w:bottom w:w="70" w:type="dxa"/>
              <w:right w:w="80" w:type="dxa"/>
            </w:tcMar>
            <w:vAlign w:val="center"/>
          </w:tcPr>
          <w:p w14:paraId="7E789F2D" w14:textId="77777777" w:rsidR="00650973" w:rsidRDefault="00080072">
            <w:r>
              <w:rPr>
                <w:rFonts w:ascii="Arial" w:hAnsi="Arial"/>
                <w:sz w:val="20"/>
              </w:rPr>
              <w:t>Petit-déjeuner, poissons, viandes, pâtes, pizzas, paella, vins.</w:t>
            </w:r>
          </w:p>
        </w:tc>
      </w:tr>
      <w:tr w:rsidR="00650973" w14:paraId="4F3F418D" w14:textId="77777777">
        <w:trPr>
          <w:cantSplit/>
          <w:jc w:val="center"/>
        </w:trPr>
        <w:tc>
          <w:tcPr>
            <w:tcW w:w="3402" w:type="dxa"/>
            <w:shd w:val="clear" w:color="auto" w:fill="F8FAF8"/>
            <w:tcMar>
              <w:top w:w="70" w:type="dxa"/>
              <w:left w:w="80" w:type="dxa"/>
              <w:bottom w:w="70" w:type="dxa"/>
              <w:right w:w="80" w:type="dxa"/>
            </w:tcMar>
            <w:vAlign w:val="center"/>
          </w:tcPr>
          <w:p w14:paraId="5A0176E6" w14:textId="77777777" w:rsidR="00650973" w:rsidRDefault="00080072">
            <w:r>
              <w:rPr>
                <w:rFonts w:ascii="Arial" w:hAnsi="Arial"/>
                <w:sz w:val="20"/>
              </w:rPr>
              <w:t>Food market</w:t>
            </w:r>
          </w:p>
        </w:tc>
        <w:tc>
          <w:tcPr>
            <w:tcW w:w="3402" w:type="dxa"/>
            <w:shd w:val="clear" w:color="auto" w:fill="F8FAF8"/>
            <w:tcMar>
              <w:top w:w="70" w:type="dxa"/>
              <w:left w:w="80" w:type="dxa"/>
              <w:bottom w:w="70" w:type="dxa"/>
              <w:right w:w="80" w:type="dxa"/>
            </w:tcMar>
            <w:vAlign w:val="center"/>
          </w:tcPr>
          <w:p w14:paraId="053B3132" w14:textId="77777777" w:rsidR="00650973" w:rsidRDefault="00080072">
            <w:r>
              <w:rPr>
                <w:rFonts w:ascii="Arial" w:hAnsi="Arial"/>
                <w:sz w:val="20"/>
              </w:rPr>
              <w:t>Mercado del Nomad / Holidayworld</w:t>
            </w:r>
          </w:p>
        </w:tc>
        <w:tc>
          <w:tcPr>
            <w:tcW w:w="3402" w:type="dxa"/>
            <w:shd w:val="clear" w:color="auto" w:fill="F8FAF8"/>
            <w:tcMar>
              <w:top w:w="70" w:type="dxa"/>
              <w:left w:w="80" w:type="dxa"/>
              <w:bottom w:w="70" w:type="dxa"/>
              <w:right w:w="80" w:type="dxa"/>
            </w:tcMar>
            <w:vAlign w:val="center"/>
          </w:tcPr>
          <w:p w14:paraId="4ADB0442" w14:textId="77777777" w:rsidR="00650973" w:rsidRDefault="00080072">
            <w:r>
              <w:rPr>
                <w:rFonts w:ascii="Arial" w:hAnsi="Arial"/>
                <w:sz w:val="20"/>
              </w:rPr>
              <w:t>12 options, choix varié pour un groupe.</w:t>
            </w:r>
          </w:p>
        </w:tc>
      </w:tr>
      <w:tr w:rsidR="00650973" w14:paraId="6A87BCF7" w14:textId="77777777">
        <w:trPr>
          <w:cantSplit/>
          <w:jc w:val="center"/>
        </w:trPr>
        <w:tc>
          <w:tcPr>
            <w:tcW w:w="3402" w:type="dxa"/>
            <w:tcMar>
              <w:top w:w="70" w:type="dxa"/>
              <w:left w:w="80" w:type="dxa"/>
              <w:bottom w:w="70" w:type="dxa"/>
              <w:right w:w="80" w:type="dxa"/>
            </w:tcMar>
            <w:vAlign w:val="center"/>
          </w:tcPr>
          <w:p w14:paraId="48C29570" w14:textId="77777777" w:rsidR="00650973" w:rsidRDefault="00080072">
            <w:r>
              <w:rPr>
                <w:rFonts w:ascii="Arial" w:hAnsi="Arial"/>
                <w:sz w:val="20"/>
              </w:rPr>
              <w:t>Suisse / international</w:t>
            </w:r>
          </w:p>
        </w:tc>
        <w:tc>
          <w:tcPr>
            <w:tcW w:w="3402" w:type="dxa"/>
            <w:tcMar>
              <w:top w:w="70" w:type="dxa"/>
              <w:left w:w="80" w:type="dxa"/>
              <w:bottom w:w="70" w:type="dxa"/>
              <w:right w:w="80" w:type="dxa"/>
            </w:tcMar>
            <w:vAlign w:val="center"/>
          </w:tcPr>
          <w:p w14:paraId="6BEBD402" w14:textId="77777777" w:rsidR="00650973" w:rsidRDefault="00080072">
            <w:r>
              <w:rPr>
                <w:rFonts w:ascii="Arial" w:hAnsi="Arial"/>
                <w:sz w:val="20"/>
              </w:rPr>
              <w:t>DREAMS</w:t>
            </w:r>
          </w:p>
        </w:tc>
        <w:tc>
          <w:tcPr>
            <w:tcW w:w="3402" w:type="dxa"/>
            <w:tcMar>
              <w:top w:w="70" w:type="dxa"/>
              <w:left w:w="80" w:type="dxa"/>
              <w:bottom w:w="70" w:type="dxa"/>
              <w:right w:w="80" w:type="dxa"/>
            </w:tcMar>
            <w:vAlign w:val="center"/>
          </w:tcPr>
          <w:p w14:paraId="51314743" w14:textId="77777777" w:rsidR="00650973" w:rsidRDefault="00080072">
            <w:r>
              <w:rPr>
                <w:rFonts w:ascii="Arial" w:hAnsi="Arial"/>
                <w:sz w:val="20"/>
              </w:rPr>
              <w:t>Fondues, cordon bleu, grill, gins.</w:t>
            </w:r>
          </w:p>
        </w:tc>
      </w:tr>
      <w:tr w:rsidR="00650973" w14:paraId="40F38105" w14:textId="77777777">
        <w:trPr>
          <w:cantSplit/>
          <w:jc w:val="center"/>
        </w:trPr>
        <w:tc>
          <w:tcPr>
            <w:tcW w:w="3402" w:type="dxa"/>
            <w:shd w:val="clear" w:color="auto" w:fill="F8FAF8"/>
            <w:tcMar>
              <w:top w:w="70" w:type="dxa"/>
              <w:left w:w="80" w:type="dxa"/>
              <w:bottom w:w="70" w:type="dxa"/>
              <w:right w:w="80" w:type="dxa"/>
            </w:tcMar>
            <w:vAlign w:val="center"/>
          </w:tcPr>
          <w:p w14:paraId="74693195" w14:textId="77777777" w:rsidR="00650973" w:rsidRDefault="00080072">
            <w:r>
              <w:rPr>
                <w:rFonts w:ascii="Arial" w:hAnsi="Arial"/>
                <w:sz w:val="20"/>
              </w:rPr>
              <w:t>Créatif contemporain</w:t>
            </w:r>
          </w:p>
        </w:tc>
        <w:tc>
          <w:tcPr>
            <w:tcW w:w="3402" w:type="dxa"/>
            <w:shd w:val="clear" w:color="auto" w:fill="F8FAF8"/>
            <w:tcMar>
              <w:top w:w="70" w:type="dxa"/>
              <w:left w:w="80" w:type="dxa"/>
              <w:bottom w:w="70" w:type="dxa"/>
              <w:right w:w="80" w:type="dxa"/>
            </w:tcMar>
            <w:vAlign w:val="center"/>
          </w:tcPr>
          <w:p w14:paraId="02A029E1" w14:textId="77777777" w:rsidR="00650973" w:rsidRDefault="00080072">
            <w:r>
              <w:rPr>
                <w:rFonts w:ascii="Arial" w:hAnsi="Arial"/>
                <w:sz w:val="20"/>
              </w:rPr>
              <w:t>LoLa</w:t>
            </w:r>
          </w:p>
        </w:tc>
        <w:tc>
          <w:tcPr>
            <w:tcW w:w="3402" w:type="dxa"/>
            <w:shd w:val="clear" w:color="auto" w:fill="F8FAF8"/>
            <w:tcMar>
              <w:top w:w="70" w:type="dxa"/>
              <w:left w:w="80" w:type="dxa"/>
              <w:bottom w:w="70" w:type="dxa"/>
              <w:right w:w="80" w:type="dxa"/>
            </w:tcMar>
            <w:vAlign w:val="center"/>
          </w:tcPr>
          <w:p w14:paraId="55733CE2" w14:textId="77777777" w:rsidR="00650973" w:rsidRDefault="00080072">
            <w:r>
              <w:rPr>
                <w:rFonts w:ascii="Arial" w:hAnsi="Arial"/>
                <w:sz w:val="20"/>
              </w:rPr>
              <w:t>Cuisine élaborée, vins canariens, cocktails.</w:t>
            </w:r>
          </w:p>
        </w:tc>
      </w:tr>
      <w:tr w:rsidR="00650973" w14:paraId="21DC5C50" w14:textId="77777777">
        <w:trPr>
          <w:cantSplit/>
          <w:jc w:val="center"/>
        </w:trPr>
        <w:tc>
          <w:tcPr>
            <w:tcW w:w="3402" w:type="dxa"/>
            <w:tcMar>
              <w:top w:w="70" w:type="dxa"/>
              <w:left w:w="80" w:type="dxa"/>
              <w:bottom w:w="70" w:type="dxa"/>
              <w:right w:w="80" w:type="dxa"/>
            </w:tcMar>
            <w:vAlign w:val="center"/>
          </w:tcPr>
          <w:p w14:paraId="58A98245" w14:textId="77777777" w:rsidR="00650973" w:rsidRDefault="00080072">
            <w:r>
              <w:rPr>
                <w:rFonts w:ascii="Arial" w:hAnsi="Arial"/>
                <w:sz w:val="20"/>
              </w:rPr>
              <w:t>Tapas espagnoles / internationales</w:t>
            </w:r>
          </w:p>
        </w:tc>
        <w:tc>
          <w:tcPr>
            <w:tcW w:w="3402" w:type="dxa"/>
            <w:tcMar>
              <w:top w:w="70" w:type="dxa"/>
              <w:left w:w="80" w:type="dxa"/>
              <w:bottom w:w="70" w:type="dxa"/>
              <w:right w:w="80" w:type="dxa"/>
            </w:tcMar>
            <w:vAlign w:val="center"/>
          </w:tcPr>
          <w:p w14:paraId="79F768A8" w14:textId="77777777" w:rsidR="00650973" w:rsidRDefault="00080072">
            <w:r>
              <w:rPr>
                <w:rFonts w:ascii="Arial" w:hAnsi="Arial"/>
                <w:sz w:val="20"/>
              </w:rPr>
              <w:t>Wapa Tapa</w:t>
            </w:r>
          </w:p>
        </w:tc>
        <w:tc>
          <w:tcPr>
            <w:tcW w:w="3402" w:type="dxa"/>
            <w:tcMar>
              <w:top w:w="70" w:type="dxa"/>
              <w:left w:w="80" w:type="dxa"/>
              <w:bottom w:w="70" w:type="dxa"/>
              <w:right w:w="80" w:type="dxa"/>
            </w:tcMar>
            <w:vAlign w:val="center"/>
          </w:tcPr>
          <w:p w14:paraId="2376DBD6" w14:textId="77777777" w:rsidR="00650973" w:rsidRDefault="00080072">
            <w:r>
              <w:rPr>
                <w:rFonts w:ascii="Arial" w:hAnsi="Arial"/>
                <w:sz w:val="20"/>
              </w:rPr>
              <w:t>Très grande carte de tapas, vins et cocktails.</w:t>
            </w:r>
          </w:p>
        </w:tc>
      </w:tr>
    </w:tbl>
    <w:p w14:paraId="1DCE2C0D" w14:textId="77777777" w:rsidR="00650973" w:rsidRDefault="00650973">
      <w:pPr>
        <w:spacing w:after="40"/>
      </w:pPr>
    </w:p>
    <w:p w14:paraId="097CB10A" w14:textId="77777777" w:rsidR="00650973" w:rsidRDefault="00080072">
      <w:pPr>
        <w:pStyle w:val="Titre2"/>
        <w:spacing w:before="160" w:after="80"/>
      </w:pPr>
      <w:r>
        <w:rPr>
          <w:rFonts w:ascii="Arial" w:hAnsi="Arial"/>
          <w:color w:val="C97A2B"/>
          <w:sz w:val="28"/>
        </w:rPr>
        <w:t>4.1 Restaurante Grill El Palmero</w:t>
      </w:r>
    </w:p>
    <w:tbl>
      <w:tblPr>
        <w:tblStyle w:val="Grilledutableau"/>
        <w:tblW w:w="0" w:type="auto"/>
        <w:jc w:val="center"/>
        <w:tblLook w:val="04A0" w:firstRow="1" w:lastRow="0" w:firstColumn="1" w:lastColumn="0" w:noHBand="0" w:noVBand="1"/>
      </w:tblPr>
      <w:tblGrid>
        <w:gridCol w:w="5103"/>
        <w:gridCol w:w="5103"/>
      </w:tblGrid>
      <w:tr w:rsidR="00650973" w14:paraId="5D9D51B1" w14:textId="77777777">
        <w:trPr>
          <w:cantSplit/>
          <w:tblHeader/>
          <w:jc w:val="center"/>
        </w:trPr>
        <w:tc>
          <w:tcPr>
            <w:tcW w:w="5103" w:type="dxa"/>
            <w:shd w:val="clear" w:color="auto" w:fill="2F6B4F"/>
            <w:tcMar>
              <w:top w:w="70" w:type="dxa"/>
              <w:left w:w="80" w:type="dxa"/>
              <w:bottom w:w="70" w:type="dxa"/>
              <w:right w:w="80" w:type="dxa"/>
            </w:tcMar>
            <w:vAlign w:val="center"/>
          </w:tcPr>
          <w:p w14:paraId="0FA07699" w14:textId="77777777" w:rsidR="00650973" w:rsidRDefault="00080072">
            <w:pPr>
              <w:jc w:val="center"/>
            </w:pPr>
            <w:r>
              <w:rPr>
                <w:rFonts w:ascii="Arial" w:hAnsi="Arial"/>
                <w:b/>
                <w:noProof/>
                <w:color w:val="FFFFFF"/>
              </w:rPr>
              <w:drawing>
                <wp:inline distT="0" distB="0" distL="0" distR="0" wp14:anchorId="59778725" wp14:editId="59886B09">
                  <wp:extent cx="2808000" cy="374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d78521-617a-4fd1-9c58-9e5a57a57313.jpg"/>
                          <pic:cNvPicPr/>
                        </pic:nvPicPr>
                        <pic:blipFill>
                          <a:blip r:embed="rId19"/>
                          <a:stretch>
                            <a:fillRect/>
                          </a:stretch>
                        </pic:blipFill>
                        <pic:spPr>
                          <a:xfrm>
                            <a:off x="0" y="0"/>
                            <a:ext cx="2808000" cy="3744000"/>
                          </a:xfrm>
                          <a:prstGeom prst="rect">
                            <a:avLst/>
                          </a:prstGeom>
                        </pic:spPr>
                      </pic:pic>
                    </a:graphicData>
                  </a:graphic>
                </wp:inline>
              </w:drawing>
            </w:r>
          </w:p>
          <w:p w14:paraId="19F27445" w14:textId="77777777" w:rsidR="00650973" w:rsidRDefault="00080072">
            <w:pPr>
              <w:jc w:val="center"/>
            </w:pPr>
            <w:r>
              <w:rPr>
                <w:rFonts w:ascii="Arial" w:hAnsi="Arial"/>
                <w:b/>
                <w:i/>
                <w:color w:val="FFFFFF"/>
              </w:rPr>
              <w:t>Façade / terrasse</w:t>
            </w:r>
          </w:p>
        </w:tc>
        <w:tc>
          <w:tcPr>
            <w:tcW w:w="5103" w:type="dxa"/>
            <w:shd w:val="clear" w:color="auto" w:fill="2F6B4F"/>
            <w:tcMar>
              <w:top w:w="70" w:type="dxa"/>
              <w:left w:w="80" w:type="dxa"/>
              <w:bottom w:w="70" w:type="dxa"/>
              <w:right w:w="80" w:type="dxa"/>
            </w:tcMar>
            <w:vAlign w:val="center"/>
          </w:tcPr>
          <w:p w14:paraId="056346BF" w14:textId="77777777" w:rsidR="00650973" w:rsidRDefault="00080072">
            <w:pPr>
              <w:jc w:val="center"/>
            </w:pPr>
            <w:r>
              <w:rPr>
                <w:rFonts w:ascii="Arial" w:hAnsi="Arial"/>
                <w:b/>
                <w:noProof/>
                <w:color w:val="FFFFFF"/>
              </w:rPr>
              <w:drawing>
                <wp:inline distT="0" distB="0" distL="0" distR="0" wp14:anchorId="617F14E1" wp14:editId="6350E90F">
                  <wp:extent cx="2808000" cy="374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ff8290-aa13-4d24-930b-72354f1838c9.jpg"/>
                          <pic:cNvPicPr/>
                        </pic:nvPicPr>
                        <pic:blipFill>
                          <a:blip r:embed="rId20"/>
                          <a:stretch>
                            <a:fillRect/>
                          </a:stretch>
                        </pic:blipFill>
                        <pic:spPr>
                          <a:xfrm>
                            <a:off x="0" y="0"/>
                            <a:ext cx="2808000" cy="3744000"/>
                          </a:xfrm>
                          <a:prstGeom prst="rect">
                            <a:avLst/>
                          </a:prstGeom>
                        </pic:spPr>
                      </pic:pic>
                    </a:graphicData>
                  </a:graphic>
                </wp:inline>
              </w:drawing>
            </w:r>
          </w:p>
          <w:p w14:paraId="4C9DD265" w14:textId="77777777" w:rsidR="00650973" w:rsidRDefault="00080072">
            <w:pPr>
              <w:jc w:val="center"/>
            </w:pPr>
            <w:r>
              <w:rPr>
                <w:rFonts w:ascii="Arial" w:hAnsi="Arial"/>
                <w:b/>
                <w:i/>
                <w:color w:val="FFFFFF"/>
              </w:rPr>
              <w:t>Carte française fournie dans le chat</w:t>
            </w:r>
          </w:p>
        </w:tc>
      </w:tr>
    </w:tbl>
    <w:p w14:paraId="7753EDCE" w14:textId="77777777" w:rsidR="00650973" w:rsidRDefault="00650973">
      <w:pPr>
        <w:spacing w:after="20"/>
      </w:pPr>
    </w:p>
    <w:p w14:paraId="69D6F75D" w14:textId="77777777" w:rsidR="00650973" w:rsidRDefault="00080072">
      <w:pPr>
        <w:spacing w:after="80"/>
      </w:pPr>
      <w:r>
        <w:rPr>
          <w:sz w:val="18"/>
        </w:rPr>
        <w:t>Av. Touroperador Neckermann 3. Très proche de Dunaflor Verde. Téléphone visible sur l’enseigne : 928 582 289. Le site indiqué sur l’enseigne : restaurantegrillelpalmero.es.</w:t>
      </w:r>
    </w:p>
    <w:tbl>
      <w:tblPr>
        <w:tblStyle w:val="Grilledutableau"/>
        <w:tblW w:w="0" w:type="auto"/>
        <w:jc w:val="center"/>
        <w:tblLook w:val="04A0" w:firstRow="1" w:lastRow="0" w:firstColumn="1" w:lastColumn="0" w:noHBand="0" w:noVBand="1"/>
      </w:tblPr>
      <w:tblGrid>
        <w:gridCol w:w="5103"/>
        <w:gridCol w:w="5103"/>
      </w:tblGrid>
      <w:tr w:rsidR="00650973" w14:paraId="0043E5E8" w14:textId="77777777">
        <w:trPr>
          <w:cantSplit/>
          <w:tblHeader/>
          <w:jc w:val="center"/>
        </w:trPr>
        <w:tc>
          <w:tcPr>
            <w:tcW w:w="5103" w:type="dxa"/>
            <w:shd w:val="clear" w:color="auto" w:fill="2F6B4F"/>
            <w:tcMar>
              <w:top w:w="70" w:type="dxa"/>
              <w:left w:w="80" w:type="dxa"/>
              <w:bottom w:w="70" w:type="dxa"/>
              <w:right w:w="80" w:type="dxa"/>
            </w:tcMar>
            <w:vAlign w:val="center"/>
          </w:tcPr>
          <w:p w14:paraId="76DC8A9E" w14:textId="77777777" w:rsidR="00650973" w:rsidRDefault="00080072">
            <w:pPr>
              <w:jc w:val="center"/>
            </w:pPr>
            <w:r>
              <w:rPr>
                <w:rFonts w:ascii="Arial" w:hAnsi="Arial"/>
                <w:b/>
                <w:color w:val="FFFFFF"/>
                <w:sz w:val="21"/>
              </w:rPr>
              <w:t>Viandes / plats</w:t>
            </w:r>
          </w:p>
        </w:tc>
        <w:tc>
          <w:tcPr>
            <w:tcW w:w="5103" w:type="dxa"/>
            <w:shd w:val="clear" w:color="auto" w:fill="2F6B4F"/>
            <w:tcMar>
              <w:top w:w="70" w:type="dxa"/>
              <w:left w:w="80" w:type="dxa"/>
              <w:bottom w:w="70" w:type="dxa"/>
              <w:right w:w="80" w:type="dxa"/>
            </w:tcMar>
            <w:vAlign w:val="center"/>
          </w:tcPr>
          <w:p w14:paraId="05BEB574" w14:textId="77777777" w:rsidR="00650973" w:rsidRDefault="00080072">
            <w:pPr>
              <w:jc w:val="center"/>
            </w:pPr>
            <w:r>
              <w:rPr>
                <w:rFonts w:ascii="Arial" w:hAnsi="Arial"/>
                <w:b/>
                <w:color w:val="FFFFFF"/>
                <w:sz w:val="21"/>
              </w:rPr>
              <w:t>Prix</w:t>
            </w:r>
          </w:p>
        </w:tc>
      </w:tr>
      <w:tr w:rsidR="00650973" w14:paraId="4435D470" w14:textId="77777777">
        <w:trPr>
          <w:cantSplit/>
          <w:jc w:val="center"/>
        </w:trPr>
        <w:tc>
          <w:tcPr>
            <w:tcW w:w="5103" w:type="dxa"/>
            <w:tcMar>
              <w:top w:w="70" w:type="dxa"/>
              <w:left w:w="80" w:type="dxa"/>
              <w:bottom w:w="70" w:type="dxa"/>
              <w:right w:w="80" w:type="dxa"/>
            </w:tcMar>
            <w:vAlign w:val="center"/>
          </w:tcPr>
          <w:p w14:paraId="47D7A2B0" w14:textId="77777777" w:rsidR="00650973" w:rsidRDefault="00080072">
            <w:r>
              <w:rPr>
                <w:rFonts w:ascii="Arial" w:hAnsi="Arial"/>
                <w:sz w:val="21"/>
              </w:rPr>
              <w:t>Demi-poulet rôti + garniture</w:t>
            </w:r>
          </w:p>
        </w:tc>
        <w:tc>
          <w:tcPr>
            <w:tcW w:w="5103" w:type="dxa"/>
            <w:tcMar>
              <w:top w:w="70" w:type="dxa"/>
              <w:left w:w="80" w:type="dxa"/>
              <w:bottom w:w="70" w:type="dxa"/>
              <w:right w:w="80" w:type="dxa"/>
            </w:tcMar>
            <w:vAlign w:val="center"/>
          </w:tcPr>
          <w:p w14:paraId="368916A0" w14:textId="77777777" w:rsidR="00650973" w:rsidRDefault="00080072">
            <w:r>
              <w:rPr>
                <w:rFonts w:ascii="Arial" w:hAnsi="Arial"/>
                <w:sz w:val="21"/>
              </w:rPr>
              <w:t>9,50 €</w:t>
            </w:r>
          </w:p>
        </w:tc>
      </w:tr>
      <w:tr w:rsidR="00650973" w14:paraId="46AEA41E" w14:textId="77777777">
        <w:trPr>
          <w:cantSplit/>
          <w:jc w:val="center"/>
        </w:trPr>
        <w:tc>
          <w:tcPr>
            <w:tcW w:w="5103" w:type="dxa"/>
            <w:shd w:val="clear" w:color="auto" w:fill="F8FAF8"/>
            <w:tcMar>
              <w:top w:w="70" w:type="dxa"/>
              <w:left w:w="80" w:type="dxa"/>
              <w:bottom w:w="70" w:type="dxa"/>
              <w:right w:w="80" w:type="dxa"/>
            </w:tcMar>
            <w:vAlign w:val="center"/>
          </w:tcPr>
          <w:p w14:paraId="60239E22" w14:textId="77777777" w:rsidR="00650973" w:rsidRDefault="00080072">
            <w:r>
              <w:rPr>
                <w:rFonts w:ascii="Arial" w:hAnsi="Arial"/>
                <w:sz w:val="21"/>
              </w:rPr>
              <w:t>Côte de porc</w:t>
            </w:r>
          </w:p>
        </w:tc>
        <w:tc>
          <w:tcPr>
            <w:tcW w:w="5103" w:type="dxa"/>
            <w:shd w:val="clear" w:color="auto" w:fill="F8FAF8"/>
            <w:tcMar>
              <w:top w:w="70" w:type="dxa"/>
              <w:left w:w="80" w:type="dxa"/>
              <w:bottom w:w="70" w:type="dxa"/>
              <w:right w:w="80" w:type="dxa"/>
            </w:tcMar>
            <w:vAlign w:val="center"/>
          </w:tcPr>
          <w:p w14:paraId="51766933" w14:textId="77777777" w:rsidR="00650973" w:rsidRDefault="00080072">
            <w:r>
              <w:rPr>
                <w:rFonts w:ascii="Arial" w:hAnsi="Arial"/>
                <w:sz w:val="21"/>
              </w:rPr>
              <w:t>22,50 €/kg</w:t>
            </w:r>
          </w:p>
        </w:tc>
      </w:tr>
      <w:tr w:rsidR="00650973" w14:paraId="56ACFE76" w14:textId="77777777">
        <w:trPr>
          <w:cantSplit/>
          <w:jc w:val="center"/>
        </w:trPr>
        <w:tc>
          <w:tcPr>
            <w:tcW w:w="5103" w:type="dxa"/>
            <w:tcMar>
              <w:top w:w="70" w:type="dxa"/>
              <w:left w:w="80" w:type="dxa"/>
              <w:bottom w:w="70" w:type="dxa"/>
              <w:right w:w="80" w:type="dxa"/>
            </w:tcMar>
            <w:vAlign w:val="center"/>
          </w:tcPr>
          <w:p w14:paraId="34DADD87" w14:textId="77777777" w:rsidR="00650973" w:rsidRDefault="00080072">
            <w:r>
              <w:rPr>
                <w:rFonts w:ascii="Arial" w:hAnsi="Arial"/>
                <w:sz w:val="21"/>
              </w:rPr>
              <w:lastRenderedPageBreak/>
              <w:t>Côtelette de porc</w:t>
            </w:r>
          </w:p>
        </w:tc>
        <w:tc>
          <w:tcPr>
            <w:tcW w:w="5103" w:type="dxa"/>
            <w:tcMar>
              <w:top w:w="70" w:type="dxa"/>
              <w:left w:w="80" w:type="dxa"/>
              <w:bottom w:w="70" w:type="dxa"/>
              <w:right w:w="80" w:type="dxa"/>
            </w:tcMar>
            <w:vAlign w:val="center"/>
          </w:tcPr>
          <w:p w14:paraId="4B715A96" w14:textId="77777777" w:rsidR="00650973" w:rsidRDefault="00080072">
            <w:r>
              <w:rPr>
                <w:rFonts w:ascii="Arial" w:hAnsi="Arial"/>
                <w:sz w:val="21"/>
              </w:rPr>
              <w:t>22,50 €/kg</w:t>
            </w:r>
          </w:p>
        </w:tc>
      </w:tr>
      <w:tr w:rsidR="00650973" w14:paraId="0E42DDF9" w14:textId="77777777">
        <w:trPr>
          <w:cantSplit/>
          <w:jc w:val="center"/>
        </w:trPr>
        <w:tc>
          <w:tcPr>
            <w:tcW w:w="5103" w:type="dxa"/>
            <w:shd w:val="clear" w:color="auto" w:fill="F8FAF8"/>
            <w:tcMar>
              <w:top w:w="70" w:type="dxa"/>
              <w:left w:w="80" w:type="dxa"/>
              <w:bottom w:w="70" w:type="dxa"/>
              <w:right w:w="80" w:type="dxa"/>
            </w:tcMar>
            <w:vAlign w:val="center"/>
          </w:tcPr>
          <w:p w14:paraId="45AAEA21" w14:textId="77777777" w:rsidR="00650973" w:rsidRDefault="00080072">
            <w:r>
              <w:rPr>
                <w:rFonts w:ascii="Arial" w:hAnsi="Arial"/>
                <w:sz w:val="21"/>
              </w:rPr>
              <w:t>Côtelettes d’agneau</w:t>
            </w:r>
          </w:p>
        </w:tc>
        <w:tc>
          <w:tcPr>
            <w:tcW w:w="5103" w:type="dxa"/>
            <w:shd w:val="clear" w:color="auto" w:fill="F8FAF8"/>
            <w:tcMar>
              <w:top w:w="70" w:type="dxa"/>
              <w:left w:w="80" w:type="dxa"/>
              <w:bottom w:w="70" w:type="dxa"/>
              <w:right w:w="80" w:type="dxa"/>
            </w:tcMar>
            <w:vAlign w:val="center"/>
          </w:tcPr>
          <w:p w14:paraId="48E4D818" w14:textId="77777777" w:rsidR="00650973" w:rsidRDefault="00080072">
            <w:r>
              <w:rPr>
                <w:rFonts w:ascii="Arial" w:hAnsi="Arial"/>
                <w:sz w:val="21"/>
              </w:rPr>
              <w:t>43,50 €/kg</w:t>
            </w:r>
          </w:p>
        </w:tc>
      </w:tr>
      <w:tr w:rsidR="00650973" w14:paraId="4283E654" w14:textId="77777777">
        <w:trPr>
          <w:cantSplit/>
          <w:jc w:val="center"/>
        </w:trPr>
        <w:tc>
          <w:tcPr>
            <w:tcW w:w="5103" w:type="dxa"/>
            <w:tcMar>
              <w:top w:w="70" w:type="dxa"/>
              <w:left w:w="80" w:type="dxa"/>
              <w:bottom w:w="70" w:type="dxa"/>
              <w:right w:w="80" w:type="dxa"/>
            </w:tcMar>
            <w:vAlign w:val="center"/>
          </w:tcPr>
          <w:p w14:paraId="364A5759" w14:textId="77777777" w:rsidR="00650973" w:rsidRDefault="00080072">
            <w:r>
              <w:rPr>
                <w:rFonts w:ascii="Arial" w:hAnsi="Arial"/>
                <w:sz w:val="21"/>
              </w:rPr>
              <w:t>Steak de porc</w:t>
            </w:r>
          </w:p>
        </w:tc>
        <w:tc>
          <w:tcPr>
            <w:tcW w:w="5103" w:type="dxa"/>
            <w:tcMar>
              <w:top w:w="70" w:type="dxa"/>
              <w:left w:w="80" w:type="dxa"/>
              <w:bottom w:w="70" w:type="dxa"/>
              <w:right w:w="80" w:type="dxa"/>
            </w:tcMar>
            <w:vAlign w:val="center"/>
          </w:tcPr>
          <w:p w14:paraId="5D05CC85" w14:textId="77777777" w:rsidR="00650973" w:rsidRDefault="00080072">
            <w:r>
              <w:rPr>
                <w:rFonts w:ascii="Arial" w:hAnsi="Arial"/>
                <w:sz w:val="21"/>
              </w:rPr>
              <w:t>22,50 €/kg</w:t>
            </w:r>
          </w:p>
        </w:tc>
      </w:tr>
      <w:tr w:rsidR="00650973" w14:paraId="799D0642" w14:textId="77777777">
        <w:trPr>
          <w:cantSplit/>
          <w:jc w:val="center"/>
        </w:trPr>
        <w:tc>
          <w:tcPr>
            <w:tcW w:w="5103" w:type="dxa"/>
            <w:shd w:val="clear" w:color="auto" w:fill="F8FAF8"/>
            <w:tcMar>
              <w:top w:w="70" w:type="dxa"/>
              <w:left w:w="80" w:type="dxa"/>
              <w:bottom w:w="70" w:type="dxa"/>
              <w:right w:w="80" w:type="dxa"/>
            </w:tcMar>
            <w:vAlign w:val="center"/>
          </w:tcPr>
          <w:p w14:paraId="59280074" w14:textId="77777777" w:rsidR="00650973" w:rsidRDefault="00080072">
            <w:r>
              <w:rPr>
                <w:rFonts w:ascii="Arial" w:hAnsi="Arial"/>
                <w:sz w:val="21"/>
              </w:rPr>
              <w:t>Filet mignon de porc + garniture</w:t>
            </w:r>
          </w:p>
        </w:tc>
        <w:tc>
          <w:tcPr>
            <w:tcW w:w="5103" w:type="dxa"/>
            <w:shd w:val="clear" w:color="auto" w:fill="F8FAF8"/>
            <w:tcMar>
              <w:top w:w="70" w:type="dxa"/>
              <w:left w:w="80" w:type="dxa"/>
              <w:bottom w:w="70" w:type="dxa"/>
              <w:right w:w="80" w:type="dxa"/>
            </w:tcMar>
            <w:vAlign w:val="center"/>
          </w:tcPr>
          <w:p w14:paraId="6EA6371B" w14:textId="77777777" w:rsidR="00650973" w:rsidRDefault="00080072">
            <w:r>
              <w:rPr>
                <w:rFonts w:ascii="Arial" w:hAnsi="Arial"/>
                <w:sz w:val="21"/>
              </w:rPr>
              <w:t>18,20 €</w:t>
            </w:r>
          </w:p>
        </w:tc>
      </w:tr>
      <w:tr w:rsidR="00650973" w14:paraId="1C7FDE65" w14:textId="77777777">
        <w:trPr>
          <w:cantSplit/>
          <w:jc w:val="center"/>
        </w:trPr>
        <w:tc>
          <w:tcPr>
            <w:tcW w:w="5103" w:type="dxa"/>
            <w:tcMar>
              <w:top w:w="70" w:type="dxa"/>
              <w:left w:w="80" w:type="dxa"/>
              <w:bottom w:w="70" w:type="dxa"/>
              <w:right w:w="80" w:type="dxa"/>
            </w:tcMar>
            <w:vAlign w:val="center"/>
          </w:tcPr>
          <w:p w14:paraId="18061122" w14:textId="77777777" w:rsidR="00650973" w:rsidRDefault="00080072">
            <w:r>
              <w:rPr>
                <w:rFonts w:ascii="Arial" w:hAnsi="Arial"/>
                <w:sz w:val="21"/>
              </w:rPr>
              <w:t>Filet mignon de bœuf + garniture</w:t>
            </w:r>
          </w:p>
        </w:tc>
        <w:tc>
          <w:tcPr>
            <w:tcW w:w="5103" w:type="dxa"/>
            <w:tcMar>
              <w:top w:w="70" w:type="dxa"/>
              <w:left w:w="80" w:type="dxa"/>
              <w:bottom w:w="70" w:type="dxa"/>
              <w:right w:w="80" w:type="dxa"/>
            </w:tcMar>
            <w:vAlign w:val="center"/>
          </w:tcPr>
          <w:p w14:paraId="3BCC0245" w14:textId="77777777" w:rsidR="00650973" w:rsidRDefault="00080072">
            <w:r>
              <w:rPr>
                <w:rFonts w:ascii="Arial" w:hAnsi="Arial"/>
                <w:sz w:val="21"/>
              </w:rPr>
              <w:t>23,50 €</w:t>
            </w:r>
          </w:p>
        </w:tc>
      </w:tr>
      <w:tr w:rsidR="00650973" w14:paraId="2AA1C06C" w14:textId="77777777">
        <w:trPr>
          <w:cantSplit/>
          <w:jc w:val="center"/>
        </w:trPr>
        <w:tc>
          <w:tcPr>
            <w:tcW w:w="5103" w:type="dxa"/>
            <w:shd w:val="clear" w:color="auto" w:fill="F8FAF8"/>
            <w:tcMar>
              <w:top w:w="70" w:type="dxa"/>
              <w:left w:w="80" w:type="dxa"/>
              <w:bottom w:w="70" w:type="dxa"/>
              <w:right w:w="80" w:type="dxa"/>
            </w:tcMar>
            <w:vAlign w:val="center"/>
          </w:tcPr>
          <w:p w14:paraId="70838D8C" w14:textId="77777777" w:rsidR="00650973" w:rsidRDefault="00080072">
            <w:r>
              <w:rPr>
                <w:rFonts w:ascii="Arial" w:hAnsi="Arial"/>
                <w:sz w:val="21"/>
              </w:rPr>
              <w:t>Entrecôte + garniture</w:t>
            </w:r>
          </w:p>
        </w:tc>
        <w:tc>
          <w:tcPr>
            <w:tcW w:w="5103" w:type="dxa"/>
            <w:shd w:val="clear" w:color="auto" w:fill="F8FAF8"/>
            <w:tcMar>
              <w:top w:w="70" w:type="dxa"/>
              <w:left w:w="80" w:type="dxa"/>
              <w:bottom w:w="70" w:type="dxa"/>
              <w:right w:w="80" w:type="dxa"/>
            </w:tcMar>
            <w:vAlign w:val="center"/>
          </w:tcPr>
          <w:p w14:paraId="01DA314B" w14:textId="77777777" w:rsidR="00650973" w:rsidRDefault="00080072">
            <w:r>
              <w:rPr>
                <w:rFonts w:ascii="Arial" w:hAnsi="Arial"/>
                <w:sz w:val="21"/>
              </w:rPr>
              <w:t>21,70 €</w:t>
            </w:r>
          </w:p>
        </w:tc>
      </w:tr>
      <w:tr w:rsidR="00650973" w14:paraId="0D3737D0" w14:textId="77777777">
        <w:trPr>
          <w:cantSplit/>
          <w:jc w:val="center"/>
        </w:trPr>
        <w:tc>
          <w:tcPr>
            <w:tcW w:w="5103" w:type="dxa"/>
            <w:tcMar>
              <w:top w:w="70" w:type="dxa"/>
              <w:left w:w="80" w:type="dxa"/>
              <w:bottom w:w="70" w:type="dxa"/>
              <w:right w:w="80" w:type="dxa"/>
            </w:tcMar>
            <w:vAlign w:val="center"/>
          </w:tcPr>
          <w:p w14:paraId="1A5FAF3A" w14:textId="77777777" w:rsidR="00650973" w:rsidRDefault="00080072">
            <w:r>
              <w:rPr>
                <w:rFonts w:ascii="Arial" w:hAnsi="Arial"/>
                <w:sz w:val="21"/>
              </w:rPr>
              <w:t>Secreto ibérico Premium</w:t>
            </w:r>
          </w:p>
        </w:tc>
        <w:tc>
          <w:tcPr>
            <w:tcW w:w="5103" w:type="dxa"/>
            <w:tcMar>
              <w:top w:w="70" w:type="dxa"/>
              <w:left w:w="80" w:type="dxa"/>
              <w:bottom w:w="70" w:type="dxa"/>
              <w:right w:w="80" w:type="dxa"/>
            </w:tcMar>
            <w:vAlign w:val="center"/>
          </w:tcPr>
          <w:p w14:paraId="63D21331" w14:textId="77777777" w:rsidR="00650973" w:rsidRDefault="00080072">
            <w:r>
              <w:rPr>
                <w:rFonts w:ascii="Arial" w:hAnsi="Arial"/>
                <w:sz w:val="21"/>
              </w:rPr>
              <w:t>22,50 €</w:t>
            </w:r>
          </w:p>
        </w:tc>
      </w:tr>
      <w:tr w:rsidR="00650973" w14:paraId="7EAF2B27" w14:textId="77777777">
        <w:trPr>
          <w:cantSplit/>
          <w:jc w:val="center"/>
        </w:trPr>
        <w:tc>
          <w:tcPr>
            <w:tcW w:w="5103" w:type="dxa"/>
            <w:shd w:val="clear" w:color="auto" w:fill="F8FAF8"/>
            <w:tcMar>
              <w:top w:w="70" w:type="dxa"/>
              <w:left w:w="80" w:type="dxa"/>
              <w:bottom w:w="70" w:type="dxa"/>
              <w:right w:w="80" w:type="dxa"/>
            </w:tcMar>
            <w:vAlign w:val="center"/>
          </w:tcPr>
          <w:p w14:paraId="1A64E774" w14:textId="77777777" w:rsidR="00650973" w:rsidRDefault="00080072">
            <w:r>
              <w:rPr>
                <w:rFonts w:ascii="Arial" w:hAnsi="Arial"/>
                <w:sz w:val="21"/>
              </w:rPr>
              <w:t>Grillade mixte pour 2</w:t>
            </w:r>
          </w:p>
        </w:tc>
        <w:tc>
          <w:tcPr>
            <w:tcW w:w="5103" w:type="dxa"/>
            <w:shd w:val="clear" w:color="auto" w:fill="F8FAF8"/>
            <w:tcMar>
              <w:top w:w="70" w:type="dxa"/>
              <w:left w:w="80" w:type="dxa"/>
              <w:bottom w:w="70" w:type="dxa"/>
              <w:right w:w="80" w:type="dxa"/>
            </w:tcMar>
            <w:vAlign w:val="center"/>
          </w:tcPr>
          <w:p w14:paraId="2C100C28" w14:textId="77777777" w:rsidR="00650973" w:rsidRDefault="00080072">
            <w:r>
              <w:rPr>
                <w:rFonts w:ascii="Arial" w:hAnsi="Arial"/>
                <w:sz w:val="21"/>
              </w:rPr>
              <w:t>26,90 €</w:t>
            </w:r>
          </w:p>
        </w:tc>
      </w:tr>
      <w:tr w:rsidR="00650973" w14:paraId="3928D063" w14:textId="77777777">
        <w:trPr>
          <w:cantSplit/>
          <w:jc w:val="center"/>
        </w:trPr>
        <w:tc>
          <w:tcPr>
            <w:tcW w:w="5103" w:type="dxa"/>
            <w:tcMar>
              <w:top w:w="70" w:type="dxa"/>
              <w:left w:w="80" w:type="dxa"/>
              <w:bottom w:w="70" w:type="dxa"/>
              <w:right w:w="80" w:type="dxa"/>
            </w:tcMar>
            <w:vAlign w:val="center"/>
          </w:tcPr>
          <w:p w14:paraId="21176218" w14:textId="77777777" w:rsidR="00650973" w:rsidRDefault="00080072">
            <w:r>
              <w:rPr>
                <w:rFonts w:ascii="Arial" w:hAnsi="Arial"/>
                <w:sz w:val="21"/>
              </w:rPr>
              <w:t>Grillade légumes + filet/entrecôte pour 2</w:t>
            </w:r>
          </w:p>
        </w:tc>
        <w:tc>
          <w:tcPr>
            <w:tcW w:w="5103" w:type="dxa"/>
            <w:tcMar>
              <w:top w:w="70" w:type="dxa"/>
              <w:left w:w="80" w:type="dxa"/>
              <w:bottom w:w="70" w:type="dxa"/>
              <w:right w:w="80" w:type="dxa"/>
            </w:tcMar>
            <w:vAlign w:val="center"/>
          </w:tcPr>
          <w:p w14:paraId="191AEDFD" w14:textId="77777777" w:rsidR="00650973" w:rsidRDefault="00080072">
            <w:r>
              <w:rPr>
                <w:rFonts w:ascii="Arial" w:hAnsi="Arial"/>
                <w:sz w:val="21"/>
              </w:rPr>
              <w:t>28,70 €</w:t>
            </w:r>
          </w:p>
        </w:tc>
      </w:tr>
      <w:tr w:rsidR="00650973" w14:paraId="327FD9E5" w14:textId="77777777">
        <w:trPr>
          <w:cantSplit/>
          <w:jc w:val="center"/>
        </w:trPr>
        <w:tc>
          <w:tcPr>
            <w:tcW w:w="5103" w:type="dxa"/>
            <w:shd w:val="clear" w:color="auto" w:fill="F8FAF8"/>
            <w:tcMar>
              <w:top w:w="70" w:type="dxa"/>
              <w:left w:w="80" w:type="dxa"/>
              <w:bottom w:w="70" w:type="dxa"/>
              <w:right w:w="80" w:type="dxa"/>
            </w:tcMar>
            <w:vAlign w:val="center"/>
          </w:tcPr>
          <w:p w14:paraId="6DCF38C2" w14:textId="77777777" w:rsidR="00650973" w:rsidRDefault="00080072">
            <w:r>
              <w:rPr>
                <w:rFonts w:ascii="Arial" w:hAnsi="Arial"/>
                <w:sz w:val="21"/>
              </w:rPr>
              <w:t>Assortiment grillé El Palmero pour 4</w:t>
            </w:r>
          </w:p>
        </w:tc>
        <w:tc>
          <w:tcPr>
            <w:tcW w:w="5103" w:type="dxa"/>
            <w:shd w:val="clear" w:color="auto" w:fill="F8FAF8"/>
            <w:tcMar>
              <w:top w:w="70" w:type="dxa"/>
              <w:left w:w="80" w:type="dxa"/>
              <w:bottom w:w="70" w:type="dxa"/>
              <w:right w:w="80" w:type="dxa"/>
            </w:tcMar>
            <w:vAlign w:val="center"/>
          </w:tcPr>
          <w:p w14:paraId="41C15FAA" w14:textId="77777777" w:rsidR="00650973" w:rsidRDefault="00080072">
            <w:r>
              <w:rPr>
                <w:rFonts w:ascii="Arial" w:hAnsi="Arial"/>
                <w:sz w:val="21"/>
              </w:rPr>
              <w:t>46,90 €</w:t>
            </w:r>
          </w:p>
        </w:tc>
      </w:tr>
      <w:tr w:rsidR="00650973" w14:paraId="4F8CBD96" w14:textId="77777777">
        <w:trPr>
          <w:cantSplit/>
          <w:jc w:val="center"/>
        </w:trPr>
        <w:tc>
          <w:tcPr>
            <w:tcW w:w="5103" w:type="dxa"/>
            <w:tcMar>
              <w:top w:w="70" w:type="dxa"/>
              <w:left w:w="80" w:type="dxa"/>
              <w:bottom w:w="70" w:type="dxa"/>
              <w:right w:w="80" w:type="dxa"/>
            </w:tcMar>
            <w:vAlign w:val="center"/>
          </w:tcPr>
          <w:p w14:paraId="6DD6F790" w14:textId="77777777" w:rsidR="00650973" w:rsidRDefault="00080072">
            <w:r>
              <w:rPr>
                <w:rFonts w:ascii="Arial" w:hAnsi="Arial"/>
                <w:sz w:val="21"/>
              </w:rPr>
              <w:t>1/2 poulet à emporter</w:t>
            </w:r>
          </w:p>
        </w:tc>
        <w:tc>
          <w:tcPr>
            <w:tcW w:w="5103" w:type="dxa"/>
            <w:tcMar>
              <w:top w:w="70" w:type="dxa"/>
              <w:left w:w="80" w:type="dxa"/>
              <w:bottom w:w="70" w:type="dxa"/>
              <w:right w:w="80" w:type="dxa"/>
            </w:tcMar>
            <w:vAlign w:val="center"/>
          </w:tcPr>
          <w:p w14:paraId="6AE43331" w14:textId="77777777" w:rsidR="00650973" w:rsidRDefault="00080072">
            <w:r>
              <w:rPr>
                <w:rFonts w:ascii="Arial" w:hAnsi="Arial"/>
                <w:sz w:val="21"/>
              </w:rPr>
              <w:t>6,80 €</w:t>
            </w:r>
          </w:p>
        </w:tc>
      </w:tr>
      <w:tr w:rsidR="00650973" w14:paraId="7B4C0E13" w14:textId="77777777">
        <w:trPr>
          <w:cantSplit/>
          <w:jc w:val="center"/>
        </w:trPr>
        <w:tc>
          <w:tcPr>
            <w:tcW w:w="5103" w:type="dxa"/>
            <w:shd w:val="clear" w:color="auto" w:fill="F8FAF8"/>
            <w:tcMar>
              <w:top w:w="70" w:type="dxa"/>
              <w:left w:w="80" w:type="dxa"/>
              <w:bottom w:w="70" w:type="dxa"/>
              <w:right w:w="80" w:type="dxa"/>
            </w:tcMar>
            <w:vAlign w:val="center"/>
          </w:tcPr>
          <w:p w14:paraId="6551F4CA" w14:textId="77777777" w:rsidR="00650973" w:rsidRDefault="00080072">
            <w:r>
              <w:rPr>
                <w:rFonts w:ascii="Arial" w:hAnsi="Arial"/>
                <w:sz w:val="21"/>
              </w:rPr>
              <w:t>Croquettes assorties</w:t>
            </w:r>
          </w:p>
        </w:tc>
        <w:tc>
          <w:tcPr>
            <w:tcW w:w="5103" w:type="dxa"/>
            <w:shd w:val="clear" w:color="auto" w:fill="F8FAF8"/>
            <w:tcMar>
              <w:top w:w="70" w:type="dxa"/>
              <w:left w:w="80" w:type="dxa"/>
              <w:bottom w:w="70" w:type="dxa"/>
              <w:right w:w="80" w:type="dxa"/>
            </w:tcMar>
            <w:vAlign w:val="center"/>
          </w:tcPr>
          <w:p w14:paraId="1428C64C" w14:textId="77777777" w:rsidR="00650973" w:rsidRDefault="00080072">
            <w:r>
              <w:rPr>
                <w:rFonts w:ascii="Arial" w:hAnsi="Arial"/>
                <w:sz w:val="21"/>
              </w:rPr>
              <w:t>8,50 €</w:t>
            </w:r>
          </w:p>
        </w:tc>
      </w:tr>
      <w:tr w:rsidR="00650973" w14:paraId="678FDD1A" w14:textId="77777777">
        <w:trPr>
          <w:cantSplit/>
          <w:jc w:val="center"/>
        </w:trPr>
        <w:tc>
          <w:tcPr>
            <w:tcW w:w="5103" w:type="dxa"/>
            <w:tcMar>
              <w:top w:w="70" w:type="dxa"/>
              <w:left w:w="80" w:type="dxa"/>
              <w:bottom w:w="70" w:type="dxa"/>
              <w:right w:w="80" w:type="dxa"/>
            </w:tcMar>
            <w:vAlign w:val="center"/>
          </w:tcPr>
          <w:p w14:paraId="2FC4DF25" w14:textId="77777777" w:rsidR="00650973" w:rsidRDefault="00080072">
            <w:r>
              <w:rPr>
                <w:rFonts w:ascii="Arial" w:hAnsi="Arial"/>
                <w:sz w:val="21"/>
              </w:rPr>
              <w:t>Escalope mixte + garniture</w:t>
            </w:r>
          </w:p>
        </w:tc>
        <w:tc>
          <w:tcPr>
            <w:tcW w:w="5103" w:type="dxa"/>
            <w:tcMar>
              <w:top w:w="70" w:type="dxa"/>
              <w:left w:w="80" w:type="dxa"/>
              <w:bottom w:w="70" w:type="dxa"/>
              <w:right w:w="80" w:type="dxa"/>
            </w:tcMar>
            <w:vAlign w:val="center"/>
          </w:tcPr>
          <w:p w14:paraId="2EB16C2E" w14:textId="77777777" w:rsidR="00650973" w:rsidRDefault="00080072">
            <w:r>
              <w:rPr>
                <w:rFonts w:ascii="Arial" w:hAnsi="Arial"/>
                <w:sz w:val="21"/>
              </w:rPr>
              <w:t>11,00 €</w:t>
            </w:r>
          </w:p>
        </w:tc>
      </w:tr>
      <w:tr w:rsidR="00650973" w14:paraId="65CB28AA" w14:textId="77777777">
        <w:trPr>
          <w:cantSplit/>
          <w:jc w:val="center"/>
        </w:trPr>
        <w:tc>
          <w:tcPr>
            <w:tcW w:w="5103" w:type="dxa"/>
            <w:shd w:val="clear" w:color="auto" w:fill="F8FAF8"/>
            <w:tcMar>
              <w:top w:w="70" w:type="dxa"/>
              <w:left w:w="80" w:type="dxa"/>
              <w:bottom w:w="70" w:type="dxa"/>
              <w:right w:w="80" w:type="dxa"/>
            </w:tcMar>
            <w:vAlign w:val="center"/>
          </w:tcPr>
          <w:p w14:paraId="152217B9" w14:textId="77777777" w:rsidR="00650973" w:rsidRDefault="00080072">
            <w:r>
              <w:rPr>
                <w:rFonts w:ascii="Arial" w:hAnsi="Arial"/>
                <w:sz w:val="21"/>
              </w:rPr>
              <w:t>Escalope de filet mignon</w:t>
            </w:r>
          </w:p>
        </w:tc>
        <w:tc>
          <w:tcPr>
            <w:tcW w:w="5103" w:type="dxa"/>
            <w:shd w:val="clear" w:color="auto" w:fill="F8FAF8"/>
            <w:tcMar>
              <w:top w:w="70" w:type="dxa"/>
              <w:left w:w="80" w:type="dxa"/>
              <w:bottom w:w="70" w:type="dxa"/>
              <w:right w:w="80" w:type="dxa"/>
            </w:tcMar>
            <w:vAlign w:val="center"/>
          </w:tcPr>
          <w:p w14:paraId="57F4CF8D" w14:textId="77777777" w:rsidR="00650973" w:rsidRDefault="00080072">
            <w:r>
              <w:rPr>
                <w:rFonts w:ascii="Arial" w:hAnsi="Arial"/>
                <w:sz w:val="21"/>
              </w:rPr>
              <w:t>16,60 €</w:t>
            </w:r>
          </w:p>
        </w:tc>
      </w:tr>
      <w:tr w:rsidR="00650973" w14:paraId="58DB1350" w14:textId="77777777">
        <w:trPr>
          <w:cantSplit/>
          <w:jc w:val="center"/>
        </w:trPr>
        <w:tc>
          <w:tcPr>
            <w:tcW w:w="5103" w:type="dxa"/>
            <w:tcMar>
              <w:top w:w="70" w:type="dxa"/>
              <w:left w:w="80" w:type="dxa"/>
              <w:bottom w:w="70" w:type="dxa"/>
              <w:right w:w="80" w:type="dxa"/>
            </w:tcMar>
            <w:vAlign w:val="center"/>
          </w:tcPr>
          <w:p w14:paraId="3DE3F6CC" w14:textId="77777777" w:rsidR="00650973" w:rsidRDefault="00080072">
            <w:r>
              <w:rPr>
                <w:rFonts w:ascii="Arial" w:hAnsi="Arial"/>
                <w:sz w:val="21"/>
              </w:rPr>
              <w:t>Plat du jour</w:t>
            </w:r>
          </w:p>
        </w:tc>
        <w:tc>
          <w:tcPr>
            <w:tcW w:w="5103" w:type="dxa"/>
            <w:tcMar>
              <w:top w:w="70" w:type="dxa"/>
              <w:left w:w="80" w:type="dxa"/>
              <w:bottom w:w="70" w:type="dxa"/>
              <w:right w:w="80" w:type="dxa"/>
            </w:tcMar>
            <w:vAlign w:val="center"/>
          </w:tcPr>
          <w:p w14:paraId="6D7FBF4E" w14:textId="77777777" w:rsidR="00650973" w:rsidRDefault="00080072">
            <w:r>
              <w:rPr>
                <w:rFonts w:ascii="Arial" w:hAnsi="Arial"/>
                <w:sz w:val="21"/>
              </w:rPr>
              <w:t>8,50 € demi-portion / 14,50 € portion</w:t>
            </w:r>
          </w:p>
        </w:tc>
      </w:tr>
      <w:tr w:rsidR="00650973" w14:paraId="42917CB0" w14:textId="77777777">
        <w:trPr>
          <w:cantSplit/>
          <w:jc w:val="center"/>
        </w:trPr>
        <w:tc>
          <w:tcPr>
            <w:tcW w:w="5103" w:type="dxa"/>
            <w:shd w:val="clear" w:color="auto" w:fill="F8FAF8"/>
            <w:tcMar>
              <w:top w:w="70" w:type="dxa"/>
              <w:left w:w="80" w:type="dxa"/>
              <w:bottom w:w="70" w:type="dxa"/>
              <w:right w:w="80" w:type="dxa"/>
            </w:tcMar>
            <w:vAlign w:val="center"/>
          </w:tcPr>
          <w:p w14:paraId="6780C731" w14:textId="77777777" w:rsidR="00650973" w:rsidRDefault="00080072">
            <w:r>
              <w:rPr>
                <w:rFonts w:ascii="Arial" w:hAnsi="Arial"/>
                <w:sz w:val="21"/>
              </w:rPr>
              <w:t>Grillade de légumes</w:t>
            </w:r>
          </w:p>
        </w:tc>
        <w:tc>
          <w:tcPr>
            <w:tcW w:w="5103" w:type="dxa"/>
            <w:shd w:val="clear" w:color="auto" w:fill="F8FAF8"/>
            <w:tcMar>
              <w:top w:w="70" w:type="dxa"/>
              <w:left w:w="80" w:type="dxa"/>
              <w:bottom w:w="70" w:type="dxa"/>
              <w:right w:w="80" w:type="dxa"/>
            </w:tcMar>
            <w:vAlign w:val="center"/>
          </w:tcPr>
          <w:p w14:paraId="5266888D" w14:textId="77777777" w:rsidR="00650973" w:rsidRDefault="00080072">
            <w:r>
              <w:rPr>
                <w:rFonts w:ascii="Arial" w:hAnsi="Arial"/>
                <w:sz w:val="21"/>
              </w:rPr>
              <w:t>11,00 €</w:t>
            </w:r>
          </w:p>
        </w:tc>
      </w:tr>
    </w:tbl>
    <w:p w14:paraId="62694241" w14:textId="77777777" w:rsidR="00650973" w:rsidRDefault="00650973">
      <w:pPr>
        <w:spacing w:after="40"/>
      </w:pPr>
    </w:p>
    <w:p w14:paraId="7B1F9B0A" w14:textId="77777777" w:rsidR="00650973" w:rsidRDefault="00080072">
      <w:pPr>
        <w:spacing w:after="80"/>
      </w:pPr>
      <w:r>
        <w:rPr>
          <w:sz w:val="18"/>
        </w:rPr>
        <w:t>Garnitures relevées : salade 3,50 € ; frites avec garniture 3 € ; papas arrugadas avec garniture 3 € ; panier de pommes de terre sévillanes 2,50 € ; poivrons 3 € ; portion de frites 3,50 € ; portion 3/4 4,50 € ; papas arrugadas 5,20 € ; papas locas petites 7,90 € ; pommes de terre sévillanes garniture 3 €.</w:t>
      </w:r>
    </w:p>
    <w:p w14:paraId="068BD043" w14:textId="77777777" w:rsidR="00650973" w:rsidRDefault="00080072">
      <w:pPr>
        <w:spacing w:after="80"/>
      </w:pPr>
      <w:r>
        <w:rPr>
          <w:sz w:val="18"/>
        </w:rPr>
        <w:t>Sauces et pain : pain 1,20 € ; mojo rojo 2,50 € ; mojo rojo piquant 2,50 € ; mojo verde coriandre 2,50 € ; aïoli 2,50 €.</w:t>
      </w:r>
    </w:p>
    <w:p w14:paraId="3CC1571B" w14:textId="77777777" w:rsidR="00650973" w:rsidRDefault="00080072">
      <w:pPr>
        <w:pStyle w:val="Titre2"/>
        <w:spacing w:before="160" w:after="80"/>
      </w:pPr>
      <w:r>
        <w:rPr>
          <w:rFonts w:ascii="Arial" w:hAnsi="Arial"/>
          <w:color w:val="C97A2B"/>
          <w:sz w:val="28"/>
        </w:rPr>
        <w:t>4.2 The New Rustico Maspalomas</w:t>
      </w:r>
    </w:p>
    <w:tbl>
      <w:tblPr>
        <w:tblStyle w:val="Grilledutableau"/>
        <w:tblW w:w="0" w:type="auto"/>
        <w:jc w:val="center"/>
        <w:tblLook w:val="04A0" w:firstRow="1" w:lastRow="0" w:firstColumn="1" w:lastColumn="0" w:noHBand="0" w:noVBand="1"/>
      </w:tblPr>
      <w:tblGrid>
        <w:gridCol w:w="5103"/>
        <w:gridCol w:w="5103"/>
      </w:tblGrid>
      <w:tr w:rsidR="00650973" w14:paraId="180CE3E5" w14:textId="77777777">
        <w:trPr>
          <w:cantSplit/>
          <w:tblHeader/>
          <w:jc w:val="center"/>
        </w:trPr>
        <w:tc>
          <w:tcPr>
            <w:tcW w:w="5103" w:type="dxa"/>
            <w:shd w:val="clear" w:color="auto" w:fill="2F6B4F"/>
            <w:tcMar>
              <w:top w:w="70" w:type="dxa"/>
              <w:left w:w="80" w:type="dxa"/>
              <w:bottom w:w="70" w:type="dxa"/>
              <w:right w:w="80" w:type="dxa"/>
            </w:tcMar>
            <w:vAlign w:val="center"/>
          </w:tcPr>
          <w:p w14:paraId="60378C8F" w14:textId="77777777" w:rsidR="00650973" w:rsidRDefault="00080072">
            <w:pPr>
              <w:jc w:val="center"/>
            </w:pPr>
            <w:r>
              <w:rPr>
                <w:rFonts w:ascii="Arial" w:hAnsi="Arial"/>
                <w:b/>
                <w:noProof/>
                <w:color w:val="FFFFFF"/>
              </w:rPr>
              <w:drawing>
                <wp:inline distT="0" distB="0" distL="0" distR="0" wp14:anchorId="3209BED0" wp14:editId="3AEA0DA6">
                  <wp:extent cx="2808000" cy="15661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5c106c-2641-41fa-8216-fb37f9678ce2.jpg"/>
                          <pic:cNvPicPr/>
                        </pic:nvPicPr>
                        <pic:blipFill>
                          <a:blip r:embed="rId21"/>
                          <a:stretch>
                            <a:fillRect/>
                          </a:stretch>
                        </pic:blipFill>
                        <pic:spPr>
                          <a:xfrm>
                            <a:off x="0" y="0"/>
                            <a:ext cx="2808000" cy="1566164"/>
                          </a:xfrm>
                          <a:prstGeom prst="rect">
                            <a:avLst/>
                          </a:prstGeom>
                        </pic:spPr>
                      </pic:pic>
                    </a:graphicData>
                  </a:graphic>
                </wp:inline>
              </w:drawing>
            </w:r>
          </w:p>
          <w:p w14:paraId="4E183D6A" w14:textId="77777777" w:rsidR="00650973" w:rsidRDefault="00080072">
            <w:pPr>
              <w:jc w:val="center"/>
            </w:pPr>
            <w:r>
              <w:rPr>
                <w:rFonts w:ascii="Arial" w:hAnsi="Arial"/>
                <w:b/>
                <w:i/>
                <w:color w:val="FFFFFF"/>
              </w:rPr>
              <w:t>Salle intérieure</w:t>
            </w:r>
          </w:p>
        </w:tc>
        <w:tc>
          <w:tcPr>
            <w:tcW w:w="5103" w:type="dxa"/>
            <w:shd w:val="clear" w:color="auto" w:fill="2F6B4F"/>
            <w:tcMar>
              <w:top w:w="70" w:type="dxa"/>
              <w:left w:w="80" w:type="dxa"/>
              <w:bottom w:w="70" w:type="dxa"/>
              <w:right w:w="80" w:type="dxa"/>
            </w:tcMar>
            <w:vAlign w:val="center"/>
          </w:tcPr>
          <w:p w14:paraId="12F8E1D4" w14:textId="77777777" w:rsidR="00650973" w:rsidRDefault="00080072">
            <w:pPr>
              <w:jc w:val="center"/>
            </w:pPr>
            <w:r>
              <w:rPr>
                <w:rFonts w:ascii="Arial" w:hAnsi="Arial"/>
                <w:b/>
                <w:noProof/>
                <w:color w:val="FFFFFF"/>
              </w:rPr>
              <w:drawing>
                <wp:inline distT="0" distB="0" distL="0" distR="0" wp14:anchorId="401A7C36" wp14:editId="531BF477">
                  <wp:extent cx="2808000" cy="16801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9b8eba-b51b-4de0-a022-5a0da7e93d6f.jpg"/>
                          <pic:cNvPicPr/>
                        </pic:nvPicPr>
                        <pic:blipFill>
                          <a:blip r:embed="rId22"/>
                          <a:stretch>
                            <a:fillRect/>
                          </a:stretch>
                        </pic:blipFill>
                        <pic:spPr>
                          <a:xfrm>
                            <a:off x="0" y="0"/>
                            <a:ext cx="2808000" cy="1680197"/>
                          </a:xfrm>
                          <a:prstGeom prst="rect">
                            <a:avLst/>
                          </a:prstGeom>
                        </pic:spPr>
                      </pic:pic>
                    </a:graphicData>
                  </a:graphic>
                </wp:inline>
              </w:drawing>
            </w:r>
          </w:p>
          <w:p w14:paraId="70FC3F14" w14:textId="77777777" w:rsidR="00650973" w:rsidRDefault="00080072">
            <w:pPr>
              <w:jc w:val="center"/>
            </w:pPr>
            <w:r>
              <w:rPr>
                <w:rFonts w:ascii="Arial" w:hAnsi="Arial"/>
                <w:b/>
                <w:i/>
                <w:color w:val="FFFFFF"/>
              </w:rPr>
              <w:t>Poulpe – photo fournie</w:t>
            </w:r>
          </w:p>
        </w:tc>
      </w:tr>
    </w:tbl>
    <w:p w14:paraId="418F84F5" w14:textId="77777777" w:rsidR="00650973" w:rsidRDefault="00650973">
      <w:pPr>
        <w:spacing w:after="20"/>
      </w:pPr>
    </w:p>
    <w:p w14:paraId="39EC90C2" w14:textId="77777777" w:rsidR="00650973" w:rsidRDefault="00080072">
      <w:pPr>
        <w:spacing w:after="80"/>
      </w:pPr>
      <w:r>
        <w:rPr>
          <w:sz w:val="18"/>
        </w:rPr>
        <w:t>Téléphone : +34 640 755 194. Site : rusticomaspalomas.com. Ancien visuel de réservation : appels 16h–18h. Les horaires présents sur cet ancien visuel datent de 2023 et doivent être revérifiés.</w:t>
      </w:r>
    </w:p>
    <w:p w14:paraId="437A2F94" w14:textId="77777777" w:rsidR="00650973" w:rsidRDefault="00080072">
      <w:pPr>
        <w:pStyle w:val="Titre3"/>
        <w:spacing w:before="120" w:after="100"/>
      </w:pPr>
      <w:r>
        <w:rPr>
          <w:rFonts w:ascii="Arial" w:hAnsi="Arial"/>
          <w:color w:val="2F6B4F"/>
          <w:sz w:val="23"/>
        </w:rPr>
        <w:t>Tapas froides</w:t>
      </w:r>
    </w:p>
    <w:tbl>
      <w:tblPr>
        <w:tblStyle w:val="Grilledutableau"/>
        <w:tblW w:w="0" w:type="auto"/>
        <w:jc w:val="center"/>
        <w:tblLook w:val="04A0" w:firstRow="1" w:lastRow="0" w:firstColumn="1" w:lastColumn="0" w:noHBand="0" w:noVBand="1"/>
      </w:tblPr>
      <w:tblGrid>
        <w:gridCol w:w="5103"/>
        <w:gridCol w:w="5103"/>
      </w:tblGrid>
      <w:tr w:rsidR="00650973" w14:paraId="78C56EB5" w14:textId="77777777">
        <w:trPr>
          <w:cantSplit/>
          <w:tblHeader/>
          <w:jc w:val="center"/>
        </w:trPr>
        <w:tc>
          <w:tcPr>
            <w:tcW w:w="5103" w:type="dxa"/>
            <w:shd w:val="clear" w:color="auto" w:fill="2F6B4F"/>
            <w:tcMar>
              <w:top w:w="70" w:type="dxa"/>
              <w:left w:w="80" w:type="dxa"/>
              <w:bottom w:w="70" w:type="dxa"/>
              <w:right w:w="80" w:type="dxa"/>
            </w:tcMar>
            <w:vAlign w:val="center"/>
          </w:tcPr>
          <w:p w14:paraId="41801715"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6A02640E" w14:textId="77777777" w:rsidR="00650973" w:rsidRDefault="00080072">
            <w:pPr>
              <w:jc w:val="center"/>
            </w:pPr>
            <w:r>
              <w:rPr>
                <w:rFonts w:ascii="Arial" w:hAnsi="Arial"/>
                <w:b/>
                <w:color w:val="FFFFFF"/>
                <w:sz w:val="21"/>
              </w:rPr>
              <w:t>Prix</w:t>
            </w:r>
          </w:p>
        </w:tc>
      </w:tr>
      <w:tr w:rsidR="00650973" w14:paraId="3A1501C5" w14:textId="77777777">
        <w:trPr>
          <w:cantSplit/>
          <w:jc w:val="center"/>
        </w:trPr>
        <w:tc>
          <w:tcPr>
            <w:tcW w:w="5103" w:type="dxa"/>
            <w:tcMar>
              <w:top w:w="70" w:type="dxa"/>
              <w:left w:w="80" w:type="dxa"/>
              <w:bottom w:w="70" w:type="dxa"/>
              <w:right w:w="80" w:type="dxa"/>
            </w:tcMar>
            <w:vAlign w:val="center"/>
          </w:tcPr>
          <w:p w14:paraId="49351F19" w14:textId="77777777" w:rsidR="00650973" w:rsidRDefault="00080072">
            <w:r>
              <w:rPr>
                <w:rFonts w:ascii="Arial" w:hAnsi="Arial"/>
                <w:sz w:val="21"/>
              </w:rPr>
              <w:t>Pain à l’ail</w:t>
            </w:r>
          </w:p>
        </w:tc>
        <w:tc>
          <w:tcPr>
            <w:tcW w:w="5103" w:type="dxa"/>
            <w:tcMar>
              <w:top w:w="70" w:type="dxa"/>
              <w:left w:w="80" w:type="dxa"/>
              <w:bottom w:w="70" w:type="dxa"/>
              <w:right w:w="80" w:type="dxa"/>
            </w:tcMar>
            <w:vAlign w:val="center"/>
          </w:tcPr>
          <w:p w14:paraId="15F6D9FA" w14:textId="77777777" w:rsidR="00650973" w:rsidRDefault="00080072">
            <w:r>
              <w:rPr>
                <w:rFonts w:ascii="Arial" w:hAnsi="Arial"/>
                <w:sz w:val="21"/>
              </w:rPr>
              <w:t>2,50 €</w:t>
            </w:r>
          </w:p>
        </w:tc>
      </w:tr>
      <w:tr w:rsidR="00650973" w14:paraId="4883EEC7" w14:textId="77777777">
        <w:trPr>
          <w:cantSplit/>
          <w:jc w:val="center"/>
        </w:trPr>
        <w:tc>
          <w:tcPr>
            <w:tcW w:w="5103" w:type="dxa"/>
            <w:shd w:val="clear" w:color="auto" w:fill="F8FAF8"/>
            <w:tcMar>
              <w:top w:w="70" w:type="dxa"/>
              <w:left w:w="80" w:type="dxa"/>
              <w:bottom w:w="70" w:type="dxa"/>
              <w:right w:w="80" w:type="dxa"/>
            </w:tcMar>
            <w:vAlign w:val="center"/>
          </w:tcPr>
          <w:p w14:paraId="52F1B403" w14:textId="77777777" w:rsidR="00650973" w:rsidRDefault="00080072">
            <w:r>
              <w:rPr>
                <w:rFonts w:ascii="Arial" w:hAnsi="Arial"/>
                <w:sz w:val="21"/>
              </w:rPr>
              <w:t>Pain</w:t>
            </w:r>
          </w:p>
        </w:tc>
        <w:tc>
          <w:tcPr>
            <w:tcW w:w="5103" w:type="dxa"/>
            <w:shd w:val="clear" w:color="auto" w:fill="F8FAF8"/>
            <w:tcMar>
              <w:top w:w="70" w:type="dxa"/>
              <w:left w:w="80" w:type="dxa"/>
              <w:bottom w:w="70" w:type="dxa"/>
              <w:right w:w="80" w:type="dxa"/>
            </w:tcMar>
            <w:vAlign w:val="center"/>
          </w:tcPr>
          <w:p w14:paraId="1D93C1F1" w14:textId="77777777" w:rsidR="00650973" w:rsidRDefault="00080072">
            <w:r>
              <w:rPr>
                <w:rFonts w:ascii="Arial" w:hAnsi="Arial"/>
                <w:sz w:val="21"/>
              </w:rPr>
              <w:t>1,50 €</w:t>
            </w:r>
          </w:p>
        </w:tc>
      </w:tr>
      <w:tr w:rsidR="00650973" w14:paraId="77767BC3" w14:textId="77777777">
        <w:trPr>
          <w:cantSplit/>
          <w:jc w:val="center"/>
        </w:trPr>
        <w:tc>
          <w:tcPr>
            <w:tcW w:w="5103" w:type="dxa"/>
            <w:tcMar>
              <w:top w:w="70" w:type="dxa"/>
              <w:left w:w="80" w:type="dxa"/>
              <w:bottom w:w="70" w:type="dxa"/>
              <w:right w:w="80" w:type="dxa"/>
            </w:tcMar>
            <w:vAlign w:val="center"/>
          </w:tcPr>
          <w:p w14:paraId="086C12ED" w14:textId="77777777" w:rsidR="00650973" w:rsidRDefault="00080072">
            <w:r>
              <w:rPr>
                <w:rFonts w:ascii="Arial" w:hAnsi="Arial"/>
                <w:sz w:val="21"/>
              </w:rPr>
              <w:t>Beurre ou aïoli</w:t>
            </w:r>
          </w:p>
        </w:tc>
        <w:tc>
          <w:tcPr>
            <w:tcW w:w="5103" w:type="dxa"/>
            <w:tcMar>
              <w:top w:w="70" w:type="dxa"/>
              <w:left w:w="80" w:type="dxa"/>
              <w:bottom w:w="70" w:type="dxa"/>
              <w:right w:w="80" w:type="dxa"/>
            </w:tcMar>
            <w:vAlign w:val="center"/>
          </w:tcPr>
          <w:p w14:paraId="351EBE47" w14:textId="77777777" w:rsidR="00650973" w:rsidRDefault="00080072">
            <w:r>
              <w:rPr>
                <w:rFonts w:ascii="Arial" w:hAnsi="Arial"/>
                <w:sz w:val="21"/>
              </w:rPr>
              <w:t>1,00 €</w:t>
            </w:r>
          </w:p>
        </w:tc>
      </w:tr>
      <w:tr w:rsidR="00650973" w14:paraId="7E905857" w14:textId="77777777">
        <w:trPr>
          <w:cantSplit/>
          <w:jc w:val="center"/>
        </w:trPr>
        <w:tc>
          <w:tcPr>
            <w:tcW w:w="5103" w:type="dxa"/>
            <w:shd w:val="clear" w:color="auto" w:fill="F8FAF8"/>
            <w:tcMar>
              <w:top w:w="70" w:type="dxa"/>
              <w:left w:w="80" w:type="dxa"/>
              <w:bottom w:w="70" w:type="dxa"/>
              <w:right w:w="80" w:type="dxa"/>
            </w:tcMar>
            <w:vAlign w:val="center"/>
          </w:tcPr>
          <w:p w14:paraId="1776DD1B" w14:textId="77777777" w:rsidR="00650973" w:rsidRDefault="00080072">
            <w:r>
              <w:rPr>
                <w:rFonts w:ascii="Arial" w:hAnsi="Arial"/>
                <w:sz w:val="21"/>
              </w:rPr>
              <w:t>Pan Tumaca (tomates râpées et ail)</w:t>
            </w:r>
          </w:p>
        </w:tc>
        <w:tc>
          <w:tcPr>
            <w:tcW w:w="5103" w:type="dxa"/>
            <w:shd w:val="clear" w:color="auto" w:fill="F8FAF8"/>
            <w:tcMar>
              <w:top w:w="70" w:type="dxa"/>
              <w:left w:w="80" w:type="dxa"/>
              <w:bottom w:w="70" w:type="dxa"/>
              <w:right w:w="80" w:type="dxa"/>
            </w:tcMar>
            <w:vAlign w:val="center"/>
          </w:tcPr>
          <w:p w14:paraId="460D12A0" w14:textId="77777777" w:rsidR="00650973" w:rsidRDefault="00080072">
            <w:r>
              <w:rPr>
                <w:rFonts w:ascii="Arial" w:hAnsi="Arial"/>
                <w:sz w:val="21"/>
              </w:rPr>
              <w:t>4,50 €</w:t>
            </w:r>
          </w:p>
        </w:tc>
      </w:tr>
      <w:tr w:rsidR="00650973" w14:paraId="27A46A17" w14:textId="77777777">
        <w:trPr>
          <w:cantSplit/>
          <w:jc w:val="center"/>
        </w:trPr>
        <w:tc>
          <w:tcPr>
            <w:tcW w:w="5103" w:type="dxa"/>
            <w:tcMar>
              <w:top w:w="70" w:type="dxa"/>
              <w:left w:w="80" w:type="dxa"/>
              <w:bottom w:w="70" w:type="dxa"/>
              <w:right w:w="80" w:type="dxa"/>
            </w:tcMar>
            <w:vAlign w:val="center"/>
          </w:tcPr>
          <w:p w14:paraId="029A081B" w14:textId="77777777" w:rsidR="00650973" w:rsidRDefault="00080072">
            <w:r>
              <w:rPr>
                <w:rFonts w:ascii="Arial" w:hAnsi="Arial"/>
                <w:sz w:val="21"/>
              </w:rPr>
              <w:lastRenderedPageBreak/>
              <w:t>Olives marinées</w:t>
            </w:r>
          </w:p>
        </w:tc>
        <w:tc>
          <w:tcPr>
            <w:tcW w:w="5103" w:type="dxa"/>
            <w:tcMar>
              <w:top w:w="70" w:type="dxa"/>
              <w:left w:w="80" w:type="dxa"/>
              <w:bottom w:w="70" w:type="dxa"/>
              <w:right w:w="80" w:type="dxa"/>
            </w:tcMar>
            <w:vAlign w:val="center"/>
          </w:tcPr>
          <w:p w14:paraId="6A35A915" w14:textId="77777777" w:rsidR="00650973" w:rsidRDefault="00080072">
            <w:r>
              <w:rPr>
                <w:rFonts w:ascii="Arial" w:hAnsi="Arial"/>
                <w:sz w:val="21"/>
              </w:rPr>
              <w:t>5,00 €</w:t>
            </w:r>
          </w:p>
        </w:tc>
      </w:tr>
      <w:tr w:rsidR="00650973" w14:paraId="2F956D96" w14:textId="77777777">
        <w:trPr>
          <w:cantSplit/>
          <w:jc w:val="center"/>
        </w:trPr>
        <w:tc>
          <w:tcPr>
            <w:tcW w:w="5103" w:type="dxa"/>
            <w:shd w:val="clear" w:color="auto" w:fill="F8FAF8"/>
            <w:tcMar>
              <w:top w:w="70" w:type="dxa"/>
              <w:left w:w="80" w:type="dxa"/>
              <w:bottom w:w="70" w:type="dxa"/>
              <w:right w:w="80" w:type="dxa"/>
            </w:tcMar>
            <w:vAlign w:val="center"/>
          </w:tcPr>
          <w:p w14:paraId="6986CE91" w14:textId="77777777" w:rsidR="00650973" w:rsidRDefault="00080072">
            <w:r>
              <w:rPr>
                <w:rFonts w:ascii="Arial" w:hAnsi="Arial"/>
                <w:sz w:val="21"/>
              </w:rPr>
              <w:t>Anchois frais à l’orange et à l’ail</w:t>
            </w:r>
          </w:p>
        </w:tc>
        <w:tc>
          <w:tcPr>
            <w:tcW w:w="5103" w:type="dxa"/>
            <w:shd w:val="clear" w:color="auto" w:fill="F8FAF8"/>
            <w:tcMar>
              <w:top w:w="70" w:type="dxa"/>
              <w:left w:w="80" w:type="dxa"/>
              <w:bottom w:w="70" w:type="dxa"/>
              <w:right w:w="80" w:type="dxa"/>
            </w:tcMar>
            <w:vAlign w:val="center"/>
          </w:tcPr>
          <w:p w14:paraId="73AF8530" w14:textId="77777777" w:rsidR="00650973" w:rsidRDefault="00080072">
            <w:r>
              <w:rPr>
                <w:rFonts w:ascii="Arial" w:hAnsi="Arial"/>
                <w:sz w:val="21"/>
              </w:rPr>
              <w:t>9,50 €</w:t>
            </w:r>
          </w:p>
        </w:tc>
      </w:tr>
      <w:tr w:rsidR="00650973" w14:paraId="2D1DB39C" w14:textId="77777777">
        <w:trPr>
          <w:cantSplit/>
          <w:jc w:val="center"/>
        </w:trPr>
        <w:tc>
          <w:tcPr>
            <w:tcW w:w="5103" w:type="dxa"/>
            <w:tcMar>
              <w:top w:w="70" w:type="dxa"/>
              <w:left w:w="80" w:type="dxa"/>
              <w:bottom w:w="70" w:type="dxa"/>
              <w:right w:w="80" w:type="dxa"/>
            </w:tcMar>
            <w:vAlign w:val="center"/>
          </w:tcPr>
          <w:p w14:paraId="1299E3BE" w14:textId="77777777" w:rsidR="00650973" w:rsidRDefault="00080072">
            <w:r>
              <w:rPr>
                <w:rFonts w:ascii="Arial" w:hAnsi="Arial"/>
                <w:sz w:val="21"/>
              </w:rPr>
              <w:t>Mozzarella di Bufala &amp; pesto de tomates séchées</w:t>
            </w:r>
          </w:p>
        </w:tc>
        <w:tc>
          <w:tcPr>
            <w:tcW w:w="5103" w:type="dxa"/>
            <w:tcMar>
              <w:top w:w="70" w:type="dxa"/>
              <w:left w:w="80" w:type="dxa"/>
              <w:bottom w:w="70" w:type="dxa"/>
              <w:right w:w="80" w:type="dxa"/>
            </w:tcMar>
            <w:vAlign w:val="center"/>
          </w:tcPr>
          <w:p w14:paraId="34C2B81B" w14:textId="77777777" w:rsidR="00650973" w:rsidRDefault="00080072">
            <w:r>
              <w:rPr>
                <w:rFonts w:ascii="Arial" w:hAnsi="Arial"/>
                <w:sz w:val="21"/>
              </w:rPr>
              <w:t>12,00 €</w:t>
            </w:r>
          </w:p>
        </w:tc>
      </w:tr>
      <w:tr w:rsidR="00650973" w14:paraId="51CBA4AC" w14:textId="77777777">
        <w:trPr>
          <w:cantSplit/>
          <w:jc w:val="center"/>
        </w:trPr>
        <w:tc>
          <w:tcPr>
            <w:tcW w:w="5103" w:type="dxa"/>
            <w:shd w:val="clear" w:color="auto" w:fill="F8FAF8"/>
            <w:tcMar>
              <w:top w:w="70" w:type="dxa"/>
              <w:left w:w="80" w:type="dxa"/>
              <w:bottom w:w="70" w:type="dxa"/>
              <w:right w:w="80" w:type="dxa"/>
            </w:tcMar>
            <w:vAlign w:val="center"/>
          </w:tcPr>
          <w:p w14:paraId="67802C4E" w14:textId="77777777" w:rsidR="00650973" w:rsidRDefault="00080072">
            <w:r>
              <w:rPr>
                <w:rFonts w:ascii="Arial" w:hAnsi="Arial"/>
                <w:sz w:val="21"/>
              </w:rPr>
              <w:t>Almogrote – pâté de fromage canarien affiné + mojo rouge maison</w:t>
            </w:r>
          </w:p>
        </w:tc>
        <w:tc>
          <w:tcPr>
            <w:tcW w:w="5103" w:type="dxa"/>
            <w:shd w:val="clear" w:color="auto" w:fill="F8FAF8"/>
            <w:tcMar>
              <w:top w:w="70" w:type="dxa"/>
              <w:left w:w="80" w:type="dxa"/>
              <w:bottom w:w="70" w:type="dxa"/>
              <w:right w:w="80" w:type="dxa"/>
            </w:tcMar>
            <w:vAlign w:val="center"/>
          </w:tcPr>
          <w:p w14:paraId="3B3094DD" w14:textId="77777777" w:rsidR="00650973" w:rsidRDefault="00080072">
            <w:r>
              <w:rPr>
                <w:rFonts w:ascii="Arial" w:hAnsi="Arial"/>
                <w:sz w:val="21"/>
              </w:rPr>
              <w:t>8,50 €</w:t>
            </w:r>
          </w:p>
        </w:tc>
      </w:tr>
      <w:tr w:rsidR="00650973" w14:paraId="2032D8C3" w14:textId="77777777">
        <w:trPr>
          <w:cantSplit/>
          <w:jc w:val="center"/>
        </w:trPr>
        <w:tc>
          <w:tcPr>
            <w:tcW w:w="5103" w:type="dxa"/>
            <w:tcMar>
              <w:top w:w="70" w:type="dxa"/>
              <w:left w:w="80" w:type="dxa"/>
              <w:bottom w:w="70" w:type="dxa"/>
              <w:right w:w="80" w:type="dxa"/>
            </w:tcMar>
            <w:vAlign w:val="center"/>
          </w:tcPr>
          <w:p w14:paraId="0C7931C8" w14:textId="77777777" w:rsidR="00650973" w:rsidRDefault="00080072">
            <w:r>
              <w:rPr>
                <w:rFonts w:ascii="Arial" w:hAnsi="Arial"/>
                <w:sz w:val="21"/>
              </w:rPr>
              <w:t>Assiette de fromages canariens</w:t>
            </w:r>
          </w:p>
        </w:tc>
        <w:tc>
          <w:tcPr>
            <w:tcW w:w="5103" w:type="dxa"/>
            <w:tcMar>
              <w:top w:w="70" w:type="dxa"/>
              <w:left w:w="80" w:type="dxa"/>
              <w:bottom w:w="70" w:type="dxa"/>
              <w:right w:w="80" w:type="dxa"/>
            </w:tcMar>
            <w:vAlign w:val="center"/>
          </w:tcPr>
          <w:p w14:paraId="20776A39" w14:textId="77777777" w:rsidR="00650973" w:rsidRDefault="00080072">
            <w:r>
              <w:rPr>
                <w:rFonts w:ascii="Arial" w:hAnsi="Arial"/>
                <w:sz w:val="21"/>
              </w:rPr>
              <w:t>10,50 €</w:t>
            </w:r>
          </w:p>
        </w:tc>
      </w:tr>
      <w:tr w:rsidR="00650973" w14:paraId="71D37706" w14:textId="77777777">
        <w:trPr>
          <w:cantSplit/>
          <w:jc w:val="center"/>
        </w:trPr>
        <w:tc>
          <w:tcPr>
            <w:tcW w:w="5103" w:type="dxa"/>
            <w:shd w:val="clear" w:color="auto" w:fill="F8FAF8"/>
            <w:tcMar>
              <w:top w:w="70" w:type="dxa"/>
              <w:left w:w="80" w:type="dxa"/>
              <w:bottom w:w="70" w:type="dxa"/>
              <w:right w:w="80" w:type="dxa"/>
            </w:tcMar>
            <w:vAlign w:val="center"/>
          </w:tcPr>
          <w:p w14:paraId="59B27253" w14:textId="77777777" w:rsidR="00650973" w:rsidRDefault="00080072">
            <w:r>
              <w:rPr>
                <w:rFonts w:ascii="Arial" w:hAnsi="Arial"/>
                <w:sz w:val="21"/>
              </w:rPr>
              <w:t>Salade Rustico (feta, concombre, tomate, oignon rouge, olives)</w:t>
            </w:r>
          </w:p>
        </w:tc>
        <w:tc>
          <w:tcPr>
            <w:tcW w:w="5103" w:type="dxa"/>
            <w:shd w:val="clear" w:color="auto" w:fill="F8FAF8"/>
            <w:tcMar>
              <w:top w:w="70" w:type="dxa"/>
              <w:left w:w="80" w:type="dxa"/>
              <w:bottom w:w="70" w:type="dxa"/>
              <w:right w:w="80" w:type="dxa"/>
            </w:tcMar>
            <w:vAlign w:val="center"/>
          </w:tcPr>
          <w:p w14:paraId="2DD8D0EA" w14:textId="77777777" w:rsidR="00650973" w:rsidRDefault="00080072">
            <w:r>
              <w:rPr>
                <w:rFonts w:ascii="Arial" w:hAnsi="Arial"/>
                <w:sz w:val="21"/>
              </w:rPr>
              <w:t>8,50 €</w:t>
            </w:r>
          </w:p>
        </w:tc>
      </w:tr>
      <w:tr w:rsidR="00650973" w14:paraId="0BF20F5F" w14:textId="77777777">
        <w:trPr>
          <w:cantSplit/>
          <w:jc w:val="center"/>
        </w:trPr>
        <w:tc>
          <w:tcPr>
            <w:tcW w:w="5103" w:type="dxa"/>
            <w:tcMar>
              <w:top w:w="70" w:type="dxa"/>
              <w:left w:w="80" w:type="dxa"/>
              <w:bottom w:w="70" w:type="dxa"/>
              <w:right w:w="80" w:type="dxa"/>
            </w:tcMar>
            <w:vAlign w:val="center"/>
          </w:tcPr>
          <w:p w14:paraId="588A0F19" w14:textId="77777777" w:rsidR="00650973" w:rsidRDefault="00080072">
            <w:r>
              <w:rPr>
                <w:rFonts w:ascii="Arial" w:hAnsi="Arial"/>
                <w:sz w:val="21"/>
              </w:rPr>
              <w:t>Assiette de charcuterie espagnole</w:t>
            </w:r>
          </w:p>
        </w:tc>
        <w:tc>
          <w:tcPr>
            <w:tcW w:w="5103" w:type="dxa"/>
            <w:tcMar>
              <w:top w:w="70" w:type="dxa"/>
              <w:left w:w="80" w:type="dxa"/>
              <w:bottom w:w="70" w:type="dxa"/>
              <w:right w:w="80" w:type="dxa"/>
            </w:tcMar>
            <w:vAlign w:val="center"/>
          </w:tcPr>
          <w:p w14:paraId="43721DE7" w14:textId="77777777" w:rsidR="00650973" w:rsidRDefault="00080072">
            <w:r>
              <w:rPr>
                <w:rFonts w:ascii="Arial" w:hAnsi="Arial"/>
                <w:sz w:val="21"/>
              </w:rPr>
              <w:t>Prix non indiqué dans le texte</w:t>
            </w:r>
          </w:p>
        </w:tc>
      </w:tr>
    </w:tbl>
    <w:p w14:paraId="60446AEE" w14:textId="77777777" w:rsidR="00650973" w:rsidRDefault="00650973">
      <w:pPr>
        <w:spacing w:after="40"/>
      </w:pPr>
    </w:p>
    <w:p w14:paraId="3BC707E0" w14:textId="77777777" w:rsidR="00650973" w:rsidRDefault="00080072">
      <w:pPr>
        <w:pStyle w:val="Titre3"/>
        <w:spacing w:before="120" w:after="100"/>
      </w:pPr>
      <w:r>
        <w:rPr>
          <w:rFonts w:ascii="Arial" w:hAnsi="Arial"/>
          <w:color w:val="2F6B4F"/>
          <w:sz w:val="23"/>
        </w:rPr>
        <w:t>Tapas chaudes / plats</w:t>
      </w:r>
    </w:p>
    <w:tbl>
      <w:tblPr>
        <w:tblStyle w:val="Grilledutableau"/>
        <w:tblW w:w="0" w:type="auto"/>
        <w:jc w:val="center"/>
        <w:tblLook w:val="04A0" w:firstRow="1" w:lastRow="0" w:firstColumn="1" w:lastColumn="0" w:noHBand="0" w:noVBand="1"/>
      </w:tblPr>
      <w:tblGrid>
        <w:gridCol w:w="5103"/>
        <w:gridCol w:w="5103"/>
      </w:tblGrid>
      <w:tr w:rsidR="00650973" w14:paraId="10B6175E" w14:textId="77777777">
        <w:trPr>
          <w:cantSplit/>
          <w:tblHeader/>
          <w:jc w:val="center"/>
        </w:trPr>
        <w:tc>
          <w:tcPr>
            <w:tcW w:w="5103" w:type="dxa"/>
            <w:shd w:val="clear" w:color="auto" w:fill="2F6B4F"/>
            <w:tcMar>
              <w:top w:w="70" w:type="dxa"/>
              <w:left w:w="80" w:type="dxa"/>
              <w:bottom w:w="70" w:type="dxa"/>
              <w:right w:w="80" w:type="dxa"/>
            </w:tcMar>
            <w:vAlign w:val="center"/>
          </w:tcPr>
          <w:p w14:paraId="5D85E6ED"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74F90808" w14:textId="77777777" w:rsidR="00650973" w:rsidRDefault="00080072">
            <w:pPr>
              <w:jc w:val="center"/>
            </w:pPr>
            <w:r>
              <w:rPr>
                <w:rFonts w:ascii="Arial" w:hAnsi="Arial"/>
                <w:b/>
                <w:color w:val="FFFFFF"/>
                <w:sz w:val="21"/>
              </w:rPr>
              <w:t>Prix</w:t>
            </w:r>
          </w:p>
        </w:tc>
      </w:tr>
      <w:tr w:rsidR="00650973" w14:paraId="605C62E6" w14:textId="77777777">
        <w:trPr>
          <w:cantSplit/>
          <w:jc w:val="center"/>
        </w:trPr>
        <w:tc>
          <w:tcPr>
            <w:tcW w:w="5103" w:type="dxa"/>
            <w:tcMar>
              <w:top w:w="70" w:type="dxa"/>
              <w:left w:w="80" w:type="dxa"/>
              <w:bottom w:w="70" w:type="dxa"/>
              <w:right w:w="80" w:type="dxa"/>
            </w:tcMar>
            <w:vAlign w:val="center"/>
          </w:tcPr>
          <w:p w14:paraId="34AB1963" w14:textId="77777777" w:rsidR="00650973" w:rsidRDefault="00080072">
            <w:r>
              <w:rPr>
                <w:rFonts w:ascii="Arial" w:hAnsi="Arial"/>
                <w:sz w:val="21"/>
              </w:rPr>
              <w:t>Soupe de poisson (chowder)</w:t>
            </w:r>
          </w:p>
        </w:tc>
        <w:tc>
          <w:tcPr>
            <w:tcW w:w="5103" w:type="dxa"/>
            <w:tcMar>
              <w:top w:w="70" w:type="dxa"/>
              <w:left w:w="80" w:type="dxa"/>
              <w:bottom w:w="70" w:type="dxa"/>
              <w:right w:w="80" w:type="dxa"/>
            </w:tcMar>
            <w:vAlign w:val="center"/>
          </w:tcPr>
          <w:p w14:paraId="22F9B333" w14:textId="77777777" w:rsidR="00650973" w:rsidRDefault="00080072">
            <w:r>
              <w:rPr>
                <w:rFonts w:ascii="Arial" w:hAnsi="Arial"/>
                <w:sz w:val="21"/>
              </w:rPr>
              <w:t>11,50 €</w:t>
            </w:r>
          </w:p>
        </w:tc>
      </w:tr>
      <w:tr w:rsidR="00650973" w14:paraId="67872929" w14:textId="77777777">
        <w:trPr>
          <w:cantSplit/>
          <w:jc w:val="center"/>
        </w:trPr>
        <w:tc>
          <w:tcPr>
            <w:tcW w:w="5103" w:type="dxa"/>
            <w:shd w:val="clear" w:color="auto" w:fill="F8FAF8"/>
            <w:tcMar>
              <w:top w:w="70" w:type="dxa"/>
              <w:left w:w="80" w:type="dxa"/>
              <w:bottom w:w="70" w:type="dxa"/>
              <w:right w:w="80" w:type="dxa"/>
            </w:tcMar>
            <w:vAlign w:val="center"/>
          </w:tcPr>
          <w:p w14:paraId="534AF44F" w14:textId="77777777" w:rsidR="00650973" w:rsidRDefault="00080072">
            <w:r>
              <w:rPr>
                <w:rFonts w:ascii="Arial" w:hAnsi="Arial"/>
                <w:sz w:val="21"/>
              </w:rPr>
              <w:t>Chorizo au vin rouge</w:t>
            </w:r>
          </w:p>
        </w:tc>
        <w:tc>
          <w:tcPr>
            <w:tcW w:w="5103" w:type="dxa"/>
            <w:shd w:val="clear" w:color="auto" w:fill="F8FAF8"/>
            <w:tcMar>
              <w:top w:w="70" w:type="dxa"/>
              <w:left w:w="80" w:type="dxa"/>
              <w:bottom w:w="70" w:type="dxa"/>
              <w:right w:w="80" w:type="dxa"/>
            </w:tcMar>
            <w:vAlign w:val="center"/>
          </w:tcPr>
          <w:p w14:paraId="7D8B63F8" w14:textId="77777777" w:rsidR="00650973" w:rsidRDefault="00080072">
            <w:r>
              <w:rPr>
                <w:rFonts w:ascii="Arial" w:hAnsi="Arial"/>
                <w:sz w:val="21"/>
              </w:rPr>
              <w:t>7,50 €</w:t>
            </w:r>
          </w:p>
        </w:tc>
      </w:tr>
      <w:tr w:rsidR="00650973" w14:paraId="49C52760" w14:textId="77777777">
        <w:trPr>
          <w:cantSplit/>
          <w:jc w:val="center"/>
        </w:trPr>
        <w:tc>
          <w:tcPr>
            <w:tcW w:w="5103" w:type="dxa"/>
            <w:tcMar>
              <w:top w:w="70" w:type="dxa"/>
              <w:left w:w="80" w:type="dxa"/>
              <w:bottom w:w="70" w:type="dxa"/>
              <w:right w:w="80" w:type="dxa"/>
            </w:tcMar>
            <w:vAlign w:val="center"/>
          </w:tcPr>
          <w:p w14:paraId="474304B4" w14:textId="77777777" w:rsidR="00650973" w:rsidRDefault="00080072">
            <w:r>
              <w:rPr>
                <w:rFonts w:ascii="Arial" w:hAnsi="Arial"/>
                <w:sz w:val="21"/>
              </w:rPr>
              <w:t>Tomino grillé en jambon Serrano</w:t>
            </w:r>
          </w:p>
        </w:tc>
        <w:tc>
          <w:tcPr>
            <w:tcW w:w="5103" w:type="dxa"/>
            <w:tcMar>
              <w:top w:w="70" w:type="dxa"/>
              <w:left w:w="80" w:type="dxa"/>
              <w:bottom w:w="70" w:type="dxa"/>
              <w:right w:w="80" w:type="dxa"/>
            </w:tcMar>
            <w:vAlign w:val="center"/>
          </w:tcPr>
          <w:p w14:paraId="71183C10" w14:textId="77777777" w:rsidR="00650973" w:rsidRDefault="00080072">
            <w:r>
              <w:rPr>
                <w:rFonts w:ascii="Arial" w:hAnsi="Arial"/>
                <w:sz w:val="21"/>
              </w:rPr>
              <w:t>12,00 €</w:t>
            </w:r>
          </w:p>
        </w:tc>
      </w:tr>
      <w:tr w:rsidR="00650973" w14:paraId="595842C6" w14:textId="77777777">
        <w:trPr>
          <w:cantSplit/>
          <w:jc w:val="center"/>
        </w:trPr>
        <w:tc>
          <w:tcPr>
            <w:tcW w:w="5103" w:type="dxa"/>
            <w:shd w:val="clear" w:color="auto" w:fill="F8FAF8"/>
            <w:tcMar>
              <w:top w:w="70" w:type="dxa"/>
              <w:left w:w="80" w:type="dxa"/>
              <w:bottom w:w="70" w:type="dxa"/>
              <w:right w:w="80" w:type="dxa"/>
            </w:tcMar>
            <w:vAlign w:val="center"/>
          </w:tcPr>
          <w:p w14:paraId="2B846791" w14:textId="77777777" w:rsidR="00650973" w:rsidRDefault="00080072">
            <w:r>
              <w:rPr>
                <w:rFonts w:ascii="Arial" w:hAnsi="Arial"/>
                <w:sz w:val="21"/>
              </w:rPr>
              <w:t>Brochette de filet de bœuf + mojo rouge</w:t>
            </w:r>
          </w:p>
        </w:tc>
        <w:tc>
          <w:tcPr>
            <w:tcW w:w="5103" w:type="dxa"/>
            <w:shd w:val="clear" w:color="auto" w:fill="F8FAF8"/>
            <w:tcMar>
              <w:top w:w="70" w:type="dxa"/>
              <w:left w:w="80" w:type="dxa"/>
              <w:bottom w:w="70" w:type="dxa"/>
              <w:right w:w="80" w:type="dxa"/>
            </w:tcMar>
            <w:vAlign w:val="center"/>
          </w:tcPr>
          <w:p w14:paraId="1185E96A" w14:textId="77777777" w:rsidR="00650973" w:rsidRDefault="00080072">
            <w:r>
              <w:rPr>
                <w:rFonts w:ascii="Arial" w:hAnsi="Arial"/>
                <w:sz w:val="21"/>
              </w:rPr>
              <w:t>7,00 €</w:t>
            </w:r>
          </w:p>
        </w:tc>
      </w:tr>
      <w:tr w:rsidR="00650973" w14:paraId="47AFD79C" w14:textId="77777777">
        <w:trPr>
          <w:cantSplit/>
          <w:jc w:val="center"/>
        </w:trPr>
        <w:tc>
          <w:tcPr>
            <w:tcW w:w="5103" w:type="dxa"/>
            <w:tcMar>
              <w:top w:w="70" w:type="dxa"/>
              <w:left w:w="80" w:type="dxa"/>
              <w:bottom w:w="70" w:type="dxa"/>
              <w:right w:w="80" w:type="dxa"/>
            </w:tcMar>
            <w:vAlign w:val="center"/>
          </w:tcPr>
          <w:p w14:paraId="2A0699C5" w14:textId="77777777" w:rsidR="00650973" w:rsidRDefault="00080072">
            <w:r>
              <w:rPr>
                <w:rFonts w:ascii="Arial" w:hAnsi="Arial"/>
                <w:sz w:val="21"/>
              </w:rPr>
              <w:t>Brochette de gambas royales + mojo vert</w:t>
            </w:r>
          </w:p>
        </w:tc>
        <w:tc>
          <w:tcPr>
            <w:tcW w:w="5103" w:type="dxa"/>
            <w:tcMar>
              <w:top w:w="70" w:type="dxa"/>
              <w:left w:w="80" w:type="dxa"/>
              <w:bottom w:w="70" w:type="dxa"/>
              <w:right w:w="80" w:type="dxa"/>
            </w:tcMar>
            <w:vAlign w:val="center"/>
          </w:tcPr>
          <w:p w14:paraId="5A45ED5C" w14:textId="77777777" w:rsidR="00650973" w:rsidRDefault="00080072">
            <w:r>
              <w:rPr>
                <w:rFonts w:ascii="Arial" w:hAnsi="Arial"/>
                <w:sz w:val="21"/>
              </w:rPr>
              <w:t>9,00 €</w:t>
            </w:r>
          </w:p>
        </w:tc>
      </w:tr>
      <w:tr w:rsidR="00650973" w14:paraId="0AB79AEC" w14:textId="77777777">
        <w:trPr>
          <w:cantSplit/>
          <w:jc w:val="center"/>
        </w:trPr>
        <w:tc>
          <w:tcPr>
            <w:tcW w:w="5103" w:type="dxa"/>
            <w:shd w:val="clear" w:color="auto" w:fill="F8FAF8"/>
            <w:tcMar>
              <w:top w:w="70" w:type="dxa"/>
              <w:left w:w="80" w:type="dxa"/>
              <w:bottom w:w="70" w:type="dxa"/>
              <w:right w:w="80" w:type="dxa"/>
            </w:tcMar>
            <w:vAlign w:val="center"/>
          </w:tcPr>
          <w:p w14:paraId="3FEF58CF" w14:textId="77777777" w:rsidR="00650973" w:rsidRDefault="00080072">
            <w:r>
              <w:rPr>
                <w:rFonts w:ascii="Arial" w:hAnsi="Arial"/>
                <w:sz w:val="21"/>
              </w:rPr>
              <w:t>Pommes de terre Brava</w:t>
            </w:r>
          </w:p>
        </w:tc>
        <w:tc>
          <w:tcPr>
            <w:tcW w:w="5103" w:type="dxa"/>
            <w:shd w:val="clear" w:color="auto" w:fill="F8FAF8"/>
            <w:tcMar>
              <w:top w:w="70" w:type="dxa"/>
              <w:left w:w="80" w:type="dxa"/>
              <w:bottom w:w="70" w:type="dxa"/>
              <w:right w:w="80" w:type="dxa"/>
            </w:tcMar>
            <w:vAlign w:val="center"/>
          </w:tcPr>
          <w:p w14:paraId="5C2ECE92" w14:textId="77777777" w:rsidR="00650973" w:rsidRDefault="00080072">
            <w:r>
              <w:rPr>
                <w:rFonts w:ascii="Arial" w:hAnsi="Arial"/>
                <w:sz w:val="21"/>
              </w:rPr>
              <w:t>7,00 €</w:t>
            </w:r>
          </w:p>
        </w:tc>
      </w:tr>
      <w:tr w:rsidR="00650973" w14:paraId="2457D32B" w14:textId="77777777">
        <w:trPr>
          <w:cantSplit/>
          <w:jc w:val="center"/>
        </w:trPr>
        <w:tc>
          <w:tcPr>
            <w:tcW w:w="5103" w:type="dxa"/>
            <w:tcMar>
              <w:top w:w="70" w:type="dxa"/>
              <w:left w:w="80" w:type="dxa"/>
              <w:bottom w:w="70" w:type="dxa"/>
              <w:right w:w="80" w:type="dxa"/>
            </w:tcMar>
            <w:vAlign w:val="center"/>
          </w:tcPr>
          <w:p w14:paraId="40BF0815" w14:textId="77777777" w:rsidR="00650973" w:rsidRDefault="00080072">
            <w:r>
              <w:rPr>
                <w:rFonts w:ascii="Arial" w:hAnsi="Arial"/>
                <w:sz w:val="21"/>
              </w:rPr>
              <w:t>Champignons frais à l’ail, Martini et crevettes</w:t>
            </w:r>
          </w:p>
        </w:tc>
        <w:tc>
          <w:tcPr>
            <w:tcW w:w="5103" w:type="dxa"/>
            <w:tcMar>
              <w:top w:w="70" w:type="dxa"/>
              <w:left w:w="80" w:type="dxa"/>
              <w:bottom w:w="70" w:type="dxa"/>
              <w:right w:w="80" w:type="dxa"/>
            </w:tcMar>
            <w:vAlign w:val="center"/>
          </w:tcPr>
          <w:p w14:paraId="7BA5D7E1" w14:textId="77777777" w:rsidR="00650973" w:rsidRDefault="00080072">
            <w:r>
              <w:rPr>
                <w:rFonts w:ascii="Arial" w:hAnsi="Arial"/>
                <w:sz w:val="21"/>
              </w:rPr>
              <w:t>12,00 €</w:t>
            </w:r>
          </w:p>
        </w:tc>
      </w:tr>
      <w:tr w:rsidR="00650973" w14:paraId="37C566B3" w14:textId="77777777">
        <w:trPr>
          <w:cantSplit/>
          <w:jc w:val="center"/>
        </w:trPr>
        <w:tc>
          <w:tcPr>
            <w:tcW w:w="5103" w:type="dxa"/>
            <w:shd w:val="clear" w:color="auto" w:fill="F8FAF8"/>
            <w:tcMar>
              <w:top w:w="70" w:type="dxa"/>
              <w:left w:w="80" w:type="dxa"/>
              <w:bottom w:w="70" w:type="dxa"/>
              <w:right w:w="80" w:type="dxa"/>
            </w:tcMar>
            <w:vAlign w:val="center"/>
          </w:tcPr>
          <w:p w14:paraId="584CD8FC" w14:textId="77777777" w:rsidR="00650973" w:rsidRDefault="00080072">
            <w:r>
              <w:rPr>
                <w:rFonts w:ascii="Arial" w:hAnsi="Arial"/>
                <w:sz w:val="21"/>
              </w:rPr>
              <w:t>Fromage de chèvre grillé + pomme pochée</w:t>
            </w:r>
          </w:p>
        </w:tc>
        <w:tc>
          <w:tcPr>
            <w:tcW w:w="5103" w:type="dxa"/>
            <w:shd w:val="clear" w:color="auto" w:fill="F8FAF8"/>
            <w:tcMar>
              <w:top w:w="70" w:type="dxa"/>
              <w:left w:w="80" w:type="dxa"/>
              <w:bottom w:w="70" w:type="dxa"/>
              <w:right w:w="80" w:type="dxa"/>
            </w:tcMar>
            <w:vAlign w:val="center"/>
          </w:tcPr>
          <w:p w14:paraId="172D1683" w14:textId="77777777" w:rsidR="00650973" w:rsidRDefault="00080072">
            <w:r>
              <w:rPr>
                <w:rFonts w:ascii="Arial" w:hAnsi="Arial"/>
                <w:sz w:val="21"/>
              </w:rPr>
              <w:t>12,00 €</w:t>
            </w:r>
          </w:p>
        </w:tc>
      </w:tr>
      <w:tr w:rsidR="00650973" w14:paraId="390A380F" w14:textId="77777777">
        <w:trPr>
          <w:cantSplit/>
          <w:jc w:val="center"/>
        </w:trPr>
        <w:tc>
          <w:tcPr>
            <w:tcW w:w="5103" w:type="dxa"/>
            <w:tcMar>
              <w:top w:w="70" w:type="dxa"/>
              <w:left w:w="80" w:type="dxa"/>
              <w:bottom w:w="70" w:type="dxa"/>
              <w:right w:w="80" w:type="dxa"/>
            </w:tcMar>
            <w:vAlign w:val="center"/>
          </w:tcPr>
          <w:p w14:paraId="2B01A2F7" w14:textId="77777777" w:rsidR="00650973" w:rsidRDefault="00080072">
            <w:r>
              <w:rPr>
                <w:rFonts w:ascii="Arial" w:hAnsi="Arial"/>
                <w:sz w:val="21"/>
              </w:rPr>
              <w:t>Tataki de thon, wakame &amp; mayonnaise wasabi</w:t>
            </w:r>
          </w:p>
        </w:tc>
        <w:tc>
          <w:tcPr>
            <w:tcW w:w="5103" w:type="dxa"/>
            <w:tcMar>
              <w:top w:w="70" w:type="dxa"/>
              <w:left w:w="80" w:type="dxa"/>
              <w:bottom w:w="70" w:type="dxa"/>
              <w:right w:w="80" w:type="dxa"/>
            </w:tcMar>
            <w:vAlign w:val="center"/>
          </w:tcPr>
          <w:p w14:paraId="78D5B192" w14:textId="77777777" w:rsidR="00650973" w:rsidRDefault="00080072">
            <w:r>
              <w:rPr>
                <w:rFonts w:ascii="Arial" w:hAnsi="Arial"/>
                <w:sz w:val="21"/>
              </w:rPr>
              <w:t>12,00 €</w:t>
            </w:r>
          </w:p>
        </w:tc>
      </w:tr>
      <w:tr w:rsidR="00650973" w14:paraId="79347127" w14:textId="77777777">
        <w:trPr>
          <w:cantSplit/>
          <w:jc w:val="center"/>
        </w:trPr>
        <w:tc>
          <w:tcPr>
            <w:tcW w:w="5103" w:type="dxa"/>
            <w:shd w:val="clear" w:color="auto" w:fill="F8FAF8"/>
            <w:tcMar>
              <w:top w:w="70" w:type="dxa"/>
              <w:left w:w="80" w:type="dxa"/>
              <w:bottom w:w="70" w:type="dxa"/>
              <w:right w:w="80" w:type="dxa"/>
            </w:tcMar>
            <w:vAlign w:val="center"/>
          </w:tcPr>
          <w:p w14:paraId="58156167" w14:textId="77777777" w:rsidR="00650973" w:rsidRDefault="00080072">
            <w:r>
              <w:rPr>
                <w:rFonts w:ascii="Arial" w:hAnsi="Arial"/>
                <w:sz w:val="21"/>
              </w:rPr>
              <w:t>Gambas et moules à la marinera</w:t>
            </w:r>
          </w:p>
        </w:tc>
        <w:tc>
          <w:tcPr>
            <w:tcW w:w="5103" w:type="dxa"/>
            <w:shd w:val="clear" w:color="auto" w:fill="F8FAF8"/>
            <w:tcMar>
              <w:top w:w="70" w:type="dxa"/>
              <w:left w:w="80" w:type="dxa"/>
              <w:bottom w:w="70" w:type="dxa"/>
              <w:right w:w="80" w:type="dxa"/>
            </w:tcMar>
            <w:vAlign w:val="center"/>
          </w:tcPr>
          <w:p w14:paraId="474690F9" w14:textId="77777777" w:rsidR="00650973" w:rsidRDefault="00080072">
            <w:r>
              <w:rPr>
                <w:rFonts w:ascii="Arial" w:hAnsi="Arial"/>
                <w:sz w:val="21"/>
              </w:rPr>
              <w:t>23,00 €</w:t>
            </w:r>
          </w:p>
        </w:tc>
      </w:tr>
      <w:tr w:rsidR="00650973" w14:paraId="7E04C66B" w14:textId="77777777">
        <w:trPr>
          <w:cantSplit/>
          <w:jc w:val="center"/>
        </w:trPr>
        <w:tc>
          <w:tcPr>
            <w:tcW w:w="5103" w:type="dxa"/>
            <w:tcMar>
              <w:top w:w="70" w:type="dxa"/>
              <w:left w:w="80" w:type="dxa"/>
              <w:bottom w:w="70" w:type="dxa"/>
              <w:right w:w="80" w:type="dxa"/>
            </w:tcMar>
            <w:vAlign w:val="center"/>
          </w:tcPr>
          <w:p w14:paraId="6BE5D70E" w14:textId="77777777" w:rsidR="00650973" w:rsidRDefault="00080072">
            <w:r>
              <w:rPr>
                <w:rFonts w:ascii="Arial" w:hAnsi="Arial"/>
                <w:sz w:val="21"/>
              </w:rPr>
              <w:t>Pollo al ajillo</w:t>
            </w:r>
          </w:p>
        </w:tc>
        <w:tc>
          <w:tcPr>
            <w:tcW w:w="5103" w:type="dxa"/>
            <w:tcMar>
              <w:top w:w="70" w:type="dxa"/>
              <w:left w:w="80" w:type="dxa"/>
              <w:bottom w:w="70" w:type="dxa"/>
              <w:right w:w="80" w:type="dxa"/>
            </w:tcMar>
            <w:vAlign w:val="center"/>
          </w:tcPr>
          <w:p w14:paraId="6B7837E2" w14:textId="77777777" w:rsidR="00650973" w:rsidRDefault="00080072">
            <w:r>
              <w:rPr>
                <w:rFonts w:ascii="Arial" w:hAnsi="Arial"/>
                <w:sz w:val="21"/>
              </w:rPr>
              <w:t>12,50 €</w:t>
            </w:r>
          </w:p>
        </w:tc>
      </w:tr>
      <w:tr w:rsidR="00650973" w14:paraId="087EC0CB" w14:textId="77777777">
        <w:trPr>
          <w:cantSplit/>
          <w:jc w:val="center"/>
        </w:trPr>
        <w:tc>
          <w:tcPr>
            <w:tcW w:w="5103" w:type="dxa"/>
            <w:shd w:val="clear" w:color="auto" w:fill="F8FAF8"/>
            <w:tcMar>
              <w:top w:w="70" w:type="dxa"/>
              <w:left w:w="80" w:type="dxa"/>
              <w:bottom w:w="70" w:type="dxa"/>
              <w:right w:w="80" w:type="dxa"/>
            </w:tcMar>
            <w:vAlign w:val="center"/>
          </w:tcPr>
          <w:p w14:paraId="183CF7AD" w14:textId="77777777" w:rsidR="00650973" w:rsidRDefault="00080072">
            <w:r>
              <w:rPr>
                <w:rFonts w:ascii="Arial" w:hAnsi="Arial"/>
                <w:sz w:val="21"/>
              </w:rPr>
              <w:t>Rancho Canario</w:t>
            </w:r>
          </w:p>
        </w:tc>
        <w:tc>
          <w:tcPr>
            <w:tcW w:w="5103" w:type="dxa"/>
            <w:shd w:val="clear" w:color="auto" w:fill="F8FAF8"/>
            <w:tcMar>
              <w:top w:w="70" w:type="dxa"/>
              <w:left w:w="80" w:type="dxa"/>
              <w:bottom w:w="70" w:type="dxa"/>
              <w:right w:w="80" w:type="dxa"/>
            </w:tcMar>
            <w:vAlign w:val="center"/>
          </w:tcPr>
          <w:p w14:paraId="75F6649D" w14:textId="77777777" w:rsidR="00650973" w:rsidRDefault="00080072">
            <w:r>
              <w:rPr>
                <w:rFonts w:ascii="Arial" w:hAnsi="Arial"/>
                <w:sz w:val="21"/>
              </w:rPr>
              <w:t>12,00 €</w:t>
            </w:r>
          </w:p>
        </w:tc>
      </w:tr>
      <w:tr w:rsidR="00650973" w14:paraId="7B8867FF" w14:textId="77777777">
        <w:trPr>
          <w:cantSplit/>
          <w:jc w:val="center"/>
        </w:trPr>
        <w:tc>
          <w:tcPr>
            <w:tcW w:w="5103" w:type="dxa"/>
            <w:tcMar>
              <w:top w:w="70" w:type="dxa"/>
              <w:left w:w="80" w:type="dxa"/>
              <w:bottom w:w="70" w:type="dxa"/>
              <w:right w:w="80" w:type="dxa"/>
            </w:tcMar>
            <w:vAlign w:val="center"/>
          </w:tcPr>
          <w:p w14:paraId="01B6D2A3" w14:textId="77777777" w:rsidR="00650973" w:rsidRDefault="00080072">
            <w:r>
              <w:rPr>
                <w:rFonts w:ascii="Arial" w:hAnsi="Arial"/>
                <w:sz w:val="21"/>
              </w:rPr>
              <w:t>Joues de porc ibérique</w:t>
            </w:r>
          </w:p>
        </w:tc>
        <w:tc>
          <w:tcPr>
            <w:tcW w:w="5103" w:type="dxa"/>
            <w:tcMar>
              <w:top w:w="70" w:type="dxa"/>
              <w:left w:w="80" w:type="dxa"/>
              <w:bottom w:w="70" w:type="dxa"/>
              <w:right w:w="80" w:type="dxa"/>
            </w:tcMar>
            <w:vAlign w:val="center"/>
          </w:tcPr>
          <w:p w14:paraId="5DBB751B" w14:textId="77777777" w:rsidR="00650973" w:rsidRDefault="00080072">
            <w:r>
              <w:rPr>
                <w:rFonts w:ascii="Arial" w:hAnsi="Arial"/>
                <w:sz w:val="21"/>
              </w:rPr>
              <w:t>12,00 €</w:t>
            </w:r>
          </w:p>
        </w:tc>
      </w:tr>
      <w:tr w:rsidR="00650973" w14:paraId="2CAC6CCC" w14:textId="77777777">
        <w:trPr>
          <w:cantSplit/>
          <w:jc w:val="center"/>
        </w:trPr>
        <w:tc>
          <w:tcPr>
            <w:tcW w:w="5103" w:type="dxa"/>
            <w:shd w:val="clear" w:color="auto" w:fill="F8FAF8"/>
            <w:tcMar>
              <w:top w:w="70" w:type="dxa"/>
              <w:left w:w="80" w:type="dxa"/>
              <w:bottom w:w="70" w:type="dxa"/>
              <w:right w:w="80" w:type="dxa"/>
            </w:tcMar>
            <w:vAlign w:val="center"/>
          </w:tcPr>
          <w:p w14:paraId="3B0A94A7" w14:textId="77777777" w:rsidR="00650973" w:rsidRDefault="00080072">
            <w:r>
              <w:rPr>
                <w:rFonts w:ascii="Arial" w:hAnsi="Arial"/>
                <w:sz w:val="21"/>
              </w:rPr>
              <w:t>Filet de bœuf Black Angus Uruguay 230 g</w:t>
            </w:r>
          </w:p>
        </w:tc>
        <w:tc>
          <w:tcPr>
            <w:tcW w:w="5103" w:type="dxa"/>
            <w:shd w:val="clear" w:color="auto" w:fill="F8FAF8"/>
            <w:tcMar>
              <w:top w:w="70" w:type="dxa"/>
              <w:left w:w="80" w:type="dxa"/>
              <w:bottom w:w="70" w:type="dxa"/>
              <w:right w:w="80" w:type="dxa"/>
            </w:tcMar>
            <w:vAlign w:val="center"/>
          </w:tcPr>
          <w:p w14:paraId="1FF59D9E" w14:textId="77777777" w:rsidR="00650973" w:rsidRDefault="00080072">
            <w:r>
              <w:rPr>
                <w:rFonts w:ascii="Arial" w:hAnsi="Arial"/>
                <w:sz w:val="21"/>
              </w:rPr>
              <w:t>25,00 €</w:t>
            </w:r>
          </w:p>
        </w:tc>
      </w:tr>
      <w:tr w:rsidR="00650973" w14:paraId="2C8284E2" w14:textId="77777777">
        <w:trPr>
          <w:cantSplit/>
          <w:jc w:val="center"/>
        </w:trPr>
        <w:tc>
          <w:tcPr>
            <w:tcW w:w="5103" w:type="dxa"/>
            <w:tcMar>
              <w:top w:w="70" w:type="dxa"/>
              <w:left w:w="80" w:type="dxa"/>
              <w:bottom w:w="70" w:type="dxa"/>
              <w:right w:w="80" w:type="dxa"/>
            </w:tcMar>
            <w:vAlign w:val="center"/>
          </w:tcPr>
          <w:p w14:paraId="6DD6A300" w14:textId="77777777" w:rsidR="00650973" w:rsidRDefault="00080072">
            <w:r>
              <w:rPr>
                <w:rFonts w:ascii="Arial" w:hAnsi="Arial"/>
                <w:sz w:val="21"/>
              </w:rPr>
              <w:t>Raviolis frais</w:t>
            </w:r>
          </w:p>
        </w:tc>
        <w:tc>
          <w:tcPr>
            <w:tcW w:w="5103" w:type="dxa"/>
            <w:tcMar>
              <w:top w:w="70" w:type="dxa"/>
              <w:left w:w="80" w:type="dxa"/>
              <w:bottom w:w="70" w:type="dxa"/>
              <w:right w:w="80" w:type="dxa"/>
            </w:tcMar>
            <w:vAlign w:val="center"/>
          </w:tcPr>
          <w:p w14:paraId="5E382F7C" w14:textId="77777777" w:rsidR="00650973" w:rsidRDefault="00080072">
            <w:r>
              <w:rPr>
                <w:rFonts w:ascii="Arial" w:hAnsi="Arial"/>
                <w:sz w:val="21"/>
              </w:rPr>
              <w:t>15,00 €</w:t>
            </w:r>
          </w:p>
        </w:tc>
      </w:tr>
      <w:tr w:rsidR="00650973" w14:paraId="6038A525" w14:textId="77777777">
        <w:trPr>
          <w:cantSplit/>
          <w:jc w:val="center"/>
        </w:trPr>
        <w:tc>
          <w:tcPr>
            <w:tcW w:w="5103" w:type="dxa"/>
            <w:shd w:val="clear" w:color="auto" w:fill="F8FAF8"/>
            <w:tcMar>
              <w:top w:w="70" w:type="dxa"/>
              <w:left w:w="80" w:type="dxa"/>
              <w:bottom w:w="70" w:type="dxa"/>
              <w:right w:w="80" w:type="dxa"/>
            </w:tcMar>
            <w:vAlign w:val="center"/>
          </w:tcPr>
          <w:p w14:paraId="2630ADF7" w14:textId="77777777" w:rsidR="00650973" w:rsidRDefault="00080072">
            <w:r>
              <w:rPr>
                <w:rFonts w:ascii="Arial" w:hAnsi="Arial"/>
                <w:sz w:val="21"/>
              </w:rPr>
              <w:t>Curry de la semaine</w:t>
            </w:r>
          </w:p>
        </w:tc>
        <w:tc>
          <w:tcPr>
            <w:tcW w:w="5103" w:type="dxa"/>
            <w:shd w:val="clear" w:color="auto" w:fill="F8FAF8"/>
            <w:tcMar>
              <w:top w:w="70" w:type="dxa"/>
              <w:left w:w="80" w:type="dxa"/>
              <w:bottom w:w="70" w:type="dxa"/>
              <w:right w:w="80" w:type="dxa"/>
            </w:tcMar>
            <w:vAlign w:val="center"/>
          </w:tcPr>
          <w:p w14:paraId="348EAABB" w14:textId="77777777" w:rsidR="00650973" w:rsidRDefault="00080072">
            <w:r>
              <w:rPr>
                <w:rFonts w:ascii="Arial" w:hAnsi="Arial"/>
                <w:sz w:val="21"/>
              </w:rPr>
              <w:t>13,50 €</w:t>
            </w:r>
          </w:p>
        </w:tc>
      </w:tr>
    </w:tbl>
    <w:p w14:paraId="782454C7" w14:textId="77777777" w:rsidR="00650973" w:rsidRDefault="00650973">
      <w:pPr>
        <w:spacing w:after="40"/>
      </w:pPr>
    </w:p>
    <w:p w14:paraId="24D55C6B" w14:textId="77777777" w:rsidR="00650973" w:rsidRDefault="00080072">
      <w:pPr>
        <w:pStyle w:val="Titre3"/>
        <w:spacing w:before="120" w:after="100"/>
      </w:pPr>
      <w:r>
        <w:rPr>
          <w:rFonts w:ascii="Arial" w:hAnsi="Arial"/>
          <w:color w:val="2F6B4F"/>
          <w:sz w:val="23"/>
        </w:rPr>
        <w:t>Accompagnements</w:t>
      </w:r>
    </w:p>
    <w:tbl>
      <w:tblPr>
        <w:tblStyle w:val="Grilledutableau"/>
        <w:tblW w:w="0" w:type="auto"/>
        <w:jc w:val="center"/>
        <w:tblLook w:val="04A0" w:firstRow="1" w:lastRow="0" w:firstColumn="1" w:lastColumn="0" w:noHBand="0" w:noVBand="1"/>
      </w:tblPr>
      <w:tblGrid>
        <w:gridCol w:w="5103"/>
        <w:gridCol w:w="5103"/>
      </w:tblGrid>
      <w:tr w:rsidR="00650973" w14:paraId="59B1B7E1" w14:textId="77777777">
        <w:trPr>
          <w:cantSplit/>
          <w:tblHeader/>
          <w:jc w:val="center"/>
        </w:trPr>
        <w:tc>
          <w:tcPr>
            <w:tcW w:w="5103" w:type="dxa"/>
            <w:shd w:val="clear" w:color="auto" w:fill="2F6B4F"/>
            <w:tcMar>
              <w:top w:w="70" w:type="dxa"/>
              <w:left w:w="80" w:type="dxa"/>
              <w:bottom w:w="70" w:type="dxa"/>
              <w:right w:w="80" w:type="dxa"/>
            </w:tcMar>
            <w:vAlign w:val="center"/>
          </w:tcPr>
          <w:p w14:paraId="28472DBE" w14:textId="77777777" w:rsidR="00650973" w:rsidRDefault="00080072">
            <w:pPr>
              <w:jc w:val="center"/>
            </w:pPr>
            <w:r>
              <w:rPr>
                <w:rFonts w:ascii="Arial" w:hAnsi="Arial"/>
                <w:b/>
                <w:color w:val="FFFFFF"/>
                <w:sz w:val="21"/>
              </w:rPr>
              <w:t>Accompagnement</w:t>
            </w:r>
          </w:p>
        </w:tc>
        <w:tc>
          <w:tcPr>
            <w:tcW w:w="5103" w:type="dxa"/>
            <w:shd w:val="clear" w:color="auto" w:fill="2F6B4F"/>
            <w:tcMar>
              <w:top w:w="70" w:type="dxa"/>
              <w:left w:w="80" w:type="dxa"/>
              <w:bottom w:w="70" w:type="dxa"/>
              <w:right w:w="80" w:type="dxa"/>
            </w:tcMar>
            <w:vAlign w:val="center"/>
          </w:tcPr>
          <w:p w14:paraId="4DB2A6B1" w14:textId="77777777" w:rsidR="00650973" w:rsidRDefault="00080072">
            <w:pPr>
              <w:jc w:val="center"/>
            </w:pPr>
            <w:r>
              <w:rPr>
                <w:rFonts w:ascii="Arial" w:hAnsi="Arial"/>
                <w:b/>
                <w:color w:val="FFFFFF"/>
                <w:sz w:val="21"/>
              </w:rPr>
              <w:t>Prix</w:t>
            </w:r>
          </w:p>
        </w:tc>
      </w:tr>
      <w:tr w:rsidR="00650973" w14:paraId="4B1E7CAA" w14:textId="77777777">
        <w:trPr>
          <w:cantSplit/>
          <w:jc w:val="center"/>
        </w:trPr>
        <w:tc>
          <w:tcPr>
            <w:tcW w:w="5103" w:type="dxa"/>
            <w:tcMar>
              <w:top w:w="70" w:type="dxa"/>
              <w:left w:w="80" w:type="dxa"/>
              <w:bottom w:w="70" w:type="dxa"/>
              <w:right w:w="80" w:type="dxa"/>
            </w:tcMar>
            <w:vAlign w:val="center"/>
          </w:tcPr>
          <w:p w14:paraId="11E81BF1" w14:textId="77777777" w:rsidR="00650973" w:rsidRDefault="00080072">
            <w:r>
              <w:rPr>
                <w:rFonts w:ascii="Arial" w:hAnsi="Arial"/>
                <w:sz w:val="21"/>
              </w:rPr>
              <w:t>Légumes frais</w:t>
            </w:r>
          </w:p>
        </w:tc>
        <w:tc>
          <w:tcPr>
            <w:tcW w:w="5103" w:type="dxa"/>
            <w:tcMar>
              <w:top w:w="70" w:type="dxa"/>
              <w:left w:w="80" w:type="dxa"/>
              <w:bottom w:w="70" w:type="dxa"/>
              <w:right w:w="80" w:type="dxa"/>
            </w:tcMar>
            <w:vAlign w:val="center"/>
          </w:tcPr>
          <w:p w14:paraId="1084A0EE" w14:textId="77777777" w:rsidR="00650973" w:rsidRDefault="00080072">
            <w:r>
              <w:rPr>
                <w:rFonts w:ascii="Arial" w:hAnsi="Arial"/>
                <w:sz w:val="21"/>
              </w:rPr>
              <w:t>7,50 €</w:t>
            </w:r>
          </w:p>
        </w:tc>
      </w:tr>
      <w:tr w:rsidR="00650973" w14:paraId="74E7DDD6" w14:textId="77777777">
        <w:trPr>
          <w:cantSplit/>
          <w:jc w:val="center"/>
        </w:trPr>
        <w:tc>
          <w:tcPr>
            <w:tcW w:w="5103" w:type="dxa"/>
            <w:shd w:val="clear" w:color="auto" w:fill="F8FAF8"/>
            <w:tcMar>
              <w:top w:w="70" w:type="dxa"/>
              <w:left w:w="80" w:type="dxa"/>
              <w:bottom w:w="70" w:type="dxa"/>
              <w:right w:w="80" w:type="dxa"/>
            </w:tcMar>
            <w:vAlign w:val="center"/>
          </w:tcPr>
          <w:p w14:paraId="6BA1540E" w14:textId="77777777" w:rsidR="00650973" w:rsidRDefault="00080072">
            <w:r>
              <w:rPr>
                <w:rFonts w:ascii="Arial" w:hAnsi="Arial"/>
                <w:sz w:val="21"/>
              </w:rPr>
              <w:t>Frites carrées maison</w:t>
            </w:r>
          </w:p>
        </w:tc>
        <w:tc>
          <w:tcPr>
            <w:tcW w:w="5103" w:type="dxa"/>
            <w:shd w:val="clear" w:color="auto" w:fill="F8FAF8"/>
            <w:tcMar>
              <w:top w:w="70" w:type="dxa"/>
              <w:left w:w="80" w:type="dxa"/>
              <w:bottom w:w="70" w:type="dxa"/>
              <w:right w:w="80" w:type="dxa"/>
            </w:tcMar>
            <w:vAlign w:val="center"/>
          </w:tcPr>
          <w:p w14:paraId="2722962C" w14:textId="77777777" w:rsidR="00650973" w:rsidRDefault="00080072">
            <w:r>
              <w:rPr>
                <w:rFonts w:ascii="Arial" w:hAnsi="Arial"/>
                <w:sz w:val="21"/>
              </w:rPr>
              <w:t>5,00 €</w:t>
            </w:r>
          </w:p>
        </w:tc>
      </w:tr>
      <w:tr w:rsidR="00650973" w14:paraId="497551E0" w14:textId="77777777">
        <w:trPr>
          <w:cantSplit/>
          <w:jc w:val="center"/>
        </w:trPr>
        <w:tc>
          <w:tcPr>
            <w:tcW w:w="5103" w:type="dxa"/>
            <w:tcMar>
              <w:top w:w="70" w:type="dxa"/>
              <w:left w:w="80" w:type="dxa"/>
              <w:bottom w:w="70" w:type="dxa"/>
              <w:right w:w="80" w:type="dxa"/>
            </w:tcMar>
            <w:vAlign w:val="center"/>
          </w:tcPr>
          <w:p w14:paraId="7E36625C" w14:textId="77777777" w:rsidR="00650973" w:rsidRDefault="00080072">
            <w:r>
              <w:rPr>
                <w:rFonts w:ascii="Arial" w:hAnsi="Arial"/>
                <w:sz w:val="21"/>
              </w:rPr>
              <w:t>Sauce à la truffe</w:t>
            </w:r>
          </w:p>
        </w:tc>
        <w:tc>
          <w:tcPr>
            <w:tcW w:w="5103" w:type="dxa"/>
            <w:tcMar>
              <w:top w:w="70" w:type="dxa"/>
              <w:left w:w="80" w:type="dxa"/>
              <w:bottom w:w="70" w:type="dxa"/>
              <w:right w:w="80" w:type="dxa"/>
            </w:tcMar>
            <w:vAlign w:val="center"/>
          </w:tcPr>
          <w:p w14:paraId="07685AF0" w14:textId="77777777" w:rsidR="00650973" w:rsidRDefault="00080072">
            <w:r>
              <w:rPr>
                <w:rFonts w:ascii="Arial" w:hAnsi="Arial"/>
                <w:sz w:val="21"/>
              </w:rPr>
              <w:t>2,50 €</w:t>
            </w:r>
          </w:p>
        </w:tc>
      </w:tr>
      <w:tr w:rsidR="00650973" w14:paraId="730DBDB8" w14:textId="77777777">
        <w:trPr>
          <w:cantSplit/>
          <w:jc w:val="center"/>
        </w:trPr>
        <w:tc>
          <w:tcPr>
            <w:tcW w:w="5103" w:type="dxa"/>
            <w:shd w:val="clear" w:color="auto" w:fill="F8FAF8"/>
            <w:tcMar>
              <w:top w:w="70" w:type="dxa"/>
              <w:left w:w="80" w:type="dxa"/>
              <w:bottom w:w="70" w:type="dxa"/>
              <w:right w:w="80" w:type="dxa"/>
            </w:tcMar>
            <w:vAlign w:val="center"/>
          </w:tcPr>
          <w:p w14:paraId="34D2CA0E" w14:textId="77777777" w:rsidR="00650973" w:rsidRDefault="00080072">
            <w:r>
              <w:rPr>
                <w:rFonts w:ascii="Arial" w:hAnsi="Arial"/>
                <w:sz w:val="21"/>
              </w:rPr>
              <w:t>Mojo rouge ou vert</w:t>
            </w:r>
          </w:p>
        </w:tc>
        <w:tc>
          <w:tcPr>
            <w:tcW w:w="5103" w:type="dxa"/>
            <w:shd w:val="clear" w:color="auto" w:fill="F8FAF8"/>
            <w:tcMar>
              <w:top w:w="70" w:type="dxa"/>
              <w:left w:w="80" w:type="dxa"/>
              <w:bottom w:w="70" w:type="dxa"/>
              <w:right w:w="80" w:type="dxa"/>
            </w:tcMar>
            <w:vAlign w:val="center"/>
          </w:tcPr>
          <w:p w14:paraId="159E4019" w14:textId="77777777" w:rsidR="00650973" w:rsidRDefault="00080072">
            <w:r>
              <w:rPr>
                <w:rFonts w:ascii="Arial" w:hAnsi="Arial"/>
                <w:sz w:val="21"/>
              </w:rPr>
              <w:t>2,00 €</w:t>
            </w:r>
          </w:p>
        </w:tc>
      </w:tr>
    </w:tbl>
    <w:p w14:paraId="71343659" w14:textId="77777777" w:rsidR="00650973" w:rsidRDefault="00650973">
      <w:pPr>
        <w:spacing w:after="40"/>
      </w:pPr>
    </w:p>
    <w:p w14:paraId="7B15F3EE" w14:textId="77777777" w:rsidR="00650973" w:rsidRDefault="00080072">
      <w:pPr>
        <w:pStyle w:val="Titre3"/>
        <w:spacing w:before="120" w:after="100"/>
      </w:pPr>
      <w:r>
        <w:rPr>
          <w:rFonts w:ascii="Arial" w:hAnsi="Arial"/>
          <w:color w:val="2F6B4F"/>
          <w:sz w:val="23"/>
        </w:rPr>
        <w:t>Desserts et fin de repas</w:t>
      </w:r>
    </w:p>
    <w:tbl>
      <w:tblPr>
        <w:tblStyle w:val="Grilledutableau"/>
        <w:tblW w:w="0" w:type="auto"/>
        <w:jc w:val="center"/>
        <w:tblLook w:val="04A0" w:firstRow="1" w:lastRow="0" w:firstColumn="1" w:lastColumn="0" w:noHBand="0" w:noVBand="1"/>
      </w:tblPr>
      <w:tblGrid>
        <w:gridCol w:w="5103"/>
        <w:gridCol w:w="5103"/>
      </w:tblGrid>
      <w:tr w:rsidR="00650973" w14:paraId="3177D26B" w14:textId="77777777">
        <w:trPr>
          <w:cantSplit/>
          <w:tblHeader/>
          <w:jc w:val="center"/>
        </w:trPr>
        <w:tc>
          <w:tcPr>
            <w:tcW w:w="5103" w:type="dxa"/>
            <w:shd w:val="clear" w:color="auto" w:fill="2F6B4F"/>
            <w:tcMar>
              <w:top w:w="70" w:type="dxa"/>
              <w:left w:w="80" w:type="dxa"/>
              <w:bottom w:w="70" w:type="dxa"/>
              <w:right w:w="80" w:type="dxa"/>
            </w:tcMar>
            <w:vAlign w:val="center"/>
          </w:tcPr>
          <w:p w14:paraId="143BFE8E" w14:textId="77777777" w:rsidR="00650973" w:rsidRDefault="00080072">
            <w:pPr>
              <w:jc w:val="center"/>
            </w:pPr>
            <w:r>
              <w:rPr>
                <w:rFonts w:ascii="Arial" w:hAnsi="Arial"/>
                <w:b/>
                <w:color w:val="FFFFFF"/>
                <w:sz w:val="21"/>
              </w:rPr>
              <w:t>Dessert / boisson</w:t>
            </w:r>
          </w:p>
        </w:tc>
        <w:tc>
          <w:tcPr>
            <w:tcW w:w="5103" w:type="dxa"/>
            <w:shd w:val="clear" w:color="auto" w:fill="2F6B4F"/>
            <w:tcMar>
              <w:top w:w="70" w:type="dxa"/>
              <w:left w:w="80" w:type="dxa"/>
              <w:bottom w:w="70" w:type="dxa"/>
              <w:right w:w="80" w:type="dxa"/>
            </w:tcMar>
            <w:vAlign w:val="center"/>
          </w:tcPr>
          <w:p w14:paraId="5CA14242" w14:textId="77777777" w:rsidR="00650973" w:rsidRDefault="00080072">
            <w:pPr>
              <w:jc w:val="center"/>
            </w:pPr>
            <w:r>
              <w:rPr>
                <w:rFonts w:ascii="Arial" w:hAnsi="Arial"/>
                <w:b/>
                <w:color w:val="FFFFFF"/>
                <w:sz w:val="21"/>
              </w:rPr>
              <w:t>Prix</w:t>
            </w:r>
          </w:p>
        </w:tc>
      </w:tr>
      <w:tr w:rsidR="00650973" w14:paraId="353552AA" w14:textId="77777777">
        <w:trPr>
          <w:cantSplit/>
          <w:jc w:val="center"/>
        </w:trPr>
        <w:tc>
          <w:tcPr>
            <w:tcW w:w="5103" w:type="dxa"/>
            <w:tcMar>
              <w:top w:w="70" w:type="dxa"/>
              <w:left w:w="80" w:type="dxa"/>
              <w:bottom w:w="70" w:type="dxa"/>
              <w:right w:w="80" w:type="dxa"/>
            </w:tcMar>
            <w:vAlign w:val="center"/>
          </w:tcPr>
          <w:p w14:paraId="5CD010AF" w14:textId="77777777" w:rsidR="00650973" w:rsidRDefault="00080072">
            <w:r>
              <w:rPr>
                <w:rFonts w:ascii="Arial" w:hAnsi="Arial"/>
                <w:sz w:val="21"/>
              </w:rPr>
              <w:lastRenderedPageBreak/>
              <w:t>Crème catalane maison</w:t>
            </w:r>
          </w:p>
        </w:tc>
        <w:tc>
          <w:tcPr>
            <w:tcW w:w="5103" w:type="dxa"/>
            <w:tcMar>
              <w:top w:w="70" w:type="dxa"/>
              <w:left w:w="80" w:type="dxa"/>
              <w:bottom w:w="70" w:type="dxa"/>
              <w:right w:w="80" w:type="dxa"/>
            </w:tcMar>
            <w:vAlign w:val="center"/>
          </w:tcPr>
          <w:p w14:paraId="351D0428" w14:textId="77777777" w:rsidR="00650973" w:rsidRDefault="00080072">
            <w:r>
              <w:rPr>
                <w:rFonts w:ascii="Arial" w:hAnsi="Arial"/>
                <w:sz w:val="21"/>
              </w:rPr>
              <w:t>6,50 €</w:t>
            </w:r>
          </w:p>
        </w:tc>
      </w:tr>
      <w:tr w:rsidR="00650973" w14:paraId="7F39427C" w14:textId="77777777">
        <w:trPr>
          <w:cantSplit/>
          <w:jc w:val="center"/>
        </w:trPr>
        <w:tc>
          <w:tcPr>
            <w:tcW w:w="5103" w:type="dxa"/>
            <w:shd w:val="clear" w:color="auto" w:fill="F8FAF8"/>
            <w:tcMar>
              <w:top w:w="70" w:type="dxa"/>
              <w:left w:w="80" w:type="dxa"/>
              <w:bottom w:w="70" w:type="dxa"/>
              <w:right w:w="80" w:type="dxa"/>
            </w:tcMar>
            <w:vAlign w:val="center"/>
          </w:tcPr>
          <w:p w14:paraId="59B11F52" w14:textId="77777777" w:rsidR="00650973" w:rsidRDefault="00080072">
            <w:r>
              <w:rPr>
                <w:rFonts w:ascii="Arial" w:hAnsi="Arial"/>
                <w:sz w:val="21"/>
              </w:rPr>
              <w:t>Cheesecake fruits des bois</w:t>
            </w:r>
          </w:p>
        </w:tc>
        <w:tc>
          <w:tcPr>
            <w:tcW w:w="5103" w:type="dxa"/>
            <w:shd w:val="clear" w:color="auto" w:fill="F8FAF8"/>
            <w:tcMar>
              <w:top w:w="70" w:type="dxa"/>
              <w:left w:w="80" w:type="dxa"/>
              <w:bottom w:w="70" w:type="dxa"/>
              <w:right w:w="80" w:type="dxa"/>
            </w:tcMar>
            <w:vAlign w:val="center"/>
          </w:tcPr>
          <w:p w14:paraId="7B0B6547" w14:textId="77777777" w:rsidR="00650973" w:rsidRDefault="00080072">
            <w:r>
              <w:rPr>
                <w:rFonts w:ascii="Arial" w:hAnsi="Arial"/>
                <w:sz w:val="21"/>
              </w:rPr>
              <w:t>9,50 €</w:t>
            </w:r>
          </w:p>
        </w:tc>
      </w:tr>
      <w:tr w:rsidR="00650973" w14:paraId="70419A5E" w14:textId="77777777">
        <w:trPr>
          <w:cantSplit/>
          <w:jc w:val="center"/>
        </w:trPr>
        <w:tc>
          <w:tcPr>
            <w:tcW w:w="5103" w:type="dxa"/>
            <w:tcMar>
              <w:top w:w="70" w:type="dxa"/>
              <w:left w:w="80" w:type="dxa"/>
              <w:bottom w:w="70" w:type="dxa"/>
              <w:right w:w="80" w:type="dxa"/>
            </w:tcMar>
            <w:vAlign w:val="center"/>
          </w:tcPr>
          <w:p w14:paraId="52B88C40" w14:textId="77777777" w:rsidR="00650973" w:rsidRDefault="00080072">
            <w:r>
              <w:rPr>
                <w:rFonts w:ascii="Arial" w:hAnsi="Arial"/>
                <w:sz w:val="21"/>
              </w:rPr>
              <w:t>Semifreddo avec Amaretto</w:t>
            </w:r>
          </w:p>
        </w:tc>
        <w:tc>
          <w:tcPr>
            <w:tcW w:w="5103" w:type="dxa"/>
            <w:tcMar>
              <w:top w:w="70" w:type="dxa"/>
              <w:left w:w="80" w:type="dxa"/>
              <w:bottom w:w="70" w:type="dxa"/>
              <w:right w:w="80" w:type="dxa"/>
            </w:tcMar>
            <w:vAlign w:val="center"/>
          </w:tcPr>
          <w:p w14:paraId="0CE9612C" w14:textId="77777777" w:rsidR="00650973" w:rsidRDefault="00080072">
            <w:r>
              <w:rPr>
                <w:rFonts w:ascii="Arial" w:hAnsi="Arial"/>
                <w:sz w:val="21"/>
              </w:rPr>
              <w:t>7,50 €</w:t>
            </w:r>
          </w:p>
        </w:tc>
      </w:tr>
      <w:tr w:rsidR="00650973" w14:paraId="4F94D63C" w14:textId="77777777">
        <w:trPr>
          <w:cantSplit/>
          <w:jc w:val="center"/>
        </w:trPr>
        <w:tc>
          <w:tcPr>
            <w:tcW w:w="5103" w:type="dxa"/>
            <w:shd w:val="clear" w:color="auto" w:fill="F8FAF8"/>
            <w:tcMar>
              <w:top w:w="70" w:type="dxa"/>
              <w:left w:w="80" w:type="dxa"/>
              <w:bottom w:w="70" w:type="dxa"/>
              <w:right w:w="80" w:type="dxa"/>
            </w:tcMar>
            <w:vAlign w:val="center"/>
          </w:tcPr>
          <w:p w14:paraId="1FCBE9A2" w14:textId="77777777" w:rsidR="00650973" w:rsidRDefault="00080072">
            <w:r>
              <w:rPr>
                <w:rFonts w:ascii="Arial" w:hAnsi="Arial"/>
                <w:sz w:val="21"/>
              </w:rPr>
              <w:t>Cantucci Morbidi + vin de dessert espagnol</w:t>
            </w:r>
          </w:p>
        </w:tc>
        <w:tc>
          <w:tcPr>
            <w:tcW w:w="5103" w:type="dxa"/>
            <w:shd w:val="clear" w:color="auto" w:fill="F8FAF8"/>
            <w:tcMar>
              <w:top w:w="70" w:type="dxa"/>
              <w:left w:w="80" w:type="dxa"/>
              <w:bottom w:w="70" w:type="dxa"/>
              <w:right w:w="80" w:type="dxa"/>
            </w:tcMar>
            <w:vAlign w:val="center"/>
          </w:tcPr>
          <w:p w14:paraId="6CCEAB77" w14:textId="77777777" w:rsidR="00650973" w:rsidRDefault="00080072">
            <w:r>
              <w:rPr>
                <w:rFonts w:ascii="Arial" w:hAnsi="Arial"/>
                <w:sz w:val="21"/>
              </w:rPr>
              <w:t>8,50 €</w:t>
            </w:r>
          </w:p>
        </w:tc>
      </w:tr>
      <w:tr w:rsidR="00650973" w14:paraId="3D67780E" w14:textId="77777777">
        <w:trPr>
          <w:cantSplit/>
          <w:jc w:val="center"/>
        </w:trPr>
        <w:tc>
          <w:tcPr>
            <w:tcW w:w="5103" w:type="dxa"/>
            <w:tcMar>
              <w:top w:w="70" w:type="dxa"/>
              <w:left w:w="80" w:type="dxa"/>
              <w:bottom w:w="70" w:type="dxa"/>
              <w:right w:w="80" w:type="dxa"/>
            </w:tcMar>
            <w:vAlign w:val="center"/>
          </w:tcPr>
          <w:p w14:paraId="1BEBAC1E" w14:textId="77777777" w:rsidR="00650973" w:rsidRDefault="00080072">
            <w:r>
              <w:rPr>
                <w:rFonts w:ascii="Arial" w:hAnsi="Arial"/>
                <w:sz w:val="21"/>
              </w:rPr>
              <w:t>Glace – 1 boule</w:t>
            </w:r>
          </w:p>
        </w:tc>
        <w:tc>
          <w:tcPr>
            <w:tcW w:w="5103" w:type="dxa"/>
            <w:tcMar>
              <w:top w:w="70" w:type="dxa"/>
              <w:left w:w="80" w:type="dxa"/>
              <w:bottom w:w="70" w:type="dxa"/>
              <w:right w:w="80" w:type="dxa"/>
            </w:tcMar>
            <w:vAlign w:val="center"/>
          </w:tcPr>
          <w:p w14:paraId="3B36B917" w14:textId="77777777" w:rsidR="00650973" w:rsidRDefault="00080072">
            <w:r>
              <w:rPr>
                <w:rFonts w:ascii="Arial" w:hAnsi="Arial"/>
                <w:sz w:val="21"/>
              </w:rPr>
              <w:t>2,80 €</w:t>
            </w:r>
          </w:p>
        </w:tc>
      </w:tr>
      <w:tr w:rsidR="00650973" w14:paraId="27F998D7" w14:textId="77777777">
        <w:trPr>
          <w:cantSplit/>
          <w:jc w:val="center"/>
        </w:trPr>
        <w:tc>
          <w:tcPr>
            <w:tcW w:w="5103" w:type="dxa"/>
            <w:shd w:val="clear" w:color="auto" w:fill="F8FAF8"/>
            <w:tcMar>
              <w:top w:w="70" w:type="dxa"/>
              <w:left w:w="80" w:type="dxa"/>
              <w:bottom w:w="70" w:type="dxa"/>
              <w:right w:w="80" w:type="dxa"/>
            </w:tcMar>
            <w:vAlign w:val="center"/>
          </w:tcPr>
          <w:p w14:paraId="45757C9D" w14:textId="77777777" w:rsidR="00650973" w:rsidRDefault="00080072">
            <w:r>
              <w:rPr>
                <w:rFonts w:ascii="Arial" w:hAnsi="Arial"/>
                <w:sz w:val="21"/>
              </w:rPr>
              <w:t>Assiette de fromages canariens</w:t>
            </w:r>
          </w:p>
        </w:tc>
        <w:tc>
          <w:tcPr>
            <w:tcW w:w="5103" w:type="dxa"/>
            <w:shd w:val="clear" w:color="auto" w:fill="F8FAF8"/>
            <w:tcMar>
              <w:top w:w="70" w:type="dxa"/>
              <w:left w:w="80" w:type="dxa"/>
              <w:bottom w:w="70" w:type="dxa"/>
              <w:right w:w="80" w:type="dxa"/>
            </w:tcMar>
            <w:vAlign w:val="center"/>
          </w:tcPr>
          <w:p w14:paraId="473A7078" w14:textId="77777777" w:rsidR="00650973" w:rsidRDefault="00080072">
            <w:r>
              <w:rPr>
                <w:rFonts w:ascii="Arial" w:hAnsi="Arial"/>
                <w:sz w:val="21"/>
              </w:rPr>
              <w:t>10,50 €</w:t>
            </w:r>
          </w:p>
        </w:tc>
      </w:tr>
      <w:tr w:rsidR="00650973" w14:paraId="12FDB34A" w14:textId="77777777">
        <w:trPr>
          <w:cantSplit/>
          <w:jc w:val="center"/>
        </w:trPr>
        <w:tc>
          <w:tcPr>
            <w:tcW w:w="5103" w:type="dxa"/>
            <w:tcMar>
              <w:top w:w="70" w:type="dxa"/>
              <w:left w:w="80" w:type="dxa"/>
              <w:bottom w:w="70" w:type="dxa"/>
              <w:right w:w="80" w:type="dxa"/>
            </w:tcMar>
            <w:vAlign w:val="center"/>
          </w:tcPr>
          <w:p w14:paraId="2D694381" w14:textId="77777777" w:rsidR="00650973" w:rsidRDefault="00080072">
            <w:r>
              <w:rPr>
                <w:rFonts w:ascii="Arial" w:hAnsi="Arial"/>
                <w:sz w:val="21"/>
              </w:rPr>
              <w:t>Fromage de chèvre grillé + pomme pochée</w:t>
            </w:r>
          </w:p>
        </w:tc>
        <w:tc>
          <w:tcPr>
            <w:tcW w:w="5103" w:type="dxa"/>
            <w:tcMar>
              <w:top w:w="70" w:type="dxa"/>
              <w:left w:w="80" w:type="dxa"/>
              <w:bottom w:w="70" w:type="dxa"/>
              <w:right w:w="80" w:type="dxa"/>
            </w:tcMar>
            <w:vAlign w:val="center"/>
          </w:tcPr>
          <w:p w14:paraId="3A4F65B5" w14:textId="77777777" w:rsidR="00650973" w:rsidRDefault="00080072">
            <w:r>
              <w:rPr>
                <w:rFonts w:ascii="Arial" w:hAnsi="Arial"/>
                <w:sz w:val="21"/>
              </w:rPr>
              <w:t>12,00 €</w:t>
            </w:r>
          </w:p>
        </w:tc>
      </w:tr>
      <w:tr w:rsidR="00650973" w14:paraId="1C44A818" w14:textId="77777777">
        <w:trPr>
          <w:cantSplit/>
          <w:jc w:val="center"/>
        </w:trPr>
        <w:tc>
          <w:tcPr>
            <w:tcW w:w="5103" w:type="dxa"/>
            <w:shd w:val="clear" w:color="auto" w:fill="F8FAF8"/>
            <w:tcMar>
              <w:top w:w="70" w:type="dxa"/>
              <w:left w:w="80" w:type="dxa"/>
              <w:bottom w:w="70" w:type="dxa"/>
              <w:right w:w="80" w:type="dxa"/>
            </w:tcMar>
            <w:vAlign w:val="center"/>
          </w:tcPr>
          <w:p w14:paraId="29D3CBE4" w14:textId="77777777" w:rsidR="00650973" w:rsidRDefault="00080072">
            <w:r>
              <w:rPr>
                <w:rFonts w:ascii="Arial" w:hAnsi="Arial"/>
                <w:sz w:val="21"/>
              </w:rPr>
              <w:t>Porto ou Xérès</w:t>
            </w:r>
          </w:p>
        </w:tc>
        <w:tc>
          <w:tcPr>
            <w:tcW w:w="5103" w:type="dxa"/>
            <w:shd w:val="clear" w:color="auto" w:fill="F8FAF8"/>
            <w:tcMar>
              <w:top w:w="70" w:type="dxa"/>
              <w:left w:w="80" w:type="dxa"/>
              <w:bottom w:w="70" w:type="dxa"/>
              <w:right w:w="80" w:type="dxa"/>
            </w:tcMar>
            <w:vAlign w:val="center"/>
          </w:tcPr>
          <w:p w14:paraId="3D41B189" w14:textId="77777777" w:rsidR="00650973" w:rsidRDefault="00080072">
            <w:r>
              <w:rPr>
                <w:rFonts w:ascii="Arial" w:hAnsi="Arial"/>
                <w:sz w:val="21"/>
              </w:rPr>
              <w:t>4,50 €</w:t>
            </w:r>
          </w:p>
        </w:tc>
      </w:tr>
      <w:tr w:rsidR="00650973" w14:paraId="27934302" w14:textId="77777777">
        <w:trPr>
          <w:cantSplit/>
          <w:jc w:val="center"/>
        </w:trPr>
        <w:tc>
          <w:tcPr>
            <w:tcW w:w="5103" w:type="dxa"/>
            <w:tcMar>
              <w:top w:w="70" w:type="dxa"/>
              <w:left w:w="80" w:type="dxa"/>
              <w:bottom w:w="70" w:type="dxa"/>
              <w:right w:w="80" w:type="dxa"/>
            </w:tcMar>
            <w:vAlign w:val="center"/>
          </w:tcPr>
          <w:p w14:paraId="10F15399" w14:textId="77777777" w:rsidR="00650973" w:rsidRDefault="00080072">
            <w:r>
              <w:rPr>
                <w:rFonts w:ascii="Arial" w:hAnsi="Arial"/>
                <w:sz w:val="21"/>
              </w:rPr>
              <w:t>Vin de dessert des Canaries</w:t>
            </w:r>
          </w:p>
        </w:tc>
        <w:tc>
          <w:tcPr>
            <w:tcW w:w="5103" w:type="dxa"/>
            <w:tcMar>
              <w:top w:w="70" w:type="dxa"/>
              <w:left w:w="80" w:type="dxa"/>
              <w:bottom w:w="70" w:type="dxa"/>
              <w:right w:w="80" w:type="dxa"/>
            </w:tcMar>
            <w:vAlign w:val="center"/>
          </w:tcPr>
          <w:p w14:paraId="1520D4E0" w14:textId="77777777" w:rsidR="00650973" w:rsidRDefault="00080072">
            <w:r>
              <w:rPr>
                <w:rFonts w:ascii="Arial" w:hAnsi="Arial"/>
                <w:sz w:val="21"/>
              </w:rPr>
              <w:t>5,00 €</w:t>
            </w:r>
          </w:p>
        </w:tc>
      </w:tr>
      <w:tr w:rsidR="00650973" w14:paraId="6F65880A" w14:textId="77777777">
        <w:trPr>
          <w:cantSplit/>
          <w:jc w:val="center"/>
        </w:trPr>
        <w:tc>
          <w:tcPr>
            <w:tcW w:w="5103" w:type="dxa"/>
            <w:shd w:val="clear" w:color="auto" w:fill="F8FAF8"/>
            <w:tcMar>
              <w:top w:w="70" w:type="dxa"/>
              <w:left w:w="80" w:type="dxa"/>
              <w:bottom w:w="70" w:type="dxa"/>
              <w:right w:w="80" w:type="dxa"/>
            </w:tcMar>
            <w:vAlign w:val="center"/>
          </w:tcPr>
          <w:p w14:paraId="577E6EF4" w14:textId="77777777" w:rsidR="00650973" w:rsidRDefault="00080072">
            <w:r>
              <w:rPr>
                <w:rFonts w:ascii="Arial" w:hAnsi="Arial"/>
                <w:sz w:val="21"/>
              </w:rPr>
              <w:t>Café spécial (irlandais, français, canarien…)</w:t>
            </w:r>
          </w:p>
        </w:tc>
        <w:tc>
          <w:tcPr>
            <w:tcW w:w="5103" w:type="dxa"/>
            <w:shd w:val="clear" w:color="auto" w:fill="F8FAF8"/>
            <w:tcMar>
              <w:top w:w="70" w:type="dxa"/>
              <w:left w:w="80" w:type="dxa"/>
              <w:bottom w:w="70" w:type="dxa"/>
              <w:right w:w="80" w:type="dxa"/>
            </w:tcMar>
            <w:vAlign w:val="center"/>
          </w:tcPr>
          <w:p w14:paraId="28736E91" w14:textId="77777777" w:rsidR="00650973" w:rsidRDefault="00080072">
            <w:r>
              <w:rPr>
                <w:rFonts w:ascii="Arial" w:hAnsi="Arial"/>
                <w:sz w:val="21"/>
              </w:rPr>
              <w:t>9,50 €</w:t>
            </w:r>
          </w:p>
        </w:tc>
      </w:tr>
    </w:tbl>
    <w:p w14:paraId="2520DFE5" w14:textId="77777777" w:rsidR="00650973" w:rsidRDefault="00650973">
      <w:pPr>
        <w:spacing w:after="40"/>
      </w:pPr>
    </w:p>
    <w:p w14:paraId="793A1C32" w14:textId="77777777" w:rsidR="00650973" w:rsidRDefault="00080072">
      <w:pPr>
        <w:pStyle w:val="Titre3"/>
        <w:spacing w:before="120" w:after="100"/>
      </w:pPr>
      <w:r>
        <w:rPr>
          <w:rFonts w:ascii="Arial" w:hAnsi="Arial"/>
          <w:color w:val="2F6B4F"/>
          <w:sz w:val="23"/>
        </w:rPr>
        <w:t>Vins</w:t>
      </w:r>
    </w:p>
    <w:tbl>
      <w:tblPr>
        <w:tblStyle w:val="Grilledutableau"/>
        <w:tblW w:w="0" w:type="auto"/>
        <w:jc w:val="center"/>
        <w:tblLook w:val="04A0" w:firstRow="1" w:lastRow="0" w:firstColumn="1" w:lastColumn="0" w:noHBand="0" w:noVBand="1"/>
      </w:tblPr>
      <w:tblGrid>
        <w:gridCol w:w="5103"/>
        <w:gridCol w:w="5103"/>
      </w:tblGrid>
      <w:tr w:rsidR="00650973" w14:paraId="67EBD17F" w14:textId="77777777">
        <w:trPr>
          <w:cantSplit/>
          <w:tblHeader/>
          <w:jc w:val="center"/>
        </w:trPr>
        <w:tc>
          <w:tcPr>
            <w:tcW w:w="5103" w:type="dxa"/>
            <w:shd w:val="clear" w:color="auto" w:fill="2F6B4F"/>
            <w:tcMar>
              <w:top w:w="70" w:type="dxa"/>
              <w:left w:w="80" w:type="dxa"/>
              <w:bottom w:w="70" w:type="dxa"/>
              <w:right w:w="80" w:type="dxa"/>
            </w:tcMar>
            <w:vAlign w:val="center"/>
          </w:tcPr>
          <w:p w14:paraId="4558995C" w14:textId="77777777" w:rsidR="00650973" w:rsidRDefault="00080072">
            <w:pPr>
              <w:jc w:val="center"/>
            </w:pPr>
            <w:r>
              <w:rPr>
                <w:rFonts w:ascii="Arial" w:hAnsi="Arial"/>
                <w:b/>
                <w:color w:val="FFFFFF"/>
                <w:sz w:val="21"/>
              </w:rPr>
              <w:t>Vin</w:t>
            </w:r>
          </w:p>
        </w:tc>
        <w:tc>
          <w:tcPr>
            <w:tcW w:w="5103" w:type="dxa"/>
            <w:shd w:val="clear" w:color="auto" w:fill="2F6B4F"/>
            <w:tcMar>
              <w:top w:w="70" w:type="dxa"/>
              <w:left w:w="80" w:type="dxa"/>
              <w:bottom w:w="70" w:type="dxa"/>
              <w:right w:w="80" w:type="dxa"/>
            </w:tcMar>
            <w:vAlign w:val="center"/>
          </w:tcPr>
          <w:p w14:paraId="7300272D" w14:textId="77777777" w:rsidR="00650973" w:rsidRDefault="00080072">
            <w:pPr>
              <w:jc w:val="center"/>
            </w:pPr>
            <w:r>
              <w:rPr>
                <w:rFonts w:ascii="Arial" w:hAnsi="Arial"/>
                <w:b/>
                <w:color w:val="FFFFFF"/>
                <w:sz w:val="21"/>
              </w:rPr>
              <w:t>Prix</w:t>
            </w:r>
          </w:p>
        </w:tc>
      </w:tr>
      <w:tr w:rsidR="00650973" w14:paraId="0152360D" w14:textId="77777777">
        <w:trPr>
          <w:cantSplit/>
          <w:jc w:val="center"/>
        </w:trPr>
        <w:tc>
          <w:tcPr>
            <w:tcW w:w="5103" w:type="dxa"/>
            <w:tcMar>
              <w:top w:w="70" w:type="dxa"/>
              <w:left w:w="80" w:type="dxa"/>
              <w:bottom w:w="70" w:type="dxa"/>
              <w:right w:w="80" w:type="dxa"/>
            </w:tcMar>
            <w:vAlign w:val="center"/>
          </w:tcPr>
          <w:p w14:paraId="5CD0E18E" w14:textId="77777777" w:rsidR="00650973" w:rsidRDefault="00080072">
            <w:r>
              <w:rPr>
                <w:rFonts w:ascii="Arial" w:hAnsi="Arial"/>
                <w:sz w:val="21"/>
              </w:rPr>
              <w:t>Vin de la maison Nuviana/Huesca – rouge/blanc sec/rosé</w:t>
            </w:r>
          </w:p>
        </w:tc>
        <w:tc>
          <w:tcPr>
            <w:tcW w:w="5103" w:type="dxa"/>
            <w:tcMar>
              <w:top w:w="70" w:type="dxa"/>
              <w:left w:w="80" w:type="dxa"/>
              <w:bottom w:w="70" w:type="dxa"/>
              <w:right w:w="80" w:type="dxa"/>
            </w:tcMar>
            <w:vAlign w:val="center"/>
          </w:tcPr>
          <w:p w14:paraId="5469FE6B" w14:textId="77777777" w:rsidR="00650973" w:rsidRDefault="00080072">
            <w:r>
              <w:rPr>
                <w:rFonts w:ascii="Arial" w:hAnsi="Arial"/>
                <w:sz w:val="21"/>
              </w:rPr>
              <w:t>5 € verre / 19 € bouteille</w:t>
            </w:r>
          </w:p>
        </w:tc>
      </w:tr>
      <w:tr w:rsidR="00650973" w14:paraId="6DA806B5" w14:textId="77777777">
        <w:trPr>
          <w:cantSplit/>
          <w:jc w:val="center"/>
        </w:trPr>
        <w:tc>
          <w:tcPr>
            <w:tcW w:w="5103" w:type="dxa"/>
            <w:shd w:val="clear" w:color="auto" w:fill="F8FAF8"/>
            <w:tcMar>
              <w:top w:w="70" w:type="dxa"/>
              <w:left w:w="80" w:type="dxa"/>
              <w:bottom w:w="70" w:type="dxa"/>
              <w:right w:w="80" w:type="dxa"/>
            </w:tcMar>
            <w:vAlign w:val="center"/>
          </w:tcPr>
          <w:p w14:paraId="49F048C5" w14:textId="77777777" w:rsidR="00650973" w:rsidRDefault="00080072">
            <w:r>
              <w:rPr>
                <w:rFonts w:ascii="Arial" w:hAnsi="Arial"/>
                <w:sz w:val="21"/>
              </w:rPr>
              <w:t>Blanc demi-doux</w:t>
            </w:r>
          </w:p>
        </w:tc>
        <w:tc>
          <w:tcPr>
            <w:tcW w:w="5103" w:type="dxa"/>
            <w:shd w:val="clear" w:color="auto" w:fill="F8FAF8"/>
            <w:tcMar>
              <w:top w:w="70" w:type="dxa"/>
              <w:left w:w="80" w:type="dxa"/>
              <w:bottom w:w="70" w:type="dxa"/>
              <w:right w:w="80" w:type="dxa"/>
            </w:tcMar>
            <w:vAlign w:val="center"/>
          </w:tcPr>
          <w:p w14:paraId="22248250" w14:textId="77777777" w:rsidR="00650973" w:rsidRDefault="00080072">
            <w:r>
              <w:rPr>
                <w:rFonts w:ascii="Arial" w:hAnsi="Arial"/>
                <w:sz w:val="21"/>
              </w:rPr>
              <w:t>5 € / 19 €</w:t>
            </w:r>
          </w:p>
        </w:tc>
      </w:tr>
      <w:tr w:rsidR="00650973" w14:paraId="498A2C47" w14:textId="77777777">
        <w:trPr>
          <w:cantSplit/>
          <w:jc w:val="center"/>
        </w:trPr>
        <w:tc>
          <w:tcPr>
            <w:tcW w:w="5103" w:type="dxa"/>
            <w:tcMar>
              <w:top w:w="70" w:type="dxa"/>
              <w:left w:w="80" w:type="dxa"/>
              <w:bottom w:w="70" w:type="dxa"/>
              <w:right w:w="80" w:type="dxa"/>
            </w:tcMar>
            <w:vAlign w:val="center"/>
          </w:tcPr>
          <w:p w14:paraId="6216512D" w14:textId="77777777" w:rsidR="00650973" w:rsidRDefault="00080072">
            <w:r>
              <w:rPr>
                <w:rFonts w:ascii="Arial" w:hAnsi="Arial"/>
                <w:sz w:val="21"/>
              </w:rPr>
              <w:t>Cava / vin mousseux</w:t>
            </w:r>
          </w:p>
        </w:tc>
        <w:tc>
          <w:tcPr>
            <w:tcW w:w="5103" w:type="dxa"/>
            <w:tcMar>
              <w:top w:w="70" w:type="dxa"/>
              <w:left w:w="80" w:type="dxa"/>
              <w:bottom w:w="70" w:type="dxa"/>
              <w:right w:w="80" w:type="dxa"/>
            </w:tcMar>
            <w:vAlign w:val="center"/>
          </w:tcPr>
          <w:p w14:paraId="0D351C45" w14:textId="77777777" w:rsidR="00650973" w:rsidRDefault="00080072">
            <w:r>
              <w:rPr>
                <w:rFonts w:ascii="Arial" w:hAnsi="Arial"/>
                <w:sz w:val="21"/>
              </w:rPr>
              <w:t>5,50 € / 19 €</w:t>
            </w:r>
          </w:p>
        </w:tc>
      </w:tr>
      <w:tr w:rsidR="00650973" w14:paraId="7536F888" w14:textId="77777777">
        <w:trPr>
          <w:cantSplit/>
          <w:jc w:val="center"/>
        </w:trPr>
        <w:tc>
          <w:tcPr>
            <w:tcW w:w="5103" w:type="dxa"/>
            <w:shd w:val="clear" w:color="auto" w:fill="F8FAF8"/>
            <w:tcMar>
              <w:top w:w="70" w:type="dxa"/>
              <w:left w:w="80" w:type="dxa"/>
              <w:bottom w:w="70" w:type="dxa"/>
              <w:right w:w="80" w:type="dxa"/>
            </w:tcMar>
            <w:vAlign w:val="center"/>
          </w:tcPr>
          <w:p w14:paraId="54D175E2" w14:textId="77777777" w:rsidR="00650973" w:rsidRDefault="00080072">
            <w:r>
              <w:rPr>
                <w:rFonts w:ascii="Arial" w:hAnsi="Arial"/>
                <w:sz w:val="21"/>
              </w:rPr>
              <w:t>Lopez de Haro Reserva – Rioja</w:t>
            </w:r>
          </w:p>
        </w:tc>
        <w:tc>
          <w:tcPr>
            <w:tcW w:w="5103" w:type="dxa"/>
            <w:shd w:val="clear" w:color="auto" w:fill="F8FAF8"/>
            <w:tcMar>
              <w:top w:w="70" w:type="dxa"/>
              <w:left w:w="80" w:type="dxa"/>
              <w:bottom w:w="70" w:type="dxa"/>
              <w:right w:w="80" w:type="dxa"/>
            </w:tcMar>
            <w:vAlign w:val="center"/>
          </w:tcPr>
          <w:p w14:paraId="02A453FE" w14:textId="77777777" w:rsidR="00650973" w:rsidRDefault="00080072">
            <w:r>
              <w:rPr>
                <w:rFonts w:ascii="Arial" w:hAnsi="Arial"/>
                <w:sz w:val="21"/>
              </w:rPr>
              <w:t>30 €</w:t>
            </w:r>
          </w:p>
        </w:tc>
      </w:tr>
      <w:tr w:rsidR="00650973" w14:paraId="6634CED3" w14:textId="77777777">
        <w:trPr>
          <w:cantSplit/>
          <w:jc w:val="center"/>
        </w:trPr>
        <w:tc>
          <w:tcPr>
            <w:tcW w:w="5103" w:type="dxa"/>
            <w:tcMar>
              <w:top w:w="70" w:type="dxa"/>
              <w:left w:w="80" w:type="dxa"/>
              <w:bottom w:w="70" w:type="dxa"/>
              <w:right w:w="80" w:type="dxa"/>
            </w:tcMar>
            <w:vAlign w:val="center"/>
          </w:tcPr>
          <w:p w14:paraId="58E981A1" w14:textId="77777777" w:rsidR="00650973" w:rsidRDefault="00080072">
            <w:r>
              <w:rPr>
                <w:rFonts w:ascii="Arial" w:hAnsi="Arial"/>
                <w:sz w:val="21"/>
              </w:rPr>
              <w:t>Lopez de Haro Crianza – Rioja</w:t>
            </w:r>
          </w:p>
        </w:tc>
        <w:tc>
          <w:tcPr>
            <w:tcW w:w="5103" w:type="dxa"/>
            <w:tcMar>
              <w:top w:w="70" w:type="dxa"/>
              <w:left w:w="80" w:type="dxa"/>
              <w:bottom w:w="70" w:type="dxa"/>
              <w:right w:w="80" w:type="dxa"/>
            </w:tcMar>
            <w:vAlign w:val="center"/>
          </w:tcPr>
          <w:p w14:paraId="111ED096" w14:textId="77777777" w:rsidR="00650973" w:rsidRDefault="00080072">
            <w:r>
              <w:rPr>
                <w:rFonts w:ascii="Arial" w:hAnsi="Arial"/>
                <w:sz w:val="21"/>
              </w:rPr>
              <w:t>26 €</w:t>
            </w:r>
          </w:p>
        </w:tc>
      </w:tr>
      <w:tr w:rsidR="00650973" w14:paraId="23192F12" w14:textId="77777777">
        <w:trPr>
          <w:cantSplit/>
          <w:jc w:val="center"/>
        </w:trPr>
        <w:tc>
          <w:tcPr>
            <w:tcW w:w="5103" w:type="dxa"/>
            <w:shd w:val="clear" w:color="auto" w:fill="F8FAF8"/>
            <w:tcMar>
              <w:top w:w="70" w:type="dxa"/>
              <w:left w:w="80" w:type="dxa"/>
              <w:bottom w:w="70" w:type="dxa"/>
              <w:right w:w="80" w:type="dxa"/>
            </w:tcMar>
            <w:vAlign w:val="center"/>
          </w:tcPr>
          <w:p w14:paraId="12EF67AC" w14:textId="77777777" w:rsidR="00650973" w:rsidRDefault="00080072">
            <w:r>
              <w:rPr>
                <w:rFonts w:ascii="Arial" w:hAnsi="Arial"/>
                <w:sz w:val="21"/>
              </w:rPr>
              <w:t>Bardos Ribera del Duero Crianza</w:t>
            </w:r>
          </w:p>
        </w:tc>
        <w:tc>
          <w:tcPr>
            <w:tcW w:w="5103" w:type="dxa"/>
            <w:shd w:val="clear" w:color="auto" w:fill="F8FAF8"/>
            <w:tcMar>
              <w:top w:w="70" w:type="dxa"/>
              <w:left w:w="80" w:type="dxa"/>
              <w:bottom w:w="70" w:type="dxa"/>
              <w:right w:w="80" w:type="dxa"/>
            </w:tcMar>
            <w:vAlign w:val="center"/>
          </w:tcPr>
          <w:p w14:paraId="0568DDFF" w14:textId="77777777" w:rsidR="00650973" w:rsidRDefault="00080072">
            <w:r>
              <w:rPr>
                <w:rFonts w:ascii="Arial" w:hAnsi="Arial"/>
                <w:sz w:val="21"/>
              </w:rPr>
              <w:t>29 €</w:t>
            </w:r>
          </w:p>
        </w:tc>
      </w:tr>
      <w:tr w:rsidR="00650973" w14:paraId="0067F839" w14:textId="77777777">
        <w:trPr>
          <w:cantSplit/>
          <w:jc w:val="center"/>
        </w:trPr>
        <w:tc>
          <w:tcPr>
            <w:tcW w:w="5103" w:type="dxa"/>
            <w:tcMar>
              <w:top w:w="70" w:type="dxa"/>
              <w:left w:w="80" w:type="dxa"/>
              <w:bottom w:w="70" w:type="dxa"/>
              <w:right w:w="80" w:type="dxa"/>
            </w:tcMar>
            <w:vAlign w:val="center"/>
          </w:tcPr>
          <w:p w14:paraId="182F7831" w14:textId="77777777" w:rsidR="00650973" w:rsidRDefault="00080072">
            <w:r>
              <w:rPr>
                <w:rFonts w:ascii="Arial" w:hAnsi="Arial"/>
                <w:sz w:val="21"/>
              </w:rPr>
              <w:t>Vin rouge canarien (demander)</w:t>
            </w:r>
          </w:p>
        </w:tc>
        <w:tc>
          <w:tcPr>
            <w:tcW w:w="5103" w:type="dxa"/>
            <w:tcMar>
              <w:top w:w="70" w:type="dxa"/>
              <w:left w:w="80" w:type="dxa"/>
              <w:bottom w:w="70" w:type="dxa"/>
              <w:right w:w="80" w:type="dxa"/>
            </w:tcMar>
            <w:vAlign w:val="center"/>
          </w:tcPr>
          <w:p w14:paraId="7022C18C" w14:textId="77777777" w:rsidR="00650973" w:rsidRDefault="00080072">
            <w:r>
              <w:rPr>
                <w:rFonts w:ascii="Arial" w:hAnsi="Arial"/>
                <w:sz w:val="21"/>
              </w:rPr>
              <w:t>30 €</w:t>
            </w:r>
          </w:p>
        </w:tc>
      </w:tr>
      <w:tr w:rsidR="00650973" w14:paraId="230DEFE8" w14:textId="77777777">
        <w:trPr>
          <w:cantSplit/>
          <w:jc w:val="center"/>
        </w:trPr>
        <w:tc>
          <w:tcPr>
            <w:tcW w:w="5103" w:type="dxa"/>
            <w:shd w:val="clear" w:color="auto" w:fill="F8FAF8"/>
            <w:tcMar>
              <w:top w:w="70" w:type="dxa"/>
              <w:left w:w="80" w:type="dxa"/>
              <w:bottom w:w="70" w:type="dxa"/>
              <w:right w:w="80" w:type="dxa"/>
            </w:tcMar>
            <w:vAlign w:val="center"/>
          </w:tcPr>
          <w:p w14:paraId="2FAA4699" w14:textId="77777777" w:rsidR="00650973" w:rsidRDefault="00080072">
            <w:r>
              <w:rPr>
                <w:rFonts w:ascii="Arial" w:hAnsi="Arial"/>
                <w:sz w:val="21"/>
              </w:rPr>
              <w:t>Juan Gil – Jumilla, Monastrell</w:t>
            </w:r>
          </w:p>
        </w:tc>
        <w:tc>
          <w:tcPr>
            <w:tcW w:w="5103" w:type="dxa"/>
            <w:shd w:val="clear" w:color="auto" w:fill="F8FAF8"/>
            <w:tcMar>
              <w:top w:w="70" w:type="dxa"/>
              <w:left w:w="80" w:type="dxa"/>
              <w:bottom w:w="70" w:type="dxa"/>
              <w:right w:w="80" w:type="dxa"/>
            </w:tcMar>
            <w:vAlign w:val="center"/>
          </w:tcPr>
          <w:p w14:paraId="326335A6" w14:textId="77777777" w:rsidR="00650973" w:rsidRDefault="00080072">
            <w:r>
              <w:rPr>
                <w:rFonts w:ascii="Arial" w:hAnsi="Arial"/>
                <w:sz w:val="21"/>
              </w:rPr>
              <w:t>30 €</w:t>
            </w:r>
          </w:p>
        </w:tc>
      </w:tr>
      <w:tr w:rsidR="00650973" w14:paraId="3E700CE9" w14:textId="77777777">
        <w:trPr>
          <w:cantSplit/>
          <w:jc w:val="center"/>
        </w:trPr>
        <w:tc>
          <w:tcPr>
            <w:tcW w:w="5103" w:type="dxa"/>
            <w:tcMar>
              <w:top w:w="70" w:type="dxa"/>
              <w:left w:w="80" w:type="dxa"/>
              <w:bottom w:w="70" w:type="dxa"/>
              <w:right w:w="80" w:type="dxa"/>
            </w:tcMar>
            <w:vAlign w:val="center"/>
          </w:tcPr>
          <w:p w14:paraId="68B95F83" w14:textId="77777777" w:rsidR="00650973" w:rsidRDefault="00080072">
            <w:r>
              <w:rPr>
                <w:rFonts w:ascii="Arial" w:hAnsi="Arial"/>
                <w:sz w:val="21"/>
              </w:rPr>
              <w:t>Bardos / Rueda – Verdejo</w:t>
            </w:r>
          </w:p>
        </w:tc>
        <w:tc>
          <w:tcPr>
            <w:tcW w:w="5103" w:type="dxa"/>
            <w:tcMar>
              <w:top w:w="70" w:type="dxa"/>
              <w:left w:w="80" w:type="dxa"/>
              <w:bottom w:w="70" w:type="dxa"/>
              <w:right w:w="80" w:type="dxa"/>
            </w:tcMar>
            <w:vAlign w:val="center"/>
          </w:tcPr>
          <w:p w14:paraId="2A920254" w14:textId="77777777" w:rsidR="00650973" w:rsidRDefault="00080072">
            <w:r>
              <w:rPr>
                <w:rFonts w:ascii="Arial" w:hAnsi="Arial"/>
                <w:sz w:val="21"/>
              </w:rPr>
              <w:t>26 €</w:t>
            </w:r>
          </w:p>
        </w:tc>
      </w:tr>
      <w:tr w:rsidR="00650973" w14:paraId="4C4F07B1" w14:textId="77777777">
        <w:trPr>
          <w:cantSplit/>
          <w:jc w:val="center"/>
        </w:trPr>
        <w:tc>
          <w:tcPr>
            <w:tcW w:w="5103" w:type="dxa"/>
            <w:shd w:val="clear" w:color="auto" w:fill="F8FAF8"/>
            <w:tcMar>
              <w:top w:w="70" w:type="dxa"/>
              <w:left w:w="80" w:type="dxa"/>
              <w:bottom w:w="70" w:type="dxa"/>
              <w:right w:w="80" w:type="dxa"/>
            </w:tcMar>
            <w:vAlign w:val="center"/>
          </w:tcPr>
          <w:p w14:paraId="6BAC098E" w14:textId="77777777" w:rsidR="00650973" w:rsidRDefault="00080072">
            <w:r>
              <w:rPr>
                <w:rFonts w:ascii="Arial" w:hAnsi="Arial"/>
                <w:sz w:val="21"/>
              </w:rPr>
              <w:t>Chardonnay 100 %</w:t>
            </w:r>
          </w:p>
        </w:tc>
        <w:tc>
          <w:tcPr>
            <w:tcW w:w="5103" w:type="dxa"/>
            <w:shd w:val="clear" w:color="auto" w:fill="F8FAF8"/>
            <w:tcMar>
              <w:top w:w="70" w:type="dxa"/>
              <w:left w:w="80" w:type="dxa"/>
              <w:bottom w:w="70" w:type="dxa"/>
              <w:right w:w="80" w:type="dxa"/>
            </w:tcMar>
            <w:vAlign w:val="center"/>
          </w:tcPr>
          <w:p w14:paraId="41F76E4B" w14:textId="77777777" w:rsidR="00650973" w:rsidRDefault="00080072">
            <w:r>
              <w:rPr>
                <w:rFonts w:ascii="Arial" w:hAnsi="Arial"/>
                <w:sz w:val="21"/>
              </w:rPr>
              <w:t>28 €</w:t>
            </w:r>
          </w:p>
        </w:tc>
      </w:tr>
      <w:tr w:rsidR="00650973" w14:paraId="799D1E6D" w14:textId="77777777">
        <w:trPr>
          <w:cantSplit/>
          <w:jc w:val="center"/>
        </w:trPr>
        <w:tc>
          <w:tcPr>
            <w:tcW w:w="5103" w:type="dxa"/>
            <w:tcMar>
              <w:top w:w="70" w:type="dxa"/>
              <w:left w:w="80" w:type="dxa"/>
              <w:bottom w:w="70" w:type="dxa"/>
              <w:right w:w="80" w:type="dxa"/>
            </w:tcMar>
            <w:vAlign w:val="center"/>
          </w:tcPr>
          <w:p w14:paraId="0EE6DFFB" w14:textId="77777777" w:rsidR="00650973" w:rsidRDefault="00080072">
            <w:r>
              <w:rPr>
                <w:rFonts w:ascii="Arial" w:hAnsi="Arial"/>
                <w:sz w:val="21"/>
              </w:rPr>
              <w:t>Sauvignon blanc</w:t>
            </w:r>
          </w:p>
        </w:tc>
        <w:tc>
          <w:tcPr>
            <w:tcW w:w="5103" w:type="dxa"/>
            <w:tcMar>
              <w:top w:w="70" w:type="dxa"/>
              <w:left w:w="80" w:type="dxa"/>
              <w:bottom w:w="70" w:type="dxa"/>
              <w:right w:w="80" w:type="dxa"/>
            </w:tcMar>
            <w:vAlign w:val="center"/>
          </w:tcPr>
          <w:p w14:paraId="4A2B4905" w14:textId="77777777" w:rsidR="00650973" w:rsidRDefault="00080072">
            <w:r>
              <w:rPr>
                <w:rFonts w:ascii="Arial" w:hAnsi="Arial"/>
                <w:sz w:val="21"/>
              </w:rPr>
              <w:t>26 €</w:t>
            </w:r>
          </w:p>
        </w:tc>
      </w:tr>
      <w:tr w:rsidR="00650973" w14:paraId="10C80426" w14:textId="77777777">
        <w:trPr>
          <w:cantSplit/>
          <w:jc w:val="center"/>
        </w:trPr>
        <w:tc>
          <w:tcPr>
            <w:tcW w:w="5103" w:type="dxa"/>
            <w:shd w:val="clear" w:color="auto" w:fill="F8FAF8"/>
            <w:tcMar>
              <w:top w:w="70" w:type="dxa"/>
              <w:left w:w="80" w:type="dxa"/>
              <w:bottom w:w="70" w:type="dxa"/>
              <w:right w:w="80" w:type="dxa"/>
            </w:tcMar>
            <w:vAlign w:val="center"/>
          </w:tcPr>
          <w:p w14:paraId="1BA54518" w14:textId="77777777" w:rsidR="00650973" w:rsidRDefault="00080072">
            <w:r>
              <w:rPr>
                <w:rFonts w:ascii="Arial" w:hAnsi="Arial"/>
                <w:sz w:val="21"/>
              </w:rPr>
              <w:t>Vin blanc canarien (demander)</w:t>
            </w:r>
          </w:p>
        </w:tc>
        <w:tc>
          <w:tcPr>
            <w:tcW w:w="5103" w:type="dxa"/>
            <w:shd w:val="clear" w:color="auto" w:fill="F8FAF8"/>
            <w:tcMar>
              <w:top w:w="70" w:type="dxa"/>
              <w:left w:w="80" w:type="dxa"/>
              <w:bottom w:w="70" w:type="dxa"/>
              <w:right w:w="80" w:type="dxa"/>
            </w:tcMar>
            <w:vAlign w:val="center"/>
          </w:tcPr>
          <w:p w14:paraId="2E58692F" w14:textId="77777777" w:rsidR="00650973" w:rsidRDefault="00080072">
            <w:r>
              <w:rPr>
                <w:rFonts w:ascii="Arial" w:hAnsi="Arial"/>
                <w:sz w:val="21"/>
              </w:rPr>
              <w:t>30 €</w:t>
            </w:r>
          </w:p>
        </w:tc>
      </w:tr>
      <w:tr w:rsidR="00650973" w14:paraId="17BE1D8F" w14:textId="77777777">
        <w:trPr>
          <w:cantSplit/>
          <w:jc w:val="center"/>
        </w:trPr>
        <w:tc>
          <w:tcPr>
            <w:tcW w:w="5103" w:type="dxa"/>
            <w:tcMar>
              <w:top w:w="70" w:type="dxa"/>
              <w:left w:w="80" w:type="dxa"/>
              <w:bottom w:w="70" w:type="dxa"/>
              <w:right w:w="80" w:type="dxa"/>
            </w:tcMar>
            <w:vAlign w:val="center"/>
          </w:tcPr>
          <w:p w14:paraId="6453D1A3" w14:textId="77777777" w:rsidR="00650973" w:rsidRDefault="00080072">
            <w:r>
              <w:rPr>
                <w:rFonts w:ascii="Arial" w:hAnsi="Arial"/>
                <w:sz w:val="21"/>
              </w:rPr>
              <w:t>Rosé spécial / promotion</w:t>
            </w:r>
          </w:p>
        </w:tc>
        <w:tc>
          <w:tcPr>
            <w:tcW w:w="5103" w:type="dxa"/>
            <w:tcMar>
              <w:top w:w="70" w:type="dxa"/>
              <w:left w:w="80" w:type="dxa"/>
              <w:bottom w:w="70" w:type="dxa"/>
              <w:right w:w="80" w:type="dxa"/>
            </w:tcMar>
            <w:vAlign w:val="center"/>
          </w:tcPr>
          <w:p w14:paraId="7E9E3E04" w14:textId="77777777" w:rsidR="00650973" w:rsidRDefault="00080072">
            <w:r>
              <w:rPr>
                <w:rFonts w:ascii="Arial" w:hAnsi="Arial"/>
                <w:sz w:val="21"/>
              </w:rPr>
              <w:t>28 €</w:t>
            </w:r>
          </w:p>
        </w:tc>
      </w:tr>
      <w:tr w:rsidR="00650973" w14:paraId="5F04BE3E" w14:textId="77777777">
        <w:trPr>
          <w:cantSplit/>
          <w:jc w:val="center"/>
        </w:trPr>
        <w:tc>
          <w:tcPr>
            <w:tcW w:w="5103" w:type="dxa"/>
            <w:shd w:val="clear" w:color="auto" w:fill="F8FAF8"/>
            <w:tcMar>
              <w:top w:w="70" w:type="dxa"/>
              <w:left w:w="80" w:type="dxa"/>
              <w:bottom w:w="70" w:type="dxa"/>
              <w:right w:w="80" w:type="dxa"/>
            </w:tcMar>
            <w:vAlign w:val="center"/>
          </w:tcPr>
          <w:p w14:paraId="7380C565" w14:textId="77777777" w:rsidR="00650973" w:rsidRDefault="00080072">
            <w:r>
              <w:rPr>
                <w:rFonts w:ascii="Arial" w:hAnsi="Arial"/>
                <w:sz w:val="21"/>
              </w:rPr>
              <w:t>Vin de la semaine rouge ou blanc</w:t>
            </w:r>
          </w:p>
        </w:tc>
        <w:tc>
          <w:tcPr>
            <w:tcW w:w="5103" w:type="dxa"/>
            <w:shd w:val="clear" w:color="auto" w:fill="F8FAF8"/>
            <w:tcMar>
              <w:top w:w="70" w:type="dxa"/>
              <w:left w:w="80" w:type="dxa"/>
              <w:bottom w:w="70" w:type="dxa"/>
              <w:right w:w="80" w:type="dxa"/>
            </w:tcMar>
            <w:vAlign w:val="center"/>
          </w:tcPr>
          <w:p w14:paraId="2E21BAB7" w14:textId="77777777" w:rsidR="00650973" w:rsidRDefault="00080072">
            <w:r>
              <w:rPr>
                <w:rFonts w:ascii="Arial" w:hAnsi="Arial"/>
                <w:sz w:val="21"/>
              </w:rPr>
              <w:t>6,50 € verre / 26 € bouteille</w:t>
            </w:r>
          </w:p>
        </w:tc>
      </w:tr>
    </w:tbl>
    <w:p w14:paraId="54034077" w14:textId="77777777" w:rsidR="00650973" w:rsidRDefault="00650973">
      <w:pPr>
        <w:spacing w:after="40"/>
      </w:pPr>
    </w:p>
    <w:p w14:paraId="1BCCFD4F" w14:textId="77777777" w:rsidR="00650973" w:rsidRDefault="00080072">
      <w:pPr>
        <w:pStyle w:val="Titre2"/>
        <w:spacing w:before="160" w:after="80"/>
      </w:pPr>
      <w:r>
        <w:rPr>
          <w:rFonts w:ascii="Arial" w:hAnsi="Arial"/>
          <w:color w:val="C97A2B"/>
          <w:sz w:val="28"/>
        </w:rPr>
        <w:lastRenderedPageBreak/>
        <w:t>4.3 Restaurante Campo de Golf de Maspalomas</w:t>
      </w:r>
    </w:p>
    <w:tbl>
      <w:tblPr>
        <w:tblStyle w:val="Grilledutableau"/>
        <w:tblW w:w="0" w:type="auto"/>
        <w:jc w:val="center"/>
        <w:tblLook w:val="04A0" w:firstRow="1" w:lastRow="0" w:firstColumn="1" w:lastColumn="0" w:noHBand="0" w:noVBand="1"/>
      </w:tblPr>
      <w:tblGrid>
        <w:gridCol w:w="5103"/>
        <w:gridCol w:w="5103"/>
      </w:tblGrid>
      <w:tr w:rsidR="00650973" w14:paraId="65C828E4" w14:textId="77777777">
        <w:trPr>
          <w:cantSplit/>
          <w:tblHeader/>
          <w:jc w:val="center"/>
        </w:trPr>
        <w:tc>
          <w:tcPr>
            <w:tcW w:w="5103" w:type="dxa"/>
            <w:shd w:val="clear" w:color="auto" w:fill="2F6B4F"/>
            <w:tcMar>
              <w:top w:w="70" w:type="dxa"/>
              <w:left w:w="80" w:type="dxa"/>
              <w:bottom w:w="70" w:type="dxa"/>
              <w:right w:w="80" w:type="dxa"/>
            </w:tcMar>
            <w:vAlign w:val="center"/>
          </w:tcPr>
          <w:p w14:paraId="221E7EA4" w14:textId="77777777" w:rsidR="00650973" w:rsidRDefault="00080072">
            <w:pPr>
              <w:jc w:val="center"/>
            </w:pPr>
            <w:r>
              <w:rPr>
                <w:rFonts w:ascii="Arial" w:hAnsi="Arial"/>
                <w:b/>
                <w:noProof/>
                <w:color w:val="FFFFFF"/>
              </w:rPr>
              <w:drawing>
                <wp:inline distT="0" distB="0" distL="0" distR="0" wp14:anchorId="727E52B1" wp14:editId="73374BDB">
                  <wp:extent cx="2808000" cy="210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c131f3-112b-42c2-b6d9-d3c4d8416f33.jpg"/>
                          <pic:cNvPicPr/>
                        </pic:nvPicPr>
                        <pic:blipFill>
                          <a:blip r:embed="rId23"/>
                          <a:stretch>
                            <a:fillRect/>
                          </a:stretch>
                        </pic:blipFill>
                        <pic:spPr>
                          <a:xfrm>
                            <a:off x="0" y="0"/>
                            <a:ext cx="2808000" cy="2106000"/>
                          </a:xfrm>
                          <a:prstGeom prst="rect">
                            <a:avLst/>
                          </a:prstGeom>
                        </pic:spPr>
                      </pic:pic>
                    </a:graphicData>
                  </a:graphic>
                </wp:inline>
              </w:drawing>
            </w:r>
          </w:p>
          <w:p w14:paraId="06ED233D" w14:textId="77777777" w:rsidR="00650973" w:rsidRDefault="00080072">
            <w:pPr>
              <w:jc w:val="center"/>
            </w:pPr>
            <w:r>
              <w:rPr>
                <w:rFonts w:ascii="Arial" w:hAnsi="Arial"/>
                <w:b/>
                <w:i/>
                <w:color w:val="FFFFFF"/>
              </w:rPr>
              <w:t>Terrasse</w:t>
            </w:r>
          </w:p>
        </w:tc>
        <w:tc>
          <w:tcPr>
            <w:tcW w:w="5103" w:type="dxa"/>
            <w:shd w:val="clear" w:color="auto" w:fill="2F6B4F"/>
            <w:tcMar>
              <w:top w:w="70" w:type="dxa"/>
              <w:left w:w="80" w:type="dxa"/>
              <w:bottom w:w="70" w:type="dxa"/>
              <w:right w:w="80" w:type="dxa"/>
            </w:tcMar>
            <w:vAlign w:val="center"/>
          </w:tcPr>
          <w:p w14:paraId="526D7D7A" w14:textId="77777777" w:rsidR="00650973" w:rsidRDefault="00080072">
            <w:pPr>
              <w:jc w:val="center"/>
            </w:pPr>
            <w:r>
              <w:rPr>
                <w:rFonts w:ascii="Arial" w:hAnsi="Arial"/>
                <w:b/>
                <w:noProof/>
                <w:color w:val="FFFFFF"/>
              </w:rPr>
              <w:drawing>
                <wp:inline distT="0" distB="0" distL="0" distR="0" wp14:anchorId="2B65FEA1" wp14:editId="02E639E3">
                  <wp:extent cx="2808000" cy="280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2425aa-fb0c-4e42-856f-d388c9b44308.jpg"/>
                          <pic:cNvPicPr/>
                        </pic:nvPicPr>
                        <pic:blipFill>
                          <a:blip r:embed="rId24"/>
                          <a:stretch>
                            <a:fillRect/>
                          </a:stretch>
                        </pic:blipFill>
                        <pic:spPr>
                          <a:xfrm>
                            <a:off x="0" y="0"/>
                            <a:ext cx="2808000" cy="2808000"/>
                          </a:xfrm>
                          <a:prstGeom prst="rect">
                            <a:avLst/>
                          </a:prstGeom>
                        </pic:spPr>
                      </pic:pic>
                    </a:graphicData>
                  </a:graphic>
                </wp:inline>
              </w:drawing>
            </w:r>
          </w:p>
          <w:p w14:paraId="4D739280" w14:textId="77777777" w:rsidR="00650973" w:rsidRDefault="00080072">
            <w:pPr>
              <w:jc w:val="center"/>
            </w:pPr>
            <w:r>
              <w:rPr>
                <w:rFonts w:ascii="Arial" w:hAnsi="Arial"/>
                <w:b/>
                <w:i/>
                <w:color w:val="FFFFFF"/>
              </w:rPr>
              <w:t>Cadre du golf</w:t>
            </w:r>
          </w:p>
        </w:tc>
      </w:tr>
    </w:tbl>
    <w:p w14:paraId="4AD59E5A" w14:textId="77777777" w:rsidR="00650973" w:rsidRDefault="00650973">
      <w:pPr>
        <w:spacing w:after="20"/>
      </w:pPr>
    </w:p>
    <w:p w14:paraId="0028AF47" w14:textId="77777777" w:rsidR="00650973" w:rsidRDefault="00080072">
      <w:pPr>
        <w:spacing w:after="80"/>
      </w:pPr>
      <w:r>
        <w:rPr>
          <w:sz w:val="18"/>
        </w:rPr>
        <w:t>Restaurant polyvalent du secteur Neckermann : petit-déjeuner, entrées, poissons, viandes, pâtes, pizzas, riz/paella, desserts et grande carte des vins.</w:t>
      </w:r>
    </w:p>
    <w:p w14:paraId="33D8DC55" w14:textId="77777777" w:rsidR="00650973" w:rsidRDefault="00080072">
      <w:pPr>
        <w:pStyle w:val="Titre3"/>
        <w:spacing w:before="120" w:after="100"/>
      </w:pPr>
      <w:r>
        <w:rPr>
          <w:rFonts w:ascii="Arial" w:hAnsi="Arial"/>
          <w:color w:val="2F6B4F"/>
          <w:sz w:val="23"/>
        </w:rPr>
        <w:t>Entrées / salades</w:t>
      </w:r>
    </w:p>
    <w:tbl>
      <w:tblPr>
        <w:tblStyle w:val="Grilledutableau"/>
        <w:tblW w:w="0" w:type="auto"/>
        <w:jc w:val="center"/>
        <w:tblLook w:val="04A0" w:firstRow="1" w:lastRow="0" w:firstColumn="1" w:lastColumn="0" w:noHBand="0" w:noVBand="1"/>
      </w:tblPr>
      <w:tblGrid>
        <w:gridCol w:w="5103"/>
        <w:gridCol w:w="5103"/>
      </w:tblGrid>
      <w:tr w:rsidR="00650973" w14:paraId="40045867" w14:textId="77777777">
        <w:trPr>
          <w:cantSplit/>
          <w:tblHeader/>
          <w:jc w:val="center"/>
        </w:trPr>
        <w:tc>
          <w:tcPr>
            <w:tcW w:w="5103" w:type="dxa"/>
            <w:shd w:val="clear" w:color="auto" w:fill="2F6B4F"/>
            <w:tcMar>
              <w:top w:w="70" w:type="dxa"/>
              <w:left w:w="80" w:type="dxa"/>
              <w:bottom w:w="70" w:type="dxa"/>
              <w:right w:w="80" w:type="dxa"/>
            </w:tcMar>
            <w:vAlign w:val="center"/>
          </w:tcPr>
          <w:p w14:paraId="218982CC"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336B8CC6" w14:textId="77777777" w:rsidR="00650973" w:rsidRDefault="00080072">
            <w:pPr>
              <w:jc w:val="center"/>
            </w:pPr>
            <w:r>
              <w:rPr>
                <w:rFonts w:ascii="Arial" w:hAnsi="Arial"/>
                <w:b/>
                <w:color w:val="FFFFFF"/>
                <w:sz w:val="21"/>
              </w:rPr>
              <w:t>Prix</w:t>
            </w:r>
          </w:p>
        </w:tc>
      </w:tr>
      <w:tr w:rsidR="00650973" w14:paraId="37C0E31B" w14:textId="77777777">
        <w:trPr>
          <w:cantSplit/>
          <w:jc w:val="center"/>
        </w:trPr>
        <w:tc>
          <w:tcPr>
            <w:tcW w:w="5103" w:type="dxa"/>
            <w:tcMar>
              <w:top w:w="70" w:type="dxa"/>
              <w:left w:w="80" w:type="dxa"/>
              <w:bottom w:w="70" w:type="dxa"/>
              <w:right w:w="80" w:type="dxa"/>
            </w:tcMar>
            <w:vAlign w:val="center"/>
          </w:tcPr>
          <w:p w14:paraId="01C04468" w14:textId="77777777" w:rsidR="00650973" w:rsidRDefault="00080072">
            <w:r>
              <w:rPr>
                <w:rFonts w:ascii="Arial" w:hAnsi="Arial"/>
                <w:sz w:val="21"/>
              </w:rPr>
              <w:t>Salmorejo</w:t>
            </w:r>
          </w:p>
        </w:tc>
        <w:tc>
          <w:tcPr>
            <w:tcW w:w="5103" w:type="dxa"/>
            <w:tcMar>
              <w:top w:w="70" w:type="dxa"/>
              <w:left w:w="80" w:type="dxa"/>
              <w:bottom w:w="70" w:type="dxa"/>
              <w:right w:w="80" w:type="dxa"/>
            </w:tcMar>
            <w:vAlign w:val="center"/>
          </w:tcPr>
          <w:p w14:paraId="480D0D37" w14:textId="77777777" w:rsidR="00650973" w:rsidRDefault="00080072">
            <w:r>
              <w:rPr>
                <w:rFonts w:ascii="Arial" w:hAnsi="Arial"/>
                <w:sz w:val="21"/>
              </w:rPr>
              <w:t>8,50 €</w:t>
            </w:r>
          </w:p>
        </w:tc>
      </w:tr>
      <w:tr w:rsidR="00650973" w14:paraId="6858CD9C" w14:textId="77777777">
        <w:trPr>
          <w:cantSplit/>
          <w:jc w:val="center"/>
        </w:trPr>
        <w:tc>
          <w:tcPr>
            <w:tcW w:w="5103" w:type="dxa"/>
            <w:shd w:val="clear" w:color="auto" w:fill="F8FAF8"/>
            <w:tcMar>
              <w:top w:w="70" w:type="dxa"/>
              <w:left w:w="80" w:type="dxa"/>
              <w:bottom w:w="70" w:type="dxa"/>
              <w:right w:w="80" w:type="dxa"/>
            </w:tcMar>
            <w:vAlign w:val="center"/>
          </w:tcPr>
          <w:p w14:paraId="7DD55168" w14:textId="77777777" w:rsidR="00650973" w:rsidRDefault="00080072">
            <w:r>
              <w:rPr>
                <w:rFonts w:ascii="Arial" w:hAnsi="Arial"/>
                <w:sz w:val="21"/>
              </w:rPr>
              <w:t>Jamón Ibérico de Bellota</w:t>
            </w:r>
          </w:p>
        </w:tc>
        <w:tc>
          <w:tcPr>
            <w:tcW w:w="5103" w:type="dxa"/>
            <w:shd w:val="clear" w:color="auto" w:fill="F8FAF8"/>
            <w:tcMar>
              <w:top w:w="70" w:type="dxa"/>
              <w:left w:w="80" w:type="dxa"/>
              <w:bottom w:w="70" w:type="dxa"/>
              <w:right w:w="80" w:type="dxa"/>
            </w:tcMar>
            <w:vAlign w:val="center"/>
          </w:tcPr>
          <w:p w14:paraId="7BA0F15F" w14:textId="77777777" w:rsidR="00650973" w:rsidRDefault="00080072">
            <w:r>
              <w:rPr>
                <w:rFonts w:ascii="Arial" w:hAnsi="Arial"/>
                <w:sz w:val="21"/>
              </w:rPr>
              <w:t>26,00 €</w:t>
            </w:r>
          </w:p>
        </w:tc>
      </w:tr>
      <w:tr w:rsidR="00650973" w14:paraId="2D1BD89C" w14:textId="77777777">
        <w:trPr>
          <w:cantSplit/>
          <w:jc w:val="center"/>
        </w:trPr>
        <w:tc>
          <w:tcPr>
            <w:tcW w:w="5103" w:type="dxa"/>
            <w:tcMar>
              <w:top w:w="70" w:type="dxa"/>
              <w:left w:w="80" w:type="dxa"/>
              <w:bottom w:w="70" w:type="dxa"/>
              <w:right w:w="80" w:type="dxa"/>
            </w:tcMar>
            <w:vAlign w:val="center"/>
          </w:tcPr>
          <w:p w14:paraId="31D4BC81" w14:textId="77777777" w:rsidR="00650973" w:rsidRDefault="00080072">
            <w:r>
              <w:rPr>
                <w:rFonts w:ascii="Arial" w:hAnsi="Arial"/>
                <w:sz w:val="21"/>
              </w:rPr>
              <w:t>Crevettes à l’ail</w:t>
            </w:r>
          </w:p>
        </w:tc>
        <w:tc>
          <w:tcPr>
            <w:tcW w:w="5103" w:type="dxa"/>
            <w:tcMar>
              <w:top w:w="70" w:type="dxa"/>
              <w:left w:w="80" w:type="dxa"/>
              <w:bottom w:w="70" w:type="dxa"/>
              <w:right w:w="80" w:type="dxa"/>
            </w:tcMar>
            <w:vAlign w:val="center"/>
          </w:tcPr>
          <w:p w14:paraId="49506ABE" w14:textId="77777777" w:rsidR="00650973" w:rsidRDefault="00080072">
            <w:r>
              <w:rPr>
                <w:rFonts w:ascii="Arial" w:hAnsi="Arial"/>
                <w:sz w:val="21"/>
              </w:rPr>
              <w:t>14,00 €</w:t>
            </w:r>
          </w:p>
        </w:tc>
      </w:tr>
      <w:tr w:rsidR="00650973" w14:paraId="6913B60D" w14:textId="77777777">
        <w:trPr>
          <w:cantSplit/>
          <w:jc w:val="center"/>
        </w:trPr>
        <w:tc>
          <w:tcPr>
            <w:tcW w:w="5103" w:type="dxa"/>
            <w:shd w:val="clear" w:color="auto" w:fill="F8FAF8"/>
            <w:tcMar>
              <w:top w:w="70" w:type="dxa"/>
              <w:left w:w="80" w:type="dxa"/>
              <w:bottom w:w="70" w:type="dxa"/>
              <w:right w:w="80" w:type="dxa"/>
            </w:tcMar>
            <w:vAlign w:val="center"/>
          </w:tcPr>
          <w:p w14:paraId="2051AD7E" w14:textId="77777777" w:rsidR="00650973" w:rsidRDefault="00080072">
            <w:r>
              <w:rPr>
                <w:rFonts w:ascii="Arial" w:hAnsi="Arial"/>
                <w:sz w:val="21"/>
              </w:rPr>
              <w:t>Fromages canariens</w:t>
            </w:r>
          </w:p>
        </w:tc>
        <w:tc>
          <w:tcPr>
            <w:tcW w:w="5103" w:type="dxa"/>
            <w:shd w:val="clear" w:color="auto" w:fill="F8FAF8"/>
            <w:tcMar>
              <w:top w:w="70" w:type="dxa"/>
              <w:left w:w="80" w:type="dxa"/>
              <w:bottom w:w="70" w:type="dxa"/>
              <w:right w:w="80" w:type="dxa"/>
            </w:tcMar>
            <w:vAlign w:val="center"/>
          </w:tcPr>
          <w:p w14:paraId="787985EC" w14:textId="77777777" w:rsidR="00650973" w:rsidRDefault="00080072">
            <w:r>
              <w:rPr>
                <w:rFonts w:ascii="Arial" w:hAnsi="Arial"/>
                <w:sz w:val="21"/>
              </w:rPr>
              <w:t>15,00 €</w:t>
            </w:r>
          </w:p>
        </w:tc>
      </w:tr>
      <w:tr w:rsidR="00650973" w14:paraId="49E9BD55" w14:textId="77777777">
        <w:trPr>
          <w:cantSplit/>
          <w:jc w:val="center"/>
        </w:trPr>
        <w:tc>
          <w:tcPr>
            <w:tcW w:w="5103" w:type="dxa"/>
            <w:tcMar>
              <w:top w:w="70" w:type="dxa"/>
              <w:left w:w="80" w:type="dxa"/>
              <w:bottom w:w="70" w:type="dxa"/>
              <w:right w:w="80" w:type="dxa"/>
            </w:tcMar>
            <w:vAlign w:val="center"/>
          </w:tcPr>
          <w:p w14:paraId="343C12B9" w14:textId="77777777" w:rsidR="00650973" w:rsidRDefault="00080072">
            <w:r>
              <w:rPr>
                <w:rFonts w:ascii="Arial" w:hAnsi="Arial"/>
                <w:sz w:val="21"/>
              </w:rPr>
              <w:t>Crevettes croustillantes</w:t>
            </w:r>
          </w:p>
        </w:tc>
        <w:tc>
          <w:tcPr>
            <w:tcW w:w="5103" w:type="dxa"/>
            <w:tcMar>
              <w:top w:w="70" w:type="dxa"/>
              <w:left w:w="80" w:type="dxa"/>
              <w:bottom w:w="70" w:type="dxa"/>
              <w:right w:w="80" w:type="dxa"/>
            </w:tcMar>
            <w:vAlign w:val="center"/>
          </w:tcPr>
          <w:p w14:paraId="7FA722AA" w14:textId="77777777" w:rsidR="00650973" w:rsidRDefault="00080072">
            <w:r>
              <w:rPr>
                <w:rFonts w:ascii="Arial" w:hAnsi="Arial"/>
                <w:sz w:val="21"/>
              </w:rPr>
              <w:t>14,00 €</w:t>
            </w:r>
          </w:p>
        </w:tc>
      </w:tr>
      <w:tr w:rsidR="00650973" w14:paraId="3B585C10" w14:textId="77777777">
        <w:trPr>
          <w:cantSplit/>
          <w:jc w:val="center"/>
        </w:trPr>
        <w:tc>
          <w:tcPr>
            <w:tcW w:w="5103" w:type="dxa"/>
            <w:shd w:val="clear" w:color="auto" w:fill="F8FAF8"/>
            <w:tcMar>
              <w:top w:w="70" w:type="dxa"/>
              <w:left w:w="80" w:type="dxa"/>
              <w:bottom w:w="70" w:type="dxa"/>
              <w:right w:w="80" w:type="dxa"/>
            </w:tcMar>
            <w:vAlign w:val="center"/>
          </w:tcPr>
          <w:p w14:paraId="27113D2C" w14:textId="77777777" w:rsidR="00650973" w:rsidRDefault="00080072">
            <w:r>
              <w:rPr>
                <w:rFonts w:ascii="Arial" w:hAnsi="Arial"/>
                <w:sz w:val="21"/>
              </w:rPr>
              <w:t>Carpaccio de bœuf</w:t>
            </w:r>
          </w:p>
        </w:tc>
        <w:tc>
          <w:tcPr>
            <w:tcW w:w="5103" w:type="dxa"/>
            <w:shd w:val="clear" w:color="auto" w:fill="F8FAF8"/>
            <w:tcMar>
              <w:top w:w="70" w:type="dxa"/>
              <w:left w:w="80" w:type="dxa"/>
              <w:bottom w:w="70" w:type="dxa"/>
              <w:right w:w="80" w:type="dxa"/>
            </w:tcMar>
            <w:vAlign w:val="center"/>
          </w:tcPr>
          <w:p w14:paraId="5B648BE9" w14:textId="77777777" w:rsidR="00650973" w:rsidRDefault="00080072">
            <w:r>
              <w:rPr>
                <w:rFonts w:ascii="Arial" w:hAnsi="Arial"/>
                <w:sz w:val="21"/>
              </w:rPr>
              <w:t>17,00 €</w:t>
            </w:r>
          </w:p>
        </w:tc>
      </w:tr>
      <w:tr w:rsidR="00650973" w14:paraId="1C9A2F88" w14:textId="77777777">
        <w:trPr>
          <w:cantSplit/>
          <w:jc w:val="center"/>
        </w:trPr>
        <w:tc>
          <w:tcPr>
            <w:tcW w:w="5103" w:type="dxa"/>
            <w:tcMar>
              <w:top w:w="70" w:type="dxa"/>
              <w:left w:w="80" w:type="dxa"/>
              <w:bottom w:w="70" w:type="dxa"/>
              <w:right w:w="80" w:type="dxa"/>
            </w:tcMar>
            <w:vAlign w:val="center"/>
          </w:tcPr>
          <w:p w14:paraId="47D0934D" w14:textId="77777777" w:rsidR="00650973" w:rsidRDefault="00080072">
            <w:r>
              <w:rPr>
                <w:rFonts w:ascii="Arial" w:hAnsi="Arial"/>
                <w:sz w:val="21"/>
              </w:rPr>
              <w:t>Croquettes maison au jambon ibérique</w:t>
            </w:r>
          </w:p>
        </w:tc>
        <w:tc>
          <w:tcPr>
            <w:tcW w:w="5103" w:type="dxa"/>
            <w:tcMar>
              <w:top w:w="70" w:type="dxa"/>
              <w:left w:w="80" w:type="dxa"/>
              <w:bottom w:w="70" w:type="dxa"/>
              <w:right w:w="80" w:type="dxa"/>
            </w:tcMar>
            <w:vAlign w:val="center"/>
          </w:tcPr>
          <w:p w14:paraId="27AFC15F" w14:textId="77777777" w:rsidR="00650973" w:rsidRDefault="00080072">
            <w:r>
              <w:rPr>
                <w:rFonts w:ascii="Arial" w:hAnsi="Arial"/>
                <w:sz w:val="21"/>
              </w:rPr>
              <w:t>12,00 €</w:t>
            </w:r>
          </w:p>
        </w:tc>
      </w:tr>
      <w:tr w:rsidR="00650973" w14:paraId="40489204" w14:textId="77777777">
        <w:trPr>
          <w:cantSplit/>
          <w:jc w:val="center"/>
        </w:trPr>
        <w:tc>
          <w:tcPr>
            <w:tcW w:w="5103" w:type="dxa"/>
            <w:shd w:val="clear" w:color="auto" w:fill="F8FAF8"/>
            <w:tcMar>
              <w:top w:w="70" w:type="dxa"/>
              <w:left w:w="80" w:type="dxa"/>
              <w:bottom w:w="70" w:type="dxa"/>
              <w:right w:w="80" w:type="dxa"/>
            </w:tcMar>
            <w:vAlign w:val="center"/>
          </w:tcPr>
          <w:p w14:paraId="621E3BF6" w14:textId="77777777" w:rsidR="00650973" w:rsidRDefault="00080072">
            <w:r>
              <w:rPr>
                <w:rFonts w:ascii="Arial" w:hAnsi="Arial"/>
                <w:sz w:val="21"/>
              </w:rPr>
              <w:t>Rouleaux de printemps sauce thaï</w:t>
            </w:r>
          </w:p>
        </w:tc>
        <w:tc>
          <w:tcPr>
            <w:tcW w:w="5103" w:type="dxa"/>
            <w:shd w:val="clear" w:color="auto" w:fill="F8FAF8"/>
            <w:tcMar>
              <w:top w:w="70" w:type="dxa"/>
              <w:left w:w="80" w:type="dxa"/>
              <w:bottom w:w="70" w:type="dxa"/>
              <w:right w:w="80" w:type="dxa"/>
            </w:tcMar>
            <w:vAlign w:val="center"/>
          </w:tcPr>
          <w:p w14:paraId="3CEF381D" w14:textId="77777777" w:rsidR="00650973" w:rsidRDefault="00080072">
            <w:r>
              <w:rPr>
                <w:rFonts w:ascii="Arial" w:hAnsi="Arial"/>
                <w:sz w:val="21"/>
              </w:rPr>
              <w:t>10,50 €</w:t>
            </w:r>
          </w:p>
        </w:tc>
      </w:tr>
      <w:tr w:rsidR="00650973" w14:paraId="213AE429" w14:textId="77777777">
        <w:trPr>
          <w:cantSplit/>
          <w:jc w:val="center"/>
        </w:trPr>
        <w:tc>
          <w:tcPr>
            <w:tcW w:w="5103" w:type="dxa"/>
            <w:tcMar>
              <w:top w:w="70" w:type="dxa"/>
              <w:left w:w="80" w:type="dxa"/>
              <w:bottom w:w="70" w:type="dxa"/>
              <w:right w:w="80" w:type="dxa"/>
            </w:tcMar>
            <w:vAlign w:val="center"/>
          </w:tcPr>
          <w:p w14:paraId="3B16895B" w14:textId="77777777" w:rsidR="00650973" w:rsidRDefault="00080072">
            <w:r>
              <w:rPr>
                <w:rFonts w:ascii="Arial" w:hAnsi="Arial"/>
                <w:sz w:val="21"/>
              </w:rPr>
              <w:t>Légumes grillés</w:t>
            </w:r>
          </w:p>
        </w:tc>
        <w:tc>
          <w:tcPr>
            <w:tcW w:w="5103" w:type="dxa"/>
            <w:tcMar>
              <w:top w:w="70" w:type="dxa"/>
              <w:left w:w="80" w:type="dxa"/>
              <w:bottom w:w="70" w:type="dxa"/>
              <w:right w:w="80" w:type="dxa"/>
            </w:tcMar>
            <w:vAlign w:val="center"/>
          </w:tcPr>
          <w:p w14:paraId="6AA04318" w14:textId="77777777" w:rsidR="00650973" w:rsidRDefault="00080072">
            <w:r>
              <w:rPr>
                <w:rFonts w:ascii="Arial" w:hAnsi="Arial"/>
                <w:sz w:val="21"/>
              </w:rPr>
              <w:t>13,00 €</w:t>
            </w:r>
          </w:p>
        </w:tc>
      </w:tr>
      <w:tr w:rsidR="00650973" w14:paraId="517B1B60" w14:textId="77777777">
        <w:trPr>
          <w:cantSplit/>
          <w:jc w:val="center"/>
        </w:trPr>
        <w:tc>
          <w:tcPr>
            <w:tcW w:w="5103" w:type="dxa"/>
            <w:shd w:val="clear" w:color="auto" w:fill="F8FAF8"/>
            <w:tcMar>
              <w:top w:w="70" w:type="dxa"/>
              <w:left w:w="80" w:type="dxa"/>
              <w:bottom w:w="70" w:type="dxa"/>
              <w:right w:w="80" w:type="dxa"/>
            </w:tcMar>
            <w:vAlign w:val="center"/>
          </w:tcPr>
          <w:p w14:paraId="6B4FB6B5" w14:textId="77777777" w:rsidR="00650973" w:rsidRDefault="00080072">
            <w:r>
              <w:rPr>
                <w:rFonts w:ascii="Arial" w:hAnsi="Arial"/>
                <w:sz w:val="21"/>
              </w:rPr>
              <w:t>Poulpe à la galicienne</w:t>
            </w:r>
          </w:p>
        </w:tc>
        <w:tc>
          <w:tcPr>
            <w:tcW w:w="5103" w:type="dxa"/>
            <w:shd w:val="clear" w:color="auto" w:fill="F8FAF8"/>
            <w:tcMar>
              <w:top w:w="70" w:type="dxa"/>
              <w:left w:w="80" w:type="dxa"/>
              <w:bottom w:w="70" w:type="dxa"/>
              <w:right w:w="80" w:type="dxa"/>
            </w:tcMar>
            <w:vAlign w:val="center"/>
          </w:tcPr>
          <w:p w14:paraId="6C213856" w14:textId="77777777" w:rsidR="00650973" w:rsidRDefault="00080072">
            <w:r>
              <w:rPr>
                <w:rFonts w:ascii="Arial" w:hAnsi="Arial"/>
                <w:sz w:val="21"/>
              </w:rPr>
              <w:t>17,00 €</w:t>
            </w:r>
          </w:p>
        </w:tc>
      </w:tr>
      <w:tr w:rsidR="00650973" w14:paraId="75ACC815" w14:textId="77777777">
        <w:trPr>
          <w:cantSplit/>
          <w:jc w:val="center"/>
        </w:trPr>
        <w:tc>
          <w:tcPr>
            <w:tcW w:w="5103" w:type="dxa"/>
            <w:tcMar>
              <w:top w:w="70" w:type="dxa"/>
              <w:left w:w="80" w:type="dxa"/>
              <w:bottom w:w="70" w:type="dxa"/>
              <w:right w:w="80" w:type="dxa"/>
            </w:tcMar>
            <w:vAlign w:val="center"/>
          </w:tcPr>
          <w:p w14:paraId="7AD60D82" w14:textId="77777777" w:rsidR="00650973" w:rsidRDefault="00080072">
            <w:r>
              <w:rPr>
                <w:rFonts w:ascii="Arial" w:hAnsi="Arial"/>
                <w:sz w:val="21"/>
              </w:rPr>
              <w:t>Papas arrugadas au mojo</w:t>
            </w:r>
          </w:p>
        </w:tc>
        <w:tc>
          <w:tcPr>
            <w:tcW w:w="5103" w:type="dxa"/>
            <w:tcMar>
              <w:top w:w="70" w:type="dxa"/>
              <w:left w:w="80" w:type="dxa"/>
              <w:bottom w:w="70" w:type="dxa"/>
              <w:right w:w="80" w:type="dxa"/>
            </w:tcMar>
            <w:vAlign w:val="center"/>
          </w:tcPr>
          <w:p w14:paraId="00D13A0D" w14:textId="77777777" w:rsidR="00650973" w:rsidRDefault="00080072">
            <w:r>
              <w:rPr>
                <w:rFonts w:ascii="Arial" w:hAnsi="Arial"/>
                <w:sz w:val="21"/>
              </w:rPr>
              <w:t>9,00 €</w:t>
            </w:r>
          </w:p>
        </w:tc>
      </w:tr>
      <w:tr w:rsidR="00650973" w14:paraId="056AC3AC" w14:textId="77777777">
        <w:trPr>
          <w:cantSplit/>
          <w:jc w:val="center"/>
        </w:trPr>
        <w:tc>
          <w:tcPr>
            <w:tcW w:w="5103" w:type="dxa"/>
            <w:shd w:val="clear" w:color="auto" w:fill="F8FAF8"/>
            <w:tcMar>
              <w:top w:w="70" w:type="dxa"/>
              <w:left w:w="80" w:type="dxa"/>
              <w:bottom w:w="70" w:type="dxa"/>
              <w:right w:w="80" w:type="dxa"/>
            </w:tcMar>
            <w:vAlign w:val="center"/>
          </w:tcPr>
          <w:p w14:paraId="0084B2CA" w14:textId="77777777" w:rsidR="00650973" w:rsidRDefault="00080072">
            <w:r>
              <w:rPr>
                <w:rFonts w:ascii="Arial" w:hAnsi="Arial"/>
                <w:sz w:val="21"/>
              </w:rPr>
              <w:t>Pain à l’ail</w:t>
            </w:r>
          </w:p>
        </w:tc>
        <w:tc>
          <w:tcPr>
            <w:tcW w:w="5103" w:type="dxa"/>
            <w:shd w:val="clear" w:color="auto" w:fill="F8FAF8"/>
            <w:tcMar>
              <w:top w:w="70" w:type="dxa"/>
              <w:left w:w="80" w:type="dxa"/>
              <w:bottom w:w="70" w:type="dxa"/>
              <w:right w:w="80" w:type="dxa"/>
            </w:tcMar>
            <w:vAlign w:val="center"/>
          </w:tcPr>
          <w:p w14:paraId="7DCB9046" w14:textId="77777777" w:rsidR="00650973" w:rsidRDefault="00080072">
            <w:r>
              <w:rPr>
                <w:rFonts w:ascii="Arial" w:hAnsi="Arial"/>
                <w:sz w:val="21"/>
              </w:rPr>
              <w:t>3,00 €</w:t>
            </w:r>
          </w:p>
        </w:tc>
      </w:tr>
      <w:tr w:rsidR="00650973" w14:paraId="1625D81C" w14:textId="77777777">
        <w:trPr>
          <w:cantSplit/>
          <w:jc w:val="center"/>
        </w:trPr>
        <w:tc>
          <w:tcPr>
            <w:tcW w:w="5103" w:type="dxa"/>
            <w:tcMar>
              <w:top w:w="70" w:type="dxa"/>
              <w:left w:w="80" w:type="dxa"/>
              <w:bottom w:w="70" w:type="dxa"/>
              <w:right w:w="80" w:type="dxa"/>
            </w:tcMar>
            <w:vAlign w:val="center"/>
          </w:tcPr>
          <w:p w14:paraId="6BE14E43" w14:textId="77777777" w:rsidR="00650973" w:rsidRDefault="00080072">
            <w:r>
              <w:rPr>
                <w:rFonts w:ascii="Arial" w:hAnsi="Arial"/>
                <w:sz w:val="21"/>
              </w:rPr>
              <w:t>Salade russe</w:t>
            </w:r>
          </w:p>
        </w:tc>
        <w:tc>
          <w:tcPr>
            <w:tcW w:w="5103" w:type="dxa"/>
            <w:tcMar>
              <w:top w:w="70" w:type="dxa"/>
              <w:left w:w="80" w:type="dxa"/>
              <w:bottom w:w="70" w:type="dxa"/>
              <w:right w:w="80" w:type="dxa"/>
            </w:tcMar>
            <w:vAlign w:val="center"/>
          </w:tcPr>
          <w:p w14:paraId="3D8443B2" w14:textId="77777777" w:rsidR="00650973" w:rsidRDefault="00080072">
            <w:r>
              <w:rPr>
                <w:rFonts w:ascii="Arial" w:hAnsi="Arial"/>
                <w:sz w:val="21"/>
              </w:rPr>
              <w:t>12,50 €</w:t>
            </w:r>
          </w:p>
        </w:tc>
      </w:tr>
      <w:tr w:rsidR="00650973" w14:paraId="09D3C886" w14:textId="77777777">
        <w:trPr>
          <w:cantSplit/>
          <w:jc w:val="center"/>
        </w:trPr>
        <w:tc>
          <w:tcPr>
            <w:tcW w:w="5103" w:type="dxa"/>
            <w:shd w:val="clear" w:color="auto" w:fill="F8FAF8"/>
            <w:tcMar>
              <w:top w:w="70" w:type="dxa"/>
              <w:left w:w="80" w:type="dxa"/>
              <w:bottom w:w="70" w:type="dxa"/>
              <w:right w:w="80" w:type="dxa"/>
            </w:tcMar>
            <w:vAlign w:val="center"/>
          </w:tcPr>
          <w:p w14:paraId="44E078D9" w14:textId="77777777" w:rsidR="00650973" w:rsidRDefault="00080072">
            <w:r>
              <w:rPr>
                <w:rFonts w:ascii="Arial" w:hAnsi="Arial"/>
                <w:sz w:val="21"/>
              </w:rPr>
              <w:t>Salade de chèvre, vinaigrette au miel</w:t>
            </w:r>
          </w:p>
        </w:tc>
        <w:tc>
          <w:tcPr>
            <w:tcW w:w="5103" w:type="dxa"/>
            <w:shd w:val="clear" w:color="auto" w:fill="F8FAF8"/>
            <w:tcMar>
              <w:top w:w="70" w:type="dxa"/>
              <w:left w:w="80" w:type="dxa"/>
              <w:bottom w:w="70" w:type="dxa"/>
              <w:right w:w="80" w:type="dxa"/>
            </w:tcMar>
            <w:vAlign w:val="center"/>
          </w:tcPr>
          <w:p w14:paraId="7288EC07" w14:textId="77777777" w:rsidR="00650973" w:rsidRDefault="00080072">
            <w:r>
              <w:rPr>
                <w:rFonts w:ascii="Arial" w:hAnsi="Arial"/>
                <w:sz w:val="21"/>
              </w:rPr>
              <w:t>13,00 €</w:t>
            </w:r>
          </w:p>
        </w:tc>
      </w:tr>
      <w:tr w:rsidR="00650973" w14:paraId="5BAD6EB9" w14:textId="77777777">
        <w:trPr>
          <w:cantSplit/>
          <w:jc w:val="center"/>
        </w:trPr>
        <w:tc>
          <w:tcPr>
            <w:tcW w:w="5103" w:type="dxa"/>
            <w:tcMar>
              <w:top w:w="70" w:type="dxa"/>
              <w:left w:w="80" w:type="dxa"/>
              <w:bottom w:w="70" w:type="dxa"/>
              <w:right w:w="80" w:type="dxa"/>
            </w:tcMar>
            <w:vAlign w:val="center"/>
          </w:tcPr>
          <w:p w14:paraId="1CC07973" w14:textId="77777777" w:rsidR="00650973" w:rsidRDefault="00080072">
            <w:r>
              <w:rPr>
                <w:rFonts w:ascii="Arial" w:hAnsi="Arial"/>
                <w:sz w:val="21"/>
              </w:rPr>
              <w:t>Salade de poulet grillé</w:t>
            </w:r>
          </w:p>
        </w:tc>
        <w:tc>
          <w:tcPr>
            <w:tcW w:w="5103" w:type="dxa"/>
            <w:tcMar>
              <w:top w:w="70" w:type="dxa"/>
              <w:left w:w="80" w:type="dxa"/>
              <w:bottom w:w="70" w:type="dxa"/>
              <w:right w:w="80" w:type="dxa"/>
            </w:tcMar>
            <w:vAlign w:val="center"/>
          </w:tcPr>
          <w:p w14:paraId="1EFFF02B" w14:textId="77777777" w:rsidR="00650973" w:rsidRDefault="00080072">
            <w:r>
              <w:rPr>
                <w:rFonts w:ascii="Arial" w:hAnsi="Arial"/>
                <w:sz w:val="21"/>
              </w:rPr>
              <w:t>14,00 €</w:t>
            </w:r>
          </w:p>
        </w:tc>
      </w:tr>
      <w:tr w:rsidR="00650973" w14:paraId="4299926F" w14:textId="77777777">
        <w:trPr>
          <w:cantSplit/>
          <w:jc w:val="center"/>
        </w:trPr>
        <w:tc>
          <w:tcPr>
            <w:tcW w:w="5103" w:type="dxa"/>
            <w:shd w:val="clear" w:color="auto" w:fill="F8FAF8"/>
            <w:tcMar>
              <w:top w:w="70" w:type="dxa"/>
              <w:left w:w="80" w:type="dxa"/>
              <w:bottom w:w="70" w:type="dxa"/>
              <w:right w:w="80" w:type="dxa"/>
            </w:tcMar>
            <w:vAlign w:val="center"/>
          </w:tcPr>
          <w:p w14:paraId="277D8587" w14:textId="77777777" w:rsidR="00650973" w:rsidRDefault="00080072">
            <w:r>
              <w:rPr>
                <w:rFonts w:ascii="Arial" w:hAnsi="Arial"/>
                <w:sz w:val="21"/>
              </w:rPr>
              <w:t>Salade Saint-Jacques, crevettes et calamars</w:t>
            </w:r>
          </w:p>
        </w:tc>
        <w:tc>
          <w:tcPr>
            <w:tcW w:w="5103" w:type="dxa"/>
            <w:shd w:val="clear" w:color="auto" w:fill="F8FAF8"/>
            <w:tcMar>
              <w:top w:w="70" w:type="dxa"/>
              <w:left w:w="80" w:type="dxa"/>
              <w:bottom w:w="70" w:type="dxa"/>
              <w:right w:w="80" w:type="dxa"/>
            </w:tcMar>
            <w:vAlign w:val="center"/>
          </w:tcPr>
          <w:p w14:paraId="1578491D" w14:textId="77777777" w:rsidR="00650973" w:rsidRDefault="00080072">
            <w:r>
              <w:rPr>
                <w:rFonts w:ascii="Arial" w:hAnsi="Arial"/>
                <w:sz w:val="21"/>
              </w:rPr>
              <w:t>18,00 €</w:t>
            </w:r>
          </w:p>
        </w:tc>
      </w:tr>
      <w:tr w:rsidR="00650973" w14:paraId="049A5C84" w14:textId="77777777">
        <w:trPr>
          <w:cantSplit/>
          <w:jc w:val="center"/>
        </w:trPr>
        <w:tc>
          <w:tcPr>
            <w:tcW w:w="5103" w:type="dxa"/>
            <w:tcMar>
              <w:top w:w="70" w:type="dxa"/>
              <w:left w:w="80" w:type="dxa"/>
              <w:bottom w:w="70" w:type="dxa"/>
              <w:right w:w="80" w:type="dxa"/>
            </w:tcMar>
            <w:vAlign w:val="center"/>
          </w:tcPr>
          <w:p w14:paraId="18938F4F" w14:textId="77777777" w:rsidR="00650973" w:rsidRDefault="00080072">
            <w:r>
              <w:rPr>
                <w:rFonts w:ascii="Arial" w:hAnsi="Arial"/>
                <w:sz w:val="21"/>
              </w:rPr>
              <w:t>Salade tomate, mozzarella, basilic</w:t>
            </w:r>
          </w:p>
        </w:tc>
        <w:tc>
          <w:tcPr>
            <w:tcW w:w="5103" w:type="dxa"/>
            <w:tcMar>
              <w:top w:w="70" w:type="dxa"/>
              <w:left w:w="80" w:type="dxa"/>
              <w:bottom w:w="70" w:type="dxa"/>
              <w:right w:w="80" w:type="dxa"/>
            </w:tcMar>
            <w:vAlign w:val="center"/>
          </w:tcPr>
          <w:p w14:paraId="6FED7B26" w14:textId="77777777" w:rsidR="00650973" w:rsidRDefault="00080072">
            <w:r>
              <w:rPr>
                <w:rFonts w:ascii="Arial" w:hAnsi="Arial"/>
                <w:sz w:val="21"/>
              </w:rPr>
              <w:t>13,00 €</w:t>
            </w:r>
          </w:p>
        </w:tc>
      </w:tr>
    </w:tbl>
    <w:p w14:paraId="30DBE33C" w14:textId="77777777" w:rsidR="00650973" w:rsidRDefault="00650973">
      <w:pPr>
        <w:spacing w:after="40"/>
      </w:pPr>
    </w:p>
    <w:p w14:paraId="7EA93FDF" w14:textId="77777777" w:rsidR="00650973" w:rsidRDefault="00080072">
      <w:pPr>
        <w:pStyle w:val="Titre3"/>
        <w:spacing w:before="120" w:after="100"/>
      </w:pPr>
      <w:r>
        <w:rPr>
          <w:rFonts w:ascii="Arial" w:hAnsi="Arial"/>
          <w:color w:val="2F6B4F"/>
          <w:sz w:val="23"/>
        </w:rPr>
        <w:t>Poissons / viandes</w:t>
      </w:r>
    </w:p>
    <w:tbl>
      <w:tblPr>
        <w:tblStyle w:val="Grilledutableau"/>
        <w:tblW w:w="0" w:type="auto"/>
        <w:jc w:val="center"/>
        <w:tblLook w:val="04A0" w:firstRow="1" w:lastRow="0" w:firstColumn="1" w:lastColumn="0" w:noHBand="0" w:noVBand="1"/>
      </w:tblPr>
      <w:tblGrid>
        <w:gridCol w:w="5103"/>
        <w:gridCol w:w="5103"/>
      </w:tblGrid>
      <w:tr w:rsidR="00650973" w14:paraId="7F8D44B5" w14:textId="77777777">
        <w:trPr>
          <w:cantSplit/>
          <w:tblHeader/>
          <w:jc w:val="center"/>
        </w:trPr>
        <w:tc>
          <w:tcPr>
            <w:tcW w:w="5103" w:type="dxa"/>
            <w:shd w:val="clear" w:color="auto" w:fill="2F6B4F"/>
            <w:tcMar>
              <w:top w:w="70" w:type="dxa"/>
              <w:left w:w="80" w:type="dxa"/>
              <w:bottom w:w="70" w:type="dxa"/>
              <w:right w:w="80" w:type="dxa"/>
            </w:tcMar>
            <w:vAlign w:val="center"/>
          </w:tcPr>
          <w:p w14:paraId="3E044E5D"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463F2578" w14:textId="77777777" w:rsidR="00650973" w:rsidRDefault="00080072">
            <w:pPr>
              <w:jc w:val="center"/>
            </w:pPr>
            <w:r>
              <w:rPr>
                <w:rFonts w:ascii="Arial" w:hAnsi="Arial"/>
                <w:b/>
                <w:color w:val="FFFFFF"/>
                <w:sz w:val="21"/>
              </w:rPr>
              <w:t>Prix</w:t>
            </w:r>
          </w:p>
        </w:tc>
      </w:tr>
      <w:tr w:rsidR="00650973" w14:paraId="289AFEFA" w14:textId="77777777">
        <w:trPr>
          <w:cantSplit/>
          <w:jc w:val="center"/>
        </w:trPr>
        <w:tc>
          <w:tcPr>
            <w:tcW w:w="5103" w:type="dxa"/>
            <w:tcMar>
              <w:top w:w="70" w:type="dxa"/>
              <w:left w:w="80" w:type="dxa"/>
              <w:bottom w:w="70" w:type="dxa"/>
              <w:right w:w="80" w:type="dxa"/>
            </w:tcMar>
            <w:vAlign w:val="center"/>
          </w:tcPr>
          <w:p w14:paraId="6991C4F8" w14:textId="77777777" w:rsidR="00650973" w:rsidRDefault="00080072">
            <w:r>
              <w:rPr>
                <w:rFonts w:ascii="Arial" w:hAnsi="Arial"/>
                <w:sz w:val="21"/>
              </w:rPr>
              <w:lastRenderedPageBreak/>
              <w:t>Poisson frais du jour, légumes et papas canariennes</w:t>
            </w:r>
          </w:p>
        </w:tc>
        <w:tc>
          <w:tcPr>
            <w:tcW w:w="5103" w:type="dxa"/>
            <w:tcMar>
              <w:top w:w="70" w:type="dxa"/>
              <w:left w:w="80" w:type="dxa"/>
              <w:bottom w:w="70" w:type="dxa"/>
              <w:right w:w="80" w:type="dxa"/>
            </w:tcMar>
            <w:vAlign w:val="center"/>
          </w:tcPr>
          <w:p w14:paraId="183E499E" w14:textId="77777777" w:rsidR="00650973" w:rsidRDefault="00080072">
            <w:r>
              <w:rPr>
                <w:rFonts w:ascii="Arial" w:hAnsi="Arial"/>
                <w:sz w:val="21"/>
              </w:rPr>
              <w:t>25,00 €</w:t>
            </w:r>
          </w:p>
        </w:tc>
      </w:tr>
      <w:tr w:rsidR="00650973" w14:paraId="6D47ACE6" w14:textId="77777777">
        <w:trPr>
          <w:cantSplit/>
          <w:jc w:val="center"/>
        </w:trPr>
        <w:tc>
          <w:tcPr>
            <w:tcW w:w="5103" w:type="dxa"/>
            <w:shd w:val="clear" w:color="auto" w:fill="F8FAF8"/>
            <w:tcMar>
              <w:top w:w="70" w:type="dxa"/>
              <w:left w:w="80" w:type="dxa"/>
              <w:bottom w:w="70" w:type="dxa"/>
              <w:right w:w="80" w:type="dxa"/>
            </w:tcMar>
            <w:vAlign w:val="center"/>
          </w:tcPr>
          <w:p w14:paraId="5D3488B9" w14:textId="77777777" w:rsidR="00650973" w:rsidRDefault="00080072">
            <w:r>
              <w:rPr>
                <w:rFonts w:ascii="Arial" w:hAnsi="Arial"/>
                <w:sz w:val="21"/>
              </w:rPr>
              <w:t>Calamars grillés</w:t>
            </w:r>
          </w:p>
        </w:tc>
        <w:tc>
          <w:tcPr>
            <w:tcW w:w="5103" w:type="dxa"/>
            <w:shd w:val="clear" w:color="auto" w:fill="F8FAF8"/>
            <w:tcMar>
              <w:top w:w="70" w:type="dxa"/>
              <w:left w:w="80" w:type="dxa"/>
              <w:bottom w:w="70" w:type="dxa"/>
              <w:right w:w="80" w:type="dxa"/>
            </w:tcMar>
            <w:vAlign w:val="center"/>
          </w:tcPr>
          <w:p w14:paraId="436DFB1F" w14:textId="77777777" w:rsidR="00650973" w:rsidRDefault="00080072">
            <w:r>
              <w:rPr>
                <w:rFonts w:ascii="Arial" w:hAnsi="Arial"/>
                <w:sz w:val="21"/>
              </w:rPr>
              <w:t>18,00 €</w:t>
            </w:r>
          </w:p>
        </w:tc>
      </w:tr>
      <w:tr w:rsidR="00650973" w14:paraId="7B46AEAD" w14:textId="77777777">
        <w:trPr>
          <w:cantSplit/>
          <w:jc w:val="center"/>
        </w:trPr>
        <w:tc>
          <w:tcPr>
            <w:tcW w:w="5103" w:type="dxa"/>
            <w:tcMar>
              <w:top w:w="70" w:type="dxa"/>
              <w:left w:w="80" w:type="dxa"/>
              <w:bottom w:w="70" w:type="dxa"/>
              <w:right w:w="80" w:type="dxa"/>
            </w:tcMar>
            <w:vAlign w:val="center"/>
          </w:tcPr>
          <w:p w14:paraId="71C0EF2F" w14:textId="77777777" w:rsidR="00650973" w:rsidRDefault="00080072">
            <w:r>
              <w:rPr>
                <w:rFonts w:ascii="Arial" w:hAnsi="Arial"/>
                <w:sz w:val="21"/>
              </w:rPr>
              <w:t>Tartare de thon</w:t>
            </w:r>
          </w:p>
        </w:tc>
        <w:tc>
          <w:tcPr>
            <w:tcW w:w="5103" w:type="dxa"/>
            <w:tcMar>
              <w:top w:w="70" w:type="dxa"/>
              <w:left w:w="80" w:type="dxa"/>
              <w:bottom w:w="70" w:type="dxa"/>
              <w:right w:w="80" w:type="dxa"/>
            </w:tcMar>
            <w:vAlign w:val="center"/>
          </w:tcPr>
          <w:p w14:paraId="11A4D331" w14:textId="77777777" w:rsidR="00650973" w:rsidRDefault="00080072">
            <w:r>
              <w:rPr>
                <w:rFonts w:ascii="Arial" w:hAnsi="Arial"/>
                <w:sz w:val="21"/>
              </w:rPr>
              <w:t>24,00 €</w:t>
            </w:r>
          </w:p>
        </w:tc>
      </w:tr>
      <w:tr w:rsidR="00650973" w14:paraId="2011E4FF" w14:textId="77777777">
        <w:trPr>
          <w:cantSplit/>
          <w:jc w:val="center"/>
        </w:trPr>
        <w:tc>
          <w:tcPr>
            <w:tcW w:w="5103" w:type="dxa"/>
            <w:shd w:val="clear" w:color="auto" w:fill="F8FAF8"/>
            <w:tcMar>
              <w:top w:w="70" w:type="dxa"/>
              <w:left w:w="80" w:type="dxa"/>
              <w:bottom w:w="70" w:type="dxa"/>
              <w:right w:w="80" w:type="dxa"/>
            </w:tcMar>
            <w:vAlign w:val="center"/>
          </w:tcPr>
          <w:p w14:paraId="61A825AC" w14:textId="77777777" w:rsidR="00650973" w:rsidRDefault="00080072">
            <w:r>
              <w:rPr>
                <w:rFonts w:ascii="Arial" w:hAnsi="Arial"/>
                <w:sz w:val="21"/>
              </w:rPr>
              <w:t>Tartare de sériole</w:t>
            </w:r>
          </w:p>
        </w:tc>
        <w:tc>
          <w:tcPr>
            <w:tcW w:w="5103" w:type="dxa"/>
            <w:shd w:val="clear" w:color="auto" w:fill="F8FAF8"/>
            <w:tcMar>
              <w:top w:w="70" w:type="dxa"/>
              <w:left w:w="80" w:type="dxa"/>
              <w:bottom w:w="70" w:type="dxa"/>
              <w:right w:w="80" w:type="dxa"/>
            </w:tcMar>
            <w:vAlign w:val="center"/>
          </w:tcPr>
          <w:p w14:paraId="0ABA1706" w14:textId="77777777" w:rsidR="00650973" w:rsidRDefault="00080072">
            <w:r>
              <w:rPr>
                <w:rFonts w:ascii="Arial" w:hAnsi="Arial"/>
                <w:sz w:val="21"/>
              </w:rPr>
              <w:t>24,00 €</w:t>
            </w:r>
          </w:p>
        </w:tc>
      </w:tr>
      <w:tr w:rsidR="00650973" w14:paraId="52D4C881" w14:textId="77777777">
        <w:trPr>
          <w:cantSplit/>
          <w:jc w:val="center"/>
        </w:trPr>
        <w:tc>
          <w:tcPr>
            <w:tcW w:w="5103" w:type="dxa"/>
            <w:tcMar>
              <w:top w:w="70" w:type="dxa"/>
              <w:left w:w="80" w:type="dxa"/>
              <w:bottom w:w="70" w:type="dxa"/>
              <w:right w:w="80" w:type="dxa"/>
            </w:tcMar>
            <w:vAlign w:val="center"/>
          </w:tcPr>
          <w:p w14:paraId="698ADDBB" w14:textId="77777777" w:rsidR="00650973" w:rsidRDefault="00080072">
            <w:r>
              <w:rPr>
                <w:rFonts w:ascii="Arial" w:hAnsi="Arial"/>
                <w:sz w:val="21"/>
              </w:rPr>
              <w:t>Ceviche de poisson</w:t>
            </w:r>
          </w:p>
        </w:tc>
        <w:tc>
          <w:tcPr>
            <w:tcW w:w="5103" w:type="dxa"/>
            <w:tcMar>
              <w:top w:w="70" w:type="dxa"/>
              <w:left w:w="80" w:type="dxa"/>
              <w:bottom w:w="70" w:type="dxa"/>
              <w:right w:w="80" w:type="dxa"/>
            </w:tcMar>
            <w:vAlign w:val="center"/>
          </w:tcPr>
          <w:p w14:paraId="0F6939A3" w14:textId="77777777" w:rsidR="00650973" w:rsidRDefault="00080072">
            <w:r>
              <w:rPr>
                <w:rFonts w:ascii="Arial" w:hAnsi="Arial"/>
                <w:sz w:val="21"/>
              </w:rPr>
              <w:t>19,00 €</w:t>
            </w:r>
          </w:p>
        </w:tc>
      </w:tr>
      <w:tr w:rsidR="00650973" w14:paraId="63B38C5E" w14:textId="77777777">
        <w:trPr>
          <w:cantSplit/>
          <w:jc w:val="center"/>
        </w:trPr>
        <w:tc>
          <w:tcPr>
            <w:tcW w:w="5103" w:type="dxa"/>
            <w:shd w:val="clear" w:color="auto" w:fill="F8FAF8"/>
            <w:tcMar>
              <w:top w:w="70" w:type="dxa"/>
              <w:left w:w="80" w:type="dxa"/>
              <w:bottom w:w="70" w:type="dxa"/>
              <w:right w:w="80" w:type="dxa"/>
            </w:tcMar>
            <w:vAlign w:val="center"/>
          </w:tcPr>
          <w:p w14:paraId="481CCFBC" w14:textId="77777777" w:rsidR="00650973" w:rsidRDefault="00080072">
            <w:r>
              <w:rPr>
                <w:rFonts w:ascii="Arial" w:hAnsi="Arial"/>
                <w:sz w:val="21"/>
              </w:rPr>
              <w:t>Calamars frits</w:t>
            </w:r>
          </w:p>
        </w:tc>
        <w:tc>
          <w:tcPr>
            <w:tcW w:w="5103" w:type="dxa"/>
            <w:shd w:val="clear" w:color="auto" w:fill="F8FAF8"/>
            <w:tcMar>
              <w:top w:w="70" w:type="dxa"/>
              <w:left w:w="80" w:type="dxa"/>
              <w:bottom w:w="70" w:type="dxa"/>
              <w:right w:w="80" w:type="dxa"/>
            </w:tcMar>
            <w:vAlign w:val="center"/>
          </w:tcPr>
          <w:p w14:paraId="145A3518" w14:textId="77777777" w:rsidR="00650973" w:rsidRDefault="00080072">
            <w:r>
              <w:rPr>
                <w:rFonts w:ascii="Arial" w:hAnsi="Arial"/>
                <w:sz w:val="21"/>
              </w:rPr>
              <w:t>18,00 €</w:t>
            </w:r>
          </w:p>
        </w:tc>
      </w:tr>
      <w:tr w:rsidR="00650973" w14:paraId="22EC9B80" w14:textId="77777777">
        <w:trPr>
          <w:cantSplit/>
          <w:jc w:val="center"/>
        </w:trPr>
        <w:tc>
          <w:tcPr>
            <w:tcW w:w="5103" w:type="dxa"/>
            <w:tcMar>
              <w:top w:w="70" w:type="dxa"/>
              <w:left w:w="80" w:type="dxa"/>
              <w:bottom w:w="70" w:type="dxa"/>
              <w:right w:w="80" w:type="dxa"/>
            </w:tcMar>
            <w:vAlign w:val="center"/>
          </w:tcPr>
          <w:p w14:paraId="7A1CEA41" w14:textId="77777777" w:rsidR="00650973" w:rsidRDefault="00080072">
            <w:r>
              <w:rPr>
                <w:rFonts w:ascii="Arial" w:hAnsi="Arial"/>
                <w:sz w:val="21"/>
              </w:rPr>
              <w:t>Contre-filet de bœuf sauce champignons/poivre</w:t>
            </w:r>
          </w:p>
        </w:tc>
        <w:tc>
          <w:tcPr>
            <w:tcW w:w="5103" w:type="dxa"/>
            <w:tcMar>
              <w:top w:w="70" w:type="dxa"/>
              <w:left w:w="80" w:type="dxa"/>
              <w:bottom w:w="70" w:type="dxa"/>
              <w:right w:w="80" w:type="dxa"/>
            </w:tcMar>
            <w:vAlign w:val="center"/>
          </w:tcPr>
          <w:p w14:paraId="4253C656" w14:textId="77777777" w:rsidR="00650973" w:rsidRDefault="00080072">
            <w:r>
              <w:rPr>
                <w:rFonts w:ascii="Arial" w:hAnsi="Arial"/>
                <w:sz w:val="21"/>
              </w:rPr>
              <w:t>26,00 €</w:t>
            </w:r>
          </w:p>
        </w:tc>
      </w:tr>
      <w:tr w:rsidR="00650973" w14:paraId="3AC2D0D6" w14:textId="77777777">
        <w:trPr>
          <w:cantSplit/>
          <w:jc w:val="center"/>
        </w:trPr>
        <w:tc>
          <w:tcPr>
            <w:tcW w:w="5103" w:type="dxa"/>
            <w:shd w:val="clear" w:color="auto" w:fill="F8FAF8"/>
            <w:tcMar>
              <w:top w:w="70" w:type="dxa"/>
              <w:left w:w="80" w:type="dxa"/>
              <w:bottom w:w="70" w:type="dxa"/>
              <w:right w:w="80" w:type="dxa"/>
            </w:tcMar>
            <w:vAlign w:val="center"/>
          </w:tcPr>
          <w:p w14:paraId="6A163133" w14:textId="77777777" w:rsidR="00650973" w:rsidRDefault="00080072">
            <w:r>
              <w:rPr>
                <w:rFonts w:ascii="Arial" w:hAnsi="Arial"/>
                <w:sz w:val="21"/>
              </w:rPr>
              <w:t>Entrecôte avec frites et légumes</w:t>
            </w:r>
          </w:p>
        </w:tc>
        <w:tc>
          <w:tcPr>
            <w:tcW w:w="5103" w:type="dxa"/>
            <w:shd w:val="clear" w:color="auto" w:fill="F8FAF8"/>
            <w:tcMar>
              <w:top w:w="70" w:type="dxa"/>
              <w:left w:w="80" w:type="dxa"/>
              <w:bottom w:w="70" w:type="dxa"/>
              <w:right w:w="80" w:type="dxa"/>
            </w:tcMar>
            <w:vAlign w:val="center"/>
          </w:tcPr>
          <w:p w14:paraId="706A581A" w14:textId="77777777" w:rsidR="00650973" w:rsidRDefault="00080072">
            <w:r>
              <w:rPr>
                <w:rFonts w:ascii="Arial" w:hAnsi="Arial"/>
                <w:sz w:val="21"/>
              </w:rPr>
              <w:t>22,00 €</w:t>
            </w:r>
          </w:p>
        </w:tc>
      </w:tr>
      <w:tr w:rsidR="00650973" w14:paraId="7CFDAD2A" w14:textId="77777777">
        <w:trPr>
          <w:cantSplit/>
          <w:jc w:val="center"/>
        </w:trPr>
        <w:tc>
          <w:tcPr>
            <w:tcW w:w="5103" w:type="dxa"/>
            <w:tcMar>
              <w:top w:w="70" w:type="dxa"/>
              <w:left w:w="80" w:type="dxa"/>
              <w:bottom w:w="70" w:type="dxa"/>
              <w:right w:w="80" w:type="dxa"/>
            </w:tcMar>
            <w:vAlign w:val="center"/>
          </w:tcPr>
          <w:p w14:paraId="5ED27117" w14:textId="77777777" w:rsidR="00650973" w:rsidRDefault="00080072">
            <w:r>
              <w:rPr>
                <w:rFonts w:ascii="Arial" w:hAnsi="Arial"/>
                <w:sz w:val="21"/>
              </w:rPr>
              <w:t>Schnitzel avec salade et frites</w:t>
            </w:r>
          </w:p>
        </w:tc>
        <w:tc>
          <w:tcPr>
            <w:tcW w:w="5103" w:type="dxa"/>
            <w:tcMar>
              <w:top w:w="70" w:type="dxa"/>
              <w:left w:w="80" w:type="dxa"/>
              <w:bottom w:w="70" w:type="dxa"/>
              <w:right w:w="80" w:type="dxa"/>
            </w:tcMar>
            <w:vAlign w:val="center"/>
          </w:tcPr>
          <w:p w14:paraId="4A4966E8" w14:textId="77777777" w:rsidR="00650973" w:rsidRDefault="00080072">
            <w:r>
              <w:rPr>
                <w:rFonts w:ascii="Arial" w:hAnsi="Arial"/>
                <w:sz w:val="21"/>
              </w:rPr>
              <w:t>20,00 €</w:t>
            </w:r>
          </w:p>
        </w:tc>
      </w:tr>
      <w:tr w:rsidR="00650973" w14:paraId="7553330B" w14:textId="77777777">
        <w:trPr>
          <w:cantSplit/>
          <w:jc w:val="center"/>
        </w:trPr>
        <w:tc>
          <w:tcPr>
            <w:tcW w:w="5103" w:type="dxa"/>
            <w:shd w:val="clear" w:color="auto" w:fill="F8FAF8"/>
            <w:tcMar>
              <w:top w:w="70" w:type="dxa"/>
              <w:left w:w="80" w:type="dxa"/>
              <w:bottom w:w="70" w:type="dxa"/>
              <w:right w:w="80" w:type="dxa"/>
            </w:tcMar>
            <w:vAlign w:val="center"/>
          </w:tcPr>
          <w:p w14:paraId="2AE93120" w14:textId="77777777" w:rsidR="00650973" w:rsidRDefault="00080072">
            <w:r>
              <w:rPr>
                <w:rFonts w:ascii="Arial" w:hAnsi="Arial"/>
                <w:sz w:val="21"/>
              </w:rPr>
              <w:t>Steak tartare</w:t>
            </w:r>
          </w:p>
        </w:tc>
        <w:tc>
          <w:tcPr>
            <w:tcW w:w="5103" w:type="dxa"/>
            <w:shd w:val="clear" w:color="auto" w:fill="F8FAF8"/>
            <w:tcMar>
              <w:top w:w="70" w:type="dxa"/>
              <w:left w:w="80" w:type="dxa"/>
              <w:bottom w:w="70" w:type="dxa"/>
              <w:right w:w="80" w:type="dxa"/>
            </w:tcMar>
            <w:vAlign w:val="center"/>
          </w:tcPr>
          <w:p w14:paraId="4F0E5EAF" w14:textId="77777777" w:rsidR="00650973" w:rsidRDefault="00080072">
            <w:r>
              <w:rPr>
                <w:rFonts w:ascii="Arial" w:hAnsi="Arial"/>
                <w:sz w:val="21"/>
              </w:rPr>
              <w:t>23,00 €</w:t>
            </w:r>
          </w:p>
        </w:tc>
      </w:tr>
      <w:tr w:rsidR="00650973" w14:paraId="57B2694E" w14:textId="77777777">
        <w:trPr>
          <w:cantSplit/>
          <w:jc w:val="center"/>
        </w:trPr>
        <w:tc>
          <w:tcPr>
            <w:tcW w:w="5103" w:type="dxa"/>
            <w:tcMar>
              <w:top w:w="70" w:type="dxa"/>
              <w:left w:w="80" w:type="dxa"/>
              <w:bottom w:w="70" w:type="dxa"/>
              <w:right w:w="80" w:type="dxa"/>
            </w:tcMar>
            <w:vAlign w:val="center"/>
          </w:tcPr>
          <w:p w14:paraId="13DA142D" w14:textId="77777777" w:rsidR="00650973" w:rsidRDefault="00080072">
            <w:r>
              <w:rPr>
                <w:rFonts w:ascii="Arial" w:hAnsi="Arial"/>
                <w:sz w:val="21"/>
              </w:rPr>
              <w:t>Cochon de lait rôti désossé</w:t>
            </w:r>
          </w:p>
        </w:tc>
        <w:tc>
          <w:tcPr>
            <w:tcW w:w="5103" w:type="dxa"/>
            <w:tcMar>
              <w:top w:w="70" w:type="dxa"/>
              <w:left w:w="80" w:type="dxa"/>
              <w:bottom w:w="70" w:type="dxa"/>
              <w:right w:w="80" w:type="dxa"/>
            </w:tcMar>
            <w:vAlign w:val="center"/>
          </w:tcPr>
          <w:p w14:paraId="3044BA78" w14:textId="77777777" w:rsidR="00650973" w:rsidRDefault="00080072">
            <w:r>
              <w:rPr>
                <w:rFonts w:ascii="Arial" w:hAnsi="Arial"/>
                <w:sz w:val="21"/>
              </w:rPr>
              <w:t>25,00 €</w:t>
            </w:r>
          </w:p>
        </w:tc>
      </w:tr>
      <w:tr w:rsidR="00650973" w14:paraId="3468CDFD" w14:textId="77777777">
        <w:trPr>
          <w:cantSplit/>
          <w:jc w:val="center"/>
        </w:trPr>
        <w:tc>
          <w:tcPr>
            <w:tcW w:w="5103" w:type="dxa"/>
            <w:shd w:val="clear" w:color="auto" w:fill="F8FAF8"/>
            <w:tcMar>
              <w:top w:w="70" w:type="dxa"/>
              <w:left w:w="80" w:type="dxa"/>
              <w:bottom w:w="70" w:type="dxa"/>
              <w:right w:w="80" w:type="dxa"/>
            </w:tcMar>
            <w:vAlign w:val="center"/>
          </w:tcPr>
          <w:p w14:paraId="727EBBC3" w14:textId="77777777" w:rsidR="00650973" w:rsidRDefault="00080072">
            <w:r>
              <w:rPr>
                <w:rFonts w:ascii="Arial" w:hAnsi="Arial"/>
                <w:sz w:val="21"/>
              </w:rPr>
              <w:t>Épaule de porc ibérique</w:t>
            </w:r>
          </w:p>
        </w:tc>
        <w:tc>
          <w:tcPr>
            <w:tcW w:w="5103" w:type="dxa"/>
            <w:shd w:val="clear" w:color="auto" w:fill="F8FAF8"/>
            <w:tcMar>
              <w:top w:w="70" w:type="dxa"/>
              <w:left w:w="80" w:type="dxa"/>
              <w:bottom w:w="70" w:type="dxa"/>
              <w:right w:w="80" w:type="dxa"/>
            </w:tcMar>
            <w:vAlign w:val="center"/>
          </w:tcPr>
          <w:p w14:paraId="02F60D4C" w14:textId="77777777" w:rsidR="00650973" w:rsidRDefault="00080072">
            <w:r>
              <w:rPr>
                <w:rFonts w:ascii="Arial" w:hAnsi="Arial"/>
                <w:sz w:val="21"/>
              </w:rPr>
              <w:t>24,00 €</w:t>
            </w:r>
          </w:p>
        </w:tc>
      </w:tr>
      <w:tr w:rsidR="00650973" w14:paraId="70062EA6" w14:textId="77777777">
        <w:trPr>
          <w:cantSplit/>
          <w:jc w:val="center"/>
        </w:trPr>
        <w:tc>
          <w:tcPr>
            <w:tcW w:w="5103" w:type="dxa"/>
            <w:tcMar>
              <w:top w:w="70" w:type="dxa"/>
              <w:left w:w="80" w:type="dxa"/>
              <w:bottom w:w="70" w:type="dxa"/>
              <w:right w:w="80" w:type="dxa"/>
            </w:tcMar>
            <w:vAlign w:val="center"/>
          </w:tcPr>
          <w:p w14:paraId="33B3314A" w14:textId="77777777" w:rsidR="00650973" w:rsidRDefault="00080072">
            <w:r>
              <w:rPr>
                <w:rFonts w:ascii="Arial" w:hAnsi="Arial"/>
                <w:sz w:val="21"/>
              </w:rPr>
              <w:t>Épaule d’agneau de lait</w:t>
            </w:r>
          </w:p>
        </w:tc>
        <w:tc>
          <w:tcPr>
            <w:tcW w:w="5103" w:type="dxa"/>
            <w:tcMar>
              <w:top w:w="70" w:type="dxa"/>
              <w:left w:w="80" w:type="dxa"/>
              <w:bottom w:w="70" w:type="dxa"/>
              <w:right w:w="80" w:type="dxa"/>
            </w:tcMar>
            <w:vAlign w:val="center"/>
          </w:tcPr>
          <w:p w14:paraId="7C76AE35" w14:textId="77777777" w:rsidR="00650973" w:rsidRDefault="00080072">
            <w:r>
              <w:rPr>
                <w:rFonts w:ascii="Arial" w:hAnsi="Arial"/>
                <w:sz w:val="21"/>
              </w:rPr>
              <w:t>28,00 €</w:t>
            </w:r>
          </w:p>
        </w:tc>
      </w:tr>
      <w:tr w:rsidR="00650973" w14:paraId="0175C61E" w14:textId="77777777">
        <w:trPr>
          <w:cantSplit/>
          <w:jc w:val="center"/>
        </w:trPr>
        <w:tc>
          <w:tcPr>
            <w:tcW w:w="5103" w:type="dxa"/>
            <w:shd w:val="clear" w:color="auto" w:fill="F8FAF8"/>
            <w:tcMar>
              <w:top w:w="70" w:type="dxa"/>
              <w:left w:w="80" w:type="dxa"/>
              <w:bottom w:w="70" w:type="dxa"/>
              <w:right w:w="80" w:type="dxa"/>
            </w:tcMar>
            <w:vAlign w:val="center"/>
          </w:tcPr>
          <w:p w14:paraId="383878D6" w14:textId="77777777" w:rsidR="00650973" w:rsidRDefault="00080072">
            <w:r>
              <w:rPr>
                <w:rFonts w:ascii="Arial" w:hAnsi="Arial"/>
                <w:sz w:val="21"/>
              </w:rPr>
              <w:t>Poularde avec frites et salade</w:t>
            </w:r>
          </w:p>
        </w:tc>
        <w:tc>
          <w:tcPr>
            <w:tcW w:w="5103" w:type="dxa"/>
            <w:shd w:val="clear" w:color="auto" w:fill="F8FAF8"/>
            <w:tcMar>
              <w:top w:w="70" w:type="dxa"/>
              <w:left w:w="80" w:type="dxa"/>
              <w:bottom w:w="70" w:type="dxa"/>
              <w:right w:w="80" w:type="dxa"/>
            </w:tcMar>
            <w:vAlign w:val="center"/>
          </w:tcPr>
          <w:p w14:paraId="69807E2F" w14:textId="77777777" w:rsidR="00650973" w:rsidRDefault="00080072">
            <w:r>
              <w:rPr>
                <w:rFonts w:ascii="Arial" w:hAnsi="Arial"/>
                <w:sz w:val="21"/>
              </w:rPr>
              <w:t>18,00 €</w:t>
            </w:r>
          </w:p>
        </w:tc>
      </w:tr>
      <w:tr w:rsidR="00650973" w14:paraId="4F142747" w14:textId="77777777">
        <w:trPr>
          <w:cantSplit/>
          <w:jc w:val="center"/>
        </w:trPr>
        <w:tc>
          <w:tcPr>
            <w:tcW w:w="5103" w:type="dxa"/>
            <w:tcMar>
              <w:top w:w="70" w:type="dxa"/>
              <w:left w:w="80" w:type="dxa"/>
              <w:bottom w:w="70" w:type="dxa"/>
              <w:right w:w="80" w:type="dxa"/>
            </w:tcMar>
            <w:vAlign w:val="center"/>
          </w:tcPr>
          <w:p w14:paraId="1E3E15BD" w14:textId="77777777" w:rsidR="00650973" w:rsidRDefault="00080072">
            <w:r>
              <w:rPr>
                <w:rFonts w:ascii="Arial" w:hAnsi="Arial"/>
                <w:sz w:val="21"/>
              </w:rPr>
              <w:t>Hamburger maison avec frites</w:t>
            </w:r>
          </w:p>
        </w:tc>
        <w:tc>
          <w:tcPr>
            <w:tcW w:w="5103" w:type="dxa"/>
            <w:tcMar>
              <w:top w:w="70" w:type="dxa"/>
              <w:left w:w="80" w:type="dxa"/>
              <w:bottom w:w="70" w:type="dxa"/>
              <w:right w:w="80" w:type="dxa"/>
            </w:tcMar>
            <w:vAlign w:val="center"/>
          </w:tcPr>
          <w:p w14:paraId="4ED4A6E9" w14:textId="77777777" w:rsidR="00650973" w:rsidRDefault="00080072">
            <w:r>
              <w:rPr>
                <w:rFonts w:ascii="Arial" w:hAnsi="Arial"/>
                <w:sz w:val="21"/>
              </w:rPr>
              <w:t>15,00 €</w:t>
            </w:r>
          </w:p>
        </w:tc>
      </w:tr>
    </w:tbl>
    <w:p w14:paraId="53339CDE" w14:textId="77777777" w:rsidR="00650973" w:rsidRDefault="00650973">
      <w:pPr>
        <w:spacing w:after="40"/>
      </w:pPr>
    </w:p>
    <w:p w14:paraId="7E15D4D3" w14:textId="77777777" w:rsidR="00650973" w:rsidRDefault="00080072">
      <w:pPr>
        <w:pStyle w:val="Titre3"/>
        <w:spacing w:before="120" w:after="100"/>
      </w:pPr>
      <w:r>
        <w:rPr>
          <w:rFonts w:ascii="Arial" w:hAnsi="Arial"/>
          <w:color w:val="2F6B4F"/>
          <w:sz w:val="23"/>
        </w:rPr>
        <w:t>Pâtes / pizzas / riz</w:t>
      </w:r>
    </w:p>
    <w:tbl>
      <w:tblPr>
        <w:tblStyle w:val="Grilledutableau"/>
        <w:tblW w:w="0" w:type="auto"/>
        <w:jc w:val="center"/>
        <w:tblLook w:val="04A0" w:firstRow="1" w:lastRow="0" w:firstColumn="1" w:lastColumn="0" w:noHBand="0" w:noVBand="1"/>
      </w:tblPr>
      <w:tblGrid>
        <w:gridCol w:w="5103"/>
        <w:gridCol w:w="5103"/>
      </w:tblGrid>
      <w:tr w:rsidR="00650973" w14:paraId="5AF61406" w14:textId="77777777">
        <w:trPr>
          <w:cantSplit/>
          <w:tblHeader/>
          <w:jc w:val="center"/>
        </w:trPr>
        <w:tc>
          <w:tcPr>
            <w:tcW w:w="5103" w:type="dxa"/>
            <w:shd w:val="clear" w:color="auto" w:fill="2F6B4F"/>
            <w:tcMar>
              <w:top w:w="70" w:type="dxa"/>
              <w:left w:w="80" w:type="dxa"/>
              <w:bottom w:w="70" w:type="dxa"/>
              <w:right w:w="80" w:type="dxa"/>
            </w:tcMar>
            <w:vAlign w:val="center"/>
          </w:tcPr>
          <w:p w14:paraId="26929D3D"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61A6E6EE" w14:textId="77777777" w:rsidR="00650973" w:rsidRDefault="00080072">
            <w:pPr>
              <w:jc w:val="center"/>
            </w:pPr>
            <w:r>
              <w:rPr>
                <w:rFonts w:ascii="Arial" w:hAnsi="Arial"/>
                <w:b/>
                <w:color w:val="FFFFFF"/>
                <w:sz w:val="21"/>
              </w:rPr>
              <w:t>Prix</w:t>
            </w:r>
          </w:p>
        </w:tc>
      </w:tr>
      <w:tr w:rsidR="00650973" w14:paraId="5899F3C4" w14:textId="77777777">
        <w:trPr>
          <w:cantSplit/>
          <w:jc w:val="center"/>
        </w:trPr>
        <w:tc>
          <w:tcPr>
            <w:tcW w:w="5103" w:type="dxa"/>
            <w:tcMar>
              <w:top w:w="70" w:type="dxa"/>
              <w:left w:w="80" w:type="dxa"/>
              <w:bottom w:w="70" w:type="dxa"/>
              <w:right w:w="80" w:type="dxa"/>
            </w:tcMar>
            <w:vAlign w:val="center"/>
          </w:tcPr>
          <w:p w14:paraId="2D6B02AC" w14:textId="77777777" w:rsidR="00650973" w:rsidRDefault="00080072">
            <w:r>
              <w:rPr>
                <w:rFonts w:ascii="Arial" w:hAnsi="Arial"/>
                <w:sz w:val="21"/>
              </w:rPr>
              <w:t>Spaghettis carbonara</w:t>
            </w:r>
          </w:p>
        </w:tc>
        <w:tc>
          <w:tcPr>
            <w:tcW w:w="5103" w:type="dxa"/>
            <w:tcMar>
              <w:top w:w="70" w:type="dxa"/>
              <w:left w:w="80" w:type="dxa"/>
              <w:bottom w:w="70" w:type="dxa"/>
              <w:right w:w="80" w:type="dxa"/>
            </w:tcMar>
            <w:vAlign w:val="center"/>
          </w:tcPr>
          <w:p w14:paraId="7D5247D0" w14:textId="77777777" w:rsidR="00650973" w:rsidRDefault="00080072">
            <w:r>
              <w:rPr>
                <w:rFonts w:ascii="Arial" w:hAnsi="Arial"/>
                <w:sz w:val="21"/>
              </w:rPr>
              <w:t>14,00 €</w:t>
            </w:r>
          </w:p>
        </w:tc>
      </w:tr>
      <w:tr w:rsidR="00650973" w14:paraId="57DE0F35" w14:textId="77777777">
        <w:trPr>
          <w:cantSplit/>
          <w:jc w:val="center"/>
        </w:trPr>
        <w:tc>
          <w:tcPr>
            <w:tcW w:w="5103" w:type="dxa"/>
            <w:shd w:val="clear" w:color="auto" w:fill="F8FAF8"/>
            <w:tcMar>
              <w:top w:w="70" w:type="dxa"/>
              <w:left w:w="80" w:type="dxa"/>
              <w:bottom w:w="70" w:type="dxa"/>
              <w:right w:w="80" w:type="dxa"/>
            </w:tcMar>
            <w:vAlign w:val="center"/>
          </w:tcPr>
          <w:p w14:paraId="25299420" w14:textId="77777777" w:rsidR="00650973" w:rsidRDefault="00080072">
            <w:r>
              <w:rPr>
                <w:rFonts w:ascii="Arial" w:hAnsi="Arial"/>
                <w:sz w:val="21"/>
              </w:rPr>
              <w:t>Spaghettis bolognaise</w:t>
            </w:r>
          </w:p>
        </w:tc>
        <w:tc>
          <w:tcPr>
            <w:tcW w:w="5103" w:type="dxa"/>
            <w:shd w:val="clear" w:color="auto" w:fill="F8FAF8"/>
            <w:tcMar>
              <w:top w:w="70" w:type="dxa"/>
              <w:left w:w="80" w:type="dxa"/>
              <w:bottom w:w="70" w:type="dxa"/>
              <w:right w:w="80" w:type="dxa"/>
            </w:tcMar>
            <w:vAlign w:val="center"/>
          </w:tcPr>
          <w:p w14:paraId="47245502" w14:textId="77777777" w:rsidR="00650973" w:rsidRDefault="00080072">
            <w:r>
              <w:rPr>
                <w:rFonts w:ascii="Arial" w:hAnsi="Arial"/>
                <w:sz w:val="21"/>
              </w:rPr>
              <w:t>14,00 €</w:t>
            </w:r>
          </w:p>
        </w:tc>
      </w:tr>
      <w:tr w:rsidR="00650973" w14:paraId="5C579E30" w14:textId="77777777">
        <w:trPr>
          <w:cantSplit/>
          <w:jc w:val="center"/>
        </w:trPr>
        <w:tc>
          <w:tcPr>
            <w:tcW w:w="5103" w:type="dxa"/>
            <w:tcMar>
              <w:top w:w="70" w:type="dxa"/>
              <w:left w:w="80" w:type="dxa"/>
              <w:bottom w:w="70" w:type="dxa"/>
              <w:right w:w="80" w:type="dxa"/>
            </w:tcMar>
            <w:vAlign w:val="center"/>
          </w:tcPr>
          <w:p w14:paraId="7CFA4A27" w14:textId="77777777" w:rsidR="00650973" w:rsidRDefault="00080072">
            <w:r>
              <w:rPr>
                <w:rFonts w:ascii="Arial" w:hAnsi="Arial"/>
                <w:sz w:val="21"/>
              </w:rPr>
              <w:t>Spaghetti arrabbiata</w:t>
            </w:r>
          </w:p>
        </w:tc>
        <w:tc>
          <w:tcPr>
            <w:tcW w:w="5103" w:type="dxa"/>
            <w:tcMar>
              <w:top w:w="70" w:type="dxa"/>
              <w:left w:w="80" w:type="dxa"/>
              <w:bottom w:w="70" w:type="dxa"/>
              <w:right w:w="80" w:type="dxa"/>
            </w:tcMar>
            <w:vAlign w:val="center"/>
          </w:tcPr>
          <w:p w14:paraId="28FBBB92" w14:textId="77777777" w:rsidR="00650973" w:rsidRDefault="00080072">
            <w:r>
              <w:rPr>
                <w:rFonts w:ascii="Arial" w:hAnsi="Arial"/>
                <w:sz w:val="21"/>
              </w:rPr>
              <w:t>12,50 €</w:t>
            </w:r>
          </w:p>
        </w:tc>
      </w:tr>
      <w:tr w:rsidR="00650973" w14:paraId="2E8D755D" w14:textId="77777777">
        <w:trPr>
          <w:cantSplit/>
          <w:jc w:val="center"/>
        </w:trPr>
        <w:tc>
          <w:tcPr>
            <w:tcW w:w="5103" w:type="dxa"/>
            <w:shd w:val="clear" w:color="auto" w:fill="F8FAF8"/>
            <w:tcMar>
              <w:top w:w="70" w:type="dxa"/>
              <w:left w:w="80" w:type="dxa"/>
              <w:bottom w:w="70" w:type="dxa"/>
              <w:right w:w="80" w:type="dxa"/>
            </w:tcMar>
            <w:vAlign w:val="center"/>
          </w:tcPr>
          <w:p w14:paraId="285C8296" w14:textId="77777777" w:rsidR="00650973" w:rsidRDefault="00080072">
            <w:r>
              <w:rPr>
                <w:rFonts w:ascii="Arial" w:hAnsi="Arial"/>
                <w:sz w:val="21"/>
              </w:rPr>
              <w:t>Spaghetti fruits de mer</w:t>
            </w:r>
          </w:p>
        </w:tc>
        <w:tc>
          <w:tcPr>
            <w:tcW w:w="5103" w:type="dxa"/>
            <w:shd w:val="clear" w:color="auto" w:fill="F8FAF8"/>
            <w:tcMar>
              <w:top w:w="70" w:type="dxa"/>
              <w:left w:w="80" w:type="dxa"/>
              <w:bottom w:w="70" w:type="dxa"/>
              <w:right w:w="80" w:type="dxa"/>
            </w:tcMar>
            <w:vAlign w:val="center"/>
          </w:tcPr>
          <w:p w14:paraId="000A8498" w14:textId="77777777" w:rsidR="00650973" w:rsidRDefault="00080072">
            <w:r>
              <w:rPr>
                <w:rFonts w:ascii="Arial" w:hAnsi="Arial"/>
                <w:sz w:val="21"/>
              </w:rPr>
              <w:t>16,00 €</w:t>
            </w:r>
          </w:p>
        </w:tc>
      </w:tr>
      <w:tr w:rsidR="00650973" w14:paraId="79B47F95" w14:textId="77777777">
        <w:trPr>
          <w:cantSplit/>
          <w:jc w:val="center"/>
        </w:trPr>
        <w:tc>
          <w:tcPr>
            <w:tcW w:w="5103" w:type="dxa"/>
            <w:tcMar>
              <w:top w:w="70" w:type="dxa"/>
              <w:left w:w="80" w:type="dxa"/>
              <w:bottom w:w="70" w:type="dxa"/>
              <w:right w:w="80" w:type="dxa"/>
            </w:tcMar>
            <w:vAlign w:val="center"/>
          </w:tcPr>
          <w:p w14:paraId="03DC48D5" w14:textId="77777777" w:rsidR="00650973" w:rsidRDefault="00080072">
            <w:r>
              <w:rPr>
                <w:rFonts w:ascii="Arial" w:hAnsi="Arial"/>
                <w:sz w:val="21"/>
              </w:rPr>
              <w:t>Spaghetti ail &amp; gambas</w:t>
            </w:r>
          </w:p>
        </w:tc>
        <w:tc>
          <w:tcPr>
            <w:tcW w:w="5103" w:type="dxa"/>
            <w:tcMar>
              <w:top w:w="70" w:type="dxa"/>
              <w:left w:w="80" w:type="dxa"/>
              <w:bottom w:w="70" w:type="dxa"/>
              <w:right w:w="80" w:type="dxa"/>
            </w:tcMar>
            <w:vAlign w:val="center"/>
          </w:tcPr>
          <w:p w14:paraId="34E2BE8A" w14:textId="77777777" w:rsidR="00650973" w:rsidRDefault="00080072">
            <w:r>
              <w:rPr>
                <w:rFonts w:ascii="Arial" w:hAnsi="Arial"/>
                <w:sz w:val="21"/>
              </w:rPr>
              <w:t>15,00 €</w:t>
            </w:r>
          </w:p>
        </w:tc>
      </w:tr>
      <w:tr w:rsidR="00650973" w14:paraId="7CA32245" w14:textId="77777777">
        <w:trPr>
          <w:cantSplit/>
          <w:jc w:val="center"/>
        </w:trPr>
        <w:tc>
          <w:tcPr>
            <w:tcW w:w="5103" w:type="dxa"/>
            <w:shd w:val="clear" w:color="auto" w:fill="F8FAF8"/>
            <w:tcMar>
              <w:top w:w="70" w:type="dxa"/>
              <w:left w:w="80" w:type="dxa"/>
              <w:bottom w:w="70" w:type="dxa"/>
              <w:right w:w="80" w:type="dxa"/>
            </w:tcMar>
            <w:vAlign w:val="center"/>
          </w:tcPr>
          <w:p w14:paraId="1C8F73F6" w14:textId="77777777" w:rsidR="00650973" w:rsidRDefault="00080072">
            <w:r>
              <w:rPr>
                <w:rFonts w:ascii="Arial" w:hAnsi="Arial"/>
                <w:sz w:val="21"/>
              </w:rPr>
              <w:t>Spaghetti légumes thaï</w:t>
            </w:r>
          </w:p>
        </w:tc>
        <w:tc>
          <w:tcPr>
            <w:tcW w:w="5103" w:type="dxa"/>
            <w:shd w:val="clear" w:color="auto" w:fill="F8FAF8"/>
            <w:tcMar>
              <w:top w:w="70" w:type="dxa"/>
              <w:left w:w="80" w:type="dxa"/>
              <w:bottom w:w="70" w:type="dxa"/>
              <w:right w:w="80" w:type="dxa"/>
            </w:tcMar>
            <w:vAlign w:val="center"/>
          </w:tcPr>
          <w:p w14:paraId="46606F85" w14:textId="77777777" w:rsidR="00650973" w:rsidRDefault="00080072">
            <w:r>
              <w:rPr>
                <w:rFonts w:ascii="Arial" w:hAnsi="Arial"/>
                <w:sz w:val="21"/>
              </w:rPr>
              <w:t>12,80 €</w:t>
            </w:r>
          </w:p>
        </w:tc>
      </w:tr>
      <w:tr w:rsidR="00650973" w14:paraId="2DE0A684" w14:textId="77777777">
        <w:trPr>
          <w:cantSplit/>
          <w:jc w:val="center"/>
        </w:trPr>
        <w:tc>
          <w:tcPr>
            <w:tcW w:w="5103" w:type="dxa"/>
            <w:tcMar>
              <w:top w:w="70" w:type="dxa"/>
              <w:left w:w="80" w:type="dxa"/>
              <w:bottom w:w="70" w:type="dxa"/>
              <w:right w:w="80" w:type="dxa"/>
            </w:tcMar>
            <w:vAlign w:val="center"/>
          </w:tcPr>
          <w:p w14:paraId="1966B2EB" w14:textId="77777777" w:rsidR="00650973" w:rsidRDefault="00080072">
            <w:r>
              <w:rPr>
                <w:rFonts w:ascii="Arial" w:hAnsi="Arial"/>
                <w:sz w:val="21"/>
              </w:rPr>
              <w:t>Lasagne viande</w:t>
            </w:r>
          </w:p>
        </w:tc>
        <w:tc>
          <w:tcPr>
            <w:tcW w:w="5103" w:type="dxa"/>
            <w:tcMar>
              <w:top w:w="70" w:type="dxa"/>
              <w:left w:w="80" w:type="dxa"/>
              <w:bottom w:w="70" w:type="dxa"/>
              <w:right w:w="80" w:type="dxa"/>
            </w:tcMar>
            <w:vAlign w:val="center"/>
          </w:tcPr>
          <w:p w14:paraId="13EAB2F9" w14:textId="77777777" w:rsidR="00650973" w:rsidRDefault="00080072">
            <w:r>
              <w:rPr>
                <w:rFonts w:ascii="Arial" w:hAnsi="Arial"/>
                <w:sz w:val="21"/>
              </w:rPr>
              <w:t>15,00 €</w:t>
            </w:r>
          </w:p>
        </w:tc>
      </w:tr>
      <w:tr w:rsidR="00650973" w14:paraId="0CED5533" w14:textId="77777777">
        <w:trPr>
          <w:cantSplit/>
          <w:jc w:val="center"/>
        </w:trPr>
        <w:tc>
          <w:tcPr>
            <w:tcW w:w="5103" w:type="dxa"/>
            <w:shd w:val="clear" w:color="auto" w:fill="F8FAF8"/>
            <w:tcMar>
              <w:top w:w="70" w:type="dxa"/>
              <w:left w:w="80" w:type="dxa"/>
              <w:bottom w:w="70" w:type="dxa"/>
              <w:right w:w="80" w:type="dxa"/>
            </w:tcMar>
            <w:vAlign w:val="center"/>
          </w:tcPr>
          <w:p w14:paraId="1E60E84D" w14:textId="77777777" w:rsidR="00650973" w:rsidRDefault="00080072">
            <w:r>
              <w:rPr>
                <w:rFonts w:ascii="Arial" w:hAnsi="Arial"/>
                <w:sz w:val="21"/>
              </w:rPr>
              <w:t>Lasagne légumes</w:t>
            </w:r>
          </w:p>
        </w:tc>
        <w:tc>
          <w:tcPr>
            <w:tcW w:w="5103" w:type="dxa"/>
            <w:shd w:val="clear" w:color="auto" w:fill="F8FAF8"/>
            <w:tcMar>
              <w:top w:w="70" w:type="dxa"/>
              <w:left w:w="80" w:type="dxa"/>
              <w:bottom w:w="70" w:type="dxa"/>
              <w:right w:w="80" w:type="dxa"/>
            </w:tcMar>
            <w:vAlign w:val="center"/>
          </w:tcPr>
          <w:p w14:paraId="06BC9D5B" w14:textId="77777777" w:rsidR="00650973" w:rsidRDefault="00080072">
            <w:r>
              <w:rPr>
                <w:rFonts w:ascii="Arial" w:hAnsi="Arial"/>
                <w:sz w:val="21"/>
              </w:rPr>
              <w:t>14,00 €</w:t>
            </w:r>
          </w:p>
        </w:tc>
      </w:tr>
      <w:tr w:rsidR="00650973" w14:paraId="6C3AE54B" w14:textId="77777777">
        <w:trPr>
          <w:cantSplit/>
          <w:jc w:val="center"/>
        </w:trPr>
        <w:tc>
          <w:tcPr>
            <w:tcW w:w="5103" w:type="dxa"/>
            <w:tcMar>
              <w:top w:w="70" w:type="dxa"/>
              <w:left w:w="80" w:type="dxa"/>
              <w:bottom w:w="70" w:type="dxa"/>
              <w:right w:w="80" w:type="dxa"/>
            </w:tcMar>
            <w:vAlign w:val="center"/>
          </w:tcPr>
          <w:p w14:paraId="07EA2E4B" w14:textId="77777777" w:rsidR="00650973" w:rsidRDefault="00080072">
            <w:r>
              <w:rPr>
                <w:rFonts w:ascii="Arial" w:hAnsi="Arial"/>
                <w:sz w:val="21"/>
              </w:rPr>
              <w:t>Riz aux légumes</w:t>
            </w:r>
          </w:p>
        </w:tc>
        <w:tc>
          <w:tcPr>
            <w:tcW w:w="5103" w:type="dxa"/>
            <w:tcMar>
              <w:top w:w="70" w:type="dxa"/>
              <w:left w:w="80" w:type="dxa"/>
              <w:bottom w:w="70" w:type="dxa"/>
              <w:right w:w="80" w:type="dxa"/>
            </w:tcMar>
            <w:vAlign w:val="center"/>
          </w:tcPr>
          <w:p w14:paraId="3DFE9F87" w14:textId="77777777" w:rsidR="00650973" w:rsidRDefault="00080072">
            <w:r>
              <w:rPr>
                <w:rFonts w:ascii="Arial" w:hAnsi="Arial"/>
                <w:sz w:val="21"/>
              </w:rPr>
              <w:t>14,00 €</w:t>
            </w:r>
          </w:p>
        </w:tc>
      </w:tr>
      <w:tr w:rsidR="00650973" w14:paraId="41A0F72E" w14:textId="77777777">
        <w:trPr>
          <w:cantSplit/>
          <w:jc w:val="center"/>
        </w:trPr>
        <w:tc>
          <w:tcPr>
            <w:tcW w:w="5103" w:type="dxa"/>
            <w:shd w:val="clear" w:color="auto" w:fill="F8FAF8"/>
            <w:tcMar>
              <w:top w:w="70" w:type="dxa"/>
              <w:left w:w="80" w:type="dxa"/>
              <w:bottom w:w="70" w:type="dxa"/>
              <w:right w:w="80" w:type="dxa"/>
            </w:tcMar>
            <w:vAlign w:val="center"/>
          </w:tcPr>
          <w:p w14:paraId="2A7B53A0" w14:textId="77777777" w:rsidR="00650973" w:rsidRDefault="00080072">
            <w:r>
              <w:rPr>
                <w:rFonts w:ascii="Arial" w:hAnsi="Arial"/>
                <w:sz w:val="21"/>
              </w:rPr>
              <w:t>Paella mixte (min. 2 pers.)</w:t>
            </w:r>
          </w:p>
        </w:tc>
        <w:tc>
          <w:tcPr>
            <w:tcW w:w="5103" w:type="dxa"/>
            <w:shd w:val="clear" w:color="auto" w:fill="F8FAF8"/>
            <w:tcMar>
              <w:top w:w="70" w:type="dxa"/>
              <w:left w:w="80" w:type="dxa"/>
              <w:bottom w:w="70" w:type="dxa"/>
              <w:right w:w="80" w:type="dxa"/>
            </w:tcMar>
            <w:vAlign w:val="center"/>
          </w:tcPr>
          <w:p w14:paraId="5843F1D2" w14:textId="77777777" w:rsidR="00650973" w:rsidRDefault="00080072">
            <w:r>
              <w:rPr>
                <w:rFonts w:ascii="Arial" w:hAnsi="Arial"/>
                <w:sz w:val="21"/>
              </w:rPr>
              <w:t>18,00 €</w:t>
            </w:r>
          </w:p>
        </w:tc>
      </w:tr>
      <w:tr w:rsidR="00650973" w14:paraId="6386F055" w14:textId="77777777">
        <w:trPr>
          <w:cantSplit/>
          <w:jc w:val="center"/>
        </w:trPr>
        <w:tc>
          <w:tcPr>
            <w:tcW w:w="5103" w:type="dxa"/>
            <w:tcMar>
              <w:top w:w="70" w:type="dxa"/>
              <w:left w:w="80" w:type="dxa"/>
              <w:bottom w:w="70" w:type="dxa"/>
              <w:right w:w="80" w:type="dxa"/>
            </w:tcMar>
            <w:vAlign w:val="center"/>
          </w:tcPr>
          <w:p w14:paraId="57377D25" w14:textId="77777777" w:rsidR="00650973" w:rsidRDefault="00080072">
            <w:r>
              <w:rPr>
                <w:rFonts w:ascii="Arial" w:hAnsi="Arial"/>
                <w:sz w:val="21"/>
              </w:rPr>
              <w:t>Paella fruits de mer (min. 2 pers.)</w:t>
            </w:r>
          </w:p>
        </w:tc>
        <w:tc>
          <w:tcPr>
            <w:tcW w:w="5103" w:type="dxa"/>
            <w:tcMar>
              <w:top w:w="70" w:type="dxa"/>
              <w:left w:w="80" w:type="dxa"/>
              <w:bottom w:w="70" w:type="dxa"/>
              <w:right w:w="80" w:type="dxa"/>
            </w:tcMar>
            <w:vAlign w:val="center"/>
          </w:tcPr>
          <w:p w14:paraId="06C8E1B1" w14:textId="77777777" w:rsidR="00650973" w:rsidRDefault="00080072">
            <w:r>
              <w:rPr>
                <w:rFonts w:ascii="Arial" w:hAnsi="Arial"/>
                <w:sz w:val="21"/>
              </w:rPr>
              <w:t>20,00 €</w:t>
            </w:r>
          </w:p>
        </w:tc>
      </w:tr>
      <w:tr w:rsidR="00650973" w14:paraId="56FD940C" w14:textId="77777777">
        <w:trPr>
          <w:cantSplit/>
          <w:jc w:val="center"/>
        </w:trPr>
        <w:tc>
          <w:tcPr>
            <w:tcW w:w="5103" w:type="dxa"/>
            <w:shd w:val="clear" w:color="auto" w:fill="F8FAF8"/>
            <w:tcMar>
              <w:top w:w="70" w:type="dxa"/>
              <w:left w:w="80" w:type="dxa"/>
              <w:bottom w:w="70" w:type="dxa"/>
              <w:right w:w="80" w:type="dxa"/>
            </w:tcMar>
            <w:vAlign w:val="center"/>
          </w:tcPr>
          <w:p w14:paraId="4ABECD16" w14:textId="77777777" w:rsidR="00650973" w:rsidRDefault="00080072">
            <w:r>
              <w:rPr>
                <w:rFonts w:ascii="Arial" w:hAnsi="Arial"/>
                <w:sz w:val="21"/>
              </w:rPr>
              <w:t>Pain à pizza</w:t>
            </w:r>
          </w:p>
        </w:tc>
        <w:tc>
          <w:tcPr>
            <w:tcW w:w="5103" w:type="dxa"/>
            <w:shd w:val="clear" w:color="auto" w:fill="F8FAF8"/>
            <w:tcMar>
              <w:top w:w="70" w:type="dxa"/>
              <w:left w:w="80" w:type="dxa"/>
              <w:bottom w:w="70" w:type="dxa"/>
              <w:right w:w="80" w:type="dxa"/>
            </w:tcMar>
            <w:vAlign w:val="center"/>
          </w:tcPr>
          <w:p w14:paraId="14CEA787" w14:textId="77777777" w:rsidR="00650973" w:rsidRDefault="00080072">
            <w:r>
              <w:rPr>
                <w:rFonts w:ascii="Arial" w:hAnsi="Arial"/>
                <w:sz w:val="21"/>
              </w:rPr>
              <w:t>6,50 €</w:t>
            </w:r>
          </w:p>
        </w:tc>
      </w:tr>
      <w:tr w:rsidR="00650973" w14:paraId="7CED4464" w14:textId="77777777">
        <w:trPr>
          <w:cantSplit/>
          <w:jc w:val="center"/>
        </w:trPr>
        <w:tc>
          <w:tcPr>
            <w:tcW w:w="5103" w:type="dxa"/>
            <w:tcMar>
              <w:top w:w="70" w:type="dxa"/>
              <w:left w:w="80" w:type="dxa"/>
              <w:bottom w:w="70" w:type="dxa"/>
              <w:right w:w="80" w:type="dxa"/>
            </w:tcMar>
            <w:vAlign w:val="center"/>
          </w:tcPr>
          <w:p w14:paraId="59257E6E" w14:textId="77777777" w:rsidR="00650973" w:rsidRDefault="00080072">
            <w:r>
              <w:rPr>
                <w:rFonts w:ascii="Arial" w:hAnsi="Arial"/>
                <w:sz w:val="21"/>
              </w:rPr>
              <w:t>Pizza thon/oignon</w:t>
            </w:r>
          </w:p>
        </w:tc>
        <w:tc>
          <w:tcPr>
            <w:tcW w:w="5103" w:type="dxa"/>
            <w:tcMar>
              <w:top w:w="70" w:type="dxa"/>
              <w:left w:w="80" w:type="dxa"/>
              <w:bottom w:w="70" w:type="dxa"/>
              <w:right w:w="80" w:type="dxa"/>
            </w:tcMar>
            <w:vAlign w:val="center"/>
          </w:tcPr>
          <w:p w14:paraId="0E701549" w14:textId="77777777" w:rsidR="00650973" w:rsidRDefault="00080072">
            <w:r>
              <w:rPr>
                <w:rFonts w:ascii="Arial" w:hAnsi="Arial"/>
                <w:sz w:val="21"/>
              </w:rPr>
              <w:t>15,00 €</w:t>
            </w:r>
          </w:p>
        </w:tc>
      </w:tr>
      <w:tr w:rsidR="00650973" w14:paraId="5C870AB3" w14:textId="77777777">
        <w:trPr>
          <w:cantSplit/>
          <w:jc w:val="center"/>
        </w:trPr>
        <w:tc>
          <w:tcPr>
            <w:tcW w:w="5103" w:type="dxa"/>
            <w:shd w:val="clear" w:color="auto" w:fill="F8FAF8"/>
            <w:tcMar>
              <w:top w:w="70" w:type="dxa"/>
              <w:left w:w="80" w:type="dxa"/>
              <w:bottom w:w="70" w:type="dxa"/>
              <w:right w:w="80" w:type="dxa"/>
            </w:tcMar>
            <w:vAlign w:val="center"/>
          </w:tcPr>
          <w:p w14:paraId="3565BD58" w14:textId="77777777" w:rsidR="00650973" w:rsidRDefault="00080072">
            <w:r>
              <w:rPr>
                <w:rFonts w:ascii="Arial" w:hAnsi="Arial"/>
                <w:sz w:val="21"/>
              </w:rPr>
              <w:t>Pizza Margherita</w:t>
            </w:r>
          </w:p>
        </w:tc>
        <w:tc>
          <w:tcPr>
            <w:tcW w:w="5103" w:type="dxa"/>
            <w:shd w:val="clear" w:color="auto" w:fill="F8FAF8"/>
            <w:tcMar>
              <w:top w:w="70" w:type="dxa"/>
              <w:left w:w="80" w:type="dxa"/>
              <w:bottom w:w="70" w:type="dxa"/>
              <w:right w:w="80" w:type="dxa"/>
            </w:tcMar>
            <w:vAlign w:val="center"/>
          </w:tcPr>
          <w:p w14:paraId="1B1DAD1E" w14:textId="77777777" w:rsidR="00650973" w:rsidRDefault="00080072">
            <w:r>
              <w:rPr>
                <w:rFonts w:ascii="Arial" w:hAnsi="Arial"/>
                <w:sz w:val="21"/>
              </w:rPr>
              <w:t>11,00 €</w:t>
            </w:r>
          </w:p>
        </w:tc>
      </w:tr>
      <w:tr w:rsidR="00650973" w14:paraId="6824A2A6" w14:textId="77777777">
        <w:trPr>
          <w:cantSplit/>
          <w:jc w:val="center"/>
        </w:trPr>
        <w:tc>
          <w:tcPr>
            <w:tcW w:w="5103" w:type="dxa"/>
            <w:tcMar>
              <w:top w:w="70" w:type="dxa"/>
              <w:left w:w="80" w:type="dxa"/>
              <w:bottom w:w="70" w:type="dxa"/>
              <w:right w:w="80" w:type="dxa"/>
            </w:tcMar>
            <w:vAlign w:val="center"/>
          </w:tcPr>
          <w:p w14:paraId="43B254B6" w14:textId="77777777" w:rsidR="00650973" w:rsidRDefault="00080072">
            <w:r>
              <w:rPr>
                <w:rFonts w:ascii="Arial" w:hAnsi="Arial"/>
                <w:sz w:val="21"/>
              </w:rPr>
              <w:t>Pizza Capricciosa</w:t>
            </w:r>
          </w:p>
        </w:tc>
        <w:tc>
          <w:tcPr>
            <w:tcW w:w="5103" w:type="dxa"/>
            <w:tcMar>
              <w:top w:w="70" w:type="dxa"/>
              <w:left w:w="80" w:type="dxa"/>
              <w:bottom w:w="70" w:type="dxa"/>
              <w:right w:w="80" w:type="dxa"/>
            </w:tcMar>
            <w:vAlign w:val="center"/>
          </w:tcPr>
          <w:p w14:paraId="2B68A23C" w14:textId="77777777" w:rsidR="00650973" w:rsidRDefault="00080072">
            <w:r>
              <w:rPr>
                <w:rFonts w:ascii="Arial" w:hAnsi="Arial"/>
                <w:sz w:val="21"/>
              </w:rPr>
              <w:t>15,00 €</w:t>
            </w:r>
          </w:p>
        </w:tc>
      </w:tr>
      <w:tr w:rsidR="00650973" w14:paraId="0366633C" w14:textId="77777777">
        <w:trPr>
          <w:cantSplit/>
          <w:jc w:val="center"/>
        </w:trPr>
        <w:tc>
          <w:tcPr>
            <w:tcW w:w="5103" w:type="dxa"/>
            <w:shd w:val="clear" w:color="auto" w:fill="F8FAF8"/>
            <w:tcMar>
              <w:top w:w="70" w:type="dxa"/>
              <w:left w:w="80" w:type="dxa"/>
              <w:bottom w:w="70" w:type="dxa"/>
              <w:right w:w="80" w:type="dxa"/>
            </w:tcMar>
            <w:vAlign w:val="center"/>
          </w:tcPr>
          <w:p w14:paraId="6080A5C0" w14:textId="77777777" w:rsidR="00650973" w:rsidRDefault="00080072">
            <w:r>
              <w:rPr>
                <w:rFonts w:ascii="Arial" w:hAnsi="Arial"/>
                <w:sz w:val="21"/>
              </w:rPr>
              <w:t>Pizza Quatre Saisons</w:t>
            </w:r>
          </w:p>
        </w:tc>
        <w:tc>
          <w:tcPr>
            <w:tcW w:w="5103" w:type="dxa"/>
            <w:shd w:val="clear" w:color="auto" w:fill="F8FAF8"/>
            <w:tcMar>
              <w:top w:w="70" w:type="dxa"/>
              <w:left w:w="80" w:type="dxa"/>
              <w:bottom w:w="70" w:type="dxa"/>
              <w:right w:w="80" w:type="dxa"/>
            </w:tcMar>
            <w:vAlign w:val="center"/>
          </w:tcPr>
          <w:p w14:paraId="4263A2B9" w14:textId="77777777" w:rsidR="00650973" w:rsidRDefault="00080072">
            <w:r>
              <w:rPr>
                <w:rFonts w:ascii="Arial" w:hAnsi="Arial"/>
                <w:sz w:val="21"/>
              </w:rPr>
              <w:t>15,00 €</w:t>
            </w:r>
          </w:p>
        </w:tc>
      </w:tr>
      <w:tr w:rsidR="00650973" w14:paraId="2D35B246" w14:textId="77777777">
        <w:trPr>
          <w:cantSplit/>
          <w:jc w:val="center"/>
        </w:trPr>
        <w:tc>
          <w:tcPr>
            <w:tcW w:w="5103" w:type="dxa"/>
            <w:tcMar>
              <w:top w:w="70" w:type="dxa"/>
              <w:left w:w="80" w:type="dxa"/>
              <w:bottom w:w="70" w:type="dxa"/>
              <w:right w:w="80" w:type="dxa"/>
            </w:tcMar>
            <w:vAlign w:val="center"/>
          </w:tcPr>
          <w:p w14:paraId="09F9A7FA" w14:textId="77777777" w:rsidR="00650973" w:rsidRDefault="00080072">
            <w:r>
              <w:rPr>
                <w:rFonts w:ascii="Arial" w:hAnsi="Arial"/>
                <w:sz w:val="21"/>
              </w:rPr>
              <w:t>Pizza Golf bacon, thon, crevettes</w:t>
            </w:r>
          </w:p>
        </w:tc>
        <w:tc>
          <w:tcPr>
            <w:tcW w:w="5103" w:type="dxa"/>
            <w:tcMar>
              <w:top w:w="70" w:type="dxa"/>
              <w:left w:w="80" w:type="dxa"/>
              <w:bottom w:w="70" w:type="dxa"/>
              <w:right w:w="80" w:type="dxa"/>
            </w:tcMar>
            <w:vAlign w:val="center"/>
          </w:tcPr>
          <w:p w14:paraId="49ADD79E" w14:textId="77777777" w:rsidR="00650973" w:rsidRDefault="00080072">
            <w:r>
              <w:rPr>
                <w:rFonts w:ascii="Arial" w:hAnsi="Arial"/>
                <w:sz w:val="21"/>
              </w:rPr>
              <w:t>15,00 €</w:t>
            </w:r>
          </w:p>
        </w:tc>
      </w:tr>
    </w:tbl>
    <w:p w14:paraId="0004F429" w14:textId="77777777" w:rsidR="00650973" w:rsidRDefault="00650973">
      <w:pPr>
        <w:spacing w:after="40"/>
      </w:pPr>
    </w:p>
    <w:p w14:paraId="59177C5E" w14:textId="77777777" w:rsidR="00650973" w:rsidRDefault="00080072">
      <w:pPr>
        <w:pStyle w:val="Titre3"/>
        <w:spacing w:before="120" w:after="100"/>
      </w:pPr>
      <w:r>
        <w:rPr>
          <w:rFonts w:ascii="Arial" w:hAnsi="Arial"/>
          <w:color w:val="2F6B4F"/>
          <w:sz w:val="23"/>
        </w:rPr>
        <w:lastRenderedPageBreak/>
        <w:t>Desserts</w:t>
      </w:r>
    </w:p>
    <w:tbl>
      <w:tblPr>
        <w:tblStyle w:val="Grilledutableau"/>
        <w:tblW w:w="0" w:type="auto"/>
        <w:jc w:val="center"/>
        <w:tblLook w:val="04A0" w:firstRow="1" w:lastRow="0" w:firstColumn="1" w:lastColumn="0" w:noHBand="0" w:noVBand="1"/>
      </w:tblPr>
      <w:tblGrid>
        <w:gridCol w:w="5103"/>
        <w:gridCol w:w="5103"/>
      </w:tblGrid>
      <w:tr w:rsidR="00650973" w14:paraId="652DA9AE" w14:textId="77777777">
        <w:trPr>
          <w:cantSplit/>
          <w:tblHeader/>
          <w:jc w:val="center"/>
        </w:trPr>
        <w:tc>
          <w:tcPr>
            <w:tcW w:w="5103" w:type="dxa"/>
            <w:shd w:val="clear" w:color="auto" w:fill="2F6B4F"/>
            <w:tcMar>
              <w:top w:w="70" w:type="dxa"/>
              <w:left w:w="80" w:type="dxa"/>
              <w:bottom w:w="70" w:type="dxa"/>
              <w:right w:w="80" w:type="dxa"/>
            </w:tcMar>
            <w:vAlign w:val="center"/>
          </w:tcPr>
          <w:p w14:paraId="750B1A2F" w14:textId="77777777" w:rsidR="00650973" w:rsidRDefault="00080072">
            <w:pPr>
              <w:jc w:val="center"/>
            </w:pPr>
            <w:r>
              <w:rPr>
                <w:rFonts w:ascii="Arial" w:hAnsi="Arial"/>
                <w:b/>
                <w:color w:val="FFFFFF"/>
                <w:sz w:val="21"/>
              </w:rPr>
              <w:t>Dessert</w:t>
            </w:r>
          </w:p>
        </w:tc>
        <w:tc>
          <w:tcPr>
            <w:tcW w:w="5103" w:type="dxa"/>
            <w:shd w:val="clear" w:color="auto" w:fill="2F6B4F"/>
            <w:tcMar>
              <w:top w:w="70" w:type="dxa"/>
              <w:left w:w="80" w:type="dxa"/>
              <w:bottom w:w="70" w:type="dxa"/>
              <w:right w:w="80" w:type="dxa"/>
            </w:tcMar>
            <w:vAlign w:val="center"/>
          </w:tcPr>
          <w:p w14:paraId="45F86453" w14:textId="77777777" w:rsidR="00650973" w:rsidRDefault="00080072">
            <w:pPr>
              <w:jc w:val="center"/>
            </w:pPr>
            <w:r>
              <w:rPr>
                <w:rFonts w:ascii="Arial" w:hAnsi="Arial"/>
                <w:b/>
                <w:color w:val="FFFFFF"/>
                <w:sz w:val="21"/>
              </w:rPr>
              <w:t>Prix</w:t>
            </w:r>
          </w:p>
        </w:tc>
      </w:tr>
      <w:tr w:rsidR="00650973" w14:paraId="165AA132" w14:textId="77777777">
        <w:trPr>
          <w:cantSplit/>
          <w:jc w:val="center"/>
        </w:trPr>
        <w:tc>
          <w:tcPr>
            <w:tcW w:w="5103" w:type="dxa"/>
            <w:tcMar>
              <w:top w:w="70" w:type="dxa"/>
              <w:left w:w="80" w:type="dxa"/>
              <w:bottom w:w="70" w:type="dxa"/>
              <w:right w:w="80" w:type="dxa"/>
            </w:tcMar>
            <w:vAlign w:val="center"/>
          </w:tcPr>
          <w:p w14:paraId="23D356C6" w14:textId="77777777" w:rsidR="00650973" w:rsidRDefault="00080072">
            <w:r>
              <w:rPr>
                <w:rFonts w:ascii="Arial" w:hAnsi="Arial"/>
                <w:sz w:val="21"/>
              </w:rPr>
              <w:t>Fruits frais de saison</w:t>
            </w:r>
          </w:p>
        </w:tc>
        <w:tc>
          <w:tcPr>
            <w:tcW w:w="5103" w:type="dxa"/>
            <w:tcMar>
              <w:top w:w="70" w:type="dxa"/>
              <w:left w:w="80" w:type="dxa"/>
              <w:bottom w:w="70" w:type="dxa"/>
              <w:right w:w="80" w:type="dxa"/>
            </w:tcMar>
            <w:vAlign w:val="center"/>
          </w:tcPr>
          <w:p w14:paraId="7DB4A63E" w14:textId="77777777" w:rsidR="00650973" w:rsidRDefault="00080072">
            <w:r>
              <w:rPr>
                <w:rFonts w:ascii="Arial" w:hAnsi="Arial"/>
                <w:sz w:val="21"/>
              </w:rPr>
              <w:t>7,00 €</w:t>
            </w:r>
          </w:p>
        </w:tc>
      </w:tr>
      <w:tr w:rsidR="00650973" w14:paraId="1B40EE26" w14:textId="77777777">
        <w:trPr>
          <w:cantSplit/>
          <w:jc w:val="center"/>
        </w:trPr>
        <w:tc>
          <w:tcPr>
            <w:tcW w:w="5103" w:type="dxa"/>
            <w:shd w:val="clear" w:color="auto" w:fill="F8FAF8"/>
            <w:tcMar>
              <w:top w:w="70" w:type="dxa"/>
              <w:left w:w="80" w:type="dxa"/>
              <w:bottom w:w="70" w:type="dxa"/>
              <w:right w:w="80" w:type="dxa"/>
            </w:tcMar>
            <w:vAlign w:val="center"/>
          </w:tcPr>
          <w:p w14:paraId="2DE6BAA1" w14:textId="77777777" w:rsidR="00650973" w:rsidRDefault="00080072">
            <w:r>
              <w:rPr>
                <w:rFonts w:ascii="Arial" w:hAnsi="Arial"/>
                <w:sz w:val="21"/>
              </w:rPr>
              <w:t>Coupe de glace assortie</w:t>
            </w:r>
          </w:p>
        </w:tc>
        <w:tc>
          <w:tcPr>
            <w:tcW w:w="5103" w:type="dxa"/>
            <w:shd w:val="clear" w:color="auto" w:fill="F8FAF8"/>
            <w:tcMar>
              <w:top w:w="70" w:type="dxa"/>
              <w:left w:w="80" w:type="dxa"/>
              <w:bottom w:w="70" w:type="dxa"/>
              <w:right w:w="80" w:type="dxa"/>
            </w:tcMar>
            <w:vAlign w:val="center"/>
          </w:tcPr>
          <w:p w14:paraId="07928690" w14:textId="77777777" w:rsidR="00650973" w:rsidRDefault="00080072">
            <w:r>
              <w:rPr>
                <w:rFonts w:ascii="Arial" w:hAnsi="Arial"/>
                <w:sz w:val="21"/>
              </w:rPr>
              <w:t>6,00 €</w:t>
            </w:r>
          </w:p>
        </w:tc>
      </w:tr>
      <w:tr w:rsidR="00650973" w14:paraId="5B8DE3DD" w14:textId="77777777">
        <w:trPr>
          <w:cantSplit/>
          <w:jc w:val="center"/>
        </w:trPr>
        <w:tc>
          <w:tcPr>
            <w:tcW w:w="5103" w:type="dxa"/>
            <w:tcMar>
              <w:top w:w="70" w:type="dxa"/>
              <w:left w:w="80" w:type="dxa"/>
              <w:bottom w:w="70" w:type="dxa"/>
              <w:right w:w="80" w:type="dxa"/>
            </w:tcMar>
            <w:vAlign w:val="center"/>
          </w:tcPr>
          <w:p w14:paraId="24FCE53F" w14:textId="77777777" w:rsidR="00650973" w:rsidRDefault="00080072">
            <w:r>
              <w:rPr>
                <w:rFonts w:ascii="Arial" w:hAnsi="Arial"/>
                <w:sz w:val="21"/>
              </w:rPr>
              <w:t>Brownie + glace vanille</w:t>
            </w:r>
          </w:p>
        </w:tc>
        <w:tc>
          <w:tcPr>
            <w:tcW w:w="5103" w:type="dxa"/>
            <w:tcMar>
              <w:top w:w="70" w:type="dxa"/>
              <w:left w:w="80" w:type="dxa"/>
              <w:bottom w:w="70" w:type="dxa"/>
              <w:right w:w="80" w:type="dxa"/>
            </w:tcMar>
            <w:vAlign w:val="center"/>
          </w:tcPr>
          <w:p w14:paraId="14F379A1" w14:textId="77777777" w:rsidR="00650973" w:rsidRDefault="00080072">
            <w:r>
              <w:rPr>
                <w:rFonts w:ascii="Arial" w:hAnsi="Arial"/>
                <w:sz w:val="21"/>
              </w:rPr>
              <w:t>7,50 €</w:t>
            </w:r>
          </w:p>
        </w:tc>
      </w:tr>
      <w:tr w:rsidR="00650973" w14:paraId="3C8C9938" w14:textId="77777777">
        <w:trPr>
          <w:cantSplit/>
          <w:jc w:val="center"/>
        </w:trPr>
        <w:tc>
          <w:tcPr>
            <w:tcW w:w="5103" w:type="dxa"/>
            <w:shd w:val="clear" w:color="auto" w:fill="F8FAF8"/>
            <w:tcMar>
              <w:top w:w="70" w:type="dxa"/>
              <w:left w:w="80" w:type="dxa"/>
              <w:bottom w:w="70" w:type="dxa"/>
              <w:right w:w="80" w:type="dxa"/>
            </w:tcMar>
            <w:vAlign w:val="center"/>
          </w:tcPr>
          <w:p w14:paraId="6D6B6EF9" w14:textId="77777777" w:rsidR="00650973" w:rsidRDefault="00080072">
            <w:r>
              <w:rPr>
                <w:rFonts w:ascii="Arial" w:hAnsi="Arial"/>
                <w:sz w:val="21"/>
              </w:rPr>
              <w:t>Gâteau + glace</w:t>
            </w:r>
          </w:p>
        </w:tc>
        <w:tc>
          <w:tcPr>
            <w:tcW w:w="5103" w:type="dxa"/>
            <w:shd w:val="clear" w:color="auto" w:fill="F8FAF8"/>
            <w:tcMar>
              <w:top w:w="70" w:type="dxa"/>
              <w:left w:w="80" w:type="dxa"/>
              <w:bottom w:w="70" w:type="dxa"/>
              <w:right w:w="80" w:type="dxa"/>
            </w:tcMar>
            <w:vAlign w:val="center"/>
          </w:tcPr>
          <w:p w14:paraId="4D8D308E" w14:textId="77777777" w:rsidR="00650973" w:rsidRDefault="00080072">
            <w:r>
              <w:rPr>
                <w:rFonts w:ascii="Arial" w:hAnsi="Arial"/>
                <w:sz w:val="21"/>
              </w:rPr>
              <w:t>7,00 €</w:t>
            </w:r>
          </w:p>
        </w:tc>
      </w:tr>
      <w:tr w:rsidR="00650973" w14:paraId="2660CFE5" w14:textId="77777777">
        <w:trPr>
          <w:cantSplit/>
          <w:jc w:val="center"/>
        </w:trPr>
        <w:tc>
          <w:tcPr>
            <w:tcW w:w="5103" w:type="dxa"/>
            <w:tcMar>
              <w:top w:w="70" w:type="dxa"/>
              <w:left w:w="80" w:type="dxa"/>
              <w:bottom w:w="70" w:type="dxa"/>
              <w:right w:w="80" w:type="dxa"/>
            </w:tcMar>
            <w:vAlign w:val="center"/>
          </w:tcPr>
          <w:p w14:paraId="78DEC6D1" w14:textId="77777777" w:rsidR="00650973" w:rsidRDefault="00080072">
            <w:r>
              <w:rPr>
                <w:rFonts w:ascii="Arial" w:hAnsi="Arial"/>
                <w:sz w:val="21"/>
              </w:rPr>
              <w:t>Mousse de gofio maison</w:t>
            </w:r>
          </w:p>
        </w:tc>
        <w:tc>
          <w:tcPr>
            <w:tcW w:w="5103" w:type="dxa"/>
            <w:tcMar>
              <w:top w:w="70" w:type="dxa"/>
              <w:left w:w="80" w:type="dxa"/>
              <w:bottom w:w="70" w:type="dxa"/>
              <w:right w:w="80" w:type="dxa"/>
            </w:tcMar>
            <w:vAlign w:val="center"/>
          </w:tcPr>
          <w:p w14:paraId="157E3916" w14:textId="77777777" w:rsidR="00650973" w:rsidRDefault="00080072">
            <w:r>
              <w:rPr>
                <w:rFonts w:ascii="Arial" w:hAnsi="Arial"/>
                <w:sz w:val="21"/>
              </w:rPr>
              <w:t>6,00 €</w:t>
            </w:r>
          </w:p>
        </w:tc>
      </w:tr>
      <w:tr w:rsidR="00650973" w14:paraId="39112C3B" w14:textId="77777777">
        <w:trPr>
          <w:cantSplit/>
          <w:jc w:val="center"/>
        </w:trPr>
        <w:tc>
          <w:tcPr>
            <w:tcW w:w="5103" w:type="dxa"/>
            <w:shd w:val="clear" w:color="auto" w:fill="F8FAF8"/>
            <w:tcMar>
              <w:top w:w="70" w:type="dxa"/>
              <w:left w:w="80" w:type="dxa"/>
              <w:bottom w:w="70" w:type="dxa"/>
              <w:right w:w="80" w:type="dxa"/>
            </w:tcMar>
            <w:vAlign w:val="center"/>
          </w:tcPr>
          <w:p w14:paraId="6B1441EE" w14:textId="77777777" w:rsidR="00650973" w:rsidRDefault="00080072">
            <w:r>
              <w:rPr>
                <w:rFonts w:ascii="Arial" w:hAnsi="Arial"/>
                <w:sz w:val="21"/>
              </w:rPr>
              <w:t>Polvito uruguayen artisanal</w:t>
            </w:r>
          </w:p>
        </w:tc>
        <w:tc>
          <w:tcPr>
            <w:tcW w:w="5103" w:type="dxa"/>
            <w:shd w:val="clear" w:color="auto" w:fill="F8FAF8"/>
            <w:tcMar>
              <w:top w:w="70" w:type="dxa"/>
              <w:left w:w="80" w:type="dxa"/>
              <w:bottom w:w="70" w:type="dxa"/>
              <w:right w:w="80" w:type="dxa"/>
            </w:tcMar>
            <w:vAlign w:val="center"/>
          </w:tcPr>
          <w:p w14:paraId="03323B14" w14:textId="77777777" w:rsidR="00650973" w:rsidRDefault="00080072">
            <w:r>
              <w:rPr>
                <w:rFonts w:ascii="Arial" w:hAnsi="Arial"/>
                <w:sz w:val="21"/>
              </w:rPr>
              <w:t>6,50 €</w:t>
            </w:r>
          </w:p>
        </w:tc>
      </w:tr>
      <w:tr w:rsidR="00650973" w14:paraId="5EA7A8FE" w14:textId="77777777">
        <w:trPr>
          <w:cantSplit/>
          <w:jc w:val="center"/>
        </w:trPr>
        <w:tc>
          <w:tcPr>
            <w:tcW w:w="5103" w:type="dxa"/>
            <w:tcMar>
              <w:top w:w="70" w:type="dxa"/>
              <w:left w:w="80" w:type="dxa"/>
              <w:bottom w:w="70" w:type="dxa"/>
              <w:right w:w="80" w:type="dxa"/>
            </w:tcMar>
            <w:vAlign w:val="center"/>
          </w:tcPr>
          <w:p w14:paraId="62DAB597" w14:textId="77777777" w:rsidR="00650973" w:rsidRDefault="00080072">
            <w:r>
              <w:rPr>
                <w:rFonts w:ascii="Arial" w:hAnsi="Arial"/>
                <w:sz w:val="21"/>
              </w:rPr>
              <w:t>Tarte Tatin</w:t>
            </w:r>
          </w:p>
        </w:tc>
        <w:tc>
          <w:tcPr>
            <w:tcW w:w="5103" w:type="dxa"/>
            <w:tcMar>
              <w:top w:w="70" w:type="dxa"/>
              <w:left w:w="80" w:type="dxa"/>
              <w:bottom w:w="70" w:type="dxa"/>
              <w:right w:w="80" w:type="dxa"/>
            </w:tcMar>
            <w:vAlign w:val="center"/>
          </w:tcPr>
          <w:p w14:paraId="7B7550BF" w14:textId="77777777" w:rsidR="00650973" w:rsidRDefault="00080072">
            <w:r>
              <w:rPr>
                <w:rFonts w:ascii="Arial" w:hAnsi="Arial"/>
                <w:sz w:val="21"/>
              </w:rPr>
              <w:t>7,50 €</w:t>
            </w:r>
          </w:p>
        </w:tc>
      </w:tr>
      <w:tr w:rsidR="00650973" w14:paraId="4A217999" w14:textId="77777777">
        <w:trPr>
          <w:cantSplit/>
          <w:jc w:val="center"/>
        </w:trPr>
        <w:tc>
          <w:tcPr>
            <w:tcW w:w="5103" w:type="dxa"/>
            <w:shd w:val="clear" w:color="auto" w:fill="F8FAF8"/>
            <w:tcMar>
              <w:top w:w="70" w:type="dxa"/>
              <w:left w:w="80" w:type="dxa"/>
              <w:bottom w:w="70" w:type="dxa"/>
              <w:right w:w="80" w:type="dxa"/>
            </w:tcMar>
            <w:vAlign w:val="center"/>
          </w:tcPr>
          <w:p w14:paraId="610B10FB" w14:textId="77777777" w:rsidR="00650973" w:rsidRDefault="00080072">
            <w:r>
              <w:rPr>
                <w:rFonts w:ascii="Arial" w:hAnsi="Arial"/>
                <w:sz w:val="21"/>
              </w:rPr>
              <w:t>Coulant chocolat + glace vanille</w:t>
            </w:r>
          </w:p>
        </w:tc>
        <w:tc>
          <w:tcPr>
            <w:tcW w:w="5103" w:type="dxa"/>
            <w:shd w:val="clear" w:color="auto" w:fill="F8FAF8"/>
            <w:tcMar>
              <w:top w:w="70" w:type="dxa"/>
              <w:left w:w="80" w:type="dxa"/>
              <w:bottom w:w="70" w:type="dxa"/>
              <w:right w:w="80" w:type="dxa"/>
            </w:tcMar>
            <w:vAlign w:val="center"/>
          </w:tcPr>
          <w:p w14:paraId="00975EEE" w14:textId="77777777" w:rsidR="00650973" w:rsidRDefault="00080072">
            <w:r>
              <w:rPr>
                <w:rFonts w:ascii="Arial" w:hAnsi="Arial"/>
                <w:sz w:val="21"/>
              </w:rPr>
              <w:t>7,50 €</w:t>
            </w:r>
          </w:p>
        </w:tc>
      </w:tr>
      <w:tr w:rsidR="00650973" w14:paraId="314CDF85" w14:textId="77777777">
        <w:trPr>
          <w:cantSplit/>
          <w:jc w:val="center"/>
        </w:trPr>
        <w:tc>
          <w:tcPr>
            <w:tcW w:w="5103" w:type="dxa"/>
            <w:tcMar>
              <w:top w:w="70" w:type="dxa"/>
              <w:left w:w="80" w:type="dxa"/>
              <w:bottom w:w="70" w:type="dxa"/>
              <w:right w:w="80" w:type="dxa"/>
            </w:tcMar>
            <w:vAlign w:val="center"/>
          </w:tcPr>
          <w:p w14:paraId="0142B1B6" w14:textId="77777777" w:rsidR="00650973" w:rsidRDefault="00080072">
            <w:r>
              <w:rPr>
                <w:rFonts w:ascii="Arial" w:hAnsi="Arial"/>
                <w:sz w:val="21"/>
              </w:rPr>
              <w:t>Mousse yaourt miel/noix</w:t>
            </w:r>
          </w:p>
        </w:tc>
        <w:tc>
          <w:tcPr>
            <w:tcW w:w="5103" w:type="dxa"/>
            <w:tcMar>
              <w:top w:w="70" w:type="dxa"/>
              <w:left w:w="80" w:type="dxa"/>
              <w:bottom w:w="70" w:type="dxa"/>
              <w:right w:w="80" w:type="dxa"/>
            </w:tcMar>
            <w:vAlign w:val="center"/>
          </w:tcPr>
          <w:p w14:paraId="76A84ADC" w14:textId="77777777" w:rsidR="00650973" w:rsidRDefault="00080072">
            <w:r>
              <w:rPr>
                <w:rFonts w:ascii="Arial" w:hAnsi="Arial"/>
                <w:sz w:val="21"/>
              </w:rPr>
              <w:t>6,00 €</w:t>
            </w:r>
          </w:p>
        </w:tc>
      </w:tr>
    </w:tbl>
    <w:p w14:paraId="6D27D199" w14:textId="77777777" w:rsidR="00650973" w:rsidRDefault="00650973">
      <w:pPr>
        <w:spacing w:after="40"/>
      </w:pPr>
    </w:p>
    <w:p w14:paraId="2BA0C415" w14:textId="77777777" w:rsidR="00650973" w:rsidRDefault="00080072">
      <w:pPr>
        <w:pStyle w:val="Titre3"/>
        <w:spacing w:before="120" w:after="100"/>
      </w:pPr>
      <w:r>
        <w:rPr>
          <w:rFonts w:ascii="Arial" w:hAnsi="Arial"/>
          <w:color w:val="2F6B4F"/>
          <w:sz w:val="23"/>
        </w:rPr>
        <w:t>Boissons</w:t>
      </w:r>
    </w:p>
    <w:tbl>
      <w:tblPr>
        <w:tblStyle w:val="Grilledutableau"/>
        <w:tblW w:w="0" w:type="auto"/>
        <w:jc w:val="center"/>
        <w:tblLook w:val="04A0" w:firstRow="1" w:lastRow="0" w:firstColumn="1" w:lastColumn="0" w:noHBand="0" w:noVBand="1"/>
      </w:tblPr>
      <w:tblGrid>
        <w:gridCol w:w="5103"/>
        <w:gridCol w:w="5103"/>
      </w:tblGrid>
      <w:tr w:rsidR="00650973" w14:paraId="33969C17" w14:textId="77777777">
        <w:trPr>
          <w:cantSplit/>
          <w:tblHeader/>
          <w:jc w:val="center"/>
        </w:trPr>
        <w:tc>
          <w:tcPr>
            <w:tcW w:w="5103" w:type="dxa"/>
            <w:shd w:val="clear" w:color="auto" w:fill="2F6B4F"/>
            <w:tcMar>
              <w:top w:w="70" w:type="dxa"/>
              <w:left w:w="80" w:type="dxa"/>
              <w:bottom w:w="70" w:type="dxa"/>
              <w:right w:w="80" w:type="dxa"/>
            </w:tcMar>
            <w:vAlign w:val="center"/>
          </w:tcPr>
          <w:p w14:paraId="518F29E0" w14:textId="77777777" w:rsidR="00650973" w:rsidRDefault="00080072">
            <w:pPr>
              <w:jc w:val="center"/>
            </w:pPr>
            <w:r>
              <w:rPr>
                <w:rFonts w:ascii="Arial" w:hAnsi="Arial"/>
                <w:b/>
                <w:color w:val="FFFFFF"/>
                <w:sz w:val="21"/>
              </w:rPr>
              <w:t>Boisson</w:t>
            </w:r>
          </w:p>
        </w:tc>
        <w:tc>
          <w:tcPr>
            <w:tcW w:w="5103" w:type="dxa"/>
            <w:shd w:val="clear" w:color="auto" w:fill="2F6B4F"/>
            <w:tcMar>
              <w:top w:w="70" w:type="dxa"/>
              <w:left w:w="80" w:type="dxa"/>
              <w:bottom w:w="70" w:type="dxa"/>
              <w:right w:w="80" w:type="dxa"/>
            </w:tcMar>
            <w:vAlign w:val="center"/>
          </w:tcPr>
          <w:p w14:paraId="7C4664D1" w14:textId="77777777" w:rsidR="00650973" w:rsidRDefault="00080072">
            <w:pPr>
              <w:jc w:val="center"/>
            </w:pPr>
            <w:r>
              <w:rPr>
                <w:rFonts w:ascii="Arial" w:hAnsi="Arial"/>
                <w:b/>
                <w:color w:val="FFFFFF"/>
                <w:sz w:val="21"/>
              </w:rPr>
              <w:t>Prix</w:t>
            </w:r>
          </w:p>
        </w:tc>
      </w:tr>
      <w:tr w:rsidR="00650973" w14:paraId="376FB0F7" w14:textId="77777777">
        <w:trPr>
          <w:cantSplit/>
          <w:jc w:val="center"/>
        </w:trPr>
        <w:tc>
          <w:tcPr>
            <w:tcW w:w="5103" w:type="dxa"/>
            <w:tcMar>
              <w:top w:w="70" w:type="dxa"/>
              <w:left w:w="80" w:type="dxa"/>
              <w:bottom w:w="70" w:type="dxa"/>
              <w:right w:w="80" w:type="dxa"/>
            </w:tcMar>
            <w:vAlign w:val="center"/>
          </w:tcPr>
          <w:p w14:paraId="33EEE311" w14:textId="77777777" w:rsidR="00650973" w:rsidRDefault="00080072">
            <w:r>
              <w:rPr>
                <w:rFonts w:ascii="Arial" w:hAnsi="Arial"/>
                <w:sz w:val="21"/>
              </w:rPr>
              <w:t>Eau minérale avec/sans gaz 50 cl</w:t>
            </w:r>
          </w:p>
        </w:tc>
        <w:tc>
          <w:tcPr>
            <w:tcW w:w="5103" w:type="dxa"/>
            <w:tcMar>
              <w:top w:w="70" w:type="dxa"/>
              <w:left w:w="80" w:type="dxa"/>
              <w:bottom w:w="70" w:type="dxa"/>
              <w:right w:w="80" w:type="dxa"/>
            </w:tcMar>
            <w:vAlign w:val="center"/>
          </w:tcPr>
          <w:p w14:paraId="6E89CC4E" w14:textId="77777777" w:rsidR="00650973" w:rsidRDefault="00080072">
            <w:r>
              <w:rPr>
                <w:rFonts w:ascii="Arial" w:hAnsi="Arial"/>
                <w:sz w:val="21"/>
              </w:rPr>
              <w:t>2,00 €</w:t>
            </w:r>
          </w:p>
        </w:tc>
      </w:tr>
      <w:tr w:rsidR="00650973" w14:paraId="01792992" w14:textId="77777777">
        <w:trPr>
          <w:cantSplit/>
          <w:jc w:val="center"/>
        </w:trPr>
        <w:tc>
          <w:tcPr>
            <w:tcW w:w="5103" w:type="dxa"/>
            <w:shd w:val="clear" w:color="auto" w:fill="F8FAF8"/>
            <w:tcMar>
              <w:top w:w="70" w:type="dxa"/>
              <w:left w:w="80" w:type="dxa"/>
              <w:bottom w:w="70" w:type="dxa"/>
              <w:right w:w="80" w:type="dxa"/>
            </w:tcMar>
            <w:vAlign w:val="center"/>
          </w:tcPr>
          <w:p w14:paraId="52E4CB78" w14:textId="77777777" w:rsidR="00650973" w:rsidRDefault="00080072">
            <w:r>
              <w:rPr>
                <w:rFonts w:ascii="Arial" w:hAnsi="Arial"/>
                <w:sz w:val="21"/>
              </w:rPr>
              <w:t>Eau minérale avec/sans gaz 1,5 l</w:t>
            </w:r>
          </w:p>
        </w:tc>
        <w:tc>
          <w:tcPr>
            <w:tcW w:w="5103" w:type="dxa"/>
            <w:shd w:val="clear" w:color="auto" w:fill="F8FAF8"/>
            <w:tcMar>
              <w:top w:w="70" w:type="dxa"/>
              <w:left w:w="80" w:type="dxa"/>
              <w:bottom w:w="70" w:type="dxa"/>
              <w:right w:w="80" w:type="dxa"/>
            </w:tcMar>
            <w:vAlign w:val="center"/>
          </w:tcPr>
          <w:p w14:paraId="2E5EAF55" w14:textId="77777777" w:rsidR="00650973" w:rsidRDefault="00080072">
            <w:r>
              <w:rPr>
                <w:rFonts w:ascii="Arial" w:hAnsi="Arial"/>
                <w:sz w:val="21"/>
              </w:rPr>
              <w:t>3,00 €</w:t>
            </w:r>
          </w:p>
        </w:tc>
      </w:tr>
      <w:tr w:rsidR="00650973" w14:paraId="0232374B" w14:textId="77777777">
        <w:trPr>
          <w:cantSplit/>
          <w:jc w:val="center"/>
        </w:trPr>
        <w:tc>
          <w:tcPr>
            <w:tcW w:w="5103" w:type="dxa"/>
            <w:tcMar>
              <w:top w:w="70" w:type="dxa"/>
              <w:left w:w="80" w:type="dxa"/>
              <w:bottom w:w="70" w:type="dxa"/>
              <w:right w:w="80" w:type="dxa"/>
            </w:tcMar>
            <w:vAlign w:val="center"/>
          </w:tcPr>
          <w:p w14:paraId="203C89C7" w14:textId="77777777" w:rsidR="00650973" w:rsidRDefault="00080072">
            <w:r>
              <w:rPr>
                <w:rFonts w:ascii="Arial" w:hAnsi="Arial"/>
                <w:sz w:val="21"/>
              </w:rPr>
              <w:t>Coca-Cola, Sprite, tonic, orange, citron</w:t>
            </w:r>
          </w:p>
        </w:tc>
        <w:tc>
          <w:tcPr>
            <w:tcW w:w="5103" w:type="dxa"/>
            <w:tcMar>
              <w:top w:w="70" w:type="dxa"/>
              <w:left w:w="80" w:type="dxa"/>
              <w:bottom w:w="70" w:type="dxa"/>
              <w:right w:w="80" w:type="dxa"/>
            </w:tcMar>
            <w:vAlign w:val="center"/>
          </w:tcPr>
          <w:p w14:paraId="4D7E5290" w14:textId="77777777" w:rsidR="00650973" w:rsidRDefault="00080072">
            <w:r>
              <w:rPr>
                <w:rFonts w:ascii="Arial" w:hAnsi="Arial"/>
                <w:sz w:val="21"/>
              </w:rPr>
              <w:t>3,00 €</w:t>
            </w:r>
          </w:p>
        </w:tc>
      </w:tr>
      <w:tr w:rsidR="00650973" w14:paraId="1C1B1417" w14:textId="77777777">
        <w:trPr>
          <w:cantSplit/>
          <w:jc w:val="center"/>
        </w:trPr>
        <w:tc>
          <w:tcPr>
            <w:tcW w:w="5103" w:type="dxa"/>
            <w:shd w:val="clear" w:color="auto" w:fill="F8FAF8"/>
            <w:tcMar>
              <w:top w:w="70" w:type="dxa"/>
              <w:left w:w="80" w:type="dxa"/>
              <w:bottom w:w="70" w:type="dxa"/>
              <w:right w:w="80" w:type="dxa"/>
            </w:tcMar>
            <w:vAlign w:val="center"/>
          </w:tcPr>
          <w:p w14:paraId="5B7FF34A" w14:textId="77777777" w:rsidR="00650973" w:rsidRDefault="00080072">
            <w:r>
              <w:rPr>
                <w:rFonts w:ascii="Arial" w:hAnsi="Arial"/>
                <w:sz w:val="21"/>
              </w:rPr>
              <w:t>Bitter Kas, Appletiser</w:t>
            </w:r>
          </w:p>
        </w:tc>
        <w:tc>
          <w:tcPr>
            <w:tcW w:w="5103" w:type="dxa"/>
            <w:shd w:val="clear" w:color="auto" w:fill="F8FAF8"/>
            <w:tcMar>
              <w:top w:w="70" w:type="dxa"/>
              <w:left w:w="80" w:type="dxa"/>
              <w:bottom w:w="70" w:type="dxa"/>
              <w:right w:w="80" w:type="dxa"/>
            </w:tcMar>
            <w:vAlign w:val="center"/>
          </w:tcPr>
          <w:p w14:paraId="56A53CD1" w14:textId="77777777" w:rsidR="00650973" w:rsidRDefault="00080072">
            <w:r>
              <w:rPr>
                <w:rFonts w:ascii="Arial" w:hAnsi="Arial"/>
                <w:sz w:val="21"/>
              </w:rPr>
              <w:t>3,00 €</w:t>
            </w:r>
          </w:p>
        </w:tc>
      </w:tr>
      <w:tr w:rsidR="00650973" w14:paraId="397F9F13" w14:textId="77777777">
        <w:trPr>
          <w:cantSplit/>
          <w:jc w:val="center"/>
        </w:trPr>
        <w:tc>
          <w:tcPr>
            <w:tcW w:w="5103" w:type="dxa"/>
            <w:tcMar>
              <w:top w:w="70" w:type="dxa"/>
              <w:left w:w="80" w:type="dxa"/>
              <w:bottom w:w="70" w:type="dxa"/>
              <w:right w:w="80" w:type="dxa"/>
            </w:tcMar>
            <w:vAlign w:val="center"/>
          </w:tcPr>
          <w:p w14:paraId="55DE7AFD" w14:textId="77777777" w:rsidR="00650973" w:rsidRDefault="00080072">
            <w:r>
              <w:rPr>
                <w:rFonts w:ascii="Arial" w:hAnsi="Arial"/>
                <w:sz w:val="21"/>
              </w:rPr>
              <w:t>Nestea, Aquarius, Red Bull</w:t>
            </w:r>
          </w:p>
        </w:tc>
        <w:tc>
          <w:tcPr>
            <w:tcW w:w="5103" w:type="dxa"/>
            <w:tcMar>
              <w:top w:w="70" w:type="dxa"/>
              <w:left w:w="80" w:type="dxa"/>
              <w:bottom w:w="70" w:type="dxa"/>
              <w:right w:w="80" w:type="dxa"/>
            </w:tcMar>
            <w:vAlign w:val="center"/>
          </w:tcPr>
          <w:p w14:paraId="5321246F" w14:textId="77777777" w:rsidR="00650973" w:rsidRDefault="00080072">
            <w:r>
              <w:rPr>
                <w:rFonts w:ascii="Arial" w:hAnsi="Arial"/>
                <w:sz w:val="21"/>
              </w:rPr>
              <w:t>3,80 €</w:t>
            </w:r>
          </w:p>
        </w:tc>
      </w:tr>
      <w:tr w:rsidR="00650973" w14:paraId="793C34C5" w14:textId="77777777">
        <w:trPr>
          <w:cantSplit/>
          <w:jc w:val="center"/>
        </w:trPr>
        <w:tc>
          <w:tcPr>
            <w:tcW w:w="5103" w:type="dxa"/>
            <w:shd w:val="clear" w:color="auto" w:fill="F8FAF8"/>
            <w:tcMar>
              <w:top w:w="70" w:type="dxa"/>
              <w:left w:w="80" w:type="dxa"/>
              <w:bottom w:w="70" w:type="dxa"/>
              <w:right w:w="80" w:type="dxa"/>
            </w:tcMar>
            <w:vAlign w:val="center"/>
          </w:tcPr>
          <w:p w14:paraId="70067331" w14:textId="77777777" w:rsidR="00650973" w:rsidRDefault="00080072">
            <w:r>
              <w:rPr>
                <w:rFonts w:ascii="Arial" w:hAnsi="Arial"/>
                <w:sz w:val="21"/>
              </w:rPr>
              <w:t>Jus d’orange naturel / citron</w:t>
            </w:r>
          </w:p>
        </w:tc>
        <w:tc>
          <w:tcPr>
            <w:tcW w:w="5103" w:type="dxa"/>
            <w:shd w:val="clear" w:color="auto" w:fill="F8FAF8"/>
            <w:tcMar>
              <w:top w:w="70" w:type="dxa"/>
              <w:left w:w="80" w:type="dxa"/>
              <w:bottom w:w="70" w:type="dxa"/>
              <w:right w:w="80" w:type="dxa"/>
            </w:tcMar>
            <w:vAlign w:val="center"/>
          </w:tcPr>
          <w:p w14:paraId="427E1018" w14:textId="77777777" w:rsidR="00650973" w:rsidRDefault="00080072">
            <w:r>
              <w:rPr>
                <w:rFonts w:ascii="Arial" w:hAnsi="Arial"/>
                <w:sz w:val="21"/>
              </w:rPr>
              <w:t>4,00 €</w:t>
            </w:r>
          </w:p>
        </w:tc>
      </w:tr>
      <w:tr w:rsidR="00650973" w14:paraId="79635AD2" w14:textId="77777777">
        <w:trPr>
          <w:cantSplit/>
          <w:jc w:val="center"/>
        </w:trPr>
        <w:tc>
          <w:tcPr>
            <w:tcW w:w="5103" w:type="dxa"/>
            <w:tcMar>
              <w:top w:w="70" w:type="dxa"/>
              <w:left w:w="80" w:type="dxa"/>
              <w:bottom w:w="70" w:type="dxa"/>
              <w:right w:w="80" w:type="dxa"/>
            </w:tcMar>
            <w:vAlign w:val="center"/>
          </w:tcPr>
          <w:p w14:paraId="15C1516C" w14:textId="77777777" w:rsidR="00650973" w:rsidRDefault="00080072">
            <w:r>
              <w:rPr>
                <w:rFonts w:ascii="Arial" w:hAnsi="Arial"/>
                <w:sz w:val="21"/>
              </w:rPr>
              <w:t>Jus poire, ananas, pêche, pomme, tomate</w:t>
            </w:r>
          </w:p>
        </w:tc>
        <w:tc>
          <w:tcPr>
            <w:tcW w:w="5103" w:type="dxa"/>
            <w:tcMar>
              <w:top w:w="70" w:type="dxa"/>
              <w:left w:w="80" w:type="dxa"/>
              <w:bottom w:w="70" w:type="dxa"/>
              <w:right w:w="80" w:type="dxa"/>
            </w:tcMar>
            <w:vAlign w:val="center"/>
          </w:tcPr>
          <w:p w14:paraId="345D466C" w14:textId="77777777" w:rsidR="00650973" w:rsidRDefault="00080072">
            <w:r>
              <w:rPr>
                <w:rFonts w:ascii="Arial" w:hAnsi="Arial"/>
                <w:sz w:val="21"/>
              </w:rPr>
              <w:t>2,50 €</w:t>
            </w:r>
          </w:p>
        </w:tc>
      </w:tr>
      <w:tr w:rsidR="00650973" w14:paraId="176F2A7A" w14:textId="77777777">
        <w:trPr>
          <w:cantSplit/>
          <w:jc w:val="center"/>
        </w:trPr>
        <w:tc>
          <w:tcPr>
            <w:tcW w:w="5103" w:type="dxa"/>
            <w:shd w:val="clear" w:color="auto" w:fill="F8FAF8"/>
            <w:tcMar>
              <w:top w:w="70" w:type="dxa"/>
              <w:left w:w="80" w:type="dxa"/>
              <w:bottom w:w="70" w:type="dxa"/>
              <w:right w:w="80" w:type="dxa"/>
            </w:tcMar>
            <w:vAlign w:val="center"/>
          </w:tcPr>
          <w:p w14:paraId="73A03654" w14:textId="77777777" w:rsidR="00650973" w:rsidRDefault="00080072">
            <w:r>
              <w:rPr>
                <w:rFonts w:ascii="Arial" w:hAnsi="Arial"/>
                <w:sz w:val="21"/>
              </w:rPr>
              <w:t>Espresso</w:t>
            </w:r>
          </w:p>
        </w:tc>
        <w:tc>
          <w:tcPr>
            <w:tcW w:w="5103" w:type="dxa"/>
            <w:shd w:val="clear" w:color="auto" w:fill="F8FAF8"/>
            <w:tcMar>
              <w:top w:w="70" w:type="dxa"/>
              <w:left w:w="80" w:type="dxa"/>
              <w:bottom w:w="70" w:type="dxa"/>
              <w:right w:w="80" w:type="dxa"/>
            </w:tcMar>
            <w:vAlign w:val="center"/>
          </w:tcPr>
          <w:p w14:paraId="64512116" w14:textId="77777777" w:rsidR="00650973" w:rsidRDefault="00080072">
            <w:r>
              <w:rPr>
                <w:rFonts w:ascii="Arial" w:hAnsi="Arial"/>
                <w:sz w:val="21"/>
              </w:rPr>
              <w:t>2,00 €</w:t>
            </w:r>
          </w:p>
        </w:tc>
      </w:tr>
      <w:tr w:rsidR="00650973" w14:paraId="20864672" w14:textId="77777777">
        <w:trPr>
          <w:cantSplit/>
          <w:jc w:val="center"/>
        </w:trPr>
        <w:tc>
          <w:tcPr>
            <w:tcW w:w="5103" w:type="dxa"/>
            <w:tcMar>
              <w:top w:w="70" w:type="dxa"/>
              <w:left w:w="80" w:type="dxa"/>
              <w:bottom w:w="70" w:type="dxa"/>
              <w:right w:w="80" w:type="dxa"/>
            </w:tcMar>
            <w:vAlign w:val="center"/>
          </w:tcPr>
          <w:p w14:paraId="1EBD49DD" w14:textId="77777777" w:rsidR="00650973" w:rsidRDefault="00080072">
            <w:r>
              <w:rPr>
                <w:rFonts w:ascii="Arial" w:hAnsi="Arial"/>
                <w:sz w:val="21"/>
              </w:rPr>
              <w:t>Décaféiné</w:t>
            </w:r>
          </w:p>
        </w:tc>
        <w:tc>
          <w:tcPr>
            <w:tcW w:w="5103" w:type="dxa"/>
            <w:tcMar>
              <w:top w:w="70" w:type="dxa"/>
              <w:left w:w="80" w:type="dxa"/>
              <w:bottom w:w="70" w:type="dxa"/>
              <w:right w:w="80" w:type="dxa"/>
            </w:tcMar>
            <w:vAlign w:val="center"/>
          </w:tcPr>
          <w:p w14:paraId="5EC757F5" w14:textId="77777777" w:rsidR="00650973" w:rsidRDefault="00080072">
            <w:r>
              <w:rPr>
                <w:rFonts w:ascii="Arial" w:hAnsi="Arial"/>
                <w:sz w:val="21"/>
              </w:rPr>
              <w:t>2,00 €</w:t>
            </w:r>
          </w:p>
        </w:tc>
      </w:tr>
      <w:tr w:rsidR="00650973" w14:paraId="20E80ECE" w14:textId="77777777">
        <w:trPr>
          <w:cantSplit/>
          <w:jc w:val="center"/>
        </w:trPr>
        <w:tc>
          <w:tcPr>
            <w:tcW w:w="5103" w:type="dxa"/>
            <w:shd w:val="clear" w:color="auto" w:fill="F8FAF8"/>
            <w:tcMar>
              <w:top w:w="70" w:type="dxa"/>
              <w:left w:w="80" w:type="dxa"/>
              <w:bottom w:w="70" w:type="dxa"/>
              <w:right w:w="80" w:type="dxa"/>
            </w:tcMar>
            <w:vAlign w:val="center"/>
          </w:tcPr>
          <w:p w14:paraId="5A49413B" w14:textId="77777777" w:rsidR="00650973" w:rsidRDefault="00080072">
            <w:r>
              <w:rPr>
                <w:rFonts w:ascii="Arial" w:hAnsi="Arial"/>
                <w:sz w:val="21"/>
              </w:rPr>
              <w:t>Cortado</w:t>
            </w:r>
          </w:p>
        </w:tc>
        <w:tc>
          <w:tcPr>
            <w:tcW w:w="5103" w:type="dxa"/>
            <w:shd w:val="clear" w:color="auto" w:fill="F8FAF8"/>
            <w:tcMar>
              <w:top w:w="70" w:type="dxa"/>
              <w:left w:w="80" w:type="dxa"/>
              <w:bottom w:w="70" w:type="dxa"/>
              <w:right w:w="80" w:type="dxa"/>
            </w:tcMar>
            <w:vAlign w:val="center"/>
          </w:tcPr>
          <w:p w14:paraId="475848A7" w14:textId="77777777" w:rsidR="00650973" w:rsidRDefault="00080072">
            <w:r>
              <w:rPr>
                <w:rFonts w:ascii="Arial" w:hAnsi="Arial"/>
                <w:sz w:val="21"/>
              </w:rPr>
              <w:t>2,00 €</w:t>
            </w:r>
          </w:p>
        </w:tc>
      </w:tr>
      <w:tr w:rsidR="00650973" w14:paraId="718B472C" w14:textId="77777777">
        <w:trPr>
          <w:cantSplit/>
          <w:jc w:val="center"/>
        </w:trPr>
        <w:tc>
          <w:tcPr>
            <w:tcW w:w="5103" w:type="dxa"/>
            <w:tcMar>
              <w:top w:w="70" w:type="dxa"/>
              <w:left w:w="80" w:type="dxa"/>
              <w:bottom w:w="70" w:type="dxa"/>
              <w:right w:w="80" w:type="dxa"/>
            </w:tcMar>
            <w:vAlign w:val="center"/>
          </w:tcPr>
          <w:p w14:paraId="018CAA0A" w14:textId="77777777" w:rsidR="00650973" w:rsidRDefault="00080072">
            <w:r>
              <w:rPr>
                <w:rFonts w:ascii="Arial" w:hAnsi="Arial"/>
                <w:sz w:val="21"/>
              </w:rPr>
              <w:t>Café au lait</w:t>
            </w:r>
          </w:p>
        </w:tc>
        <w:tc>
          <w:tcPr>
            <w:tcW w:w="5103" w:type="dxa"/>
            <w:tcMar>
              <w:top w:w="70" w:type="dxa"/>
              <w:left w:w="80" w:type="dxa"/>
              <w:bottom w:w="70" w:type="dxa"/>
              <w:right w:w="80" w:type="dxa"/>
            </w:tcMar>
            <w:vAlign w:val="center"/>
          </w:tcPr>
          <w:p w14:paraId="0C63F3C3" w14:textId="77777777" w:rsidR="00650973" w:rsidRDefault="00080072">
            <w:r>
              <w:rPr>
                <w:rFonts w:ascii="Arial" w:hAnsi="Arial"/>
                <w:sz w:val="21"/>
              </w:rPr>
              <w:t>2,60 €</w:t>
            </w:r>
          </w:p>
        </w:tc>
      </w:tr>
      <w:tr w:rsidR="00650973" w14:paraId="6EFB57EF" w14:textId="77777777">
        <w:trPr>
          <w:cantSplit/>
          <w:jc w:val="center"/>
        </w:trPr>
        <w:tc>
          <w:tcPr>
            <w:tcW w:w="5103" w:type="dxa"/>
            <w:shd w:val="clear" w:color="auto" w:fill="F8FAF8"/>
            <w:tcMar>
              <w:top w:w="70" w:type="dxa"/>
              <w:left w:w="80" w:type="dxa"/>
              <w:bottom w:w="70" w:type="dxa"/>
              <w:right w:w="80" w:type="dxa"/>
            </w:tcMar>
            <w:vAlign w:val="center"/>
          </w:tcPr>
          <w:p w14:paraId="07364555" w14:textId="77777777" w:rsidR="00650973" w:rsidRDefault="00080072">
            <w:r>
              <w:rPr>
                <w:rFonts w:ascii="Arial" w:hAnsi="Arial"/>
                <w:sz w:val="21"/>
              </w:rPr>
              <w:t>Cappuccino</w:t>
            </w:r>
          </w:p>
        </w:tc>
        <w:tc>
          <w:tcPr>
            <w:tcW w:w="5103" w:type="dxa"/>
            <w:shd w:val="clear" w:color="auto" w:fill="F8FAF8"/>
            <w:tcMar>
              <w:top w:w="70" w:type="dxa"/>
              <w:left w:w="80" w:type="dxa"/>
              <w:bottom w:w="70" w:type="dxa"/>
              <w:right w:w="80" w:type="dxa"/>
            </w:tcMar>
            <w:vAlign w:val="center"/>
          </w:tcPr>
          <w:p w14:paraId="480E7DC2" w14:textId="77777777" w:rsidR="00650973" w:rsidRDefault="00080072">
            <w:r>
              <w:rPr>
                <w:rFonts w:ascii="Arial" w:hAnsi="Arial"/>
                <w:sz w:val="21"/>
              </w:rPr>
              <w:t>2,90 €</w:t>
            </w:r>
          </w:p>
        </w:tc>
      </w:tr>
      <w:tr w:rsidR="00650973" w14:paraId="6CF20526" w14:textId="77777777">
        <w:trPr>
          <w:cantSplit/>
          <w:jc w:val="center"/>
        </w:trPr>
        <w:tc>
          <w:tcPr>
            <w:tcW w:w="5103" w:type="dxa"/>
            <w:tcMar>
              <w:top w:w="70" w:type="dxa"/>
              <w:left w:w="80" w:type="dxa"/>
              <w:bottom w:w="70" w:type="dxa"/>
              <w:right w:w="80" w:type="dxa"/>
            </w:tcMar>
            <w:vAlign w:val="center"/>
          </w:tcPr>
          <w:p w14:paraId="3B697192" w14:textId="77777777" w:rsidR="00650973" w:rsidRDefault="00080072">
            <w:r>
              <w:rPr>
                <w:rFonts w:ascii="Arial" w:hAnsi="Arial"/>
                <w:sz w:val="21"/>
              </w:rPr>
              <w:t>Thé / tisanes / camomille / menthe</w:t>
            </w:r>
          </w:p>
        </w:tc>
        <w:tc>
          <w:tcPr>
            <w:tcW w:w="5103" w:type="dxa"/>
            <w:tcMar>
              <w:top w:w="70" w:type="dxa"/>
              <w:left w:w="80" w:type="dxa"/>
              <w:bottom w:w="70" w:type="dxa"/>
              <w:right w:w="80" w:type="dxa"/>
            </w:tcMar>
            <w:vAlign w:val="center"/>
          </w:tcPr>
          <w:p w14:paraId="5736D0B8" w14:textId="77777777" w:rsidR="00650973" w:rsidRDefault="00080072">
            <w:r>
              <w:rPr>
                <w:rFonts w:ascii="Arial" w:hAnsi="Arial"/>
                <w:sz w:val="21"/>
              </w:rPr>
              <w:t>2,50 €</w:t>
            </w:r>
          </w:p>
        </w:tc>
      </w:tr>
      <w:tr w:rsidR="00650973" w14:paraId="713F29CC" w14:textId="77777777">
        <w:trPr>
          <w:cantSplit/>
          <w:jc w:val="center"/>
        </w:trPr>
        <w:tc>
          <w:tcPr>
            <w:tcW w:w="5103" w:type="dxa"/>
            <w:shd w:val="clear" w:color="auto" w:fill="F8FAF8"/>
            <w:tcMar>
              <w:top w:w="70" w:type="dxa"/>
              <w:left w:w="80" w:type="dxa"/>
              <w:bottom w:w="70" w:type="dxa"/>
              <w:right w:w="80" w:type="dxa"/>
            </w:tcMar>
            <w:vAlign w:val="center"/>
          </w:tcPr>
          <w:p w14:paraId="1BBC68A3" w14:textId="77777777" w:rsidR="00650973" w:rsidRDefault="00080072">
            <w:r>
              <w:rPr>
                <w:rFonts w:ascii="Arial" w:hAnsi="Arial"/>
                <w:sz w:val="21"/>
              </w:rPr>
              <w:t>Caña Mahou / Shandy</w:t>
            </w:r>
          </w:p>
        </w:tc>
        <w:tc>
          <w:tcPr>
            <w:tcW w:w="5103" w:type="dxa"/>
            <w:shd w:val="clear" w:color="auto" w:fill="F8FAF8"/>
            <w:tcMar>
              <w:top w:w="70" w:type="dxa"/>
              <w:left w:w="80" w:type="dxa"/>
              <w:bottom w:w="70" w:type="dxa"/>
              <w:right w:w="80" w:type="dxa"/>
            </w:tcMar>
            <w:vAlign w:val="center"/>
          </w:tcPr>
          <w:p w14:paraId="2606E2FF" w14:textId="77777777" w:rsidR="00650973" w:rsidRDefault="00080072">
            <w:r>
              <w:rPr>
                <w:rFonts w:ascii="Arial" w:hAnsi="Arial"/>
                <w:sz w:val="21"/>
              </w:rPr>
              <w:t>3,25 €</w:t>
            </w:r>
          </w:p>
        </w:tc>
      </w:tr>
      <w:tr w:rsidR="00650973" w14:paraId="027A6E08" w14:textId="77777777">
        <w:trPr>
          <w:cantSplit/>
          <w:jc w:val="center"/>
        </w:trPr>
        <w:tc>
          <w:tcPr>
            <w:tcW w:w="5103" w:type="dxa"/>
            <w:tcMar>
              <w:top w:w="70" w:type="dxa"/>
              <w:left w:w="80" w:type="dxa"/>
              <w:bottom w:w="70" w:type="dxa"/>
              <w:right w:w="80" w:type="dxa"/>
            </w:tcMar>
            <w:vAlign w:val="center"/>
          </w:tcPr>
          <w:p w14:paraId="1F337D29" w14:textId="77777777" w:rsidR="00650973" w:rsidRDefault="00080072">
            <w:r>
              <w:rPr>
                <w:rFonts w:ascii="Arial" w:hAnsi="Arial"/>
                <w:sz w:val="21"/>
              </w:rPr>
              <w:t>Grande Mahou / Shandy</w:t>
            </w:r>
          </w:p>
        </w:tc>
        <w:tc>
          <w:tcPr>
            <w:tcW w:w="5103" w:type="dxa"/>
            <w:tcMar>
              <w:top w:w="70" w:type="dxa"/>
              <w:left w:w="80" w:type="dxa"/>
              <w:bottom w:w="70" w:type="dxa"/>
              <w:right w:w="80" w:type="dxa"/>
            </w:tcMar>
            <w:vAlign w:val="center"/>
          </w:tcPr>
          <w:p w14:paraId="15553FBA" w14:textId="77777777" w:rsidR="00650973" w:rsidRDefault="00080072">
            <w:r>
              <w:rPr>
                <w:rFonts w:ascii="Arial" w:hAnsi="Arial"/>
                <w:sz w:val="21"/>
              </w:rPr>
              <w:t>4,50 €</w:t>
            </w:r>
          </w:p>
        </w:tc>
      </w:tr>
      <w:tr w:rsidR="00650973" w14:paraId="09C97B25" w14:textId="77777777">
        <w:trPr>
          <w:cantSplit/>
          <w:jc w:val="center"/>
        </w:trPr>
        <w:tc>
          <w:tcPr>
            <w:tcW w:w="5103" w:type="dxa"/>
            <w:shd w:val="clear" w:color="auto" w:fill="F8FAF8"/>
            <w:tcMar>
              <w:top w:w="70" w:type="dxa"/>
              <w:left w:w="80" w:type="dxa"/>
              <w:bottom w:w="70" w:type="dxa"/>
              <w:right w:w="80" w:type="dxa"/>
            </w:tcMar>
            <w:vAlign w:val="center"/>
          </w:tcPr>
          <w:p w14:paraId="2DDBE9DF" w14:textId="77777777" w:rsidR="00650973" w:rsidRDefault="00080072">
            <w:r>
              <w:rPr>
                <w:rFonts w:ascii="Arial" w:hAnsi="Arial"/>
                <w:sz w:val="21"/>
              </w:rPr>
              <w:t>Tropical, Heineken, Mahou 5*, Victoria Málaga</w:t>
            </w:r>
          </w:p>
        </w:tc>
        <w:tc>
          <w:tcPr>
            <w:tcW w:w="5103" w:type="dxa"/>
            <w:shd w:val="clear" w:color="auto" w:fill="F8FAF8"/>
            <w:tcMar>
              <w:top w:w="70" w:type="dxa"/>
              <w:left w:w="80" w:type="dxa"/>
              <w:bottom w:w="70" w:type="dxa"/>
              <w:right w:w="80" w:type="dxa"/>
            </w:tcMar>
            <w:vAlign w:val="center"/>
          </w:tcPr>
          <w:p w14:paraId="68A7D5FF" w14:textId="77777777" w:rsidR="00650973" w:rsidRDefault="00080072">
            <w:r>
              <w:rPr>
                <w:rFonts w:ascii="Arial" w:hAnsi="Arial"/>
                <w:sz w:val="21"/>
              </w:rPr>
              <w:t>3,00 €</w:t>
            </w:r>
          </w:p>
        </w:tc>
      </w:tr>
      <w:tr w:rsidR="00650973" w14:paraId="50C62D24" w14:textId="77777777">
        <w:trPr>
          <w:cantSplit/>
          <w:jc w:val="center"/>
        </w:trPr>
        <w:tc>
          <w:tcPr>
            <w:tcW w:w="5103" w:type="dxa"/>
            <w:tcMar>
              <w:top w:w="70" w:type="dxa"/>
              <w:left w:w="80" w:type="dxa"/>
              <w:bottom w:w="70" w:type="dxa"/>
              <w:right w:w="80" w:type="dxa"/>
            </w:tcMar>
            <w:vAlign w:val="center"/>
          </w:tcPr>
          <w:p w14:paraId="1185F650" w14:textId="77777777" w:rsidR="00650973" w:rsidRDefault="00080072">
            <w:r>
              <w:rPr>
                <w:rFonts w:ascii="Arial" w:hAnsi="Arial"/>
                <w:sz w:val="21"/>
              </w:rPr>
              <w:t>Paulaner, Alhambra, 1906 Reserva, Mahou Maestra</w:t>
            </w:r>
          </w:p>
        </w:tc>
        <w:tc>
          <w:tcPr>
            <w:tcW w:w="5103" w:type="dxa"/>
            <w:tcMar>
              <w:top w:w="70" w:type="dxa"/>
              <w:left w:w="80" w:type="dxa"/>
              <w:bottom w:w="70" w:type="dxa"/>
              <w:right w:w="80" w:type="dxa"/>
            </w:tcMar>
            <w:vAlign w:val="center"/>
          </w:tcPr>
          <w:p w14:paraId="5B47138F" w14:textId="77777777" w:rsidR="00650973" w:rsidRDefault="00080072">
            <w:r>
              <w:rPr>
                <w:rFonts w:ascii="Arial" w:hAnsi="Arial"/>
                <w:sz w:val="21"/>
              </w:rPr>
              <w:t>4,50 €</w:t>
            </w:r>
          </w:p>
        </w:tc>
      </w:tr>
      <w:tr w:rsidR="00650973" w14:paraId="7E891115" w14:textId="77777777">
        <w:trPr>
          <w:cantSplit/>
          <w:jc w:val="center"/>
        </w:trPr>
        <w:tc>
          <w:tcPr>
            <w:tcW w:w="5103" w:type="dxa"/>
            <w:shd w:val="clear" w:color="auto" w:fill="F8FAF8"/>
            <w:tcMar>
              <w:top w:w="70" w:type="dxa"/>
              <w:left w:w="80" w:type="dxa"/>
              <w:bottom w:w="70" w:type="dxa"/>
              <w:right w:w="80" w:type="dxa"/>
            </w:tcMar>
            <w:vAlign w:val="center"/>
          </w:tcPr>
          <w:p w14:paraId="5DBE8FE6" w14:textId="77777777" w:rsidR="00650973" w:rsidRDefault="00080072">
            <w:r>
              <w:rPr>
                <w:rFonts w:ascii="Arial" w:hAnsi="Arial"/>
                <w:sz w:val="21"/>
              </w:rPr>
              <w:t>Martini</w:t>
            </w:r>
          </w:p>
        </w:tc>
        <w:tc>
          <w:tcPr>
            <w:tcW w:w="5103" w:type="dxa"/>
            <w:shd w:val="clear" w:color="auto" w:fill="F8FAF8"/>
            <w:tcMar>
              <w:top w:w="70" w:type="dxa"/>
              <w:left w:w="80" w:type="dxa"/>
              <w:bottom w:w="70" w:type="dxa"/>
              <w:right w:w="80" w:type="dxa"/>
            </w:tcMar>
            <w:vAlign w:val="center"/>
          </w:tcPr>
          <w:p w14:paraId="72A351E1" w14:textId="77777777" w:rsidR="00650973" w:rsidRDefault="00080072">
            <w:r>
              <w:rPr>
                <w:rFonts w:ascii="Arial" w:hAnsi="Arial"/>
                <w:sz w:val="21"/>
              </w:rPr>
              <w:t>5,50 €</w:t>
            </w:r>
          </w:p>
        </w:tc>
      </w:tr>
      <w:tr w:rsidR="00650973" w14:paraId="24EAEA4E" w14:textId="77777777">
        <w:trPr>
          <w:cantSplit/>
          <w:jc w:val="center"/>
        </w:trPr>
        <w:tc>
          <w:tcPr>
            <w:tcW w:w="5103" w:type="dxa"/>
            <w:tcMar>
              <w:top w:w="70" w:type="dxa"/>
              <w:left w:w="80" w:type="dxa"/>
              <w:bottom w:w="70" w:type="dxa"/>
              <w:right w:w="80" w:type="dxa"/>
            </w:tcMar>
            <w:vAlign w:val="center"/>
          </w:tcPr>
          <w:p w14:paraId="6B6145A4" w14:textId="77777777" w:rsidR="00650973" w:rsidRDefault="00080072">
            <w:r>
              <w:rPr>
                <w:rFonts w:ascii="Arial" w:hAnsi="Arial"/>
                <w:sz w:val="21"/>
              </w:rPr>
              <w:t>Campari</w:t>
            </w:r>
          </w:p>
        </w:tc>
        <w:tc>
          <w:tcPr>
            <w:tcW w:w="5103" w:type="dxa"/>
            <w:tcMar>
              <w:top w:w="70" w:type="dxa"/>
              <w:left w:w="80" w:type="dxa"/>
              <w:bottom w:w="70" w:type="dxa"/>
              <w:right w:w="80" w:type="dxa"/>
            </w:tcMar>
            <w:vAlign w:val="center"/>
          </w:tcPr>
          <w:p w14:paraId="0DB99DE4" w14:textId="77777777" w:rsidR="00650973" w:rsidRDefault="00080072">
            <w:r>
              <w:rPr>
                <w:rFonts w:ascii="Arial" w:hAnsi="Arial"/>
                <w:sz w:val="21"/>
              </w:rPr>
              <w:t>7,50 €</w:t>
            </w:r>
          </w:p>
        </w:tc>
      </w:tr>
      <w:tr w:rsidR="00650973" w14:paraId="64AF383B" w14:textId="77777777">
        <w:trPr>
          <w:cantSplit/>
          <w:jc w:val="center"/>
        </w:trPr>
        <w:tc>
          <w:tcPr>
            <w:tcW w:w="5103" w:type="dxa"/>
            <w:shd w:val="clear" w:color="auto" w:fill="F8FAF8"/>
            <w:tcMar>
              <w:top w:w="70" w:type="dxa"/>
              <w:left w:w="80" w:type="dxa"/>
              <w:bottom w:w="70" w:type="dxa"/>
              <w:right w:w="80" w:type="dxa"/>
            </w:tcMar>
            <w:vAlign w:val="center"/>
          </w:tcPr>
          <w:p w14:paraId="632B67D5" w14:textId="77777777" w:rsidR="00650973" w:rsidRDefault="00080072">
            <w:r>
              <w:rPr>
                <w:rFonts w:ascii="Arial" w:hAnsi="Arial"/>
                <w:sz w:val="21"/>
              </w:rPr>
              <w:t>Tio Pepe</w:t>
            </w:r>
          </w:p>
        </w:tc>
        <w:tc>
          <w:tcPr>
            <w:tcW w:w="5103" w:type="dxa"/>
            <w:shd w:val="clear" w:color="auto" w:fill="F8FAF8"/>
            <w:tcMar>
              <w:top w:w="70" w:type="dxa"/>
              <w:left w:w="80" w:type="dxa"/>
              <w:bottom w:w="70" w:type="dxa"/>
              <w:right w:w="80" w:type="dxa"/>
            </w:tcMar>
            <w:vAlign w:val="center"/>
          </w:tcPr>
          <w:p w14:paraId="133B4ABF" w14:textId="77777777" w:rsidR="00650973" w:rsidRDefault="00080072">
            <w:r>
              <w:rPr>
                <w:rFonts w:ascii="Arial" w:hAnsi="Arial"/>
                <w:sz w:val="21"/>
              </w:rPr>
              <w:t>5,00 €</w:t>
            </w:r>
          </w:p>
        </w:tc>
      </w:tr>
      <w:tr w:rsidR="00650973" w14:paraId="3177050B" w14:textId="77777777">
        <w:trPr>
          <w:cantSplit/>
          <w:jc w:val="center"/>
        </w:trPr>
        <w:tc>
          <w:tcPr>
            <w:tcW w:w="5103" w:type="dxa"/>
            <w:tcMar>
              <w:top w:w="70" w:type="dxa"/>
              <w:left w:w="80" w:type="dxa"/>
              <w:bottom w:w="70" w:type="dxa"/>
              <w:right w:w="80" w:type="dxa"/>
            </w:tcMar>
            <w:vAlign w:val="center"/>
          </w:tcPr>
          <w:p w14:paraId="310D2E23" w14:textId="77777777" w:rsidR="00650973" w:rsidRDefault="00080072">
            <w:r>
              <w:rPr>
                <w:rFonts w:ascii="Arial" w:hAnsi="Arial"/>
                <w:sz w:val="21"/>
              </w:rPr>
              <w:t>Aperol</w:t>
            </w:r>
          </w:p>
        </w:tc>
        <w:tc>
          <w:tcPr>
            <w:tcW w:w="5103" w:type="dxa"/>
            <w:tcMar>
              <w:top w:w="70" w:type="dxa"/>
              <w:left w:w="80" w:type="dxa"/>
              <w:bottom w:w="70" w:type="dxa"/>
              <w:right w:w="80" w:type="dxa"/>
            </w:tcMar>
            <w:vAlign w:val="center"/>
          </w:tcPr>
          <w:p w14:paraId="61AFD479" w14:textId="77777777" w:rsidR="00650973" w:rsidRDefault="00080072">
            <w:r>
              <w:rPr>
                <w:rFonts w:ascii="Arial" w:hAnsi="Arial"/>
                <w:sz w:val="21"/>
              </w:rPr>
              <w:t>7,50 €</w:t>
            </w:r>
          </w:p>
        </w:tc>
      </w:tr>
      <w:tr w:rsidR="00650973" w14:paraId="115988C8" w14:textId="77777777">
        <w:trPr>
          <w:cantSplit/>
          <w:jc w:val="center"/>
        </w:trPr>
        <w:tc>
          <w:tcPr>
            <w:tcW w:w="5103" w:type="dxa"/>
            <w:shd w:val="clear" w:color="auto" w:fill="F8FAF8"/>
            <w:tcMar>
              <w:top w:w="70" w:type="dxa"/>
              <w:left w:w="80" w:type="dxa"/>
              <w:bottom w:w="70" w:type="dxa"/>
              <w:right w:w="80" w:type="dxa"/>
            </w:tcMar>
            <w:vAlign w:val="center"/>
          </w:tcPr>
          <w:p w14:paraId="3E093DBB" w14:textId="77777777" w:rsidR="00650973" w:rsidRDefault="00080072">
            <w:r>
              <w:rPr>
                <w:rFonts w:ascii="Arial" w:hAnsi="Arial"/>
                <w:sz w:val="21"/>
              </w:rPr>
              <w:t>Amaretto / Tia Maria / Marc / Pacharán</w:t>
            </w:r>
          </w:p>
        </w:tc>
        <w:tc>
          <w:tcPr>
            <w:tcW w:w="5103" w:type="dxa"/>
            <w:shd w:val="clear" w:color="auto" w:fill="F8FAF8"/>
            <w:tcMar>
              <w:top w:w="70" w:type="dxa"/>
              <w:left w:w="80" w:type="dxa"/>
              <w:bottom w:w="70" w:type="dxa"/>
              <w:right w:w="80" w:type="dxa"/>
            </w:tcMar>
            <w:vAlign w:val="center"/>
          </w:tcPr>
          <w:p w14:paraId="0391F465" w14:textId="77777777" w:rsidR="00650973" w:rsidRDefault="00080072">
            <w:r>
              <w:rPr>
                <w:rFonts w:ascii="Arial" w:hAnsi="Arial"/>
                <w:sz w:val="21"/>
              </w:rPr>
              <w:t>6,00 €</w:t>
            </w:r>
          </w:p>
        </w:tc>
      </w:tr>
      <w:tr w:rsidR="00650973" w14:paraId="4CF04DFB" w14:textId="77777777">
        <w:trPr>
          <w:cantSplit/>
          <w:jc w:val="center"/>
        </w:trPr>
        <w:tc>
          <w:tcPr>
            <w:tcW w:w="5103" w:type="dxa"/>
            <w:tcMar>
              <w:top w:w="70" w:type="dxa"/>
              <w:left w:w="80" w:type="dxa"/>
              <w:bottom w:w="70" w:type="dxa"/>
              <w:right w:w="80" w:type="dxa"/>
            </w:tcMar>
            <w:vAlign w:val="center"/>
          </w:tcPr>
          <w:p w14:paraId="32E11C13" w14:textId="77777777" w:rsidR="00650973" w:rsidRDefault="00080072">
            <w:r>
              <w:rPr>
                <w:rFonts w:ascii="Arial" w:hAnsi="Arial"/>
                <w:sz w:val="21"/>
              </w:rPr>
              <w:t>Arehucas</w:t>
            </w:r>
          </w:p>
        </w:tc>
        <w:tc>
          <w:tcPr>
            <w:tcW w:w="5103" w:type="dxa"/>
            <w:tcMar>
              <w:top w:w="70" w:type="dxa"/>
              <w:left w:w="80" w:type="dxa"/>
              <w:bottom w:w="70" w:type="dxa"/>
              <w:right w:w="80" w:type="dxa"/>
            </w:tcMar>
            <w:vAlign w:val="center"/>
          </w:tcPr>
          <w:p w14:paraId="00FEE052" w14:textId="77777777" w:rsidR="00650973" w:rsidRDefault="00080072">
            <w:r>
              <w:rPr>
                <w:rFonts w:ascii="Arial" w:hAnsi="Arial"/>
                <w:sz w:val="21"/>
              </w:rPr>
              <w:t>5,00 €</w:t>
            </w:r>
          </w:p>
        </w:tc>
      </w:tr>
      <w:tr w:rsidR="00650973" w14:paraId="0FB010C8" w14:textId="77777777">
        <w:trPr>
          <w:cantSplit/>
          <w:jc w:val="center"/>
        </w:trPr>
        <w:tc>
          <w:tcPr>
            <w:tcW w:w="5103" w:type="dxa"/>
            <w:shd w:val="clear" w:color="auto" w:fill="F8FAF8"/>
            <w:tcMar>
              <w:top w:w="70" w:type="dxa"/>
              <w:left w:w="80" w:type="dxa"/>
              <w:bottom w:w="70" w:type="dxa"/>
              <w:right w:w="80" w:type="dxa"/>
            </w:tcMar>
            <w:vAlign w:val="center"/>
          </w:tcPr>
          <w:p w14:paraId="39EC65C2" w14:textId="77777777" w:rsidR="00650973" w:rsidRDefault="00080072">
            <w:r>
              <w:rPr>
                <w:rFonts w:ascii="Arial" w:hAnsi="Arial"/>
                <w:sz w:val="21"/>
              </w:rPr>
              <w:t>Bacardi / Santa Teresa / Havana Club 7</w:t>
            </w:r>
          </w:p>
        </w:tc>
        <w:tc>
          <w:tcPr>
            <w:tcW w:w="5103" w:type="dxa"/>
            <w:shd w:val="clear" w:color="auto" w:fill="F8FAF8"/>
            <w:tcMar>
              <w:top w:w="70" w:type="dxa"/>
              <w:left w:w="80" w:type="dxa"/>
              <w:bottom w:w="70" w:type="dxa"/>
              <w:right w:w="80" w:type="dxa"/>
            </w:tcMar>
            <w:vAlign w:val="center"/>
          </w:tcPr>
          <w:p w14:paraId="3D08A509" w14:textId="77777777" w:rsidR="00650973" w:rsidRDefault="00080072">
            <w:r>
              <w:rPr>
                <w:rFonts w:ascii="Arial" w:hAnsi="Arial"/>
                <w:sz w:val="21"/>
              </w:rPr>
              <w:t>6,00 €</w:t>
            </w:r>
          </w:p>
        </w:tc>
      </w:tr>
      <w:tr w:rsidR="00650973" w14:paraId="00FEFBEA" w14:textId="77777777">
        <w:trPr>
          <w:cantSplit/>
          <w:jc w:val="center"/>
        </w:trPr>
        <w:tc>
          <w:tcPr>
            <w:tcW w:w="5103" w:type="dxa"/>
            <w:tcMar>
              <w:top w:w="70" w:type="dxa"/>
              <w:left w:w="80" w:type="dxa"/>
              <w:bottom w:w="70" w:type="dxa"/>
              <w:right w:w="80" w:type="dxa"/>
            </w:tcMar>
            <w:vAlign w:val="center"/>
          </w:tcPr>
          <w:p w14:paraId="70807935" w14:textId="77777777" w:rsidR="00650973" w:rsidRDefault="00080072">
            <w:r>
              <w:rPr>
                <w:rFonts w:ascii="Arial" w:hAnsi="Arial"/>
                <w:sz w:val="21"/>
              </w:rPr>
              <w:lastRenderedPageBreak/>
              <w:t>J&amp;B / John Haig / Johnnie Walker Red / Ballantine’s</w:t>
            </w:r>
          </w:p>
        </w:tc>
        <w:tc>
          <w:tcPr>
            <w:tcW w:w="5103" w:type="dxa"/>
            <w:tcMar>
              <w:top w:w="70" w:type="dxa"/>
              <w:left w:w="80" w:type="dxa"/>
              <w:bottom w:w="70" w:type="dxa"/>
              <w:right w:w="80" w:type="dxa"/>
            </w:tcMar>
            <w:vAlign w:val="center"/>
          </w:tcPr>
          <w:p w14:paraId="0BB6DB12" w14:textId="77777777" w:rsidR="00650973" w:rsidRDefault="00080072">
            <w:r>
              <w:rPr>
                <w:rFonts w:ascii="Arial" w:hAnsi="Arial"/>
                <w:sz w:val="21"/>
              </w:rPr>
              <w:t>6,00 €</w:t>
            </w:r>
          </w:p>
        </w:tc>
      </w:tr>
      <w:tr w:rsidR="00650973" w14:paraId="5C4C02CC" w14:textId="77777777">
        <w:trPr>
          <w:cantSplit/>
          <w:jc w:val="center"/>
        </w:trPr>
        <w:tc>
          <w:tcPr>
            <w:tcW w:w="5103" w:type="dxa"/>
            <w:shd w:val="clear" w:color="auto" w:fill="F8FAF8"/>
            <w:tcMar>
              <w:top w:w="70" w:type="dxa"/>
              <w:left w:w="80" w:type="dxa"/>
              <w:bottom w:w="70" w:type="dxa"/>
              <w:right w:w="80" w:type="dxa"/>
            </w:tcMar>
            <w:vAlign w:val="center"/>
          </w:tcPr>
          <w:p w14:paraId="5112E03A" w14:textId="77777777" w:rsidR="00650973" w:rsidRDefault="00080072">
            <w:r>
              <w:rPr>
                <w:rFonts w:ascii="Arial" w:hAnsi="Arial"/>
                <w:sz w:val="21"/>
              </w:rPr>
              <w:t>Johnnie Walker Black</w:t>
            </w:r>
          </w:p>
        </w:tc>
        <w:tc>
          <w:tcPr>
            <w:tcW w:w="5103" w:type="dxa"/>
            <w:shd w:val="clear" w:color="auto" w:fill="F8FAF8"/>
            <w:tcMar>
              <w:top w:w="70" w:type="dxa"/>
              <w:left w:w="80" w:type="dxa"/>
              <w:bottom w:w="70" w:type="dxa"/>
              <w:right w:w="80" w:type="dxa"/>
            </w:tcMar>
            <w:vAlign w:val="center"/>
          </w:tcPr>
          <w:p w14:paraId="5C30EEF5" w14:textId="77777777" w:rsidR="00650973" w:rsidRDefault="00080072">
            <w:r>
              <w:rPr>
                <w:rFonts w:ascii="Arial" w:hAnsi="Arial"/>
                <w:sz w:val="21"/>
              </w:rPr>
              <w:t>10,00 €</w:t>
            </w:r>
          </w:p>
        </w:tc>
      </w:tr>
      <w:tr w:rsidR="00650973" w14:paraId="1AF132F2" w14:textId="77777777">
        <w:trPr>
          <w:cantSplit/>
          <w:jc w:val="center"/>
        </w:trPr>
        <w:tc>
          <w:tcPr>
            <w:tcW w:w="5103" w:type="dxa"/>
            <w:tcMar>
              <w:top w:w="70" w:type="dxa"/>
              <w:left w:w="80" w:type="dxa"/>
              <w:bottom w:w="70" w:type="dxa"/>
              <w:right w:w="80" w:type="dxa"/>
            </w:tcMar>
            <w:vAlign w:val="center"/>
          </w:tcPr>
          <w:p w14:paraId="6B14251F" w14:textId="77777777" w:rsidR="00650973" w:rsidRDefault="00080072">
            <w:r>
              <w:rPr>
                <w:rFonts w:ascii="Arial" w:hAnsi="Arial"/>
                <w:sz w:val="21"/>
              </w:rPr>
              <w:t>Chivas Regal / Chivas 18 ans</w:t>
            </w:r>
          </w:p>
        </w:tc>
        <w:tc>
          <w:tcPr>
            <w:tcW w:w="5103" w:type="dxa"/>
            <w:tcMar>
              <w:top w:w="70" w:type="dxa"/>
              <w:left w:w="80" w:type="dxa"/>
              <w:bottom w:w="70" w:type="dxa"/>
              <w:right w:w="80" w:type="dxa"/>
            </w:tcMar>
            <w:vAlign w:val="center"/>
          </w:tcPr>
          <w:p w14:paraId="7EE10E5E" w14:textId="77777777" w:rsidR="00650973" w:rsidRDefault="00080072">
            <w:r>
              <w:rPr>
                <w:rFonts w:ascii="Arial" w:hAnsi="Arial"/>
                <w:sz w:val="21"/>
              </w:rPr>
              <w:t>12,00 €</w:t>
            </w:r>
          </w:p>
        </w:tc>
      </w:tr>
      <w:tr w:rsidR="00650973" w14:paraId="1E396518" w14:textId="77777777">
        <w:trPr>
          <w:cantSplit/>
          <w:jc w:val="center"/>
        </w:trPr>
        <w:tc>
          <w:tcPr>
            <w:tcW w:w="5103" w:type="dxa"/>
            <w:shd w:val="clear" w:color="auto" w:fill="F8FAF8"/>
            <w:tcMar>
              <w:top w:w="70" w:type="dxa"/>
              <w:left w:w="80" w:type="dxa"/>
              <w:bottom w:w="70" w:type="dxa"/>
              <w:right w:w="80" w:type="dxa"/>
            </w:tcMar>
            <w:vAlign w:val="center"/>
          </w:tcPr>
          <w:p w14:paraId="323C3F10" w14:textId="77777777" w:rsidR="00650973" w:rsidRDefault="00080072">
            <w:r>
              <w:rPr>
                <w:rFonts w:ascii="Arial" w:hAnsi="Arial"/>
                <w:sz w:val="21"/>
              </w:rPr>
              <w:t>Beefeater / Gordon’s / Larios</w:t>
            </w:r>
          </w:p>
        </w:tc>
        <w:tc>
          <w:tcPr>
            <w:tcW w:w="5103" w:type="dxa"/>
            <w:shd w:val="clear" w:color="auto" w:fill="F8FAF8"/>
            <w:tcMar>
              <w:top w:w="70" w:type="dxa"/>
              <w:left w:w="80" w:type="dxa"/>
              <w:bottom w:w="70" w:type="dxa"/>
              <w:right w:w="80" w:type="dxa"/>
            </w:tcMar>
            <w:vAlign w:val="center"/>
          </w:tcPr>
          <w:p w14:paraId="4C4C17C9" w14:textId="77777777" w:rsidR="00650973" w:rsidRDefault="00080072">
            <w:r>
              <w:rPr>
                <w:rFonts w:ascii="Arial" w:hAnsi="Arial"/>
                <w:sz w:val="21"/>
              </w:rPr>
              <w:t>6,00 €</w:t>
            </w:r>
          </w:p>
        </w:tc>
      </w:tr>
      <w:tr w:rsidR="00650973" w14:paraId="1BB3CD89" w14:textId="77777777">
        <w:trPr>
          <w:cantSplit/>
          <w:jc w:val="center"/>
        </w:trPr>
        <w:tc>
          <w:tcPr>
            <w:tcW w:w="5103" w:type="dxa"/>
            <w:tcMar>
              <w:top w:w="70" w:type="dxa"/>
              <w:left w:w="80" w:type="dxa"/>
              <w:bottom w:w="70" w:type="dxa"/>
              <w:right w:w="80" w:type="dxa"/>
            </w:tcMar>
            <w:vAlign w:val="center"/>
          </w:tcPr>
          <w:p w14:paraId="1AE812DA" w14:textId="77777777" w:rsidR="00650973" w:rsidRDefault="00080072">
            <w:r>
              <w:rPr>
                <w:rFonts w:ascii="Arial" w:hAnsi="Arial"/>
                <w:sz w:val="21"/>
              </w:rPr>
              <w:t>Bombay</w:t>
            </w:r>
          </w:p>
        </w:tc>
        <w:tc>
          <w:tcPr>
            <w:tcW w:w="5103" w:type="dxa"/>
            <w:tcMar>
              <w:top w:w="70" w:type="dxa"/>
              <w:left w:w="80" w:type="dxa"/>
              <w:bottom w:w="70" w:type="dxa"/>
              <w:right w:w="80" w:type="dxa"/>
            </w:tcMar>
            <w:vAlign w:val="center"/>
          </w:tcPr>
          <w:p w14:paraId="5427F376" w14:textId="77777777" w:rsidR="00650973" w:rsidRDefault="00080072">
            <w:r>
              <w:rPr>
                <w:rFonts w:ascii="Arial" w:hAnsi="Arial"/>
                <w:sz w:val="21"/>
              </w:rPr>
              <w:t>7,00 €</w:t>
            </w:r>
          </w:p>
        </w:tc>
      </w:tr>
      <w:tr w:rsidR="00650973" w14:paraId="297F9C42" w14:textId="77777777">
        <w:trPr>
          <w:cantSplit/>
          <w:jc w:val="center"/>
        </w:trPr>
        <w:tc>
          <w:tcPr>
            <w:tcW w:w="5103" w:type="dxa"/>
            <w:shd w:val="clear" w:color="auto" w:fill="F8FAF8"/>
            <w:tcMar>
              <w:top w:w="70" w:type="dxa"/>
              <w:left w:w="80" w:type="dxa"/>
              <w:bottom w:w="70" w:type="dxa"/>
              <w:right w:w="80" w:type="dxa"/>
            </w:tcMar>
            <w:vAlign w:val="center"/>
          </w:tcPr>
          <w:p w14:paraId="5BE0C82D" w14:textId="77777777" w:rsidR="00650973" w:rsidRDefault="00080072">
            <w:r>
              <w:rPr>
                <w:rFonts w:ascii="Arial" w:hAnsi="Arial"/>
                <w:sz w:val="21"/>
              </w:rPr>
              <w:t>Hendrick’s</w:t>
            </w:r>
          </w:p>
        </w:tc>
        <w:tc>
          <w:tcPr>
            <w:tcW w:w="5103" w:type="dxa"/>
            <w:shd w:val="clear" w:color="auto" w:fill="F8FAF8"/>
            <w:tcMar>
              <w:top w:w="70" w:type="dxa"/>
              <w:left w:w="80" w:type="dxa"/>
              <w:bottom w:w="70" w:type="dxa"/>
              <w:right w:w="80" w:type="dxa"/>
            </w:tcMar>
            <w:vAlign w:val="center"/>
          </w:tcPr>
          <w:p w14:paraId="596C4428" w14:textId="77777777" w:rsidR="00650973" w:rsidRDefault="00080072">
            <w:r>
              <w:rPr>
                <w:rFonts w:ascii="Arial" w:hAnsi="Arial"/>
                <w:sz w:val="21"/>
              </w:rPr>
              <w:t>8,00 €</w:t>
            </w:r>
          </w:p>
        </w:tc>
      </w:tr>
      <w:tr w:rsidR="00650973" w14:paraId="2CD49C72" w14:textId="77777777">
        <w:trPr>
          <w:cantSplit/>
          <w:jc w:val="center"/>
        </w:trPr>
        <w:tc>
          <w:tcPr>
            <w:tcW w:w="5103" w:type="dxa"/>
            <w:tcMar>
              <w:top w:w="70" w:type="dxa"/>
              <w:left w:w="80" w:type="dxa"/>
              <w:bottom w:w="70" w:type="dxa"/>
              <w:right w:w="80" w:type="dxa"/>
            </w:tcMar>
            <w:vAlign w:val="center"/>
          </w:tcPr>
          <w:p w14:paraId="1F9A4EC5" w14:textId="77777777" w:rsidR="00650973" w:rsidRDefault="00080072">
            <w:r>
              <w:rPr>
                <w:rFonts w:ascii="Arial" w:hAnsi="Arial"/>
                <w:sz w:val="21"/>
              </w:rPr>
              <w:t>G’Vine</w:t>
            </w:r>
          </w:p>
        </w:tc>
        <w:tc>
          <w:tcPr>
            <w:tcW w:w="5103" w:type="dxa"/>
            <w:tcMar>
              <w:top w:w="70" w:type="dxa"/>
              <w:left w:w="80" w:type="dxa"/>
              <w:bottom w:w="70" w:type="dxa"/>
              <w:right w:w="80" w:type="dxa"/>
            </w:tcMar>
            <w:vAlign w:val="center"/>
          </w:tcPr>
          <w:p w14:paraId="7DCC9748" w14:textId="77777777" w:rsidR="00650973" w:rsidRDefault="00080072">
            <w:r>
              <w:rPr>
                <w:rFonts w:ascii="Arial" w:hAnsi="Arial"/>
                <w:sz w:val="21"/>
              </w:rPr>
              <w:t>10,00 €</w:t>
            </w:r>
          </w:p>
        </w:tc>
      </w:tr>
      <w:tr w:rsidR="00650973" w14:paraId="69DF0E6A" w14:textId="77777777">
        <w:trPr>
          <w:cantSplit/>
          <w:jc w:val="center"/>
        </w:trPr>
        <w:tc>
          <w:tcPr>
            <w:tcW w:w="5103" w:type="dxa"/>
            <w:shd w:val="clear" w:color="auto" w:fill="F8FAF8"/>
            <w:tcMar>
              <w:top w:w="70" w:type="dxa"/>
              <w:left w:w="80" w:type="dxa"/>
              <w:bottom w:w="70" w:type="dxa"/>
              <w:right w:w="80" w:type="dxa"/>
            </w:tcMar>
            <w:vAlign w:val="center"/>
          </w:tcPr>
          <w:p w14:paraId="73827B7B" w14:textId="77777777" w:rsidR="00650973" w:rsidRDefault="00080072">
            <w:r>
              <w:rPr>
                <w:rFonts w:ascii="Arial" w:hAnsi="Arial"/>
                <w:sz w:val="21"/>
              </w:rPr>
              <w:t>Tanqueray</w:t>
            </w:r>
          </w:p>
        </w:tc>
        <w:tc>
          <w:tcPr>
            <w:tcW w:w="5103" w:type="dxa"/>
            <w:shd w:val="clear" w:color="auto" w:fill="F8FAF8"/>
            <w:tcMar>
              <w:top w:w="70" w:type="dxa"/>
              <w:left w:w="80" w:type="dxa"/>
              <w:bottom w:w="70" w:type="dxa"/>
              <w:right w:w="80" w:type="dxa"/>
            </w:tcMar>
            <w:vAlign w:val="center"/>
          </w:tcPr>
          <w:p w14:paraId="6FC8151E" w14:textId="77777777" w:rsidR="00650973" w:rsidRDefault="00080072">
            <w:r>
              <w:rPr>
                <w:rFonts w:ascii="Arial" w:hAnsi="Arial"/>
                <w:sz w:val="21"/>
              </w:rPr>
              <w:t>9,00 €</w:t>
            </w:r>
          </w:p>
        </w:tc>
      </w:tr>
      <w:tr w:rsidR="00650973" w14:paraId="49F7A625" w14:textId="77777777">
        <w:trPr>
          <w:cantSplit/>
          <w:jc w:val="center"/>
        </w:trPr>
        <w:tc>
          <w:tcPr>
            <w:tcW w:w="5103" w:type="dxa"/>
            <w:tcMar>
              <w:top w:w="70" w:type="dxa"/>
              <w:left w:w="80" w:type="dxa"/>
              <w:bottom w:w="70" w:type="dxa"/>
              <w:right w:w="80" w:type="dxa"/>
            </w:tcMar>
            <w:vAlign w:val="center"/>
          </w:tcPr>
          <w:p w14:paraId="2D38F5B7" w14:textId="77777777" w:rsidR="00650973" w:rsidRDefault="00080072">
            <w:r>
              <w:rPr>
                <w:rFonts w:ascii="Arial" w:hAnsi="Arial"/>
                <w:sz w:val="21"/>
              </w:rPr>
              <w:t>Smirnoff / Moskovskaya</w:t>
            </w:r>
          </w:p>
        </w:tc>
        <w:tc>
          <w:tcPr>
            <w:tcW w:w="5103" w:type="dxa"/>
            <w:tcMar>
              <w:top w:w="70" w:type="dxa"/>
              <w:left w:w="80" w:type="dxa"/>
              <w:bottom w:w="70" w:type="dxa"/>
              <w:right w:w="80" w:type="dxa"/>
            </w:tcMar>
            <w:vAlign w:val="center"/>
          </w:tcPr>
          <w:p w14:paraId="7D3734F5" w14:textId="77777777" w:rsidR="00650973" w:rsidRDefault="00080072">
            <w:r>
              <w:rPr>
                <w:rFonts w:ascii="Arial" w:hAnsi="Arial"/>
                <w:sz w:val="21"/>
              </w:rPr>
              <w:t>5,00 €</w:t>
            </w:r>
          </w:p>
        </w:tc>
      </w:tr>
      <w:tr w:rsidR="00650973" w14:paraId="71BFD321" w14:textId="77777777">
        <w:trPr>
          <w:cantSplit/>
          <w:jc w:val="center"/>
        </w:trPr>
        <w:tc>
          <w:tcPr>
            <w:tcW w:w="5103" w:type="dxa"/>
            <w:shd w:val="clear" w:color="auto" w:fill="F8FAF8"/>
            <w:tcMar>
              <w:top w:w="70" w:type="dxa"/>
              <w:left w:w="80" w:type="dxa"/>
              <w:bottom w:w="70" w:type="dxa"/>
              <w:right w:w="80" w:type="dxa"/>
            </w:tcMar>
            <w:vAlign w:val="center"/>
          </w:tcPr>
          <w:p w14:paraId="3CADBF1F" w14:textId="77777777" w:rsidR="00650973" w:rsidRDefault="00080072">
            <w:r>
              <w:rPr>
                <w:rFonts w:ascii="Arial" w:hAnsi="Arial"/>
                <w:sz w:val="21"/>
              </w:rPr>
              <w:t>Absolut</w:t>
            </w:r>
          </w:p>
        </w:tc>
        <w:tc>
          <w:tcPr>
            <w:tcW w:w="5103" w:type="dxa"/>
            <w:shd w:val="clear" w:color="auto" w:fill="F8FAF8"/>
            <w:tcMar>
              <w:top w:w="70" w:type="dxa"/>
              <w:left w:w="80" w:type="dxa"/>
              <w:bottom w:w="70" w:type="dxa"/>
              <w:right w:w="80" w:type="dxa"/>
            </w:tcMar>
            <w:vAlign w:val="center"/>
          </w:tcPr>
          <w:p w14:paraId="7089CE64" w14:textId="77777777" w:rsidR="00650973" w:rsidRDefault="00080072">
            <w:r>
              <w:rPr>
                <w:rFonts w:ascii="Arial" w:hAnsi="Arial"/>
                <w:sz w:val="21"/>
              </w:rPr>
              <w:t>6,00 €</w:t>
            </w:r>
          </w:p>
        </w:tc>
      </w:tr>
      <w:tr w:rsidR="00650973" w14:paraId="5A2A63A3" w14:textId="77777777">
        <w:trPr>
          <w:cantSplit/>
          <w:jc w:val="center"/>
        </w:trPr>
        <w:tc>
          <w:tcPr>
            <w:tcW w:w="5103" w:type="dxa"/>
            <w:tcMar>
              <w:top w:w="70" w:type="dxa"/>
              <w:left w:w="80" w:type="dxa"/>
              <w:bottom w:w="70" w:type="dxa"/>
              <w:right w:w="80" w:type="dxa"/>
            </w:tcMar>
            <w:vAlign w:val="center"/>
          </w:tcPr>
          <w:p w14:paraId="67137C1E" w14:textId="77777777" w:rsidR="00650973" w:rsidRDefault="00080072">
            <w:r>
              <w:rPr>
                <w:rFonts w:ascii="Arial" w:hAnsi="Arial"/>
                <w:sz w:val="21"/>
              </w:rPr>
              <w:t>Blat</w:t>
            </w:r>
          </w:p>
        </w:tc>
        <w:tc>
          <w:tcPr>
            <w:tcW w:w="5103" w:type="dxa"/>
            <w:tcMar>
              <w:top w:w="70" w:type="dxa"/>
              <w:left w:w="80" w:type="dxa"/>
              <w:bottom w:w="70" w:type="dxa"/>
              <w:right w:w="80" w:type="dxa"/>
            </w:tcMar>
            <w:vAlign w:val="center"/>
          </w:tcPr>
          <w:p w14:paraId="718D70B9" w14:textId="77777777" w:rsidR="00650973" w:rsidRDefault="00080072">
            <w:r>
              <w:rPr>
                <w:rFonts w:ascii="Arial" w:hAnsi="Arial"/>
                <w:sz w:val="21"/>
              </w:rPr>
              <w:t>9,00 €</w:t>
            </w:r>
          </w:p>
        </w:tc>
      </w:tr>
      <w:tr w:rsidR="00650973" w14:paraId="677F06D1" w14:textId="77777777">
        <w:trPr>
          <w:cantSplit/>
          <w:jc w:val="center"/>
        </w:trPr>
        <w:tc>
          <w:tcPr>
            <w:tcW w:w="5103" w:type="dxa"/>
            <w:shd w:val="clear" w:color="auto" w:fill="F8FAF8"/>
            <w:tcMar>
              <w:top w:w="70" w:type="dxa"/>
              <w:left w:w="80" w:type="dxa"/>
              <w:bottom w:w="70" w:type="dxa"/>
              <w:right w:w="80" w:type="dxa"/>
            </w:tcMar>
            <w:vAlign w:val="center"/>
          </w:tcPr>
          <w:p w14:paraId="273D5CED" w14:textId="77777777" w:rsidR="00650973" w:rsidRDefault="00080072">
            <w:r>
              <w:rPr>
                <w:rFonts w:ascii="Arial" w:hAnsi="Arial"/>
                <w:sz w:val="21"/>
              </w:rPr>
              <w:t>Mixer pour cocktails / spiritueux</w:t>
            </w:r>
          </w:p>
        </w:tc>
        <w:tc>
          <w:tcPr>
            <w:tcW w:w="5103" w:type="dxa"/>
            <w:shd w:val="clear" w:color="auto" w:fill="F8FAF8"/>
            <w:tcMar>
              <w:top w:w="70" w:type="dxa"/>
              <w:left w:w="80" w:type="dxa"/>
              <w:bottom w:w="70" w:type="dxa"/>
              <w:right w:w="80" w:type="dxa"/>
            </w:tcMar>
            <w:vAlign w:val="center"/>
          </w:tcPr>
          <w:p w14:paraId="7822BB79" w14:textId="77777777" w:rsidR="00650973" w:rsidRDefault="00080072">
            <w:r>
              <w:rPr>
                <w:rFonts w:ascii="Arial" w:hAnsi="Arial"/>
                <w:sz w:val="21"/>
              </w:rPr>
              <w:t>+3,00 €</w:t>
            </w:r>
          </w:p>
        </w:tc>
      </w:tr>
    </w:tbl>
    <w:p w14:paraId="0F35757E" w14:textId="77777777" w:rsidR="00650973" w:rsidRDefault="00650973">
      <w:pPr>
        <w:spacing w:after="40"/>
      </w:pPr>
    </w:p>
    <w:p w14:paraId="10E91607" w14:textId="77777777" w:rsidR="00650973" w:rsidRDefault="00080072">
      <w:pPr>
        <w:pStyle w:val="Titre3"/>
        <w:spacing w:before="120" w:after="100"/>
      </w:pPr>
      <w:r>
        <w:rPr>
          <w:rFonts w:ascii="Arial" w:hAnsi="Arial"/>
          <w:color w:val="2F6B4F"/>
          <w:sz w:val="23"/>
        </w:rPr>
        <w:t>Vins blancs</w:t>
      </w:r>
    </w:p>
    <w:tbl>
      <w:tblPr>
        <w:tblStyle w:val="Grilledutableau"/>
        <w:tblW w:w="0" w:type="auto"/>
        <w:jc w:val="center"/>
        <w:tblLook w:val="04A0" w:firstRow="1" w:lastRow="0" w:firstColumn="1" w:lastColumn="0" w:noHBand="0" w:noVBand="1"/>
      </w:tblPr>
      <w:tblGrid>
        <w:gridCol w:w="3402"/>
        <w:gridCol w:w="3402"/>
        <w:gridCol w:w="3402"/>
      </w:tblGrid>
      <w:tr w:rsidR="00650973" w14:paraId="0AB0B2D8" w14:textId="77777777">
        <w:trPr>
          <w:cantSplit/>
          <w:tblHeader/>
          <w:jc w:val="center"/>
        </w:trPr>
        <w:tc>
          <w:tcPr>
            <w:tcW w:w="3402" w:type="dxa"/>
            <w:shd w:val="clear" w:color="auto" w:fill="2F6B4F"/>
            <w:tcMar>
              <w:top w:w="70" w:type="dxa"/>
              <w:left w:w="80" w:type="dxa"/>
              <w:bottom w:w="70" w:type="dxa"/>
              <w:right w:w="80" w:type="dxa"/>
            </w:tcMar>
            <w:vAlign w:val="center"/>
          </w:tcPr>
          <w:p w14:paraId="58FEC74F" w14:textId="77777777" w:rsidR="00650973" w:rsidRDefault="00080072">
            <w:pPr>
              <w:jc w:val="center"/>
            </w:pPr>
            <w:r>
              <w:rPr>
                <w:rFonts w:ascii="Arial" w:hAnsi="Arial"/>
                <w:b/>
                <w:color w:val="FFFFFF"/>
                <w:sz w:val="20"/>
              </w:rPr>
              <w:t>Vin</w:t>
            </w:r>
          </w:p>
        </w:tc>
        <w:tc>
          <w:tcPr>
            <w:tcW w:w="3402" w:type="dxa"/>
            <w:shd w:val="clear" w:color="auto" w:fill="2F6B4F"/>
            <w:tcMar>
              <w:top w:w="70" w:type="dxa"/>
              <w:left w:w="80" w:type="dxa"/>
              <w:bottom w:w="70" w:type="dxa"/>
              <w:right w:w="80" w:type="dxa"/>
            </w:tcMar>
            <w:vAlign w:val="center"/>
          </w:tcPr>
          <w:p w14:paraId="41310774" w14:textId="77777777" w:rsidR="00650973" w:rsidRDefault="00080072">
            <w:pPr>
              <w:jc w:val="center"/>
            </w:pPr>
            <w:r>
              <w:rPr>
                <w:rFonts w:ascii="Arial" w:hAnsi="Arial"/>
                <w:b/>
                <w:color w:val="FFFFFF"/>
                <w:sz w:val="20"/>
              </w:rPr>
              <w:t>1/2 / verre</w:t>
            </w:r>
          </w:p>
        </w:tc>
        <w:tc>
          <w:tcPr>
            <w:tcW w:w="3402" w:type="dxa"/>
            <w:shd w:val="clear" w:color="auto" w:fill="2F6B4F"/>
            <w:tcMar>
              <w:top w:w="70" w:type="dxa"/>
              <w:left w:w="80" w:type="dxa"/>
              <w:bottom w:w="70" w:type="dxa"/>
              <w:right w:w="80" w:type="dxa"/>
            </w:tcMar>
            <w:vAlign w:val="center"/>
          </w:tcPr>
          <w:p w14:paraId="10F7BA3F" w14:textId="77777777" w:rsidR="00650973" w:rsidRDefault="00080072">
            <w:pPr>
              <w:jc w:val="center"/>
            </w:pPr>
            <w:r>
              <w:rPr>
                <w:rFonts w:ascii="Arial" w:hAnsi="Arial"/>
                <w:b/>
                <w:color w:val="FFFFFF"/>
                <w:sz w:val="20"/>
              </w:rPr>
              <w:t>Bouteille</w:t>
            </w:r>
          </w:p>
        </w:tc>
      </w:tr>
      <w:tr w:rsidR="00650973" w14:paraId="6E911147" w14:textId="77777777">
        <w:trPr>
          <w:cantSplit/>
          <w:jc w:val="center"/>
        </w:trPr>
        <w:tc>
          <w:tcPr>
            <w:tcW w:w="3402" w:type="dxa"/>
            <w:tcMar>
              <w:top w:w="70" w:type="dxa"/>
              <w:left w:w="80" w:type="dxa"/>
              <w:bottom w:w="70" w:type="dxa"/>
              <w:right w:w="80" w:type="dxa"/>
            </w:tcMar>
            <w:vAlign w:val="center"/>
          </w:tcPr>
          <w:p w14:paraId="37C9C589" w14:textId="77777777" w:rsidR="00650973" w:rsidRDefault="00080072">
            <w:r>
              <w:rPr>
                <w:rFonts w:ascii="Arial" w:hAnsi="Arial"/>
                <w:sz w:val="20"/>
              </w:rPr>
              <w:t>Verre de vin blanc</w:t>
            </w:r>
          </w:p>
        </w:tc>
        <w:tc>
          <w:tcPr>
            <w:tcW w:w="3402" w:type="dxa"/>
            <w:tcMar>
              <w:top w:w="70" w:type="dxa"/>
              <w:left w:w="80" w:type="dxa"/>
              <w:bottom w:w="70" w:type="dxa"/>
              <w:right w:w="80" w:type="dxa"/>
            </w:tcMar>
            <w:vAlign w:val="center"/>
          </w:tcPr>
          <w:p w14:paraId="52ABF408" w14:textId="77777777" w:rsidR="00650973" w:rsidRDefault="00080072">
            <w:r>
              <w:rPr>
                <w:rFonts w:ascii="Arial" w:hAnsi="Arial"/>
                <w:sz w:val="20"/>
              </w:rPr>
              <w:t>4,50 €</w:t>
            </w:r>
          </w:p>
        </w:tc>
        <w:tc>
          <w:tcPr>
            <w:tcW w:w="3402" w:type="dxa"/>
            <w:tcMar>
              <w:top w:w="70" w:type="dxa"/>
              <w:left w:w="80" w:type="dxa"/>
              <w:bottom w:w="70" w:type="dxa"/>
              <w:right w:w="80" w:type="dxa"/>
            </w:tcMar>
            <w:vAlign w:val="center"/>
          </w:tcPr>
          <w:p w14:paraId="29BDB9E3" w14:textId="77777777" w:rsidR="00650973" w:rsidRDefault="00650973"/>
        </w:tc>
      </w:tr>
      <w:tr w:rsidR="00650973" w14:paraId="5F99264E" w14:textId="77777777">
        <w:trPr>
          <w:cantSplit/>
          <w:jc w:val="center"/>
        </w:trPr>
        <w:tc>
          <w:tcPr>
            <w:tcW w:w="3402" w:type="dxa"/>
            <w:shd w:val="clear" w:color="auto" w:fill="F8FAF8"/>
            <w:tcMar>
              <w:top w:w="70" w:type="dxa"/>
              <w:left w:w="80" w:type="dxa"/>
              <w:bottom w:w="70" w:type="dxa"/>
              <w:right w:w="80" w:type="dxa"/>
            </w:tcMar>
            <w:vAlign w:val="center"/>
          </w:tcPr>
          <w:p w14:paraId="4E50CC80" w14:textId="77777777" w:rsidR="00650973" w:rsidRDefault="00080072">
            <w:r>
              <w:rPr>
                <w:rFonts w:ascii="Arial" w:hAnsi="Arial"/>
                <w:sz w:val="20"/>
              </w:rPr>
              <w:t>Viña Sol – Parellada, Garnacha Blanc (DO Catalogne)</w:t>
            </w:r>
          </w:p>
        </w:tc>
        <w:tc>
          <w:tcPr>
            <w:tcW w:w="3402" w:type="dxa"/>
            <w:shd w:val="clear" w:color="auto" w:fill="F8FAF8"/>
            <w:tcMar>
              <w:top w:w="70" w:type="dxa"/>
              <w:left w:w="80" w:type="dxa"/>
              <w:bottom w:w="70" w:type="dxa"/>
              <w:right w:w="80" w:type="dxa"/>
            </w:tcMar>
            <w:vAlign w:val="center"/>
          </w:tcPr>
          <w:p w14:paraId="0CC22026" w14:textId="77777777" w:rsidR="00650973" w:rsidRDefault="00080072">
            <w:r>
              <w:rPr>
                <w:rFonts w:ascii="Arial" w:hAnsi="Arial"/>
                <w:sz w:val="20"/>
              </w:rPr>
              <w:t>11 € demi-bouteille</w:t>
            </w:r>
          </w:p>
        </w:tc>
        <w:tc>
          <w:tcPr>
            <w:tcW w:w="3402" w:type="dxa"/>
            <w:shd w:val="clear" w:color="auto" w:fill="F8FAF8"/>
            <w:tcMar>
              <w:top w:w="70" w:type="dxa"/>
              <w:left w:w="80" w:type="dxa"/>
              <w:bottom w:w="70" w:type="dxa"/>
              <w:right w:w="80" w:type="dxa"/>
            </w:tcMar>
            <w:vAlign w:val="center"/>
          </w:tcPr>
          <w:p w14:paraId="0E57F686" w14:textId="77777777" w:rsidR="00650973" w:rsidRDefault="00080072">
            <w:r>
              <w:rPr>
                <w:rFonts w:ascii="Arial" w:hAnsi="Arial"/>
                <w:sz w:val="20"/>
              </w:rPr>
              <w:t>18 € bouteille</w:t>
            </w:r>
          </w:p>
        </w:tc>
      </w:tr>
      <w:tr w:rsidR="00650973" w14:paraId="70F83C17" w14:textId="77777777">
        <w:trPr>
          <w:cantSplit/>
          <w:jc w:val="center"/>
        </w:trPr>
        <w:tc>
          <w:tcPr>
            <w:tcW w:w="3402" w:type="dxa"/>
            <w:tcMar>
              <w:top w:w="70" w:type="dxa"/>
              <w:left w:w="80" w:type="dxa"/>
              <w:bottom w:w="70" w:type="dxa"/>
              <w:right w:w="80" w:type="dxa"/>
            </w:tcMar>
            <w:vAlign w:val="center"/>
          </w:tcPr>
          <w:p w14:paraId="115F5DF3" w14:textId="77777777" w:rsidR="00650973" w:rsidRDefault="00080072">
            <w:r>
              <w:rPr>
                <w:rFonts w:ascii="Arial" w:hAnsi="Arial"/>
                <w:sz w:val="20"/>
              </w:rPr>
              <w:t>Chardonnay Atrium (DO Penedès)</w:t>
            </w:r>
          </w:p>
        </w:tc>
        <w:tc>
          <w:tcPr>
            <w:tcW w:w="3402" w:type="dxa"/>
            <w:tcMar>
              <w:top w:w="70" w:type="dxa"/>
              <w:left w:w="80" w:type="dxa"/>
              <w:bottom w:w="70" w:type="dxa"/>
              <w:right w:w="80" w:type="dxa"/>
            </w:tcMar>
            <w:vAlign w:val="center"/>
          </w:tcPr>
          <w:p w14:paraId="12A3DE11" w14:textId="77777777" w:rsidR="00650973" w:rsidRDefault="00650973"/>
        </w:tc>
        <w:tc>
          <w:tcPr>
            <w:tcW w:w="3402" w:type="dxa"/>
            <w:tcMar>
              <w:top w:w="70" w:type="dxa"/>
              <w:left w:w="80" w:type="dxa"/>
              <w:bottom w:w="70" w:type="dxa"/>
              <w:right w:w="80" w:type="dxa"/>
            </w:tcMar>
            <w:vAlign w:val="center"/>
          </w:tcPr>
          <w:p w14:paraId="338ADACA" w14:textId="77777777" w:rsidR="00650973" w:rsidRDefault="00080072">
            <w:r>
              <w:rPr>
                <w:rFonts w:ascii="Arial" w:hAnsi="Arial"/>
                <w:sz w:val="20"/>
              </w:rPr>
              <w:t>21 €</w:t>
            </w:r>
          </w:p>
        </w:tc>
      </w:tr>
      <w:tr w:rsidR="00650973" w14:paraId="12322F0D" w14:textId="77777777">
        <w:trPr>
          <w:cantSplit/>
          <w:jc w:val="center"/>
        </w:trPr>
        <w:tc>
          <w:tcPr>
            <w:tcW w:w="3402" w:type="dxa"/>
            <w:shd w:val="clear" w:color="auto" w:fill="F8FAF8"/>
            <w:tcMar>
              <w:top w:w="70" w:type="dxa"/>
              <w:left w:w="80" w:type="dxa"/>
              <w:bottom w:w="70" w:type="dxa"/>
              <w:right w:w="80" w:type="dxa"/>
            </w:tcMar>
            <w:vAlign w:val="center"/>
          </w:tcPr>
          <w:p w14:paraId="7E262DD8" w14:textId="77777777" w:rsidR="00650973" w:rsidRDefault="00080072">
            <w:r>
              <w:rPr>
                <w:rFonts w:ascii="Arial" w:hAnsi="Arial"/>
                <w:sz w:val="20"/>
              </w:rPr>
              <w:t>Palomo Cojo / auto-traduit « Pigeon boiteux vert » (DO Rueda)</w:t>
            </w:r>
          </w:p>
        </w:tc>
        <w:tc>
          <w:tcPr>
            <w:tcW w:w="3402" w:type="dxa"/>
            <w:shd w:val="clear" w:color="auto" w:fill="F8FAF8"/>
            <w:tcMar>
              <w:top w:w="70" w:type="dxa"/>
              <w:left w:w="80" w:type="dxa"/>
              <w:bottom w:w="70" w:type="dxa"/>
              <w:right w:w="80" w:type="dxa"/>
            </w:tcMar>
            <w:vAlign w:val="center"/>
          </w:tcPr>
          <w:p w14:paraId="19B9C277" w14:textId="77777777" w:rsidR="00650973" w:rsidRDefault="00650973"/>
        </w:tc>
        <w:tc>
          <w:tcPr>
            <w:tcW w:w="3402" w:type="dxa"/>
            <w:shd w:val="clear" w:color="auto" w:fill="F8FAF8"/>
            <w:tcMar>
              <w:top w:w="70" w:type="dxa"/>
              <w:left w:w="80" w:type="dxa"/>
              <w:bottom w:w="70" w:type="dxa"/>
              <w:right w:w="80" w:type="dxa"/>
            </w:tcMar>
            <w:vAlign w:val="center"/>
          </w:tcPr>
          <w:p w14:paraId="0666009D" w14:textId="77777777" w:rsidR="00650973" w:rsidRDefault="00080072">
            <w:r>
              <w:rPr>
                <w:rFonts w:ascii="Arial" w:hAnsi="Arial"/>
                <w:sz w:val="20"/>
              </w:rPr>
              <w:t>19 €</w:t>
            </w:r>
          </w:p>
        </w:tc>
      </w:tr>
      <w:tr w:rsidR="00650973" w14:paraId="14A01132" w14:textId="77777777">
        <w:trPr>
          <w:cantSplit/>
          <w:jc w:val="center"/>
        </w:trPr>
        <w:tc>
          <w:tcPr>
            <w:tcW w:w="3402" w:type="dxa"/>
            <w:tcMar>
              <w:top w:w="70" w:type="dxa"/>
              <w:left w:w="80" w:type="dxa"/>
              <w:bottom w:w="70" w:type="dxa"/>
              <w:right w:w="80" w:type="dxa"/>
            </w:tcMar>
            <w:vAlign w:val="center"/>
          </w:tcPr>
          <w:p w14:paraId="2A43B90D" w14:textId="77777777" w:rsidR="00650973" w:rsidRDefault="00080072">
            <w:r>
              <w:rPr>
                <w:rFonts w:ascii="Arial" w:hAnsi="Arial"/>
                <w:sz w:val="20"/>
              </w:rPr>
              <w:t>Chapirete Verdejo (DO Rueda)</w:t>
            </w:r>
          </w:p>
        </w:tc>
        <w:tc>
          <w:tcPr>
            <w:tcW w:w="3402" w:type="dxa"/>
            <w:tcMar>
              <w:top w:w="70" w:type="dxa"/>
              <w:left w:w="80" w:type="dxa"/>
              <w:bottom w:w="70" w:type="dxa"/>
              <w:right w:w="80" w:type="dxa"/>
            </w:tcMar>
            <w:vAlign w:val="center"/>
          </w:tcPr>
          <w:p w14:paraId="031EEB76" w14:textId="77777777" w:rsidR="00650973" w:rsidRDefault="00650973"/>
        </w:tc>
        <w:tc>
          <w:tcPr>
            <w:tcW w:w="3402" w:type="dxa"/>
            <w:tcMar>
              <w:top w:w="70" w:type="dxa"/>
              <w:left w:w="80" w:type="dxa"/>
              <w:bottom w:w="70" w:type="dxa"/>
              <w:right w:w="80" w:type="dxa"/>
            </w:tcMar>
            <w:vAlign w:val="center"/>
          </w:tcPr>
          <w:p w14:paraId="543BC922" w14:textId="77777777" w:rsidR="00650973" w:rsidRDefault="00080072">
            <w:r>
              <w:rPr>
                <w:rFonts w:ascii="Arial" w:hAnsi="Arial"/>
                <w:sz w:val="20"/>
              </w:rPr>
              <w:t>18 €</w:t>
            </w:r>
          </w:p>
        </w:tc>
      </w:tr>
      <w:tr w:rsidR="00650973" w14:paraId="5A89EFFE" w14:textId="77777777">
        <w:trPr>
          <w:cantSplit/>
          <w:jc w:val="center"/>
        </w:trPr>
        <w:tc>
          <w:tcPr>
            <w:tcW w:w="3402" w:type="dxa"/>
            <w:shd w:val="clear" w:color="auto" w:fill="F8FAF8"/>
            <w:tcMar>
              <w:top w:w="70" w:type="dxa"/>
              <w:left w:w="80" w:type="dxa"/>
              <w:bottom w:w="70" w:type="dxa"/>
              <w:right w:w="80" w:type="dxa"/>
            </w:tcMar>
            <w:vAlign w:val="center"/>
          </w:tcPr>
          <w:p w14:paraId="5BC06E99" w14:textId="77777777" w:rsidR="00650973" w:rsidRDefault="00080072">
            <w:r>
              <w:rPr>
                <w:rFonts w:ascii="Arial" w:hAnsi="Arial"/>
                <w:sz w:val="20"/>
              </w:rPr>
              <w:t>Marqués de Riscal Verdejo (DO Rueda)</w:t>
            </w:r>
          </w:p>
        </w:tc>
        <w:tc>
          <w:tcPr>
            <w:tcW w:w="3402" w:type="dxa"/>
            <w:shd w:val="clear" w:color="auto" w:fill="F8FAF8"/>
            <w:tcMar>
              <w:top w:w="70" w:type="dxa"/>
              <w:left w:w="80" w:type="dxa"/>
              <w:bottom w:w="70" w:type="dxa"/>
              <w:right w:w="80" w:type="dxa"/>
            </w:tcMar>
            <w:vAlign w:val="center"/>
          </w:tcPr>
          <w:p w14:paraId="005FCFB5" w14:textId="77777777" w:rsidR="00650973" w:rsidRDefault="00650973"/>
        </w:tc>
        <w:tc>
          <w:tcPr>
            <w:tcW w:w="3402" w:type="dxa"/>
            <w:shd w:val="clear" w:color="auto" w:fill="F8FAF8"/>
            <w:tcMar>
              <w:top w:w="70" w:type="dxa"/>
              <w:left w:w="80" w:type="dxa"/>
              <w:bottom w:w="70" w:type="dxa"/>
              <w:right w:w="80" w:type="dxa"/>
            </w:tcMar>
            <w:vAlign w:val="center"/>
          </w:tcPr>
          <w:p w14:paraId="76B00A59" w14:textId="77777777" w:rsidR="00650973" w:rsidRDefault="00080072">
            <w:r>
              <w:rPr>
                <w:rFonts w:ascii="Arial" w:hAnsi="Arial"/>
                <w:sz w:val="20"/>
              </w:rPr>
              <w:t>22 €</w:t>
            </w:r>
          </w:p>
        </w:tc>
      </w:tr>
      <w:tr w:rsidR="00650973" w14:paraId="447FE49D" w14:textId="77777777">
        <w:trPr>
          <w:cantSplit/>
          <w:jc w:val="center"/>
        </w:trPr>
        <w:tc>
          <w:tcPr>
            <w:tcW w:w="3402" w:type="dxa"/>
            <w:tcMar>
              <w:top w:w="70" w:type="dxa"/>
              <w:left w:w="80" w:type="dxa"/>
              <w:bottom w:w="70" w:type="dxa"/>
              <w:right w:w="80" w:type="dxa"/>
            </w:tcMar>
            <w:vAlign w:val="center"/>
          </w:tcPr>
          <w:p w14:paraId="78C8CEA4" w14:textId="77777777" w:rsidR="00650973" w:rsidRDefault="00080072">
            <w:r>
              <w:rPr>
                <w:rFonts w:ascii="Arial" w:hAnsi="Arial"/>
                <w:sz w:val="20"/>
              </w:rPr>
              <w:t>Paco &amp; Lola Albariño (DO Rías Baixas)</w:t>
            </w:r>
          </w:p>
        </w:tc>
        <w:tc>
          <w:tcPr>
            <w:tcW w:w="3402" w:type="dxa"/>
            <w:tcMar>
              <w:top w:w="70" w:type="dxa"/>
              <w:left w:w="80" w:type="dxa"/>
              <w:bottom w:w="70" w:type="dxa"/>
              <w:right w:w="80" w:type="dxa"/>
            </w:tcMar>
            <w:vAlign w:val="center"/>
          </w:tcPr>
          <w:p w14:paraId="4AAC74F2" w14:textId="77777777" w:rsidR="00650973" w:rsidRDefault="00650973"/>
        </w:tc>
        <w:tc>
          <w:tcPr>
            <w:tcW w:w="3402" w:type="dxa"/>
            <w:tcMar>
              <w:top w:w="70" w:type="dxa"/>
              <w:left w:w="80" w:type="dxa"/>
              <w:bottom w:w="70" w:type="dxa"/>
              <w:right w:w="80" w:type="dxa"/>
            </w:tcMar>
            <w:vAlign w:val="center"/>
          </w:tcPr>
          <w:p w14:paraId="550F3C0F" w14:textId="77777777" w:rsidR="00650973" w:rsidRDefault="00080072">
            <w:r>
              <w:rPr>
                <w:rFonts w:ascii="Arial" w:hAnsi="Arial"/>
                <w:sz w:val="20"/>
              </w:rPr>
              <w:t>23,50 €</w:t>
            </w:r>
          </w:p>
        </w:tc>
      </w:tr>
      <w:tr w:rsidR="00650973" w14:paraId="0497B3CB" w14:textId="77777777">
        <w:trPr>
          <w:cantSplit/>
          <w:jc w:val="center"/>
        </w:trPr>
        <w:tc>
          <w:tcPr>
            <w:tcW w:w="3402" w:type="dxa"/>
            <w:shd w:val="clear" w:color="auto" w:fill="F8FAF8"/>
            <w:tcMar>
              <w:top w:w="70" w:type="dxa"/>
              <w:left w:w="80" w:type="dxa"/>
              <w:bottom w:w="70" w:type="dxa"/>
              <w:right w:w="80" w:type="dxa"/>
            </w:tcMar>
            <w:vAlign w:val="center"/>
          </w:tcPr>
          <w:p w14:paraId="79723AB7" w14:textId="77777777" w:rsidR="00650973" w:rsidRDefault="00080072">
            <w:r>
              <w:rPr>
                <w:rFonts w:ascii="Arial" w:hAnsi="Arial"/>
                <w:sz w:val="20"/>
              </w:rPr>
              <w:t>Segrel Albariño (DO Rías Baixas)</w:t>
            </w:r>
          </w:p>
        </w:tc>
        <w:tc>
          <w:tcPr>
            <w:tcW w:w="3402" w:type="dxa"/>
            <w:shd w:val="clear" w:color="auto" w:fill="F8FAF8"/>
            <w:tcMar>
              <w:top w:w="70" w:type="dxa"/>
              <w:left w:w="80" w:type="dxa"/>
              <w:bottom w:w="70" w:type="dxa"/>
              <w:right w:w="80" w:type="dxa"/>
            </w:tcMar>
            <w:vAlign w:val="center"/>
          </w:tcPr>
          <w:p w14:paraId="2E437CF6" w14:textId="77777777" w:rsidR="00650973" w:rsidRDefault="00650973"/>
        </w:tc>
        <w:tc>
          <w:tcPr>
            <w:tcW w:w="3402" w:type="dxa"/>
            <w:shd w:val="clear" w:color="auto" w:fill="F8FAF8"/>
            <w:tcMar>
              <w:top w:w="70" w:type="dxa"/>
              <w:left w:w="80" w:type="dxa"/>
              <w:bottom w:w="70" w:type="dxa"/>
              <w:right w:w="80" w:type="dxa"/>
            </w:tcMar>
            <w:vAlign w:val="center"/>
          </w:tcPr>
          <w:p w14:paraId="6E1DB438" w14:textId="77777777" w:rsidR="00650973" w:rsidRDefault="00080072">
            <w:r>
              <w:rPr>
                <w:rFonts w:ascii="Arial" w:hAnsi="Arial"/>
                <w:sz w:val="20"/>
              </w:rPr>
              <w:t>20 €</w:t>
            </w:r>
          </w:p>
        </w:tc>
      </w:tr>
      <w:tr w:rsidR="00650973" w14:paraId="43FEF430" w14:textId="77777777">
        <w:trPr>
          <w:cantSplit/>
          <w:jc w:val="center"/>
        </w:trPr>
        <w:tc>
          <w:tcPr>
            <w:tcW w:w="3402" w:type="dxa"/>
            <w:tcMar>
              <w:top w:w="70" w:type="dxa"/>
              <w:left w:w="80" w:type="dxa"/>
              <w:bottom w:w="70" w:type="dxa"/>
              <w:right w:w="80" w:type="dxa"/>
            </w:tcMar>
            <w:vAlign w:val="center"/>
          </w:tcPr>
          <w:p w14:paraId="4AD93881" w14:textId="77777777" w:rsidR="00650973" w:rsidRDefault="00080072">
            <w:r>
              <w:rPr>
                <w:rFonts w:ascii="Arial" w:hAnsi="Arial"/>
                <w:sz w:val="20"/>
              </w:rPr>
              <w:t>Bermejo sec – Malvasía Volcánica (Lanzarote)</w:t>
            </w:r>
          </w:p>
        </w:tc>
        <w:tc>
          <w:tcPr>
            <w:tcW w:w="3402" w:type="dxa"/>
            <w:tcMar>
              <w:top w:w="70" w:type="dxa"/>
              <w:left w:w="80" w:type="dxa"/>
              <w:bottom w:w="70" w:type="dxa"/>
              <w:right w:w="80" w:type="dxa"/>
            </w:tcMar>
            <w:vAlign w:val="center"/>
          </w:tcPr>
          <w:p w14:paraId="0A598AD4" w14:textId="77777777" w:rsidR="00650973" w:rsidRDefault="00650973"/>
        </w:tc>
        <w:tc>
          <w:tcPr>
            <w:tcW w:w="3402" w:type="dxa"/>
            <w:tcMar>
              <w:top w:w="70" w:type="dxa"/>
              <w:left w:w="80" w:type="dxa"/>
              <w:bottom w:w="70" w:type="dxa"/>
              <w:right w:w="80" w:type="dxa"/>
            </w:tcMar>
            <w:vAlign w:val="center"/>
          </w:tcPr>
          <w:p w14:paraId="282F91F4" w14:textId="77777777" w:rsidR="00650973" w:rsidRDefault="00080072">
            <w:r>
              <w:rPr>
                <w:rFonts w:ascii="Arial" w:hAnsi="Arial"/>
                <w:sz w:val="20"/>
              </w:rPr>
              <w:t>29 €</w:t>
            </w:r>
          </w:p>
        </w:tc>
      </w:tr>
      <w:tr w:rsidR="00650973" w14:paraId="48FCB852" w14:textId="77777777">
        <w:trPr>
          <w:cantSplit/>
          <w:jc w:val="center"/>
        </w:trPr>
        <w:tc>
          <w:tcPr>
            <w:tcW w:w="3402" w:type="dxa"/>
            <w:shd w:val="clear" w:color="auto" w:fill="F8FAF8"/>
            <w:tcMar>
              <w:top w:w="70" w:type="dxa"/>
              <w:left w:w="80" w:type="dxa"/>
              <w:bottom w:w="70" w:type="dxa"/>
              <w:right w:w="80" w:type="dxa"/>
            </w:tcMar>
            <w:vAlign w:val="center"/>
          </w:tcPr>
          <w:p w14:paraId="26EAB845" w14:textId="77777777" w:rsidR="00650973" w:rsidRDefault="00080072">
            <w:r>
              <w:rPr>
                <w:rFonts w:ascii="Arial" w:hAnsi="Arial"/>
                <w:sz w:val="20"/>
              </w:rPr>
              <w:t>Bermejo Semidulce – Malvasía Volcánica (Lanzarote)</w:t>
            </w:r>
          </w:p>
        </w:tc>
        <w:tc>
          <w:tcPr>
            <w:tcW w:w="3402" w:type="dxa"/>
            <w:shd w:val="clear" w:color="auto" w:fill="F8FAF8"/>
            <w:tcMar>
              <w:top w:w="70" w:type="dxa"/>
              <w:left w:w="80" w:type="dxa"/>
              <w:bottom w:w="70" w:type="dxa"/>
              <w:right w:w="80" w:type="dxa"/>
            </w:tcMar>
            <w:vAlign w:val="center"/>
          </w:tcPr>
          <w:p w14:paraId="15ABF8F3" w14:textId="77777777" w:rsidR="00650973" w:rsidRDefault="00650973"/>
        </w:tc>
        <w:tc>
          <w:tcPr>
            <w:tcW w:w="3402" w:type="dxa"/>
            <w:shd w:val="clear" w:color="auto" w:fill="F8FAF8"/>
            <w:tcMar>
              <w:top w:w="70" w:type="dxa"/>
              <w:left w:w="80" w:type="dxa"/>
              <w:bottom w:w="70" w:type="dxa"/>
              <w:right w:w="80" w:type="dxa"/>
            </w:tcMar>
            <w:vAlign w:val="center"/>
          </w:tcPr>
          <w:p w14:paraId="017A3981" w14:textId="77777777" w:rsidR="00650973" w:rsidRDefault="00080072">
            <w:r>
              <w:rPr>
                <w:rFonts w:ascii="Arial" w:hAnsi="Arial"/>
                <w:sz w:val="20"/>
              </w:rPr>
              <w:t>29 €</w:t>
            </w:r>
          </w:p>
        </w:tc>
      </w:tr>
      <w:tr w:rsidR="00650973" w14:paraId="1135CF47" w14:textId="77777777">
        <w:trPr>
          <w:cantSplit/>
          <w:jc w:val="center"/>
        </w:trPr>
        <w:tc>
          <w:tcPr>
            <w:tcW w:w="3402" w:type="dxa"/>
            <w:tcMar>
              <w:top w:w="70" w:type="dxa"/>
              <w:left w:w="80" w:type="dxa"/>
              <w:bottom w:w="70" w:type="dxa"/>
              <w:right w:w="80" w:type="dxa"/>
            </w:tcMar>
            <w:vAlign w:val="center"/>
          </w:tcPr>
          <w:p w14:paraId="2237ECF2" w14:textId="77777777" w:rsidR="00650973" w:rsidRDefault="00080072">
            <w:r>
              <w:rPr>
                <w:rFonts w:ascii="Arial" w:hAnsi="Arial"/>
                <w:sz w:val="20"/>
              </w:rPr>
              <w:t>Santa Digna Reserva Sauvignon Blanc (Chili)</w:t>
            </w:r>
          </w:p>
        </w:tc>
        <w:tc>
          <w:tcPr>
            <w:tcW w:w="3402" w:type="dxa"/>
            <w:tcMar>
              <w:top w:w="70" w:type="dxa"/>
              <w:left w:w="80" w:type="dxa"/>
              <w:bottom w:w="70" w:type="dxa"/>
              <w:right w:w="80" w:type="dxa"/>
            </w:tcMar>
            <w:vAlign w:val="center"/>
          </w:tcPr>
          <w:p w14:paraId="5689C5F9" w14:textId="77777777" w:rsidR="00650973" w:rsidRDefault="00650973"/>
        </w:tc>
        <w:tc>
          <w:tcPr>
            <w:tcW w:w="3402" w:type="dxa"/>
            <w:tcMar>
              <w:top w:w="70" w:type="dxa"/>
              <w:left w:w="80" w:type="dxa"/>
              <w:bottom w:w="70" w:type="dxa"/>
              <w:right w:w="80" w:type="dxa"/>
            </w:tcMar>
            <w:vAlign w:val="center"/>
          </w:tcPr>
          <w:p w14:paraId="7E7CB4EC" w14:textId="77777777" w:rsidR="00650973" w:rsidRDefault="00080072">
            <w:r>
              <w:rPr>
                <w:rFonts w:ascii="Arial" w:hAnsi="Arial"/>
                <w:sz w:val="20"/>
              </w:rPr>
              <w:t>22 €</w:t>
            </w:r>
          </w:p>
        </w:tc>
      </w:tr>
    </w:tbl>
    <w:p w14:paraId="585D8EEA" w14:textId="77777777" w:rsidR="00650973" w:rsidRDefault="00650973">
      <w:pPr>
        <w:spacing w:after="40"/>
      </w:pPr>
    </w:p>
    <w:p w14:paraId="184082B9" w14:textId="77777777" w:rsidR="00650973" w:rsidRDefault="00080072">
      <w:pPr>
        <w:pStyle w:val="Titre3"/>
        <w:spacing w:before="120" w:after="100"/>
      </w:pPr>
      <w:r>
        <w:rPr>
          <w:rFonts w:ascii="Arial" w:hAnsi="Arial"/>
          <w:color w:val="2F6B4F"/>
          <w:sz w:val="23"/>
        </w:rPr>
        <w:t>Vins rosés</w:t>
      </w:r>
    </w:p>
    <w:tbl>
      <w:tblPr>
        <w:tblStyle w:val="Grilledutableau"/>
        <w:tblW w:w="0" w:type="auto"/>
        <w:jc w:val="center"/>
        <w:tblLook w:val="04A0" w:firstRow="1" w:lastRow="0" w:firstColumn="1" w:lastColumn="0" w:noHBand="0" w:noVBand="1"/>
      </w:tblPr>
      <w:tblGrid>
        <w:gridCol w:w="3402"/>
        <w:gridCol w:w="3402"/>
        <w:gridCol w:w="3402"/>
      </w:tblGrid>
      <w:tr w:rsidR="00650973" w14:paraId="662F96D2" w14:textId="77777777">
        <w:trPr>
          <w:cantSplit/>
          <w:tblHeader/>
          <w:jc w:val="center"/>
        </w:trPr>
        <w:tc>
          <w:tcPr>
            <w:tcW w:w="3402" w:type="dxa"/>
            <w:shd w:val="clear" w:color="auto" w:fill="2F6B4F"/>
            <w:tcMar>
              <w:top w:w="70" w:type="dxa"/>
              <w:left w:w="80" w:type="dxa"/>
              <w:bottom w:w="70" w:type="dxa"/>
              <w:right w:w="80" w:type="dxa"/>
            </w:tcMar>
            <w:vAlign w:val="center"/>
          </w:tcPr>
          <w:p w14:paraId="7DE3B344" w14:textId="77777777" w:rsidR="00650973" w:rsidRDefault="00080072">
            <w:pPr>
              <w:jc w:val="center"/>
            </w:pPr>
            <w:r>
              <w:rPr>
                <w:rFonts w:ascii="Arial" w:hAnsi="Arial"/>
                <w:b/>
                <w:color w:val="FFFFFF"/>
                <w:sz w:val="20"/>
              </w:rPr>
              <w:t>Vin</w:t>
            </w:r>
          </w:p>
        </w:tc>
        <w:tc>
          <w:tcPr>
            <w:tcW w:w="3402" w:type="dxa"/>
            <w:shd w:val="clear" w:color="auto" w:fill="2F6B4F"/>
            <w:tcMar>
              <w:top w:w="70" w:type="dxa"/>
              <w:left w:w="80" w:type="dxa"/>
              <w:bottom w:w="70" w:type="dxa"/>
              <w:right w:w="80" w:type="dxa"/>
            </w:tcMar>
            <w:vAlign w:val="center"/>
          </w:tcPr>
          <w:p w14:paraId="23614385" w14:textId="77777777" w:rsidR="00650973" w:rsidRDefault="00080072">
            <w:pPr>
              <w:jc w:val="center"/>
            </w:pPr>
            <w:r>
              <w:rPr>
                <w:rFonts w:ascii="Arial" w:hAnsi="Arial"/>
                <w:b/>
                <w:color w:val="FFFFFF"/>
                <w:sz w:val="20"/>
              </w:rPr>
              <w:t>1/2 / verre</w:t>
            </w:r>
          </w:p>
        </w:tc>
        <w:tc>
          <w:tcPr>
            <w:tcW w:w="3402" w:type="dxa"/>
            <w:shd w:val="clear" w:color="auto" w:fill="2F6B4F"/>
            <w:tcMar>
              <w:top w:w="70" w:type="dxa"/>
              <w:left w:w="80" w:type="dxa"/>
              <w:bottom w:w="70" w:type="dxa"/>
              <w:right w:w="80" w:type="dxa"/>
            </w:tcMar>
            <w:vAlign w:val="center"/>
          </w:tcPr>
          <w:p w14:paraId="65681D0E" w14:textId="77777777" w:rsidR="00650973" w:rsidRDefault="00080072">
            <w:pPr>
              <w:jc w:val="center"/>
            </w:pPr>
            <w:r>
              <w:rPr>
                <w:rFonts w:ascii="Arial" w:hAnsi="Arial"/>
                <w:b/>
                <w:color w:val="FFFFFF"/>
                <w:sz w:val="20"/>
              </w:rPr>
              <w:t>Bouteille</w:t>
            </w:r>
          </w:p>
        </w:tc>
      </w:tr>
      <w:tr w:rsidR="00650973" w14:paraId="1FA2DBA8" w14:textId="77777777">
        <w:trPr>
          <w:cantSplit/>
          <w:jc w:val="center"/>
        </w:trPr>
        <w:tc>
          <w:tcPr>
            <w:tcW w:w="3402" w:type="dxa"/>
            <w:tcMar>
              <w:top w:w="70" w:type="dxa"/>
              <w:left w:w="80" w:type="dxa"/>
              <w:bottom w:w="70" w:type="dxa"/>
              <w:right w:w="80" w:type="dxa"/>
            </w:tcMar>
            <w:vAlign w:val="center"/>
          </w:tcPr>
          <w:p w14:paraId="4AB9F657" w14:textId="77777777" w:rsidR="00650973" w:rsidRDefault="00080072">
            <w:r>
              <w:rPr>
                <w:rFonts w:ascii="Arial" w:hAnsi="Arial"/>
                <w:sz w:val="20"/>
              </w:rPr>
              <w:t>Verre de vin rosé</w:t>
            </w:r>
          </w:p>
        </w:tc>
        <w:tc>
          <w:tcPr>
            <w:tcW w:w="3402" w:type="dxa"/>
            <w:tcMar>
              <w:top w:w="70" w:type="dxa"/>
              <w:left w:w="80" w:type="dxa"/>
              <w:bottom w:w="70" w:type="dxa"/>
              <w:right w:w="80" w:type="dxa"/>
            </w:tcMar>
            <w:vAlign w:val="center"/>
          </w:tcPr>
          <w:p w14:paraId="5B2C51B4" w14:textId="77777777" w:rsidR="00650973" w:rsidRDefault="00080072">
            <w:r>
              <w:rPr>
                <w:rFonts w:ascii="Arial" w:hAnsi="Arial"/>
                <w:sz w:val="20"/>
              </w:rPr>
              <w:t>4,50 €</w:t>
            </w:r>
          </w:p>
        </w:tc>
        <w:tc>
          <w:tcPr>
            <w:tcW w:w="3402" w:type="dxa"/>
            <w:tcMar>
              <w:top w:w="70" w:type="dxa"/>
              <w:left w:w="80" w:type="dxa"/>
              <w:bottom w:w="70" w:type="dxa"/>
              <w:right w:w="80" w:type="dxa"/>
            </w:tcMar>
            <w:vAlign w:val="center"/>
          </w:tcPr>
          <w:p w14:paraId="4E474806" w14:textId="77777777" w:rsidR="00650973" w:rsidRDefault="00650973"/>
        </w:tc>
      </w:tr>
      <w:tr w:rsidR="00650973" w14:paraId="3522EDE6" w14:textId="77777777">
        <w:trPr>
          <w:cantSplit/>
          <w:jc w:val="center"/>
        </w:trPr>
        <w:tc>
          <w:tcPr>
            <w:tcW w:w="3402" w:type="dxa"/>
            <w:shd w:val="clear" w:color="auto" w:fill="F8FAF8"/>
            <w:tcMar>
              <w:top w:w="70" w:type="dxa"/>
              <w:left w:w="80" w:type="dxa"/>
              <w:bottom w:w="70" w:type="dxa"/>
              <w:right w:w="80" w:type="dxa"/>
            </w:tcMar>
            <w:vAlign w:val="center"/>
          </w:tcPr>
          <w:p w14:paraId="45D18ED4" w14:textId="77777777" w:rsidR="00650973" w:rsidRDefault="00080072">
            <w:r>
              <w:rPr>
                <w:rFonts w:ascii="Arial" w:hAnsi="Arial"/>
                <w:sz w:val="20"/>
              </w:rPr>
              <w:t>De Casta – Garnacha tinta, Cariñena (Catalogne)</w:t>
            </w:r>
          </w:p>
        </w:tc>
        <w:tc>
          <w:tcPr>
            <w:tcW w:w="3402" w:type="dxa"/>
            <w:shd w:val="clear" w:color="auto" w:fill="F8FAF8"/>
            <w:tcMar>
              <w:top w:w="70" w:type="dxa"/>
              <w:left w:w="80" w:type="dxa"/>
              <w:bottom w:w="70" w:type="dxa"/>
              <w:right w:w="80" w:type="dxa"/>
            </w:tcMar>
            <w:vAlign w:val="center"/>
          </w:tcPr>
          <w:p w14:paraId="136129D8" w14:textId="77777777" w:rsidR="00650973" w:rsidRDefault="00080072">
            <w:r>
              <w:rPr>
                <w:rFonts w:ascii="Arial" w:hAnsi="Arial"/>
                <w:sz w:val="20"/>
              </w:rPr>
              <w:t>12 € demi</w:t>
            </w:r>
          </w:p>
        </w:tc>
        <w:tc>
          <w:tcPr>
            <w:tcW w:w="3402" w:type="dxa"/>
            <w:shd w:val="clear" w:color="auto" w:fill="F8FAF8"/>
            <w:tcMar>
              <w:top w:w="70" w:type="dxa"/>
              <w:left w:w="80" w:type="dxa"/>
              <w:bottom w:w="70" w:type="dxa"/>
              <w:right w:w="80" w:type="dxa"/>
            </w:tcMar>
            <w:vAlign w:val="center"/>
          </w:tcPr>
          <w:p w14:paraId="118EFA3F" w14:textId="77777777" w:rsidR="00650973" w:rsidRDefault="00080072">
            <w:r>
              <w:rPr>
                <w:rFonts w:ascii="Arial" w:hAnsi="Arial"/>
                <w:sz w:val="20"/>
              </w:rPr>
              <w:t>19 € bouteille</w:t>
            </w:r>
          </w:p>
        </w:tc>
      </w:tr>
      <w:tr w:rsidR="00650973" w14:paraId="581FCAED" w14:textId="77777777">
        <w:trPr>
          <w:cantSplit/>
          <w:jc w:val="center"/>
        </w:trPr>
        <w:tc>
          <w:tcPr>
            <w:tcW w:w="3402" w:type="dxa"/>
            <w:tcMar>
              <w:top w:w="70" w:type="dxa"/>
              <w:left w:w="80" w:type="dxa"/>
              <w:bottom w:w="70" w:type="dxa"/>
              <w:right w:w="80" w:type="dxa"/>
            </w:tcMar>
            <w:vAlign w:val="center"/>
          </w:tcPr>
          <w:p w14:paraId="180D4E13" w14:textId="77777777" w:rsidR="00650973" w:rsidRDefault="00080072">
            <w:r>
              <w:rPr>
                <w:rFonts w:ascii="Arial" w:hAnsi="Arial"/>
                <w:sz w:val="20"/>
              </w:rPr>
              <w:t>Pavina – Pinot Noir (Castille-et-León)</w:t>
            </w:r>
          </w:p>
        </w:tc>
        <w:tc>
          <w:tcPr>
            <w:tcW w:w="3402" w:type="dxa"/>
            <w:tcMar>
              <w:top w:w="70" w:type="dxa"/>
              <w:left w:w="80" w:type="dxa"/>
              <w:bottom w:w="70" w:type="dxa"/>
              <w:right w:w="80" w:type="dxa"/>
            </w:tcMar>
            <w:vAlign w:val="center"/>
          </w:tcPr>
          <w:p w14:paraId="5178E73F" w14:textId="77777777" w:rsidR="00650973" w:rsidRDefault="00650973"/>
        </w:tc>
        <w:tc>
          <w:tcPr>
            <w:tcW w:w="3402" w:type="dxa"/>
            <w:tcMar>
              <w:top w:w="70" w:type="dxa"/>
              <w:left w:w="80" w:type="dxa"/>
              <w:bottom w:w="70" w:type="dxa"/>
              <w:right w:w="80" w:type="dxa"/>
            </w:tcMar>
            <w:vAlign w:val="center"/>
          </w:tcPr>
          <w:p w14:paraId="264C4C81" w14:textId="77777777" w:rsidR="00650973" w:rsidRDefault="00080072">
            <w:r>
              <w:rPr>
                <w:rFonts w:ascii="Arial" w:hAnsi="Arial"/>
                <w:sz w:val="20"/>
              </w:rPr>
              <w:t>18 €</w:t>
            </w:r>
          </w:p>
        </w:tc>
      </w:tr>
      <w:tr w:rsidR="00650973" w14:paraId="0139BDC3" w14:textId="77777777">
        <w:trPr>
          <w:cantSplit/>
          <w:jc w:val="center"/>
        </w:trPr>
        <w:tc>
          <w:tcPr>
            <w:tcW w:w="3402" w:type="dxa"/>
            <w:shd w:val="clear" w:color="auto" w:fill="F8FAF8"/>
            <w:tcMar>
              <w:top w:w="70" w:type="dxa"/>
              <w:left w:w="80" w:type="dxa"/>
              <w:bottom w:w="70" w:type="dxa"/>
              <w:right w:w="80" w:type="dxa"/>
            </w:tcMar>
            <w:vAlign w:val="center"/>
          </w:tcPr>
          <w:p w14:paraId="56B8CCAC" w14:textId="77777777" w:rsidR="00650973" w:rsidRDefault="00080072">
            <w:r>
              <w:rPr>
                <w:rFonts w:ascii="Arial" w:hAnsi="Arial"/>
                <w:sz w:val="20"/>
              </w:rPr>
              <w:lastRenderedPageBreak/>
              <w:t>Santa Digna Rosé – Cabernet Sauvignon (Chili)</w:t>
            </w:r>
          </w:p>
        </w:tc>
        <w:tc>
          <w:tcPr>
            <w:tcW w:w="3402" w:type="dxa"/>
            <w:shd w:val="clear" w:color="auto" w:fill="F8FAF8"/>
            <w:tcMar>
              <w:top w:w="70" w:type="dxa"/>
              <w:left w:w="80" w:type="dxa"/>
              <w:bottom w:w="70" w:type="dxa"/>
              <w:right w:w="80" w:type="dxa"/>
            </w:tcMar>
            <w:vAlign w:val="center"/>
          </w:tcPr>
          <w:p w14:paraId="0A90D5E1" w14:textId="77777777" w:rsidR="00650973" w:rsidRDefault="00650973"/>
        </w:tc>
        <w:tc>
          <w:tcPr>
            <w:tcW w:w="3402" w:type="dxa"/>
            <w:shd w:val="clear" w:color="auto" w:fill="F8FAF8"/>
            <w:tcMar>
              <w:top w:w="70" w:type="dxa"/>
              <w:left w:w="80" w:type="dxa"/>
              <w:bottom w:w="70" w:type="dxa"/>
              <w:right w:w="80" w:type="dxa"/>
            </w:tcMar>
            <w:vAlign w:val="center"/>
          </w:tcPr>
          <w:p w14:paraId="7169C1B9" w14:textId="77777777" w:rsidR="00650973" w:rsidRDefault="00080072">
            <w:r>
              <w:rPr>
                <w:rFonts w:ascii="Arial" w:hAnsi="Arial"/>
                <w:sz w:val="20"/>
              </w:rPr>
              <w:t>21 €</w:t>
            </w:r>
          </w:p>
        </w:tc>
      </w:tr>
      <w:tr w:rsidR="00650973" w14:paraId="430DAD9D" w14:textId="77777777">
        <w:trPr>
          <w:cantSplit/>
          <w:jc w:val="center"/>
        </w:trPr>
        <w:tc>
          <w:tcPr>
            <w:tcW w:w="3402" w:type="dxa"/>
            <w:tcMar>
              <w:top w:w="70" w:type="dxa"/>
              <w:left w:w="80" w:type="dxa"/>
              <w:bottom w:w="70" w:type="dxa"/>
              <w:right w:w="80" w:type="dxa"/>
            </w:tcMar>
            <w:vAlign w:val="center"/>
          </w:tcPr>
          <w:p w14:paraId="1F319684" w14:textId="77777777" w:rsidR="00650973" w:rsidRDefault="00080072">
            <w:r>
              <w:rPr>
                <w:rFonts w:ascii="Arial" w:hAnsi="Arial"/>
                <w:sz w:val="20"/>
              </w:rPr>
              <w:t>Izadi Larrosa – Garnacha (Rioja)</w:t>
            </w:r>
          </w:p>
        </w:tc>
        <w:tc>
          <w:tcPr>
            <w:tcW w:w="3402" w:type="dxa"/>
            <w:tcMar>
              <w:top w:w="70" w:type="dxa"/>
              <w:left w:w="80" w:type="dxa"/>
              <w:bottom w:w="70" w:type="dxa"/>
              <w:right w:w="80" w:type="dxa"/>
            </w:tcMar>
            <w:vAlign w:val="center"/>
          </w:tcPr>
          <w:p w14:paraId="4C681407" w14:textId="77777777" w:rsidR="00650973" w:rsidRDefault="00650973"/>
        </w:tc>
        <w:tc>
          <w:tcPr>
            <w:tcW w:w="3402" w:type="dxa"/>
            <w:tcMar>
              <w:top w:w="70" w:type="dxa"/>
              <w:left w:w="80" w:type="dxa"/>
              <w:bottom w:w="70" w:type="dxa"/>
              <w:right w:w="80" w:type="dxa"/>
            </w:tcMar>
            <w:vAlign w:val="center"/>
          </w:tcPr>
          <w:p w14:paraId="4FD54039" w14:textId="77777777" w:rsidR="00650973" w:rsidRDefault="00080072">
            <w:r>
              <w:rPr>
                <w:rFonts w:ascii="Arial" w:hAnsi="Arial"/>
                <w:sz w:val="20"/>
              </w:rPr>
              <w:t>19 €</w:t>
            </w:r>
          </w:p>
        </w:tc>
      </w:tr>
    </w:tbl>
    <w:p w14:paraId="7ECA30E1" w14:textId="77777777" w:rsidR="00650973" w:rsidRDefault="00650973">
      <w:pPr>
        <w:spacing w:after="40"/>
      </w:pPr>
    </w:p>
    <w:p w14:paraId="2DC22791" w14:textId="77777777" w:rsidR="00650973" w:rsidRDefault="00080072">
      <w:pPr>
        <w:pStyle w:val="Titre3"/>
        <w:spacing w:before="120" w:after="100"/>
      </w:pPr>
      <w:r>
        <w:rPr>
          <w:rFonts w:ascii="Arial" w:hAnsi="Arial"/>
          <w:color w:val="2F6B4F"/>
          <w:sz w:val="23"/>
        </w:rPr>
        <w:t>Vins rouges</w:t>
      </w:r>
    </w:p>
    <w:tbl>
      <w:tblPr>
        <w:tblStyle w:val="Grilledutableau"/>
        <w:tblW w:w="0" w:type="auto"/>
        <w:jc w:val="center"/>
        <w:tblLook w:val="04A0" w:firstRow="1" w:lastRow="0" w:firstColumn="1" w:lastColumn="0" w:noHBand="0" w:noVBand="1"/>
      </w:tblPr>
      <w:tblGrid>
        <w:gridCol w:w="3402"/>
        <w:gridCol w:w="3402"/>
        <w:gridCol w:w="3402"/>
      </w:tblGrid>
      <w:tr w:rsidR="00650973" w14:paraId="0DFD4D17" w14:textId="77777777">
        <w:trPr>
          <w:cantSplit/>
          <w:tblHeader/>
          <w:jc w:val="center"/>
        </w:trPr>
        <w:tc>
          <w:tcPr>
            <w:tcW w:w="3402" w:type="dxa"/>
            <w:shd w:val="clear" w:color="auto" w:fill="2F6B4F"/>
            <w:tcMar>
              <w:top w:w="70" w:type="dxa"/>
              <w:left w:w="80" w:type="dxa"/>
              <w:bottom w:w="70" w:type="dxa"/>
              <w:right w:w="80" w:type="dxa"/>
            </w:tcMar>
            <w:vAlign w:val="center"/>
          </w:tcPr>
          <w:p w14:paraId="0C74BB06" w14:textId="77777777" w:rsidR="00650973" w:rsidRDefault="00080072">
            <w:pPr>
              <w:jc w:val="center"/>
            </w:pPr>
            <w:r>
              <w:rPr>
                <w:rFonts w:ascii="Arial" w:hAnsi="Arial"/>
                <w:b/>
                <w:color w:val="FFFFFF"/>
                <w:sz w:val="20"/>
              </w:rPr>
              <w:t>Vin</w:t>
            </w:r>
          </w:p>
        </w:tc>
        <w:tc>
          <w:tcPr>
            <w:tcW w:w="3402" w:type="dxa"/>
            <w:shd w:val="clear" w:color="auto" w:fill="2F6B4F"/>
            <w:tcMar>
              <w:top w:w="70" w:type="dxa"/>
              <w:left w:w="80" w:type="dxa"/>
              <w:bottom w:w="70" w:type="dxa"/>
              <w:right w:w="80" w:type="dxa"/>
            </w:tcMar>
            <w:vAlign w:val="center"/>
          </w:tcPr>
          <w:p w14:paraId="75378462" w14:textId="77777777" w:rsidR="00650973" w:rsidRDefault="00080072">
            <w:pPr>
              <w:jc w:val="center"/>
            </w:pPr>
            <w:r>
              <w:rPr>
                <w:rFonts w:ascii="Arial" w:hAnsi="Arial"/>
                <w:b/>
                <w:color w:val="FFFFFF"/>
                <w:sz w:val="20"/>
              </w:rPr>
              <w:t>1/2 / verre</w:t>
            </w:r>
          </w:p>
        </w:tc>
        <w:tc>
          <w:tcPr>
            <w:tcW w:w="3402" w:type="dxa"/>
            <w:shd w:val="clear" w:color="auto" w:fill="2F6B4F"/>
            <w:tcMar>
              <w:top w:w="70" w:type="dxa"/>
              <w:left w:w="80" w:type="dxa"/>
              <w:bottom w:w="70" w:type="dxa"/>
              <w:right w:w="80" w:type="dxa"/>
            </w:tcMar>
            <w:vAlign w:val="center"/>
          </w:tcPr>
          <w:p w14:paraId="6DDE8E12" w14:textId="77777777" w:rsidR="00650973" w:rsidRDefault="00080072">
            <w:pPr>
              <w:jc w:val="center"/>
            </w:pPr>
            <w:r>
              <w:rPr>
                <w:rFonts w:ascii="Arial" w:hAnsi="Arial"/>
                <w:b/>
                <w:color w:val="FFFFFF"/>
                <w:sz w:val="20"/>
              </w:rPr>
              <w:t>Bouteille</w:t>
            </w:r>
          </w:p>
        </w:tc>
      </w:tr>
      <w:tr w:rsidR="00650973" w14:paraId="3EDE3F6B" w14:textId="77777777">
        <w:trPr>
          <w:cantSplit/>
          <w:jc w:val="center"/>
        </w:trPr>
        <w:tc>
          <w:tcPr>
            <w:tcW w:w="3402" w:type="dxa"/>
            <w:tcMar>
              <w:top w:w="70" w:type="dxa"/>
              <w:left w:w="80" w:type="dxa"/>
              <w:bottom w:w="70" w:type="dxa"/>
              <w:right w:w="80" w:type="dxa"/>
            </w:tcMar>
            <w:vAlign w:val="center"/>
          </w:tcPr>
          <w:p w14:paraId="49832B45" w14:textId="77777777" w:rsidR="00650973" w:rsidRDefault="00080072">
            <w:r>
              <w:rPr>
                <w:rFonts w:ascii="Arial" w:hAnsi="Arial"/>
                <w:sz w:val="20"/>
              </w:rPr>
              <w:t>Verre de vin rouge</w:t>
            </w:r>
          </w:p>
        </w:tc>
        <w:tc>
          <w:tcPr>
            <w:tcW w:w="3402" w:type="dxa"/>
            <w:tcMar>
              <w:top w:w="70" w:type="dxa"/>
              <w:left w:w="80" w:type="dxa"/>
              <w:bottom w:w="70" w:type="dxa"/>
              <w:right w:w="80" w:type="dxa"/>
            </w:tcMar>
            <w:vAlign w:val="center"/>
          </w:tcPr>
          <w:p w14:paraId="481FCD95" w14:textId="77777777" w:rsidR="00650973" w:rsidRDefault="00080072">
            <w:r>
              <w:rPr>
                <w:rFonts w:ascii="Arial" w:hAnsi="Arial"/>
                <w:sz w:val="20"/>
              </w:rPr>
              <w:t>4,50 €</w:t>
            </w:r>
          </w:p>
        </w:tc>
        <w:tc>
          <w:tcPr>
            <w:tcW w:w="3402" w:type="dxa"/>
            <w:tcMar>
              <w:top w:w="70" w:type="dxa"/>
              <w:left w:w="80" w:type="dxa"/>
              <w:bottom w:w="70" w:type="dxa"/>
              <w:right w:w="80" w:type="dxa"/>
            </w:tcMar>
            <w:vAlign w:val="center"/>
          </w:tcPr>
          <w:p w14:paraId="071EACF7" w14:textId="77777777" w:rsidR="00650973" w:rsidRDefault="00650973"/>
        </w:tc>
      </w:tr>
      <w:tr w:rsidR="00650973" w14:paraId="0BDF911E" w14:textId="77777777">
        <w:trPr>
          <w:cantSplit/>
          <w:jc w:val="center"/>
        </w:trPr>
        <w:tc>
          <w:tcPr>
            <w:tcW w:w="3402" w:type="dxa"/>
            <w:shd w:val="clear" w:color="auto" w:fill="F8FAF8"/>
            <w:tcMar>
              <w:top w:w="70" w:type="dxa"/>
              <w:left w:w="80" w:type="dxa"/>
              <w:bottom w:w="70" w:type="dxa"/>
              <w:right w:w="80" w:type="dxa"/>
            </w:tcMar>
            <w:vAlign w:val="center"/>
          </w:tcPr>
          <w:p w14:paraId="6F33D4D8" w14:textId="77777777" w:rsidR="00650973" w:rsidRDefault="00080072">
            <w:r>
              <w:rPr>
                <w:rFonts w:ascii="Arial" w:hAnsi="Arial"/>
                <w:sz w:val="20"/>
              </w:rPr>
              <w:t>Valparaiso Roble – Tempranillo (Ribera del Duero)</w:t>
            </w:r>
          </w:p>
        </w:tc>
        <w:tc>
          <w:tcPr>
            <w:tcW w:w="3402" w:type="dxa"/>
            <w:shd w:val="clear" w:color="auto" w:fill="F8FAF8"/>
            <w:tcMar>
              <w:top w:w="70" w:type="dxa"/>
              <w:left w:w="80" w:type="dxa"/>
              <w:bottom w:w="70" w:type="dxa"/>
              <w:right w:w="80" w:type="dxa"/>
            </w:tcMar>
            <w:vAlign w:val="center"/>
          </w:tcPr>
          <w:p w14:paraId="32794EAB" w14:textId="77777777" w:rsidR="00650973" w:rsidRDefault="00650973"/>
        </w:tc>
        <w:tc>
          <w:tcPr>
            <w:tcW w:w="3402" w:type="dxa"/>
            <w:shd w:val="clear" w:color="auto" w:fill="F8FAF8"/>
            <w:tcMar>
              <w:top w:w="70" w:type="dxa"/>
              <w:left w:w="80" w:type="dxa"/>
              <w:bottom w:w="70" w:type="dxa"/>
              <w:right w:w="80" w:type="dxa"/>
            </w:tcMar>
            <w:vAlign w:val="center"/>
          </w:tcPr>
          <w:p w14:paraId="72CBB4AF" w14:textId="77777777" w:rsidR="00650973" w:rsidRDefault="00080072">
            <w:r>
              <w:rPr>
                <w:rFonts w:ascii="Arial" w:hAnsi="Arial"/>
                <w:sz w:val="20"/>
              </w:rPr>
              <w:t>18 €</w:t>
            </w:r>
          </w:p>
        </w:tc>
      </w:tr>
      <w:tr w:rsidR="00650973" w14:paraId="3529A235" w14:textId="77777777">
        <w:trPr>
          <w:cantSplit/>
          <w:jc w:val="center"/>
        </w:trPr>
        <w:tc>
          <w:tcPr>
            <w:tcW w:w="3402" w:type="dxa"/>
            <w:tcMar>
              <w:top w:w="70" w:type="dxa"/>
              <w:left w:w="80" w:type="dxa"/>
              <w:bottom w:w="70" w:type="dxa"/>
              <w:right w:w="80" w:type="dxa"/>
            </w:tcMar>
            <w:vAlign w:val="center"/>
          </w:tcPr>
          <w:p w14:paraId="1ACEE2F9" w14:textId="77777777" w:rsidR="00650973" w:rsidRDefault="00080072">
            <w:r>
              <w:rPr>
                <w:rFonts w:ascii="Arial" w:hAnsi="Arial"/>
                <w:sz w:val="20"/>
              </w:rPr>
              <w:t>Figuero 4 Roble – Tempranillo</w:t>
            </w:r>
          </w:p>
        </w:tc>
        <w:tc>
          <w:tcPr>
            <w:tcW w:w="3402" w:type="dxa"/>
            <w:tcMar>
              <w:top w:w="70" w:type="dxa"/>
              <w:left w:w="80" w:type="dxa"/>
              <w:bottom w:w="70" w:type="dxa"/>
              <w:right w:w="80" w:type="dxa"/>
            </w:tcMar>
            <w:vAlign w:val="center"/>
          </w:tcPr>
          <w:p w14:paraId="0DE63158" w14:textId="77777777" w:rsidR="00650973" w:rsidRDefault="00650973"/>
        </w:tc>
        <w:tc>
          <w:tcPr>
            <w:tcW w:w="3402" w:type="dxa"/>
            <w:tcMar>
              <w:top w:w="70" w:type="dxa"/>
              <w:left w:w="80" w:type="dxa"/>
              <w:bottom w:w="70" w:type="dxa"/>
              <w:right w:w="80" w:type="dxa"/>
            </w:tcMar>
            <w:vAlign w:val="center"/>
          </w:tcPr>
          <w:p w14:paraId="52FFAA00" w14:textId="77777777" w:rsidR="00650973" w:rsidRDefault="00080072">
            <w:r>
              <w:rPr>
                <w:rFonts w:ascii="Arial" w:hAnsi="Arial"/>
                <w:sz w:val="20"/>
              </w:rPr>
              <w:t>20 €</w:t>
            </w:r>
          </w:p>
        </w:tc>
      </w:tr>
      <w:tr w:rsidR="00650973" w14:paraId="06C78C98" w14:textId="77777777">
        <w:trPr>
          <w:cantSplit/>
          <w:jc w:val="center"/>
        </w:trPr>
        <w:tc>
          <w:tcPr>
            <w:tcW w:w="3402" w:type="dxa"/>
            <w:shd w:val="clear" w:color="auto" w:fill="F8FAF8"/>
            <w:tcMar>
              <w:top w:w="70" w:type="dxa"/>
              <w:left w:w="80" w:type="dxa"/>
              <w:bottom w:w="70" w:type="dxa"/>
              <w:right w:w="80" w:type="dxa"/>
            </w:tcMar>
            <w:vAlign w:val="center"/>
          </w:tcPr>
          <w:p w14:paraId="1940ADCA" w14:textId="77777777" w:rsidR="00650973" w:rsidRDefault="00080072">
            <w:r>
              <w:rPr>
                <w:rFonts w:ascii="Arial" w:hAnsi="Arial"/>
                <w:sz w:val="20"/>
              </w:rPr>
              <w:t>Figuero 12 Crianza – Tempranillo</w:t>
            </w:r>
          </w:p>
        </w:tc>
        <w:tc>
          <w:tcPr>
            <w:tcW w:w="3402" w:type="dxa"/>
            <w:shd w:val="clear" w:color="auto" w:fill="F8FAF8"/>
            <w:tcMar>
              <w:top w:w="70" w:type="dxa"/>
              <w:left w:w="80" w:type="dxa"/>
              <w:bottom w:w="70" w:type="dxa"/>
              <w:right w:w="80" w:type="dxa"/>
            </w:tcMar>
            <w:vAlign w:val="center"/>
          </w:tcPr>
          <w:p w14:paraId="6157CC63" w14:textId="77777777" w:rsidR="00650973" w:rsidRDefault="00080072">
            <w:r>
              <w:rPr>
                <w:rFonts w:ascii="Arial" w:hAnsi="Arial"/>
                <w:sz w:val="20"/>
              </w:rPr>
              <w:t>23 € demi</w:t>
            </w:r>
          </w:p>
        </w:tc>
        <w:tc>
          <w:tcPr>
            <w:tcW w:w="3402" w:type="dxa"/>
            <w:shd w:val="clear" w:color="auto" w:fill="F8FAF8"/>
            <w:tcMar>
              <w:top w:w="70" w:type="dxa"/>
              <w:left w:w="80" w:type="dxa"/>
              <w:bottom w:w="70" w:type="dxa"/>
              <w:right w:w="80" w:type="dxa"/>
            </w:tcMar>
            <w:vAlign w:val="center"/>
          </w:tcPr>
          <w:p w14:paraId="0048E00A" w14:textId="77777777" w:rsidR="00650973" w:rsidRDefault="00080072">
            <w:r>
              <w:rPr>
                <w:rFonts w:ascii="Arial" w:hAnsi="Arial"/>
                <w:sz w:val="20"/>
              </w:rPr>
              <w:t>33 € bouteille</w:t>
            </w:r>
          </w:p>
        </w:tc>
      </w:tr>
      <w:tr w:rsidR="00650973" w14:paraId="6D51752B" w14:textId="77777777">
        <w:trPr>
          <w:cantSplit/>
          <w:jc w:val="center"/>
        </w:trPr>
        <w:tc>
          <w:tcPr>
            <w:tcW w:w="3402" w:type="dxa"/>
            <w:tcMar>
              <w:top w:w="70" w:type="dxa"/>
              <w:left w:w="80" w:type="dxa"/>
              <w:bottom w:w="70" w:type="dxa"/>
              <w:right w:w="80" w:type="dxa"/>
            </w:tcMar>
            <w:vAlign w:val="center"/>
          </w:tcPr>
          <w:p w14:paraId="30695619" w14:textId="77777777" w:rsidR="00650973" w:rsidRDefault="00080072">
            <w:r>
              <w:rPr>
                <w:rFonts w:ascii="Arial" w:hAnsi="Arial"/>
                <w:sz w:val="20"/>
              </w:rPr>
              <w:t>Figuero Viñas Viejas – Tempranillo 2016</w:t>
            </w:r>
          </w:p>
        </w:tc>
        <w:tc>
          <w:tcPr>
            <w:tcW w:w="3402" w:type="dxa"/>
            <w:tcMar>
              <w:top w:w="70" w:type="dxa"/>
              <w:left w:w="80" w:type="dxa"/>
              <w:bottom w:w="70" w:type="dxa"/>
              <w:right w:w="80" w:type="dxa"/>
            </w:tcMar>
            <w:vAlign w:val="center"/>
          </w:tcPr>
          <w:p w14:paraId="5418CBBF" w14:textId="77777777" w:rsidR="00650973" w:rsidRDefault="00650973"/>
        </w:tc>
        <w:tc>
          <w:tcPr>
            <w:tcW w:w="3402" w:type="dxa"/>
            <w:tcMar>
              <w:top w:w="70" w:type="dxa"/>
              <w:left w:w="80" w:type="dxa"/>
              <w:bottom w:w="70" w:type="dxa"/>
              <w:right w:w="80" w:type="dxa"/>
            </w:tcMar>
            <w:vAlign w:val="center"/>
          </w:tcPr>
          <w:p w14:paraId="564D44B3" w14:textId="77777777" w:rsidR="00650973" w:rsidRDefault="00080072">
            <w:r>
              <w:rPr>
                <w:rFonts w:ascii="Arial" w:hAnsi="Arial"/>
                <w:sz w:val="20"/>
              </w:rPr>
              <w:t>44 €</w:t>
            </w:r>
          </w:p>
        </w:tc>
      </w:tr>
      <w:tr w:rsidR="00650973" w14:paraId="6B081CD4" w14:textId="77777777">
        <w:trPr>
          <w:cantSplit/>
          <w:jc w:val="center"/>
        </w:trPr>
        <w:tc>
          <w:tcPr>
            <w:tcW w:w="3402" w:type="dxa"/>
            <w:shd w:val="clear" w:color="auto" w:fill="F8FAF8"/>
            <w:tcMar>
              <w:top w:w="70" w:type="dxa"/>
              <w:left w:w="80" w:type="dxa"/>
              <w:bottom w:w="70" w:type="dxa"/>
              <w:right w:w="80" w:type="dxa"/>
            </w:tcMar>
            <w:vAlign w:val="center"/>
          </w:tcPr>
          <w:p w14:paraId="6908F345" w14:textId="77777777" w:rsidR="00650973" w:rsidRDefault="00080072">
            <w:r>
              <w:rPr>
                <w:rFonts w:ascii="Arial" w:hAnsi="Arial"/>
                <w:sz w:val="20"/>
              </w:rPr>
              <w:t>La Planta – Tempranillo</w:t>
            </w:r>
          </w:p>
        </w:tc>
        <w:tc>
          <w:tcPr>
            <w:tcW w:w="3402" w:type="dxa"/>
            <w:shd w:val="clear" w:color="auto" w:fill="F8FAF8"/>
            <w:tcMar>
              <w:top w:w="70" w:type="dxa"/>
              <w:left w:w="80" w:type="dxa"/>
              <w:bottom w:w="70" w:type="dxa"/>
              <w:right w:w="80" w:type="dxa"/>
            </w:tcMar>
            <w:vAlign w:val="center"/>
          </w:tcPr>
          <w:p w14:paraId="176999A0" w14:textId="77777777" w:rsidR="00650973" w:rsidRDefault="00650973"/>
        </w:tc>
        <w:tc>
          <w:tcPr>
            <w:tcW w:w="3402" w:type="dxa"/>
            <w:shd w:val="clear" w:color="auto" w:fill="F8FAF8"/>
            <w:tcMar>
              <w:top w:w="70" w:type="dxa"/>
              <w:left w:w="80" w:type="dxa"/>
              <w:bottom w:w="70" w:type="dxa"/>
              <w:right w:w="80" w:type="dxa"/>
            </w:tcMar>
            <w:vAlign w:val="center"/>
          </w:tcPr>
          <w:p w14:paraId="493756C2" w14:textId="77777777" w:rsidR="00650973" w:rsidRDefault="00080072">
            <w:r>
              <w:rPr>
                <w:rFonts w:ascii="Arial" w:hAnsi="Arial"/>
                <w:sz w:val="20"/>
              </w:rPr>
              <w:t>20 €</w:t>
            </w:r>
          </w:p>
        </w:tc>
      </w:tr>
      <w:tr w:rsidR="00650973" w14:paraId="091AD731" w14:textId="77777777">
        <w:trPr>
          <w:cantSplit/>
          <w:jc w:val="center"/>
        </w:trPr>
        <w:tc>
          <w:tcPr>
            <w:tcW w:w="3402" w:type="dxa"/>
            <w:tcMar>
              <w:top w:w="70" w:type="dxa"/>
              <w:left w:w="80" w:type="dxa"/>
              <w:bottom w:w="70" w:type="dxa"/>
              <w:right w:w="80" w:type="dxa"/>
            </w:tcMar>
            <w:vAlign w:val="center"/>
          </w:tcPr>
          <w:p w14:paraId="3146CE61" w14:textId="77777777" w:rsidR="00650973" w:rsidRDefault="00080072">
            <w:r>
              <w:rPr>
                <w:rFonts w:ascii="Arial" w:hAnsi="Arial"/>
                <w:sz w:val="20"/>
              </w:rPr>
              <w:t>Pesquera Crianza – Tinto Fino</w:t>
            </w:r>
          </w:p>
        </w:tc>
        <w:tc>
          <w:tcPr>
            <w:tcW w:w="3402" w:type="dxa"/>
            <w:tcMar>
              <w:top w:w="70" w:type="dxa"/>
              <w:left w:w="80" w:type="dxa"/>
              <w:bottom w:w="70" w:type="dxa"/>
              <w:right w:w="80" w:type="dxa"/>
            </w:tcMar>
            <w:vAlign w:val="center"/>
          </w:tcPr>
          <w:p w14:paraId="04681F4E" w14:textId="77777777" w:rsidR="00650973" w:rsidRDefault="00650973"/>
        </w:tc>
        <w:tc>
          <w:tcPr>
            <w:tcW w:w="3402" w:type="dxa"/>
            <w:tcMar>
              <w:top w:w="70" w:type="dxa"/>
              <w:left w:w="80" w:type="dxa"/>
              <w:bottom w:w="70" w:type="dxa"/>
              <w:right w:w="80" w:type="dxa"/>
            </w:tcMar>
            <w:vAlign w:val="center"/>
          </w:tcPr>
          <w:p w14:paraId="2985B26D" w14:textId="77777777" w:rsidR="00650973" w:rsidRDefault="00080072">
            <w:r>
              <w:rPr>
                <w:rFonts w:ascii="Arial" w:hAnsi="Arial"/>
                <w:sz w:val="20"/>
              </w:rPr>
              <w:t>35 €</w:t>
            </w:r>
          </w:p>
        </w:tc>
      </w:tr>
      <w:tr w:rsidR="00650973" w14:paraId="7BE2A610" w14:textId="77777777">
        <w:trPr>
          <w:cantSplit/>
          <w:jc w:val="center"/>
        </w:trPr>
        <w:tc>
          <w:tcPr>
            <w:tcW w:w="3402" w:type="dxa"/>
            <w:shd w:val="clear" w:color="auto" w:fill="F8FAF8"/>
            <w:tcMar>
              <w:top w:w="70" w:type="dxa"/>
              <w:left w:w="80" w:type="dxa"/>
              <w:bottom w:w="70" w:type="dxa"/>
              <w:right w:w="80" w:type="dxa"/>
            </w:tcMar>
            <w:vAlign w:val="center"/>
          </w:tcPr>
          <w:p w14:paraId="65BE333D" w14:textId="77777777" w:rsidR="00650973" w:rsidRDefault="00080072">
            <w:r>
              <w:rPr>
                <w:rFonts w:ascii="Arial" w:hAnsi="Arial"/>
                <w:sz w:val="20"/>
              </w:rPr>
              <w:t>Pago de Capellanes Crianza – Tempranillo</w:t>
            </w:r>
          </w:p>
        </w:tc>
        <w:tc>
          <w:tcPr>
            <w:tcW w:w="3402" w:type="dxa"/>
            <w:shd w:val="clear" w:color="auto" w:fill="F8FAF8"/>
            <w:tcMar>
              <w:top w:w="70" w:type="dxa"/>
              <w:left w:w="80" w:type="dxa"/>
              <w:bottom w:w="70" w:type="dxa"/>
              <w:right w:w="80" w:type="dxa"/>
            </w:tcMar>
            <w:vAlign w:val="center"/>
          </w:tcPr>
          <w:p w14:paraId="4CC08D17" w14:textId="77777777" w:rsidR="00650973" w:rsidRDefault="00650973"/>
        </w:tc>
        <w:tc>
          <w:tcPr>
            <w:tcW w:w="3402" w:type="dxa"/>
            <w:shd w:val="clear" w:color="auto" w:fill="F8FAF8"/>
            <w:tcMar>
              <w:top w:w="70" w:type="dxa"/>
              <w:left w:w="80" w:type="dxa"/>
              <w:bottom w:w="70" w:type="dxa"/>
              <w:right w:w="80" w:type="dxa"/>
            </w:tcMar>
            <w:vAlign w:val="center"/>
          </w:tcPr>
          <w:p w14:paraId="11F194B5" w14:textId="77777777" w:rsidR="00650973" w:rsidRDefault="00080072">
            <w:r>
              <w:rPr>
                <w:rFonts w:ascii="Arial" w:hAnsi="Arial"/>
                <w:sz w:val="20"/>
              </w:rPr>
              <w:t>38 €</w:t>
            </w:r>
          </w:p>
        </w:tc>
      </w:tr>
      <w:tr w:rsidR="00650973" w14:paraId="1C7115EE" w14:textId="77777777">
        <w:trPr>
          <w:cantSplit/>
          <w:jc w:val="center"/>
        </w:trPr>
        <w:tc>
          <w:tcPr>
            <w:tcW w:w="3402" w:type="dxa"/>
            <w:tcMar>
              <w:top w:w="70" w:type="dxa"/>
              <w:left w:w="80" w:type="dxa"/>
              <w:bottom w:w="70" w:type="dxa"/>
              <w:right w:w="80" w:type="dxa"/>
            </w:tcMar>
            <w:vAlign w:val="center"/>
          </w:tcPr>
          <w:p w14:paraId="4109AA80" w14:textId="77777777" w:rsidR="00650973" w:rsidRDefault="00080072">
            <w:r>
              <w:rPr>
                <w:rFonts w:ascii="Arial" w:hAnsi="Arial"/>
                <w:sz w:val="20"/>
              </w:rPr>
              <w:t>PSI Crianza – Tinto Fino, Garnacha</w:t>
            </w:r>
          </w:p>
        </w:tc>
        <w:tc>
          <w:tcPr>
            <w:tcW w:w="3402" w:type="dxa"/>
            <w:tcMar>
              <w:top w:w="70" w:type="dxa"/>
              <w:left w:w="80" w:type="dxa"/>
              <w:bottom w:w="70" w:type="dxa"/>
              <w:right w:w="80" w:type="dxa"/>
            </w:tcMar>
            <w:vAlign w:val="center"/>
          </w:tcPr>
          <w:p w14:paraId="2ADEBF8D" w14:textId="77777777" w:rsidR="00650973" w:rsidRDefault="00650973"/>
        </w:tc>
        <w:tc>
          <w:tcPr>
            <w:tcW w:w="3402" w:type="dxa"/>
            <w:tcMar>
              <w:top w:w="70" w:type="dxa"/>
              <w:left w:w="80" w:type="dxa"/>
              <w:bottom w:w="70" w:type="dxa"/>
              <w:right w:w="80" w:type="dxa"/>
            </w:tcMar>
            <w:vAlign w:val="center"/>
          </w:tcPr>
          <w:p w14:paraId="3E674FE7" w14:textId="77777777" w:rsidR="00650973" w:rsidRDefault="00080072">
            <w:r>
              <w:rPr>
                <w:rFonts w:ascii="Arial" w:hAnsi="Arial"/>
                <w:sz w:val="20"/>
              </w:rPr>
              <w:t>56 €</w:t>
            </w:r>
          </w:p>
        </w:tc>
      </w:tr>
      <w:tr w:rsidR="00650973" w14:paraId="17826481" w14:textId="77777777">
        <w:trPr>
          <w:cantSplit/>
          <w:jc w:val="center"/>
        </w:trPr>
        <w:tc>
          <w:tcPr>
            <w:tcW w:w="3402" w:type="dxa"/>
            <w:shd w:val="clear" w:color="auto" w:fill="F8FAF8"/>
            <w:tcMar>
              <w:top w:w="70" w:type="dxa"/>
              <w:left w:w="80" w:type="dxa"/>
              <w:bottom w:w="70" w:type="dxa"/>
              <w:right w:w="80" w:type="dxa"/>
            </w:tcMar>
            <w:vAlign w:val="center"/>
          </w:tcPr>
          <w:p w14:paraId="39630A1A" w14:textId="77777777" w:rsidR="00650973" w:rsidRDefault="00080072">
            <w:r>
              <w:rPr>
                <w:rFonts w:ascii="Arial" w:hAnsi="Arial"/>
                <w:sz w:val="20"/>
              </w:rPr>
              <w:t>Altos Ibéricos Crianza – Tempranillo (Rioja)</w:t>
            </w:r>
          </w:p>
        </w:tc>
        <w:tc>
          <w:tcPr>
            <w:tcW w:w="3402" w:type="dxa"/>
            <w:shd w:val="clear" w:color="auto" w:fill="F8FAF8"/>
            <w:tcMar>
              <w:top w:w="70" w:type="dxa"/>
              <w:left w:w="80" w:type="dxa"/>
              <w:bottom w:w="70" w:type="dxa"/>
              <w:right w:w="80" w:type="dxa"/>
            </w:tcMar>
            <w:vAlign w:val="center"/>
          </w:tcPr>
          <w:p w14:paraId="27875B97" w14:textId="77777777" w:rsidR="00650973" w:rsidRDefault="00650973"/>
        </w:tc>
        <w:tc>
          <w:tcPr>
            <w:tcW w:w="3402" w:type="dxa"/>
            <w:shd w:val="clear" w:color="auto" w:fill="F8FAF8"/>
            <w:tcMar>
              <w:top w:w="70" w:type="dxa"/>
              <w:left w:w="80" w:type="dxa"/>
              <w:bottom w:w="70" w:type="dxa"/>
              <w:right w:w="80" w:type="dxa"/>
            </w:tcMar>
            <w:vAlign w:val="center"/>
          </w:tcPr>
          <w:p w14:paraId="0ED18906" w14:textId="77777777" w:rsidR="00650973" w:rsidRDefault="00080072">
            <w:r>
              <w:rPr>
                <w:rFonts w:ascii="Arial" w:hAnsi="Arial"/>
                <w:sz w:val="20"/>
              </w:rPr>
              <w:t>19 €</w:t>
            </w:r>
          </w:p>
        </w:tc>
      </w:tr>
      <w:tr w:rsidR="00650973" w14:paraId="33DADB03" w14:textId="77777777">
        <w:trPr>
          <w:cantSplit/>
          <w:jc w:val="center"/>
        </w:trPr>
        <w:tc>
          <w:tcPr>
            <w:tcW w:w="3402" w:type="dxa"/>
            <w:tcMar>
              <w:top w:w="70" w:type="dxa"/>
              <w:left w:w="80" w:type="dxa"/>
              <w:bottom w:w="70" w:type="dxa"/>
              <w:right w:w="80" w:type="dxa"/>
            </w:tcMar>
            <w:vAlign w:val="center"/>
          </w:tcPr>
          <w:p w14:paraId="00565A9F" w14:textId="77777777" w:rsidR="00650973" w:rsidRDefault="00080072">
            <w:r>
              <w:rPr>
                <w:rFonts w:ascii="Arial" w:hAnsi="Arial"/>
                <w:sz w:val="20"/>
              </w:rPr>
              <w:t>Altún Crianza – Tempranillo</w:t>
            </w:r>
          </w:p>
        </w:tc>
        <w:tc>
          <w:tcPr>
            <w:tcW w:w="3402" w:type="dxa"/>
            <w:tcMar>
              <w:top w:w="70" w:type="dxa"/>
              <w:left w:w="80" w:type="dxa"/>
              <w:bottom w:w="70" w:type="dxa"/>
              <w:right w:w="80" w:type="dxa"/>
            </w:tcMar>
            <w:vAlign w:val="center"/>
          </w:tcPr>
          <w:p w14:paraId="0BDF2A41" w14:textId="77777777" w:rsidR="00650973" w:rsidRDefault="00650973"/>
        </w:tc>
        <w:tc>
          <w:tcPr>
            <w:tcW w:w="3402" w:type="dxa"/>
            <w:tcMar>
              <w:top w:w="70" w:type="dxa"/>
              <w:left w:w="80" w:type="dxa"/>
              <w:bottom w:w="70" w:type="dxa"/>
              <w:right w:w="80" w:type="dxa"/>
            </w:tcMar>
            <w:vAlign w:val="center"/>
          </w:tcPr>
          <w:p w14:paraId="0B64C4B4" w14:textId="77777777" w:rsidR="00650973" w:rsidRDefault="00080072">
            <w:r>
              <w:rPr>
                <w:rFonts w:ascii="Arial" w:hAnsi="Arial"/>
                <w:sz w:val="20"/>
              </w:rPr>
              <w:t>22 €</w:t>
            </w:r>
          </w:p>
        </w:tc>
      </w:tr>
      <w:tr w:rsidR="00650973" w14:paraId="09380938" w14:textId="77777777">
        <w:trPr>
          <w:cantSplit/>
          <w:jc w:val="center"/>
        </w:trPr>
        <w:tc>
          <w:tcPr>
            <w:tcW w:w="3402" w:type="dxa"/>
            <w:shd w:val="clear" w:color="auto" w:fill="F8FAF8"/>
            <w:tcMar>
              <w:top w:w="70" w:type="dxa"/>
              <w:left w:w="80" w:type="dxa"/>
              <w:bottom w:w="70" w:type="dxa"/>
              <w:right w:w="80" w:type="dxa"/>
            </w:tcMar>
            <w:vAlign w:val="center"/>
          </w:tcPr>
          <w:p w14:paraId="6E10E46C" w14:textId="77777777" w:rsidR="00650973" w:rsidRDefault="00080072">
            <w:r>
              <w:rPr>
                <w:rFonts w:ascii="Arial" w:hAnsi="Arial"/>
                <w:sz w:val="20"/>
              </w:rPr>
              <w:t>Izadi Crianza – Tempranillo</w:t>
            </w:r>
          </w:p>
        </w:tc>
        <w:tc>
          <w:tcPr>
            <w:tcW w:w="3402" w:type="dxa"/>
            <w:shd w:val="clear" w:color="auto" w:fill="F8FAF8"/>
            <w:tcMar>
              <w:top w:w="70" w:type="dxa"/>
              <w:left w:w="80" w:type="dxa"/>
              <w:bottom w:w="70" w:type="dxa"/>
              <w:right w:w="80" w:type="dxa"/>
            </w:tcMar>
            <w:vAlign w:val="center"/>
          </w:tcPr>
          <w:p w14:paraId="1917F07C" w14:textId="77777777" w:rsidR="00650973" w:rsidRDefault="00650973"/>
        </w:tc>
        <w:tc>
          <w:tcPr>
            <w:tcW w:w="3402" w:type="dxa"/>
            <w:shd w:val="clear" w:color="auto" w:fill="F8FAF8"/>
            <w:tcMar>
              <w:top w:w="70" w:type="dxa"/>
              <w:left w:w="80" w:type="dxa"/>
              <w:bottom w:w="70" w:type="dxa"/>
              <w:right w:w="80" w:type="dxa"/>
            </w:tcMar>
            <w:vAlign w:val="center"/>
          </w:tcPr>
          <w:p w14:paraId="4671723B" w14:textId="77777777" w:rsidR="00650973" w:rsidRDefault="00080072">
            <w:r>
              <w:rPr>
                <w:rFonts w:ascii="Arial" w:hAnsi="Arial"/>
                <w:sz w:val="20"/>
              </w:rPr>
              <w:t>20 €</w:t>
            </w:r>
          </w:p>
        </w:tc>
      </w:tr>
      <w:tr w:rsidR="00650973" w14:paraId="1870FCEC" w14:textId="77777777">
        <w:trPr>
          <w:cantSplit/>
          <w:jc w:val="center"/>
        </w:trPr>
        <w:tc>
          <w:tcPr>
            <w:tcW w:w="3402" w:type="dxa"/>
            <w:tcMar>
              <w:top w:w="70" w:type="dxa"/>
              <w:left w:w="80" w:type="dxa"/>
              <w:bottom w:w="70" w:type="dxa"/>
              <w:right w:w="80" w:type="dxa"/>
            </w:tcMar>
            <w:vAlign w:val="center"/>
          </w:tcPr>
          <w:p w14:paraId="45C65D45" w14:textId="77777777" w:rsidR="00650973" w:rsidRDefault="00080072">
            <w:r>
              <w:rPr>
                <w:rFonts w:ascii="Arial" w:hAnsi="Arial"/>
                <w:sz w:val="20"/>
              </w:rPr>
              <w:t>Ramón Bilbao Crianza – Tempranillo</w:t>
            </w:r>
          </w:p>
        </w:tc>
        <w:tc>
          <w:tcPr>
            <w:tcW w:w="3402" w:type="dxa"/>
            <w:tcMar>
              <w:top w:w="70" w:type="dxa"/>
              <w:left w:w="80" w:type="dxa"/>
              <w:bottom w:w="70" w:type="dxa"/>
              <w:right w:w="80" w:type="dxa"/>
            </w:tcMar>
            <w:vAlign w:val="center"/>
          </w:tcPr>
          <w:p w14:paraId="65F4F52F" w14:textId="77777777" w:rsidR="00650973" w:rsidRDefault="00650973"/>
        </w:tc>
        <w:tc>
          <w:tcPr>
            <w:tcW w:w="3402" w:type="dxa"/>
            <w:tcMar>
              <w:top w:w="70" w:type="dxa"/>
              <w:left w:w="80" w:type="dxa"/>
              <w:bottom w:w="70" w:type="dxa"/>
              <w:right w:w="80" w:type="dxa"/>
            </w:tcMar>
            <w:vAlign w:val="center"/>
          </w:tcPr>
          <w:p w14:paraId="016EF31B" w14:textId="77777777" w:rsidR="00650973" w:rsidRDefault="00080072">
            <w:r>
              <w:rPr>
                <w:rFonts w:ascii="Arial" w:hAnsi="Arial"/>
                <w:sz w:val="20"/>
              </w:rPr>
              <w:t>19 €</w:t>
            </w:r>
          </w:p>
        </w:tc>
      </w:tr>
      <w:tr w:rsidR="00650973" w14:paraId="366FB474" w14:textId="77777777">
        <w:trPr>
          <w:cantSplit/>
          <w:jc w:val="center"/>
        </w:trPr>
        <w:tc>
          <w:tcPr>
            <w:tcW w:w="3402" w:type="dxa"/>
            <w:shd w:val="clear" w:color="auto" w:fill="F8FAF8"/>
            <w:tcMar>
              <w:top w:w="70" w:type="dxa"/>
              <w:left w:w="80" w:type="dxa"/>
              <w:bottom w:w="70" w:type="dxa"/>
              <w:right w:w="80" w:type="dxa"/>
            </w:tcMar>
            <w:vAlign w:val="center"/>
          </w:tcPr>
          <w:p w14:paraId="41A3A05C" w14:textId="77777777" w:rsidR="00650973" w:rsidRDefault="00080072">
            <w:r>
              <w:rPr>
                <w:rFonts w:ascii="Arial" w:hAnsi="Arial"/>
                <w:sz w:val="20"/>
              </w:rPr>
              <w:t>Ramón Bilbao Edición Limitada Crianza</w:t>
            </w:r>
          </w:p>
        </w:tc>
        <w:tc>
          <w:tcPr>
            <w:tcW w:w="3402" w:type="dxa"/>
            <w:shd w:val="clear" w:color="auto" w:fill="F8FAF8"/>
            <w:tcMar>
              <w:top w:w="70" w:type="dxa"/>
              <w:left w:w="80" w:type="dxa"/>
              <w:bottom w:w="70" w:type="dxa"/>
              <w:right w:w="80" w:type="dxa"/>
            </w:tcMar>
            <w:vAlign w:val="center"/>
          </w:tcPr>
          <w:p w14:paraId="3D4BB85C" w14:textId="77777777" w:rsidR="00650973" w:rsidRDefault="00650973"/>
        </w:tc>
        <w:tc>
          <w:tcPr>
            <w:tcW w:w="3402" w:type="dxa"/>
            <w:shd w:val="clear" w:color="auto" w:fill="F8FAF8"/>
            <w:tcMar>
              <w:top w:w="70" w:type="dxa"/>
              <w:left w:w="80" w:type="dxa"/>
              <w:bottom w:w="70" w:type="dxa"/>
              <w:right w:w="80" w:type="dxa"/>
            </w:tcMar>
            <w:vAlign w:val="center"/>
          </w:tcPr>
          <w:p w14:paraId="1CEC75CB" w14:textId="77777777" w:rsidR="00650973" w:rsidRDefault="00080072">
            <w:r>
              <w:rPr>
                <w:rFonts w:ascii="Arial" w:hAnsi="Arial"/>
                <w:sz w:val="20"/>
              </w:rPr>
              <w:t>28 €</w:t>
            </w:r>
          </w:p>
        </w:tc>
      </w:tr>
      <w:tr w:rsidR="00650973" w14:paraId="743311CE" w14:textId="77777777">
        <w:trPr>
          <w:cantSplit/>
          <w:jc w:val="center"/>
        </w:trPr>
        <w:tc>
          <w:tcPr>
            <w:tcW w:w="3402" w:type="dxa"/>
            <w:tcMar>
              <w:top w:w="70" w:type="dxa"/>
              <w:left w:w="80" w:type="dxa"/>
              <w:bottom w:w="70" w:type="dxa"/>
              <w:right w:w="80" w:type="dxa"/>
            </w:tcMar>
            <w:vAlign w:val="center"/>
          </w:tcPr>
          <w:p w14:paraId="766A9975" w14:textId="77777777" w:rsidR="00650973" w:rsidRDefault="00080072">
            <w:r>
              <w:rPr>
                <w:rFonts w:ascii="Arial" w:hAnsi="Arial"/>
                <w:sz w:val="20"/>
              </w:rPr>
              <w:t>Carlos Moro Crianza – Tempranillo</w:t>
            </w:r>
          </w:p>
        </w:tc>
        <w:tc>
          <w:tcPr>
            <w:tcW w:w="3402" w:type="dxa"/>
            <w:tcMar>
              <w:top w:w="70" w:type="dxa"/>
              <w:left w:w="80" w:type="dxa"/>
              <w:bottom w:w="70" w:type="dxa"/>
              <w:right w:w="80" w:type="dxa"/>
            </w:tcMar>
            <w:vAlign w:val="center"/>
          </w:tcPr>
          <w:p w14:paraId="728E1D1B" w14:textId="77777777" w:rsidR="00650973" w:rsidRDefault="00650973"/>
        </w:tc>
        <w:tc>
          <w:tcPr>
            <w:tcW w:w="3402" w:type="dxa"/>
            <w:tcMar>
              <w:top w:w="70" w:type="dxa"/>
              <w:left w:w="80" w:type="dxa"/>
              <w:bottom w:w="70" w:type="dxa"/>
              <w:right w:w="80" w:type="dxa"/>
            </w:tcMar>
            <w:vAlign w:val="center"/>
          </w:tcPr>
          <w:p w14:paraId="50FF7B89" w14:textId="77777777" w:rsidR="00650973" w:rsidRDefault="00080072">
            <w:r>
              <w:rPr>
                <w:rFonts w:ascii="Arial" w:hAnsi="Arial"/>
                <w:sz w:val="20"/>
              </w:rPr>
              <w:t>30 €</w:t>
            </w:r>
          </w:p>
        </w:tc>
      </w:tr>
      <w:tr w:rsidR="00650973" w14:paraId="51CDEBBE" w14:textId="77777777">
        <w:trPr>
          <w:cantSplit/>
          <w:jc w:val="center"/>
        </w:trPr>
        <w:tc>
          <w:tcPr>
            <w:tcW w:w="3402" w:type="dxa"/>
            <w:shd w:val="clear" w:color="auto" w:fill="F8FAF8"/>
            <w:tcMar>
              <w:top w:w="70" w:type="dxa"/>
              <w:left w:w="80" w:type="dxa"/>
              <w:bottom w:w="70" w:type="dxa"/>
              <w:right w:w="80" w:type="dxa"/>
            </w:tcMar>
            <w:vAlign w:val="center"/>
          </w:tcPr>
          <w:p w14:paraId="663F0046" w14:textId="77777777" w:rsidR="00650973" w:rsidRDefault="00080072">
            <w:r>
              <w:rPr>
                <w:rFonts w:ascii="Arial" w:hAnsi="Arial"/>
                <w:sz w:val="20"/>
              </w:rPr>
              <w:t>Juan Gil Crianza – Monastrell (Jumilla)</w:t>
            </w:r>
          </w:p>
        </w:tc>
        <w:tc>
          <w:tcPr>
            <w:tcW w:w="3402" w:type="dxa"/>
            <w:shd w:val="clear" w:color="auto" w:fill="F8FAF8"/>
            <w:tcMar>
              <w:top w:w="70" w:type="dxa"/>
              <w:left w:w="80" w:type="dxa"/>
              <w:bottom w:w="70" w:type="dxa"/>
              <w:right w:w="80" w:type="dxa"/>
            </w:tcMar>
            <w:vAlign w:val="center"/>
          </w:tcPr>
          <w:p w14:paraId="19FA61C3" w14:textId="77777777" w:rsidR="00650973" w:rsidRDefault="00650973"/>
        </w:tc>
        <w:tc>
          <w:tcPr>
            <w:tcW w:w="3402" w:type="dxa"/>
            <w:shd w:val="clear" w:color="auto" w:fill="F8FAF8"/>
            <w:tcMar>
              <w:top w:w="70" w:type="dxa"/>
              <w:left w:w="80" w:type="dxa"/>
              <w:bottom w:w="70" w:type="dxa"/>
              <w:right w:w="80" w:type="dxa"/>
            </w:tcMar>
            <w:vAlign w:val="center"/>
          </w:tcPr>
          <w:p w14:paraId="358531A2" w14:textId="77777777" w:rsidR="00650973" w:rsidRDefault="00080072">
            <w:r>
              <w:rPr>
                <w:rFonts w:ascii="Arial" w:hAnsi="Arial"/>
                <w:sz w:val="20"/>
              </w:rPr>
              <w:t>28 €</w:t>
            </w:r>
          </w:p>
        </w:tc>
      </w:tr>
      <w:tr w:rsidR="00650973" w14:paraId="3E5FB39C" w14:textId="77777777">
        <w:trPr>
          <w:cantSplit/>
          <w:jc w:val="center"/>
        </w:trPr>
        <w:tc>
          <w:tcPr>
            <w:tcW w:w="3402" w:type="dxa"/>
            <w:tcMar>
              <w:top w:w="70" w:type="dxa"/>
              <w:left w:w="80" w:type="dxa"/>
              <w:bottom w:w="70" w:type="dxa"/>
              <w:right w:w="80" w:type="dxa"/>
            </w:tcMar>
            <w:vAlign w:val="center"/>
          </w:tcPr>
          <w:p w14:paraId="63D9B455" w14:textId="77777777" w:rsidR="00650973" w:rsidRDefault="00080072">
            <w:r>
              <w:rPr>
                <w:rFonts w:ascii="Arial" w:hAnsi="Arial"/>
                <w:sz w:val="20"/>
              </w:rPr>
              <w:t>Abadía Retuerta – assemblage (Castille-León)</w:t>
            </w:r>
          </w:p>
        </w:tc>
        <w:tc>
          <w:tcPr>
            <w:tcW w:w="3402" w:type="dxa"/>
            <w:tcMar>
              <w:top w:w="70" w:type="dxa"/>
              <w:left w:w="80" w:type="dxa"/>
              <w:bottom w:w="70" w:type="dxa"/>
              <w:right w:w="80" w:type="dxa"/>
            </w:tcMar>
            <w:vAlign w:val="center"/>
          </w:tcPr>
          <w:p w14:paraId="31E818B1" w14:textId="77777777" w:rsidR="00650973" w:rsidRDefault="00650973"/>
        </w:tc>
        <w:tc>
          <w:tcPr>
            <w:tcW w:w="3402" w:type="dxa"/>
            <w:tcMar>
              <w:top w:w="70" w:type="dxa"/>
              <w:left w:w="80" w:type="dxa"/>
              <w:bottom w:w="70" w:type="dxa"/>
              <w:right w:w="80" w:type="dxa"/>
            </w:tcMar>
            <w:vAlign w:val="center"/>
          </w:tcPr>
          <w:p w14:paraId="300802C9" w14:textId="77777777" w:rsidR="00650973" w:rsidRDefault="00080072">
            <w:r>
              <w:rPr>
                <w:rFonts w:ascii="Arial" w:hAnsi="Arial"/>
                <w:sz w:val="20"/>
              </w:rPr>
              <w:t>44 €</w:t>
            </w:r>
          </w:p>
        </w:tc>
      </w:tr>
      <w:tr w:rsidR="00650973" w14:paraId="393721DF" w14:textId="77777777">
        <w:trPr>
          <w:cantSplit/>
          <w:jc w:val="center"/>
        </w:trPr>
        <w:tc>
          <w:tcPr>
            <w:tcW w:w="3402" w:type="dxa"/>
            <w:shd w:val="clear" w:color="auto" w:fill="F8FAF8"/>
            <w:tcMar>
              <w:top w:w="70" w:type="dxa"/>
              <w:left w:w="80" w:type="dxa"/>
              <w:bottom w:w="70" w:type="dxa"/>
              <w:right w:w="80" w:type="dxa"/>
            </w:tcMar>
            <w:vAlign w:val="center"/>
          </w:tcPr>
          <w:p w14:paraId="787A324C" w14:textId="77777777" w:rsidR="00650973" w:rsidRDefault="00080072">
            <w:r>
              <w:rPr>
                <w:rFonts w:ascii="Arial" w:hAnsi="Arial"/>
                <w:sz w:val="20"/>
              </w:rPr>
              <w:t>Agala 1175 – Baboso Negro, Vijariego, Tintilla (DO Gran Canaria)</w:t>
            </w:r>
          </w:p>
        </w:tc>
        <w:tc>
          <w:tcPr>
            <w:tcW w:w="3402" w:type="dxa"/>
            <w:shd w:val="clear" w:color="auto" w:fill="F8FAF8"/>
            <w:tcMar>
              <w:top w:w="70" w:type="dxa"/>
              <w:left w:w="80" w:type="dxa"/>
              <w:bottom w:w="70" w:type="dxa"/>
              <w:right w:w="80" w:type="dxa"/>
            </w:tcMar>
            <w:vAlign w:val="center"/>
          </w:tcPr>
          <w:p w14:paraId="02E88A85" w14:textId="77777777" w:rsidR="00650973" w:rsidRDefault="00650973"/>
        </w:tc>
        <w:tc>
          <w:tcPr>
            <w:tcW w:w="3402" w:type="dxa"/>
            <w:shd w:val="clear" w:color="auto" w:fill="F8FAF8"/>
            <w:tcMar>
              <w:top w:w="70" w:type="dxa"/>
              <w:left w:w="80" w:type="dxa"/>
              <w:bottom w:w="70" w:type="dxa"/>
              <w:right w:w="80" w:type="dxa"/>
            </w:tcMar>
            <w:vAlign w:val="center"/>
          </w:tcPr>
          <w:p w14:paraId="2E16BC00" w14:textId="77777777" w:rsidR="00650973" w:rsidRDefault="00080072">
            <w:r>
              <w:rPr>
                <w:rFonts w:ascii="Arial" w:hAnsi="Arial"/>
                <w:sz w:val="20"/>
              </w:rPr>
              <w:t>29 €</w:t>
            </w:r>
          </w:p>
        </w:tc>
      </w:tr>
      <w:tr w:rsidR="00650973" w14:paraId="6A2B4BEA" w14:textId="77777777">
        <w:trPr>
          <w:cantSplit/>
          <w:jc w:val="center"/>
        </w:trPr>
        <w:tc>
          <w:tcPr>
            <w:tcW w:w="3402" w:type="dxa"/>
            <w:tcMar>
              <w:top w:w="70" w:type="dxa"/>
              <w:left w:w="80" w:type="dxa"/>
              <w:bottom w:w="70" w:type="dxa"/>
              <w:right w:w="80" w:type="dxa"/>
            </w:tcMar>
            <w:vAlign w:val="center"/>
          </w:tcPr>
          <w:p w14:paraId="131B38A3" w14:textId="77777777" w:rsidR="00650973" w:rsidRDefault="00080072">
            <w:r>
              <w:rPr>
                <w:rFonts w:ascii="Arial" w:hAnsi="Arial"/>
                <w:sz w:val="20"/>
              </w:rPr>
              <w:t>Santa Digna Reserva – Cabernet Sauvignon (Chili)</w:t>
            </w:r>
          </w:p>
        </w:tc>
        <w:tc>
          <w:tcPr>
            <w:tcW w:w="3402" w:type="dxa"/>
            <w:tcMar>
              <w:top w:w="70" w:type="dxa"/>
              <w:left w:w="80" w:type="dxa"/>
              <w:bottom w:w="70" w:type="dxa"/>
              <w:right w:w="80" w:type="dxa"/>
            </w:tcMar>
            <w:vAlign w:val="center"/>
          </w:tcPr>
          <w:p w14:paraId="165889C7" w14:textId="77777777" w:rsidR="00650973" w:rsidRDefault="00650973"/>
        </w:tc>
        <w:tc>
          <w:tcPr>
            <w:tcW w:w="3402" w:type="dxa"/>
            <w:tcMar>
              <w:top w:w="70" w:type="dxa"/>
              <w:left w:w="80" w:type="dxa"/>
              <w:bottom w:w="70" w:type="dxa"/>
              <w:right w:w="80" w:type="dxa"/>
            </w:tcMar>
            <w:vAlign w:val="center"/>
          </w:tcPr>
          <w:p w14:paraId="5DAA527C" w14:textId="77777777" w:rsidR="00650973" w:rsidRDefault="00080072">
            <w:r>
              <w:rPr>
                <w:rFonts w:ascii="Arial" w:hAnsi="Arial"/>
                <w:sz w:val="20"/>
              </w:rPr>
              <w:t>25 €</w:t>
            </w:r>
          </w:p>
        </w:tc>
      </w:tr>
      <w:tr w:rsidR="00650973" w14:paraId="1AF6C4C0" w14:textId="77777777">
        <w:trPr>
          <w:cantSplit/>
          <w:jc w:val="center"/>
        </w:trPr>
        <w:tc>
          <w:tcPr>
            <w:tcW w:w="3402" w:type="dxa"/>
            <w:shd w:val="clear" w:color="auto" w:fill="F8FAF8"/>
            <w:tcMar>
              <w:top w:w="70" w:type="dxa"/>
              <w:left w:w="80" w:type="dxa"/>
              <w:bottom w:w="70" w:type="dxa"/>
              <w:right w:w="80" w:type="dxa"/>
            </w:tcMar>
            <w:vAlign w:val="center"/>
          </w:tcPr>
          <w:p w14:paraId="1A0C4D4A" w14:textId="77777777" w:rsidR="00650973" w:rsidRDefault="00080072">
            <w:r>
              <w:rPr>
                <w:rFonts w:ascii="Arial" w:hAnsi="Arial"/>
                <w:sz w:val="20"/>
              </w:rPr>
              <w:t>Pétalos de Bierzo – Mencía</w:t>
            </w:r>
          </w:p>
        </w:tc>
        <w:tc>
          <w:tcPr>
            <w:tcW w:w="3402" w:type="dxa"/>
            <w:shd w:val="clear" w:color="auto" w:fill="F8FAF8"/>
            <w:tcMar>
              <w:top w:w="70" w:type="dxa"/>
              <w:left w:w="80" w:type="dxa"/>
              <w:bottom w:w="70" w:type="dxa"/>
              <w:right w:w="80" w:type="dxa"/>
            </w:tcMar>
            <w:vAlign w:val="center"/>
          </w:tcPr>
          <w:p w14:paraId="64FDDE55" w14:textId="77777777" w:rsidR="00650973" w:rsidRDefault="00650973"/>
        </w:tc>
        <w:tc>
          <w:tcPr>
            <w:tcW w:w="3402" w:type="dxa"/>
            <w:shd w:val="clear" w:color="auto" w:fill="F8FAF8"/>
            <w:tcMar>
              <w:top w:w="70" w:type="dxa"/>
              <w:left w:w="80" w:type="dxa"/>
              <w:bottom w:w="70" w:type="dxa"/>
              <w:right w:w="80" w:type="dxa"/>
            </w:tcMar>
            <w:vAlign w:val="center"/>
          </w:tcPr>
          <w:p w14:paraId="7A474388" w14:textId="77777777" w:rsidR="00650973" w:rsidRDefault="00080072">
            <w:r>
              <w:rPr>
                <w:rFonts w:ascii="Arial" w:hAnsi="Arial"/>
                <w:sz w:val="20"/>
              </w:rPr>
              <w:t>34 €</w:t>
            </w:r>
          </w:p>
        </w:tc>
      </w:tr>
      <w:tr w:rsidR="00650973" w14:paraId="1E9C640A" w14:textId="77777777">
        <w:trPr>
          <w:cantSplit/>
          <w:jc w:val="center"/>
        </w:trPr>
        <w:tc>
          <w:tcPr>
            <w:tcW w:w="3402" w:type="dxa"/>
            <w:tcMar>
              <w:top w:w="70" w:type="dxa"/>
              <w:left w:w="80" w:type="dxa"/>
              <w:bottom w:w="70" w:type="dxa"/>
              <w:right w:w="80" w:type="dxa"/>
            </w:tcMar>
            <w:vAlign w:val="center"/>
          </w:tcPr>
          <w:p w14:paraId="07E6B579" w14:textId="77777777" w:rsidR="00650973" w:rsidRDefault="00080072">
            <w:r>
              <w:rPr>
                <w:rFonts w:ascii="Arial" w:hAnsi="Arial"/>
                <w:sz w:val="20"/>
              </w:rPr>
              <w:t>Camins del Priorat – Cabernet Sauvignon</w:t>
            </w:r>
          </w:p>
        </w:tc>
        <w:tc>
          <w:tcPr>
            <w:tcW w:w="3402" w:type="dxa"/>
            <w:tcMar>
              <w:top w:w="70" w:type="dxa"/>
              <w:left w:w="80" w:type="dxa"/>
              <w:bottom w:w="70" w:type="dxa"/>
              <w:right w:w="80" w:type="dxa"/>
            </w:tcMar>
            <w:vAlign w:val="center"/>
          </w:tcPr>
          <w:p w14:paraId="38CC8D84" w14:textId="77777777" w:rsidR="00650973" w:rsidRDefault="00650973"/>
        </w:tc>
        <w:tc>
          <w:tcPr>
            <w:tcW w:w="3402" w:type="dxa"/>
            <w:tcMar>
              <w:top w:w="70" w:type="dxa"/>
              <w:left w:w="80" w:type="dxa"/>
              <w:bottom w:w="70" w:type="dxa"/>
              <w:right w:w="80" w:type="dxa"/>
            </w:tcMar>
            <w:vAlign w:val="center"/>
          </w:tcPr>
          <w:p w14:paraId="1A5DE163" w14:textId="77777777" w:rsidR="00650973" w:rsidRDefault="00080072">
            <w:r>
              <w:rPr>
                <w:rFonts w:ascii="Arial" w:hAnsi="Arial"/>
                <w:sz w:val="20"/>
              </w:rPr>
              <w:t>38 €</w:t>
            </w:r>
          </w:p>
        </w:tc>
      </w:tr>
    </w:tbl>
    <w:p w14:paraId="70B69BA3" w14:textId="77777777" w:rsidR="00650973" w:rsidRDefault="00650973">
      <w:pPr>
        <w:spacing w:after="40"/>
      </w:pPr>
    </w:p>
    <w:p w14:paraId="287DAB69" w14:textId="77777777" w:rsidR="00650973" w:rsidRDefault="00080072">
      <w:pPr>
        <w:pStyle w:val="Titre3"/>
        <w:spacing w:before="120" w:after="100"/>
      </w:pPr>
      <w:r>
        <w:rPr>
          <w:rFonts w:ascii="Arial" w:hAnsi="Arial"/>
          <w:color w:val="2F6B4F"/>
          <w:sz w:val="23"/>
        </w:rPr>
        <w:t>Cava et Champagne</w:t>
      </w:r>
    </w:p>
    <w:tbl>
      <w:tblPr>
        <w:tblStyle w:val="Grilledutableau"/>
        <w:tblW w:w="0" w:type="auto"/>
        <w:jc w:val="center"/>
        <w:tblLook w:val="04A0" w:firstRow="1" w:lastRow="0" w:firstColumn="1" w:lastColumn="0" w:noHBand="0" w:noVBand="1"/>
      </w:tblPr>
      <w:tblGrid>
        <w:gridCol w:w="5103"/>
        <w:gridCol w:w="5103"/>
      </w:tblGrid>
      <w:tr w:rsidR="00650973" w14:paraId="3F5B63D0" w14:textId="77777777">
        <w:trPr>
          <w:cantSplit/>
          <w:tblHeader/>
          <w:jc w:val="center"/>
        </w:trPr>
        <w:tc>
          <w:tcPr>
            <w:tcW w:w="5103" w:type="dxa"/>
            <w:shd w:val="clear" w:color="auto" w:fill="2F6B4F"/>
            <w:tcMar>
              <w:top w:w="70" w:type="dxa"/>
              <w:left w:w="80" w:type="dxa"/>
              <w:bottom w:w="70" w:type="dxa"/>
              <w:right w:w="80" w:type="dxa"/>
            </w:tcMar>
            <w:vAlign w:val="center"/>
          </w:tcPr>
          <w:p w14:paraId="7825A3E6"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570D96B4" w14:textId="77777777" w:rsidR="00650973" w:rsidRDefault="00080072">
            <w:pPr>
              <w:jc w:val="center"/>
            </w:pPr>
            <w:r>
              <w:rPr>
                <w:rFonts w:ascii="Arial" w:hAnsi="Arial"/>
                <w:b/>
                <w:color w:val="FFFFFF"/>
                <w:sz w:val="21"/>
              </w:rPr>
              <w:t>Prix</w:t>
            </w:r>
          </w:p>
        </w:tc>
      </w:tr>
      <w:tr w:rsidR="00650973" w14:paraId="53FA9C0A" w14:textId="77777777">
        <w:trPr>
          <w:cantSplit/>
          <w:jc w:val="center"/>
        </w:trPr>
        <w:tc>
          <w:tcPr>
            <w:tcW w:w="5103" w:type="dxa"/>
            <w:tcMar>
              <w:top w:w="70" w:type="dxa"/>
              <w:left w:w="80" w:type="dxa"/>
              <w:bottom w:w="70" w:type="dxa"/>
              <w:right w:w="80" w:type="dxa"/>
            </w:tcMar>
            <w:vAlign w:val="center"/>
          </w:tcPr>
          <w:p w14:paraId="3010F609" w14:textId="77777777" w:rsidR="00650973" w:rsidRDefault="00080072">
            <w:r>
              <w:rPr>
                <w:rFonts w:ascii="Arial" w:hAnsi="Arial"/>
                <w:sz w:val="21"/>
              </w:rPr>
              <w:t>Codorníu Benjamin Piccolo 20 cl</w:t>
            </w:r>
          </w:p>
        </w:tc>
        <w:tc>
          <w:tcPr>
            <w:tcW w:w="5103" w:type="dxa"/>
            <w:tcMar>
              <w:top w:w="70" w:type="dxa"/>
              <w:left w:w="80" w:type="dxa"/>
              <w:bottom w:w="70" w:type="dxa"/>
              <w:right w:w="80" w:type="dxa"/>
            </w:tcMar>
            <w:vAlign w:val="center"/>
          </w:tcPr>
          <w:p w14:paraId="15BB7816" w14:textId="77777777" w:rsidR="00650973" w:rsidRDefault="00080072">
            <w:r>
              <w:rPr>
                <w:rFonts w:ascii="Arial" w:hAnsi="Arial"/>
                <w:sz w:val="21"/>
              </w:rPr>
              <w:t>10 €</w:t>
            </w:r>
          </w:p>
        </w:tc>
      </w:tr>
      <w:tr w:rsidR="00650973" w14:paraId="017F0D51" w14:textId="77777777">
        <w:trPr>
          <w:cantSplit/>
          <w:jc w:val="center"/>
        </w:trPr>
        <w:tc>
          <w:tcPr>
            <w:tcW w:w="5103" w:type="dxa"/>
            <w:shd w:val="clear" w:color="auto" w:fill="F8FAF8"/>
            <w:tcMar>
              <w:top w:w="70" w:type="dxa"/>
              <w:left w:w="80" w:type="dxa"/>
              <w:bottom w:w="70" w:type="dxa"/>
              <w:right w:w="80" w:type="dxa"/>
            </w:tcMar>
            <w:vAlign w:val="center"/>
          </w:tcPr>
          <w:p w14:paraId="50410060" w14:textId="77777777" w:rsidR="00650973" w:rsidRDefault="00080072">
            <w:r>
              <w:rPr>
                <w:rFonts w:ascii="Arial" w:hAnsi="Arial"/>
                <w:sz w:val="21"/>
              </w:rPr>
              <w:t>Anna Codorníu Blanc</w:t>
            </w:r>
          </w:p>
        </w:tc>
        <w:tc>
          <w:tcPr>
            <w:tcW w:w="5103" w:type="dxa"/>
            <w:shd w:val="clear" w:color="auto" w:fill="F8FAF8"/>
            <w:tcMar>
              <w:top w:w="70" w:type="dxa"/>
              <w:left w:w="80" w:type="dxa"/>
              <w:bottom w:w="70" w:type="dxa"/>
              <w:right w:w="80" w:type="dxa"/>
            </w:tcMar>
            <w:vAlign w:val="center"/>
          </w:tcPr>
          <w:p w14:paraId="68B84D6C" w14:textId="77777777" w:rsidR="00650973" w:rsidRDefault="00080072">
            <w:r>
              <w:rPr>
                <w:rFonts w:ascii="Arial" w:hAnsi="Arial"/>
                <w:sz w:val="21"/>
              </w:rPr>
              <w:t>26 €</w:t>
            </w:r>
          </w:p>
        </w:tc>
      </w:tr>
      <w:tr w:rsidR="00650973" w14:paraId="1FA727E3" w14:textId="77777777">
        <w:trPr>
          <w:cantSplit/>
          <w:jc w:val="center"/>
        </w:trPr>
        <w:tc>
          <w:tcPr>
            <w:tcW w:w="5103" w:type="dxa"/>
            <w:tcMar>
              <w:top w:w="70" w:type="dxa"/>
              <w:left w:w="80" w:type="dxa"/>
              <w:bottom w:w="70" w:type="dxa"/>
              <w:right w:w="80" w:type="dxa"/>
            </w:tcMar>
            <w:vAlign w:val="center"/>
          </w:tcPr>
          <w:p w14:paraId="022E912E" w14:textId="77777777" w:rsidR="00650973" w:rsidRDefault="00080072">
            <w:r>
              <w:rPr>
                <w:rFonts w:ascii="Arial" w:hAnsi="Arial"/>
                <w:sz w:val="21"/>
              </w:rPr>
              <w:lastRenderedPageBreak/>
              <w:t>Anna Codorníu Rosé</w:t>
            </w:r>
          </w:p>
        </w:tc>
        <w:tc>
          <w:tcPr>
            <w:tcW w:w="5103" w:type="dxa"/>
            <w:tcMar>
              <w:top w:w="70" w:type="dxa"/>
              <w:left w:w="80" w:type="dxa"/>
              <w:bottom w:w="70" w:type="dxa"/>
              <w:right w:w="80" w:type="dxa"/>
            </w:tcMar>
            <w:vAlign w:val="center"/>
          </w:tcPr>
          <w:p w14:paraId="4F844064" w14:textId="77777777" w:rsidR="00650973" w:rsidRDefault="00080072">
            <w:r>
              <w:rPr>
                <w:rFonts w:ascii="Arial" w:hAnsi="Arial"/>
                <w:sz w:val="21"/>
              </w:rPr>
              <w:t>26 €</w:t>
            </w:r>
          </w:p>
        </w:tc>
      </w:tr>
      <w:tr w:rsidR="00650973" w14:paraId="0BE592E9" w14:textId="77777777">
        <w:trPr>
          <w:cantSplit/>
          <w:jc w:val="center"/>
        </w:trPr>
        <w:tc>
          <w:tcPr>
            <w:tcW w:w="5103" w:type="dxa"/>
            <w:shd w:val="clear" w:color="auto" w:fill="F8FAF8"/>
            <w:tcMar>
              <w:top w:w="70" w:type="dxa"/>
              <w:left w:w="80" w:type="dxa"/>
              <w:bottom w:w="70" w:type="dxa"/>
              <w:right w:w="80" w:type="dxa"/>
            </w:tcMar>
            <w:vAlign w:val="center"/>
          </w:tcPr>
          <w:p w14:paraId="6AB1FBBD" w14:textId="77777777" w:rsidR="00650973" w:rsidRDefault="00080072">
            <w:r>
              <w:rPr>
                <w:rFonts w:ascii="Arial" w:hAnsi="Arial"/>
                <w:sz w:val="21"/>
              </w:rPr>
              <w:t>Mumm Grand Cordon</w:t>
            </w:r>
          </w:p>
        </w:tc>
        <w:tc>
          <w:tcPr>
            <w:tcW w:w="5103" w:type="dxa"/>
            <w:shd w:val="clear" w:color="auto" w:fill="F8FAF8"/>
            <w:tcMar>
              <w:top w:w="70" w:type="dxa"/>
              <w:left w:w="80" w:type="dxa"/>
              <w:bottom w:w="70" w:type="dxa"/>
              <w:right w:w="80" w:type="dxa"/>
            </w:tcMar>
            <w:vAlign w:val="center"/>
          </w:tcPr>
          <w:p w14:paraId="49137E6A" w14:textId="77777777" w:rsidR="00650973" w:rsidRDefault="00080072">
            <w:r>
              <w:rPr>
                <w:rFonts w:ascii="Arial" w:hAnsi="Arial"/>
                <w:sz w:val="21"/>
              </w:rPr>
              <w:t>80 €</w:t>
            </w:r>
          </w:p>
        </w:tc>
      </w:tr>
      <w:tr w:rsidR="00650973" w14:paraId="53BA8C26" w14:textId="77777777">
        <w:trPr>
          <w:cantSplit/>
          <w:jc w:val="center"/>
        </w:trPr>
        <w:tc>
          <w:tcPr>
            <w:tcW w:w="5103" w:type="dxa"/>
            <w:tcMar>
              <w:top w:w="70" w:type="dxa"/>
              <w:left w:w="80" w:type="dxa"/>
              <w:bottom w:w="70" w:type="dxa"/>
              <w:right w:w="80" w:type="dxa"/>
            </w:tcMar>
            <w:vAlign w:val="center"/>
          </w:tcPr>
          <w:p w14:paraId="0141A56D" w14:textId="77777777" w:rsidR="00650973" w:rsidRDefault="00080072">
            <w:r>
              <w:rPr>
                <w:rFonts w:ascii="Arial" w:hAnsi="Arial"/>
                <w:sz w:val="21"/>
              </w:rPr>
              <w:t>Louis Roederer Collection 242</w:t>
            </w:r>
          </w:p>
        </w:tc>
        <w:tc>
          <w:tcPr>
            <w:tcW w:w="5103" w:type="dxa"/>
            <w:tcMar>
              <w:top w:w="70" w:type="dxa"/>
              <w:left w:w="80" w:type="dxa"/>
              <w:bottom w:w="70" w:type="dxa"/>
              <w:right w:w="80" w:type="dxa"/>
            </w:tcMar>
            <w:vAlign w:val="center"/>
          </w:tcPr>
          <w:p w14:paraId="4E740397" w14:textId="77777777" w:rsidR="00650973" w:rsidRDefault="00080072">
            <w:r>
              <w:rPr>
                <w:rFonts w:ascii="Arial" w:hAnsi="Arial"/>
                <w:sz w:val="21"/>
              </w:rPr>
              <w:t>75 €</w:t>
            </w:r>
          </w:p>
        </w:tc>
      </w:tr>
      <w:tr w:rsidR="00650973" w14:paraId="1C613E59" w14:textId="77777777">
        <w:trPr>
          <w:cantSplit/>
          <w:jc w:val="center"/>
        </w:trPr>
        <w:tc>
          <w:tcPr>
            <w:tcW w:w="5103" w:type="dxa"/>
            <w:shd w:val="clear" w:color="auto" w:fill="F8FAF8"/>
            <w:tcMar>
              <w:top w:w="70" w:type="dxa"/>
              <w:left w:w="80" w:type="dxa"/>
              <w:bottom w:w="70" w:type="dxa"/>
              <w:right w:w="80" w:type="dxa"/>
            </w:tcMar>
            <w:vAlign w:val="center"/>
          </w:tcPr>
          <w:p w14:paraId="369F805F" w14:textId="77777777" w:rsidR="00650973" w:rsidRDefault="00080072">
            <w:r>
              <w:rPr>
                <w:rFonts w:ascii="Arial" w:hAnsi="Arial"/>
                <w:sz w:val="21"/>
              </w:rPr>
              <w:t>Moët &amp; Chandon Rosé Brut</w:t>
            </w:r>
          </w:p>
        </w:tc>
        <w:tc>
          <w:tcPr>
            <w:tcW w:w="5103" w:type="dxa"/>
            <w:shd w:val="clear" w:color="auto" w:fill="F8FAF8"/>
            <w:tcMar>
              <w:top w:w="70" w:type="dxa"/>
              <w:left w:w="80" w:type="dxa"/>
              <w:bottom w:w="70" w:type="dxa"/>
              <w:right w:w="80" w:type="dxa"/>
            </w:tcMar>
            <w:vAlign w:val="center"/>
          </w:tcPr>
          <w:p w14:paraId="200C8BF0" w14:textId="77777777" w:rsidR="00650973" w:rsidRDefault="00080072">
            <w:r>
              <w:rPr>
                <w:rFonts w:ascii="Arial" w:hAnsi="Arial"/>
                <w:sz w:val="21"/>
              </w:rPr>
              <w:t>75 €</w:t>
            </w:r>
          </w:p>
        </w:tc>
      </w:tr>
    </w:tbl>
    <w:p w14:paraId="59A18CBC"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2A0453E3" w14:textId="77777777">
        <w:trPr>
          <w:cantSplit/>
          <w:tblHeader/>
          <w:jc w:val="center"/>
        </w:trPr>
        <w:tc>
          <w:tcPr>
            <w:tcW w:w="10206" w:type="dxa"/>
            <w:shd w:val="clear" w:color="auto" w:fill="2F6B4F"/>
            <w:tcMar>
              <w:top w:w="70" w:type="dxa"/>
              <w:left w:w="80" w:type="dxa"/>
              <w:bottom w:w="70" w:type="dxa"/>
              <w:right w:w="80" w:type="dxa"/>
            </w:tcMar>
            <w:vAlign w:val="center"/>
          </w:tcPr>
          <w:p w14:paraId="25A0EF2D" w14:textId="77777777" w:rsidR="00650973" w:rsidRDefault="00080072">
            <w:pPr>
              <w:jc w:val="center"/>
            </w:pPr>
            <w:r>
              <w:rPr>
                <w:rFonts w:ascii="Arial" w:hAnsi="Arial"/>
                <w:b/>
                <w:i/>
                <w:color w:val="FFFFFF"/>
                <w:sz w:val="21"/>
              </w:rPr>
              <w:t>Paella : le chat signalait qu’il fallait vérifier si les prix de 18 € (mixte) et 20 € (fruits de mer), minimum 2 personnes, sont par personne. Ne pas l’affirmer sans confirmation.</w:t>
            </w:r>
          </w:p>
        </w:tc>
      </w:tr>
    </w:tbl>
    <w:p w14:paraId="0312EA55" w14:textId="77777777" w:rsidR="00650973" w:rsidRDefault="00650973">
      <w:pPr>
        <w:spacing w:after="20"/>
      </w:pPr>
    </w:p>
    <w:p w14:paraId="07B48192" w14:textId="77777777" w:rsidR="00650973" w:rsidRDefault="00080072">
      <w:pPr>
        <w:pStyle w:val="Titre2"/>
        <w:spacing w:before="160" w:after="80"/>
      </w:pPr>
      <w:r>
        <w:rPr>
          <w:rFonts w:ascii="Arial" w:hAnsi="Arial"/>
          <w:color w:val="C97A2B"/>
          <w:sz w:val="28"/>
        </w:rPr>
        <w:t>4.4 DREAMS Restaurant &amp; Bar</w:t>
      </w:r>
    </w:p>
    <w:tbl>
      <w:tblPr>
        <w:tblStyle w:val="Grilledutableau"/>
        <w:tblW w:w="0" w:type="auto"/>
        <w:jc w:val="center"/>
        <w:tblLook w:val="04A0" w:firstRow="1" w:lastRow="0" w:firstColumn="1" w:lastColumn="0" w:noHBand="0" w:noVBand="1"/>
      </w:tblPr>
      <w:tblGrid>
        <w:gridCol w:w="5103"/>
        <w:gridCol w:w="5103"/>
      </w:tblGrid>
      <w:tr w:rsidR="00650973" w14:paraId="733926B7" w14:textId="77777777">
        <w:trPr>
          <w:cantSplit/>
          <w:tblHeader/>
          <w:jc w:val="center"/>
        </w:trPr>
        <w:tc>
          <w:tcPr>
            <w:tcW w:w="5103" w:type="dxa"/>
            <w:shd w:val="clear" w:color="auto" w:fill="2F6B4F"/>
            <w:tcMar>
              <w:top w:w="70" w:type="dxa"/>
              <w:left w:w="80" w:type="dxa"/>
              <w:bottom w:w="70" w:type="dxa"/>
              <w:right w:w="80" w:type="dxa"/>
            </w:tcMar>
            <w:vAlign w:val="center"/>
          </w:tcPr>
          <w:p w14:paraId="32DB647B" w14:textId="77777777" w:rsidR="00650973" w:rsidRDefault="00080072">
            <w:pPr>
              <w:jc w:val="center"/>
            </w:pPr>
            <w:r>
              <w:rPr>
                <w:rFonts w:ascii="Arial" w:hAnsi="Arial"/>
                <w:b/>
                <w:noProof/>
                <w:color w:val="FFFFFF"/>
              </w:rPr>
              <w:drawing>
                <wp:inline distT="0" distB="0" distL="0" distR="0" wp14:anchorId="5547734F" wp14:editId="311F803C">
                  <wp:extent cx="2808000" cy="19328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8967a7-6123-419a-92e5-003c1ed25b6e.jpg"/>
                          <pic:cNvPicPr/>
                        </pic:nvPicPr>
                        <pic:blipFill>
                          <a:blip r:embed="rId25"/>
                          <a:stretch>
                            <a:fillRect/>
                          </a:stretch>
                        </pic:blipFill>
                        <pic:spPr>
                          <a:xfrm>
                            <a:off x="0" y="0"/>
                            <a:ext cx="2808000" cy="1932840"/>
                          </a:xfrm>
                          <a:prstGeom prst="rect">
                            <a:avLst/>
                          </a:prstGeom>
                        </pic:spPr>
                      </pic:pic>
                    </a:graphicData>
                  </a:graphic>
                </wp:inline>
              </w:drawing>
            </w:r>
          </w:p>
          <w:p w14:paraId="25AA9420" w14:textId="77777777" w:rsidR="00650973" w:rsidRDefault="00080072">
            <w:pPr>
              <w:jc w:val="center"/>
            </w:pPr>
            <w:r>
              <w:rPr>
                <w:rFonts w:ascii="Arial" w:hAnsi="Arial"/>
                <w:b/>
                <w:i/>
                <w:color w:val="FFFFFF"/>
              </w:rPr>
              <w:t>Façade / terrasse</w:t>
            </w:r>
          </w:p>
        </w:tc>
        <w:tc>
          <w:tcPr>
            <w:tcW w:w="5103" w:type="dxa"/>
            <w:shd w:val="clear" w:color="auto" w:fill="2F6B4F"/>
            <w:tcMar>
              <w:top w:w="70" w:type="dxa"/>
              <w:left w:w="80" w:type="dxa"/>
              <w:bottom w:w="70" w:type="dxa"/>
              <w:right w:w="80" w:type="dxa"/>
            </w:tcMar>
            <w:vAlign w:val="center"/>
          </w:tcPr>
          <w:p w14:paraId="1C0144DD" w14:textId="77777777" w:rsidR="00650973" w:rsidRDefault="00080072">
            <w:pPr>
              <w:jc w:val="center"/>
            </w:pPr>
            <w:r>
              <w:rPr>
                <w:rFonts w:ascii="Arial" w:hAnsi="Arial"/>
                <w:b/>
                <w:noProof/>
                <w:color w:val="FFFFFF"/>
              </w:rPr>
              <w:drawing>
                <wp:inline distT="0" distB="0" distL="0" distR="0" wp14:anchorId="208742CF" wp14:editId="001ABDD8">
                  <wp:extent cx="2808000" cy="1579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8aadd-8e99-4691-b45e-c240380f5f73.jpg"/>
                          <pic:cNvPicPr/>
                        </pic:nvPicPr>
                        <pic:blipFill>
                          <a:blip r:embed="rId26"/>
                          <a:stretch>
                            <a:fillRect/>
                          </a:stretch>
                        </pic:blipFill>
                        <pic:spPr>
                          <a:xfrm>
                            <a:off x="0" y="0"/>
                            <a:ext cx="2808000" cy="1579500"/>
                          </a:xfrm>
                          <a:prstGeom prst="rect">
                            <a:avLst/>
                          </a:prstGeom>
                        </pic:spPr>
                      </pic:pic>
                    </a:graphicData>
                  </a:graphic>
                </wp:inline>
              </w:drawing>
            </w:r>
          </w:p>
          <w:p w14:paraId="77BB9B13" w14:textId="77777777" w:rsidR="00650973" w:rsidRDefault="00080072">
            <w:pPr>
              <w:jc w:val="center"/>
            </w:pPr>
            <w:r>
              <w:rPr>
                <w:rFonts w:ascii="Arial" w:hAnsi="Arial"/>
                <w:b/>
                <w:i/>
                <w:color w:val="FFFFFF"/>
              </w:rPr>
              <w:t>Salle intérieure</w:t>
            </w:r>
          </w:p>
        </w:tc>
      </w:tr>
    </w:tbl>
    <w:p w14:paraId="728F37FC" w14:textId="77777777" w:rsidR="00650973" w:rsidRDefault="00650973">
      <w:pPr>
        <w:spacing w:after="20"/>
      </w:pPr>
    </w:p>
    <w:p w14:paraId="7B63A1F9" w14:textId="77777777" w:rsidR="00650973" w:rsidRDefault="00080072">
      <w:pPr>
        <w:spacing w:after="80"/>
      </w:pPr>
      <w:r>
        <w:rPr>
          <w:sz w:val="18"/>
        </w:rPr>
        <w:t>Av. de Tirajana 17, 35100 San Bartolomé de Tirajana. Réservations : 691 546 818 ; dreamsgrancanaria@gmx.com. Horaires affichés : mardi–samedi 18h30–22h30 ; dimanche et lundi fermés. Enseigne : spécialités suisses, cuisine internationale, grill, vins, 50 gins et glaces maison.</w:t>
      </w:r>
    </w:p>
    <w:p w14:paraId="3849CF29" w14:textId="77777777" w:rsidR="00650973" w:rsidRDefault="00080072">
      <w:pPr>
        <w:pStyle w:val="Titre3"/>
        <w:spacing w:before="120" w:after="100"/>
      </w:pPr>
      <w:r>
        <w:rPr>
          <w:rFonts w:ascii="Arial" w:hAnsi="Arial"/>
          <w:color w:val="2F6B4F"/>
          <w:sz w:val="23"/>
        </w:rPr>
        <w:t>Entrées</w:t>
      </w:r>
    </w:p>
    <w:tbl>
      <w:tblPr>
        <w:tblStyle w:val="Grilledutableau"/>
        <w:tblW w:w="0" w:type="auto"/>
        <w:jc w:val="center"/>
        <w:tblLook w:val="04A0" w:firstRow="1" w:lastRow="0" w:firstColumn="1" w:lastColumn="0" w:noHBand="0" w:noVBand="1"/>
      </w:tblPr>
      <w:tblGrid>
        <w:gridCol w:w="5103"/>
        <w:gridCol w:w="5103"/>
      </w:tblGrid>
      <w:tr w:rsidR="00650973" w14:paraId="36D1F5DA" w14:textId="77777777">
        <w:trPr>
          <w:cantSplit/>
          <w:tblHeader/>
          <w:jc w:val="center"/>
        </w:trPr>
        <w:tc>
          <w:tcPr>
            <w:tcW w:w="5103" w:type="dxa"/>
            <w:shd w:val="clear" w:color="auto" w:fill="2F6B4F"/>
            <w:tcMar>
              <w:top w:w="70" w:type="dxa"/>
              <w:left w:w="80" w:type="dxa"/>
              <w:bottom w:w="70" w:type="dxa"/>
              <w:right w:w="80" w:type="dxa"/>
            </w:tcMar>
            <w:vAlign w:val="center"/>
          </w:tcPr>
          <w:p w14:paraId="029D1B8F" w14:textId="77777777" w:rsidR="00650973" w:rsidRDefault="00080072">
            <w:pPr>
              <w:jc w:val="center"/>
            </w:pPr>
            <w:r>
              <w:rPr>
                <w:rFonts w:ascii="Arial" w:hAnsi="Arial"/>
                <w:b/>
                <w:color w:val="FFFFFF"/>
                <w:sz w:val="21"/>
              </w:rPr>
              <w:t>Entrée</w:t>
            </w:r>
          </w:p>
        </w:tc>
        <w:tc>
          <w:tcPr>
            <w:tcW w:w="5103" w:type="dxa"/>
            <w:shd w:val="clear" w:color="auto" w:fill="2F6B4F"/>
            <w:tcMar>
              <w:top w:w="70" w:type="dxa"/>
              <w:left w:w="80" w:type="dxa"/>
              <w:bottom w:w="70" w:type="dxa"/>
              <w:right w:w="80" w:type="dxa"/>
            </w:tcMar>
            <w:vAlign w:val="center"/>
          </w:tcPr>
          <w:p w14:paraId="6036F13F" w14:textId="77777777" w:rsidR="00650973" w:rsidRDefault="00080072">
            <w:pPr>
              <w:jc w:val="center"/>
            </w:pPr>
            <w:r>
              <w:rPr>
                <w:rFonts w:ascii="Arial" w:hAnsi="Arial"/>
                <w:b/>
                <w:color w:val="FFFFFF"/>
                <w:sz w:val="21"/>
              </w:rPr>
              <w:t>Prix</w:t>
            </w:r>
          </w:p>
        </w:tc>
      </w:tr>
      <w:tr w:rsidR="00650973" w14:paraId="4B64B02E" w14:textId="77777777">
        <w:trPr>
          <w:cantSplit/>
          <w:jc w:val="center"/>
        </w:trPr>
        <w:tc>
          <w:tcPr>
            <w:tcW w:w="5103" w:type="dxa"/>
            <w:tcMar>
              <w:top w:w="70" w:type="dxa"/>
              <w:left w:w="80" w:type="dxa"/>
              <w:bottom w:w="70" w:type="dxa"/>
              <w:right w:w="80" w:type="dxa"/>
            </w:tcMar>
            <w:vAlign w:val="center"/>
          </w:tcPr>
          <w:p w14:paraId="2FD16F42" w14:textId="77777777" w:rsidR="00650973" w:rsidRDefault="00080072">
            <w:r>
              <w:rPr>
                <w:rFonts w:ascii="Arial" w:hAnsi="Arial"/>
                <w:sz w:val="21"/>
              </w:rPr>
              <w:t>Pain + beurre de tomate séchée</w:t>
            </w:r>
          </w:p>
        </w:tc>
        <w:tc>
          <w:tcPr>
            <w:tcW w:w="5103" w:type="dxa"/>
            <w:tcMar>
              <w:top w:w="70" w:type="dxa"/>
              <w:left w:w="80" w:type="dxa"/>
              <w:bottom w:w="70" w:type="dxa"/>
              <w:right w:w="80" w:type="dxa"/>
            </w:tcMar>
            <w:vAlign w:val="center"/>
          </w:tcPr>
          <w:p w14:paraId="10A60042" w14:textId="77777777" w:rsidR="00650973" w:rsidRDefault="00080072">
            <w:r>
              <w:rPr>
                <w:rFonts w:ascii="Arial" w:hAnsi="Arial"/>
                <w:sz w:val="21"/>
              </w:rPr>
              <w:t>2,90 €</w:t>
            </w:r>
          </w:p>
        </w:tc>
      </w:tr>
      <w:tr w:rsidR="00650973" w14:paraId="6A7233DA" w14:textId="77777777">
        <w:trPr>
          <w:cantSplit/>
          <w:jc w:val="center"/>
        </w:trPr>
        <w:tc>
          <w:tcPr>
            <w:tcW w:w="5103" w:type="dxa"/>
            <w:shd w:val="clear" w:color="auto" w:fill="F8FAF8"/>
            <w:tcMar>
              <w:top w:w="70" w:type="dxa"/>
              <w:left w:w="80" w:type="dxa"/>
              <w:bottom w:w="70" w:type="dxa"/>
              <w:right w:w="80" w:type="dxa"/>
            </w:tcMar>
            <w:vAlign w:val="center"/>
          </w:tcPr>
          <w:p w14:paraId="70C7A422" w14:textId="77777777" w:rsidR="00650973" w:rsidRDefault="00080072">
            <w:r>
              <w:rPr>
                <w:rFonts w:ascii="Arial" w:hAnsi="Arial"/>
                <w:sz w:val="21"/>
              </w:rPr>
              <w:t>Salade mêlée</w:t>
            </w:r>
          </w:p>
        </w:tc>
        <w:tc>
          <w:tcPr>
            <w:tcW w:w="5103" w:type="dxa"/>
            <w:shd w:val="clear" w:color="auto" w:fill="F8FAF8"/>
            <w:tcMar>
              <w:top w:w="70" w:type="dxa"/>
              <w:left w:w="80" w:type="dxa"/>
              <w:bottom w:w="70" w:type="dxa"/>
              <w:right w:w="80" w:type="dxa"/>
            </w:tcMar>
            <w:vAlign w:val="center"/>
          </w:tcPr>
          <w:p w14:paraId="35F09ADF" w14:textId="77777777" w:rsidR="00650973" w:rsidRDefault="00080072">
            <w:r>
              <w:rPr>
                <w:rFonts w:ascii="Arial" w:hAnsi="Arial"/>
                <w:sz w:val="21"/>
              </w:rPr>
              <w:t>8,20 €</w:t>
            </w:r>
          </w:p>
        </w:tc>
      </w:tr>
      <w:tr w:rsidR="00650973" w14:paraId="0F0415C0" w14:textId="77777777">
        <w:trPr>
          <w:cantSplit/>
          <w:jc w:val="center"/>
        </w:trPr>
        <w:tc>
          <w:tcPr>
            <w:tcW w:w="5103" w:type="dxa"/>
            <w:tcMar>
              <w:top w:w="70" w:type="dxa"/>
              <w:left w:w="80" w:type="dxa"/>
              <w:bottom w:w="70" w:type="dxa"/>
              <w:right w:w="80" w:type="dxa"/>
            </w:tcMar>
            <w:vAlign w:val="center"/>
          </w:tcPr>
          <w:p w14:paraId="3A3C200A" w14:textId="77777777" w:rsidR="00650973" w:rsidRDefault="00080072">
            <w:r>
              <w:rPr>
                <w:rFonts w:ascii="Arial" w:hAnsi="Arial"/>
                <w:sz w:val="21"/>
              </w:rPr>
              <w:t>Coleslaw</w:t>
            </w:r>
          </w:p>
        </w:tc>
        <w:tc>
          <w:tcPr>
            <w:tcW w:w="5103" w:type="dxa"/>
            <w:tcMar>
              <w:top w:w="70" w:type="dxa"/>
              <w:left w:w="80" w:type="dxa"/>
              <w:bottom w:w="70" w:type="dxa"/>
              <w:right w:w="80" w:type="dxa"/>
            </w:tcMar>
            <w:vAlign w:val="center"/>
          </w:tcPr>
          <w:p w14:paraId="2FA6046A" w14:textId="77777777" w:rsidR="00650973" w:rsidRDefault="00080072">
            <w:r>
              <w:rPr>
                <w:rFonts w:ascii="Arial" w:hAnsi="Arial"/>
                <w:sz w:val="21"/>
              </w:rPr>
              <w:t>7,50 €</w:t>
            </w:r>
          </w:p>
        </w:tc>
      </w:tr>
      <w:tr w:rsidR="00650973" w14:paraId="598F7D5B" w14:textId="77777777">
        <w:trPr>
          <w:cantSplit/>
          <w:jc w:val="center"/>
        </w:trPr>
        <w:tc>
          <w:tcPr>
            <w:tcW w:w="5103" w:type="dxa"/>
            <w:shd w:val="clear" w:color="auto" w:fill="F8FAF8"/>
            <w:tcMar>
              <w:top w:w="70" w:type="dxa"/>
              <w:left w:w="80" w:type="dxa"/>
              <w:bottom w:w="70" w:type="dxa"/>
              <w:right w:w="80" w:type="dxa"/>
            </w:tcMar>
            <w:vAlign w:val="center"/>
          </w:tcPr>
          <w:p w14:paraId="2AC325EB" w14:textId="77777777" w:rsidR="00650973" w:rsidRDefault="00080072">
            <w:r>
              <w:rPr>
                <w:rFonts w:ascii="Arial" w:hAnsi="Arial"/>
                <w:sz w:val="21"/>
              </w:rPr>
              <w:t>Soupe du jour</w:t>
            </w:r>
          </w:p>
        </w:tc>
        <w:tc>
          <w:tcPr>
            <w:tcW w:w="5103" w:type="dxa"/>
            <w:shd w:val="clear" w:color="auto" w:fill="F8FAF8"/>
            <w:tcMar>
              <w:top w:w="70" w:type="dxa"/>
              <w:left w:w="80" w:type="dxa"/>
              <w:bottom w:w="70" w:type="dxa"/>
              <w:right w:w="80" w:type="dxa"/>
            </w:tcMar>
            <w:vAlign w:val="center"/>
          </w:tcPr>
          <w:p w14:paraId="1B926092" w14:textId="77777777" w:rsidR="00650973" w:rsidRDefault="00080072">
            <w:r>
              <w:rPr>
                <w:rFonts w:ascii="Arial" w:hAnsi="Arial"/>
                <w:sz w:val="21"/>
              </w:rPr>
              <w:t>8,50 €</w:t>
            </w:r>
          </w:p>
        </w:tc>
      </w:tr>
      <w:tr w:rsidR="00650973" w14:paraId="66FA9A2D" w14:textId="77777777">
        <w:trPr>
          <w:cantSplit/>
          <w:jc w:val="center"/>
        </w:trPr>
        <w:tc>
          <w:tcPr>
            <w:tcW w:w="5103" w:type="dxa"/>
            <w:tcMar>
              <w:top w:w="70" w:type="dxa"/>
              <w:left w:w="80" w:type="dxa"/>
              <w:bottom w:w="70" w:type="dxa"/>
              <w:right w:w="80" w:type="dxa"/>
            </w:tcMar>
            <w:vAlign w:val="center"/>
          </w:tcPr>
          <w:p w14:paraId="70C8EE5D" w14:textId="77777777" w:rsidR="00650973" w:rsidRDefault="00080072">
            <w:r>
              <w:rPr>
                <w:rFonts w:ascii="Arial" w:hAnsi="Arial"/>
                <w:sz w:val="21"/>
              </w:rPr>
              <w:t>Croquettes (Appenzeller / jambon ibérique / épinards / champignons)</w:t>
            </w:r>
          </w:p>
        </w:tc>
        <w:tc>
          <w:tcPr>
            <w:tcW w:w="5103" w:type="dxa"/>
            <w:tcMar>
              <w:top w:w="70" w:type="dxa"/>
              <w:left w:w="80" w:type="dxa"/>
              <w:bottom w:w="70" w:type="dxa"/>
              <w:right w:w="80" w:type="dxa"/>
            </w:tcMar>
            <w:vAlign w:val="center"/>
          </w:tcPr>
          <w:p w14:paraId="676D4B9C" w14:textId="77777777" w:rsidR="00650973" w:rsidRDefault="00080072">
            <w:r>
              <w:rPr>
                <w:rFonts w:ascii="Arial" w:hAnsi="Arial"/>
                <w:sz w:val="21"/>
              </w:rPr>
              <w:t>8,20 €</w:t>
            </w:r>
          </w:p>
        </w:tc>
      </w:tr>
      <w:tr w:rsidR="00650973" w14:paraId="70F18B90" w14:textId="77777777">
        <w:trPr>
          <w:cantSplit/>
          <w:jc w:val="center"/>
        </w:trPr>
        <w:tc>
          <w:tcPr>
            <w:tcW w:w="5103" w:type="dxa"/>
            <w:shd w:val="clear" w:color="auto" w:fill="F8FAF8"/>
            <w:tcMar>
              <w:top w:w="70" w:type="dxa"/>
              <w:left w:w="80" w:type="dxa"/>
              <w:bottom w:w="70" w:type="dxa"/>
              <w:right w:w="80" w:type="dxa"/>
            </w:tcMar>
            <w:vAlign w:val="center"/>
          </w:tcPr>
          <w:p w14:paraId="36F9AFE0" w14:textId="77777777" w:rsidR="00650973" w:rsidRDefault="00080072">
            <w:r>
              <w:rPr>
                <w:rFonts w:ascii="Arial" w:hAnsi="Arial"/>
                <w:sz w:val="21"/>
              </w:rPr>
              <w:t>Mousse de saumon fumé</w:t>
            </w:r>
          </w:p>
        </w:tc>
        <w:tc>
          <w:tcPr>
            <w:tcW w:w="5103" w:type="dxa"/>
            <w:shd w:val="clear" w:color="auto" w:fill="F8FAF8"/>
            <w:tcMar>
              <w:top w:w="70" w:type="dxa"/>
              <w:left w:w="80" w:type="dxa"/>
              <w:bottom w:w="70" w:type="dxa"/>
              <w:right w:w="80" w:type="dxa"/>
            </w:tcMar>
            <w:vAlign w:val="center"/>
          </w:tcPr>
          <w:p w14:paraId="23DD040F" w14:textId="77777777" w:rsidR="00650973" w:rsidRDefault="00080072">
            <w:r>
              <w:rPr>
                <w:rFonts w:ascii="Arial" w:hAnsi="Arial"/>
                <w:sz w:val="21"/>
              </w:rPr>
              <w:t>8,20 €</w:t>
            </w:r>
          </w:p>
        </w:tc>
      </w:tr>
      <w:tr w:rsidR="00650973" w14:paraId="616C7953" w14:textId="77777777">
        <w:trPr>
          <w:cantSplit/>
          <w:jc w:val="center"/>
        </w:trPr>
        <w:tc>
          <w:tcPr>
            <w:tcW w:w="5103" w:type="dxa"/>
            <w:tcMar>
              <w:top w:w="70" w:type="dxa"/>
              <w:left w:w="80" w:type="dxa"/>
              <w:bottom w:w="70" w:type="dxa"/>
              <w:right w:w="80" w:type="dxa"/>
            </w:tcMar>
            <w:vAlign w:val="center"/>
          </w:tcPr>
          <w:p w14:paraId="7D840487" w14:textId="77777777" w:rsidR="00650973" w:rsidRDefault="00080072">
            <w:r>
              <w:rPr>
                <w:rFonts w:ascii="Arial" w:hAnsi="Arial"/>
                <w:sz w:val="21"/>
              </w:rPr>
              <w:t>Steak tartare</w:t>
            </w:r>
          </w:p>
        </w:tc>
        <w:tc>
          <w:tcPr>
            <w:tcW w:w="5103" w:type="dxa"/>
            <w:tcMar>
              <w:top w:w="70" w:type="dxa"/>
              <w:left w:w="80" w:type="dxa"/>
              <w:bottom w:w="70" w:type="dxa"/>
              <w:right w:w="80" w:type="dxa"/>
            </w:tcMar>
            <w:vAlign w:val="center"/>
          </w:tcPr>
          <w:p w14:paraId="4CAE9A91" w14:textId="77777777" w:rsidR="00650973" w:rsidRDefault="00080072">
            <w:r>
              <w:rPr>
                <w:rFonts w:ascii="Arial" w:hAnsi="Arial"/>
                <w:sz w:val="21"/>
              </w:rPr>
              <w:t>16,90 €</w:t>
            </w:r>
          </w:p>
        </w:tc>
      </w:tr>
    </w:tbl>
    <w:p w14:paraId="19775E64" w14:textId="77777777" w:rsidR="00650973" w:rsidRDefault="00650973">
      <w:pPr>
        <w:spacing w:after="40"/>
      </w:pPr>
    </w:p>
    <w:p w14:paraId="136CD1C3" w14:textId="77777777" w:rsidR="00650973" w:rsidRDefault="00080072">
      <w:pPr>
        <w:pStyle w:val="Titre3"/>
        <w:spacing w:before="120" w:after="100"/>
      </w:pPr>
      <w:r>
        <w:rPr>
          <w:rFonts w:ascii="Arial" w:hAnsi="Arial"/>
          <w:color w:val="2F6B4F"/>
          <w:sz w:val="23"/>
        </w:rPr>
        <w:t>Spécialités suisses</w:t>
      </w:r>
    </w:p>
    <w:tbl>
      <w:tblPr>
        <w:tblStyle w:val="Grilledutableau"/>
        <w:tblW w:w="0" w:type="auto"/>
        <w:jc w:val="center"/>
        <w:tblLook w:val="04A0" w:firstRow="1" w:lastRow="0" w:firstColumn="1" w:lastColumn="0" w:noHBand="0" w:noVBand="1"/>
      </w:tblPr>
      <w:tblGrid>
        <w:gridCol w:w="5103"/>
        <w:gridCol w:w="5103"/>
      </w:tblGrid>
      <w:tr w:rsidR="00650973" w14:paraId="6D076DAC" w14:textId="77777777">
        <w:trPr>
          <w:cantSplit/>
          <w:tblHeader/>
          <w:jc w:val="center"/>
        </w:trPr>
        <w:tc>
          <w:tcPr>
            <w:tcW w:w="5103" w:type="dxa"/>
            <w:shd w:val="clear" w:color="auto" w:fill="2F6B4F"/>
            <w:tcMar>
              <w:top w:w="70" w:type="dxa"/>
              <w:left w:w="80" w:type="dxa"/>
              <w:bottom w:w="70" w:type="dxa"/>
              <w:right w:w="80" w:type="dxa"/>
            </w:tcMar>
            <w:vAlign w:val="center"/>
          </w:tcPr>
          <w:p w14:paraId="50B7D87E" w14:textId="77777777" w:rsidR="00650973" w:rsidRDefault="00080072">
            <w:pPr>
              <w:jc w:val="center"/>
            </w:pPr>
            <w:r>
              <w:rPr>
                <w:rFonts w:ascii="Arial" w:hAnsi="Arial"/>
                <w:b/>
                <w:color w:val="FFFFFF"/>
                <w:sz w:val="21"/>
              </w:rPr>
              <w:t>Spécialité</w:t>
            </w:r>
          </w:p>
        </w:tc>
        <w:tc>
          <w:tcPr>
            <w:tcW w:w="5103" w:type="dxa"/>
            <w:shd w:val="clear" w:color="auto" w:fill="2F6B4F"/>
            <w:tcMar>
              <w:top w:w="70" w:type="dxa"/>
              <w:left w:w="80" w:type="dxa"/>
              <w:bottom w:w="70" w:type="dxa"/>
              <w:right w:w="80" w:type="dxa"/>
            </w:tcMar>
            <w:vAlign w:val="center"/>
          </w:tcPr>
          <w:p w14:paraId="37F92B85" w14:textId="77777777" w:rsidR="00650973" w:rsidRDefault="00080072">
            <w:pPr>
              <w:jc w:val="center"/>
            </w:pPr>
            <w:r>
              <w:rPr>
                <w:rFonts w:ascii="Arial" w:hAnsi="Arial"/>
                <w:b/>
                <w:color w:val="FFFFFF"/>
                <w:sz w:val="21"/>
              </w:rPr>
              <w:t>Prix</w:t>
            </w:r>
          </w:p>
        </w:tc>
      </w:tr>
      <w:tr w:rsidR="00650973" w14:paraId="44D3A0E5" w14:textId="77777777">
        <w:trPr>
          <w:cantSplit/>
          <w:jc w:val="center"/>
        </w:trPr>
        <w:tc>
          <w:tcPr>
            <w:tcW w:w="5103" w:type="dxa"/>
            <w:tcMar>
              <w:top w:w="70" w:type="dxa"/>
              <w:left w:w="80" w:type="dxa"/>
              <w:bottom w:w="70" w:type="dxa"/>
              <w:right w:w="80" w:type="dxa"/>
            </w:tcMar>
            <w:vAlign w:val="center"/>
          </w:tcPr>
          <w:p w14:paraId="51074FF3" w14:textId="77777777" w:rsidR="00650973" w:rsidRDefault="00080072">
            <w:r>
              <w:rPr>
                <w:rFonts w:ascii="Arial" w:hAnsi="Arial"/>
                <w:sz w:val="21"/>
              </w:rPr>
              <w:t>Quiche aux trois fromages suisses</w:t>
            </w:r>
          </w:p>
        </w:tc>
        <w:tc>
          <w:tcPr>
            <w:tcW w:w="5103" w:type="dxa"/>
            <w:tcMar>
              <w:top w:w="70" w:type="dxa"/>
              <w:left w:w="80" w:type="dxa"/>
              <w:bottom w:w="70" w:type="dxa"/>
              <w:right w:w="80" w:type="dxa"/>
            </w:tcMar>
            <w:vAlign w:val="center"/>
          </w:tcPr>
          <w:p w14:paraId="20930FD8" w14:textId="77777777" w:rsidR="00650973" w:rsidRDefault="00080072">
            <w:r>
              <w:rPr>
                <w:rFonts w:ascii="Arial" w:hAnsi="Arial"/>
                <w:sz w:val="21"/>
              </w:rPr>
              <w:t>8,20 €</w:t>
            </w:r>
          </w:p>
        </w:tc>
      </w:tr>
      <w:tr w:rsidR="00650973" w14:paraId="27D2BFF6" w14:textId="77777777">
        <w:trPr>
          <w:cantSplit/>
          <w:jc w:val="center"/>
        </w:trPr>
        <w:tc>
          <w:tcPr>
            <w:tcW w:w="5103" w:type="dxa"/>
            <w:shd w:val="clear" w:color="auto" w:fill="F8FAF8"/>
            <w:tcMar>
              <w:top w:w="70" w:type="dxa"/>
              <w:left w:w="80" w:type="dxa"/>
              <w:bottom w:w="70" w:type="dxa"/>
              <w:right w:w="80" w:type="dxa"/>
            </w:tcMar>
            <w:vAlign w:val="center"/>
          </w:tcPr>
          <w:p w14:paraId="05D0395A" w14:textId="77777777" w:rsidR="00650973" w:rsidRDefault="00080072">
            <w:r>
              <w:rPr>
                <w:rFonts w:ascii="Arial" w:hAnsi="Arial"/>
                <w:sz w:val="21"/>
              </w:rPr>
              <w:t>Fondue au fromage (prix/pers., min. 2)</w:t>
            </w:r>
          </w:p>
        </w:tc>
        <w:tc>
          <w:tcPr>
            <w:tcW w:w="5103" w:type="dxa"/>
            <w:shd w:val="clear" w:color="auto" w:fill="F8FAF8"/>
            <w:tcMar>
              <w:top w:w="70" w:type="dxa"/>
              <w:left w:w="80" w:type="dxa"/>
              <w:bottom w:w="70" w:type="dxa"/>
              <w:right w:w="80" w:type="dxa"/>
            </w:tcMar>
            <w:vAlign w:val="center"/>
          </w:tcPr>
          <w:p w14:paraId="2034E21A" w14:textId="77777777" w:rsidR="00650973" w:rsidRDefault="00080072">
            <w:r>
              <w:rPr>
                <w:rFonts w:ascii="Arial" w:hAnsi="Arial"/>
                <w:sz w:val="21"/>
              </w:rPr>
              <w:t>21,50 €</w:t>
            </w:r>
          </w:p>
        </w:tc>
      </w:tr>
      <w:tr w:rsidR="00650973" w14:paraId="7F759D7D" w14:textId="77777777">
        <w:trPr>
          <w:cantSplit/>
          <w:jc w:val="center"/>
        </w:trPr>
        <w:tc>
          <w:tcPr>
            <w:tcW w:w="5103" w:type="dxa"/>
            <w:tcMar>
              <w:top w:w="70" w:type="dxa"/>
              <w:left w:w="80" w:type="dxa"/>
              <w:bottom w:w="70" w:type="dxa"/>
              <w:right w:w="80" w:type="dxa"/>
            </w:tcMar>
            <w:vAlign w:val="center"/>
          </w:tcPr>
          <w:p w14:paraId="5B1B02E7" w14:textId="77777777" w:rsidR="00650973" w:rsidRDefault="00080072">
            <w:r>
              <w:rPr>
                <w:rFonts w:ascii="Arial" w:hAnsi="Arial"/>
                <w:sz w:val="21"/>
              </w:rPr>
              <w:t>Fondue chinoise (prix/pers., min. 4, sur réservation)</w:t>
            </w:r>
          </w:p>
        </w:tc>
        <w:tc>
          <w:tcPr>
            <w:tcW w:w="5103" w:type="dxa"/>
            <w:tcMar>
              <w:top w:w="70" w:type="dxa"/>
              <w:left w:w="80" w:type="dxa"/>
              <w:bottom w:w="70" w:type="dxa"/>
              <w:right w:w="80" w:type="dxa"/>
            </w:tcMar>
            <w:vAlign w:val="center"/>
          </w:tcPr>
          <w:p w14:paraId="364B3D26" w14:textId="77777777" w:rsidR="00650973" w:rsidRDefault="00080072">
            <w:r>
              <w:rPr>
                <w:rFonts w:ascii="Arial" w:hAnsi="Arial"/>
                <w:sz w:val="21"/>
              </w:rPr>
              <w:t>30,90 €</w:t>
            </w:r>
          </w:p>
        </w:tc>
      </w:tr>
      <w:tr w:rsidR="00650973" w14:paraId="6D7FBC09" w14:textId="77777777">
        <w:trPr>
          <w:cantSplit/>
          <w:jc w:val="center"/>
        </w:trPr>
        <w:tc>
          <w:tcPr>
            <w:tcW w:w="5103" w:type="dxa"/>
            <w:shd w:val="clear" w:color="auto" w:fill="F8FAF8"/>
            <w:tcMar>
              <w:top w:w="70" w:type="dxa"/>
              <w:left w:w="80" w:type="dxa"/>
              <w:bottom w:w="70" w:type="dxa"/>
              <w:right w:w="80" w:type="dxa"/>
            </w:tcMar>
            <w:vAlign w:val="center"/>
          </w:tcPr>
          <w:p w14:paraId="5E27B793" w14:textId="77777777" w:rsidR="00650973" w:rsidRDefault="00080072">
            <w:r>
              <w:rPr>
                <w:rFonts w:ascii="Arial" w:hAnsi="Arial"/>
                <w:sz w:val="21"/>
              </w:rPr>
              <w:t>Hackbraten – pain de viande</w:t>
            </w:r>
          </w:p>
        </w:tc>
        <w:tc>
          <w:tcPr>
            <w:tcW w:w="5103" w:type="dxa"/>
            <w:shd w:val="clear" w:color="auto" w:fill="F8FAF8"/>
            <w:tcMar>
              <w:top w:w="70" w:type="dxa"/>
              <w:left w:w="80" w:type="dxa"/>
              <w:bottom w:w="70" w:type="dxa"/>
              <w:right w:w="80" w:type="dxa"/>
            </w:tcMar>
            <w:vAlign w:val="center"/>
          </w:tcPr>
          <w:p w14:paraId="34BA6349" w14:textId="77777777" w:rsidR="00650973" w:rsidRDefault="00080072">
            <w:r>
              <w:rPr>
                <w:rFonts w:ascii="Arial" w:hAnsi="Arial"/>
                <w:sz w:val="21"/>
              </w:rPr>
              <w:t>21,90 €</w:t>
            </w:r>
          </w:p>
        </w:tc>
      </w:tr>
      <w:tr w:rsidR="00650973" w14:paraId="0D6883E0" w14:textId="77777777">
        <w:trPr>
          <w:cantSplit/>
          <w:jc w:val="center"/>
        </w:trPr>
        <w:tc>
          <w:tcPr>
            <w:tcW w:w="5103" w:type="dxa"/>
            <w:tcMar>
              <w:top w:w="70" w:type="dxa"/>
              <w:left w:w="80" w:type="dxa"/>
              <w:bottom w:w="70" w:type="dxa"/>
              <w:right w:w="80" w:type="dxa"/>
            </w:tcMar>
            <w:vAlign w:val="center"/>
          </w:tcPr>
          <w:p w14:paraId="585DA146" w14:textId="77777777" w:rsidR="00650973" w:rsidRDefault="00080072">
            <w:r>
              <w:rPr>
                <w:rFonts w:ascii="Arial" w:hAnsi="Arial"/>
                <w:sz w:val="21"/>
              </w:rPr>
              <w:lastRenderedPageBreak/>
              <w:t>Zürich Geschnetzeltes – émincé de veau</w:t>
            </w:r>
          </w:p>
        </w:tc>
        <w:tc>
          <w:tcPr>
            <w:tcW w:w="5103" w:type="dxa"/>
            <w:tcMar>
              <w:top w:w="70" w:type="dxa"/>
              <w:left w:w="80" w:type="dxa"/>
              <w:bottom w:w="70" w:type="dxa"/>
              <w:right w:w="80" w:type="dxa"/>
            </w:tcMar>
            <w:vAlign w:val="center"/>
          </w:tcPr>
          <w:p w14:paraId="1B00EBF3" w14:textId="77777777" w:rsidR="00650973" w:rsidRDefault="00080072">
            <w:r>
              <w:rPr>
                <w:rFonts w:ascii="Arial" w:hAnsi="Arial"/>
                <w:sz w:val="21"/>
              </w:rPr>
              <w:t>22,90 €</w:t>
            </w:r>
          </w:p>
        </w:tc>
      </w:tr>
      <w:tr w:rsidR="00650973" w14:paraId="531336A2" w14:textId="77777777">
        <w:trPr>
          <w:cantSplit/>
          <w:jc w:val="center"/>
        </w:trPr>
        <w:tc>
          <w:tcPr>
            <w:tcW w:w="5103" w:type="dxa"/>
            <w:shd w:val="clear" w:color="auto" w:fill="F8FAF8"/>
            <w:tcMar>
              <w:top w:w="70" w:type="dxa"/>
              <w:left w:w="80" w:type="dxa"/>
              <w:bottom w:w="70" w:type="dxa"/>
              <w:right w:w="80" w:type="dxa"/>
            </w:tcMar>
            <w:vAlign w:val="center"/>
          </w:tcPr>
          <w:p w14:paraId="7D97DD7F" w14:textId="77777777" w:rsidR="00650973" w:rsidRDefault="00080072">
            <w:r>
              <w:rPr>
                <w:rFonts w:ascii="Arial" w:hAnsi="Arial"/>
                <w:sz w:val="21"/>
              </w:rPr>
              <w:t>Cordon bleu de veau à l’Appenzeller et jambon</w:t>
            </w:r>
          </w:p>
        </w:tc>
        <w:tc>
          <w:tcPr>
            <w:tcW w:w="5103" w:type="dxa"/>
            <w:shd w:val="clear" w:color="auto" w:fill="F8FAF8"/>
            <w:tcMar>
              <w:top w:w="70" w:type="dxa"/>
              <w:left w:w="80" w:type="dxa"/>
              <w:bottom w:w="70" w:type="dxa"/>
              <w:right w:w="80" w:type="dxa"/>
            </w:tcMar>
            <w:vAlign w:val="center"/>
          </w:tcPr>
          <w:p w14:paraId="46194906" w14:textId="77777777" w:rsidR="00650973" w:rsidRDefault="00080072">
            <w:r>
              <w:rPr>
                <w:rFonts w:ascii="Arial" w:hAnsi="Arial"/>
                <w:sz w:val="21"/>
              </w:rPr>
              <w:t>24,90 €</w:t>
            </w:r>
          </w:p>
        </w:tc>
      </w:tr>
      <w:tr w:rsidR="00650973" w14:paraId="295C55C5" w14:textId="77777777">
        <w:trPr>
          <w:cantSplit/>
          <w:jc w:val="center"/>
        </w:trPr>
        <w:tc>
          <w:tcPr>
            <w:tcW w:w="5103" w:type="dxa"/>
            <w:tcMar>
              <w:top w:w="70" w:type="dxa"/>
              <w:left w:w="80" w:type="dxa"/>
              <w:bottom w:w="70" w:type="dxa"/>
              <w:right w:w="80" w:type="dxa"/>
            </w:tcMar>
            <w:vAlign w:val="center"/>
          </w:tcPr>
          <w:p w14:paraId="2323BB52" w14:textId="77777777" w:rsidR="00650973" w:rsidRDefault="00080072">
            <w:r>
              <w:rPr>
                <w:rFonts w:ascii="Arial" w:hAnsi="Arial"/>
                <w:sz w:val="21"/>
              </w:rPr>
              <w:t>Spätzle au fromage</w:t>
            </w:r>
          </w:p>
        </w:tc>
        <w:tc>
          <w:tcPr>
            <w:tcW w:w="5103" w:type="dxa"/>
            <w:tcMar>
              <w:top w:w="70" w:type="dxa"/>
              <w:left w:w="80" w:type="dxa"/>
              <w:bottom w:w="70" w:type="dxa"/>
              <w:right w:w="80" w:type="dxa"/>
            </w:tcMar>
            <w:vAlign w:val="center"/>
          </w:tcPr>
          <w:p w14:paraId="2CD603CB" w14:textId="77777777" w:rsidR="00650973" w:rsidRDefault="00080072">
            <w:r>
              <w:rPr>
                <w:rFonts w:ascii="Arial" w:hAnsi="Arial"/>
                <w:sz w:val="21"/>
              </w:rPr>
              <w:t>15,90 €</w:t>
            </w:r>
          </w:p>
        </w:tc>
      </w:tr>
    </w:tbl>
    <w:p w14:paraId="565323EF" w14:textId="77777777" w:rsidR="00650973" w:rsidRDefault="00650973">
      <w:pPr>
        <w:spacing w:after="40"/>
      </w:pPr>
    </w:p>
    <w:p w14:paraId="4E965899" w14:textId="77777777" w:rsidR="00650973" w:rsidRDefault="00080072">
      <w:pPr>
        <w:pStyle w:val="Titre3"/>
        <w:spacing w:before="120" w:after="100"/>
      </w:pPr>
      <w:r>
        <w:rPr>
          <w:rFonts w:ascii="Arial" w:hAnsi="Arial"/>
          <w:color w:val="2F6B4F"/>
          <w:sz w:val="23"/>
        </w:rPr>
        <w:t>Plats principaux</w:t>
      </w:r>
    </w:p>
    <w:tbl>
      <w:tblPr>
        <w:tblStyle w:val="Grilledutableau"/>
        <w:tblW w:w="0" w:type="auto"/>
        <w:jc w:val="center"/>
        <w:tblLook w:val="04A0" w:firstRow="1" w:lastRow="0" w:firstColumn="1" w:lastColumn="0" w:noHBand="0" w:noVBand="1"/>
      </w:tblPr>
      <w:tblGrid>
        <w:gridCol w:w="5103"/>
        <w:gridCol w:w="5103"/>
      </w:tblGrid>
      <w:tr w:rsidR="00650973" w14:paraId="43760B63" w14:textId="77777777">
        <w:trPr>
          <w:cantSplit/>
          <w:tblHeader/>
          <w:jc w:val="center"/>
        </w:trPr>
        <w:tc>
          <w:tcPr>
            <w:tcW w:w="5103" w:type="dxa"/>
            <w:shd w:val="clear" w:color="auto" w:fill="2F6B4F"/>
            <w:tcMar>
              <w:top w:w="70" w:type="dxa"/>
              <w:left w:w="80" w:type="dxa"/>
              <w:bottom w:w="70" w:type="dxa"/>
              <w:right w:w="80" w:type="dxa"/>
            </w:tcMar>
            <w:vAlign w:val="center"/>
          </w:tcPr>
          <w:p w14:paraId="78D1B813"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208FB095" w14:textId="77777777" w:rsidR="00650973" w:rsidRDefault="00080072">
            <w:pPr>
              <w:jc w:val="center"/>
            </w:pPr>
            <w:r>
              <w:rPr>
                <w:rFonts w:ascii="Arial" w:hAnsi="Arial"/>
                <w:b/>
                <w:color w:val="FFFFFF"/>
                <w:sz w:val="21"/>
              </w:rPr>
              <w:t>Prix</w:t>
            </w:r>
          </w:p>
        </w:tc>
      </w:tr>
      <w:tr w:rsidR="00650973" w14:paraId="105FDF29" w14:textId="77777777">
        <w:trPr>
          <w:cantSplit/>
          <w:jc w:val="center"/>
        </w:trPr>
        <w:tc>
          <w:tcPr>
            <w:tcW w:w="5103" w:type="dxa"/>
            <w:tcMar>
              <w:top w:w="70" w:type="dxa"/>
              <w:left w:w="80" w:type="dxa"/>
              <w:bottom w:w="70" w:type="dxa"/>
              <w:right w:w="80" w:type="dxa"/>
            </w:tcMar>
            <w:vAlign w:val="center"/>
          </w:tcPr>
          <w:p w14:paraId="229FA4D7" w14:textId="77777777" w:rsidR="00650973" w:rsidRDefault="00080072">
            <w:r>
              <w:rPr>
                <w:rFonts w:ascii="Arial" w:hAnsi="Arial"/>
                <w:sz w:val="21"/>
              </w:rPr>
              <w:t>Escalope viennoise de porc + frites</w:t>
            </w:r>
          </w:p>
        </w:tc>
        <w:tc>
          <w:tcPr>
            <w:tcW w:w="5103" w:type="dxa"/>
            <w:tcMar>
              <w:top w:w="70" w:type="dxa"/>
              <w:left w:w="80" w:type="dxa"/>
              <w:bottom w:w="70" w:type="dxa"/>
              <w:right w:w="80" w:type="dxa"/>
            </w:tcMar>
            <w:vAlign w:val="center"/>
          </w:tcPr>
          <w:p w14:paraId="618397B5" w14:textId="77777777" w:rsidR="00650973" w:rsidRDefault="00080072">
            <w:r>
              <w:rPr>
                <w:rFonts w:ascii="Arial" w:hAnsi="Arial"/>
                <w:sz w:val="21"/>
              </w:rPr>
              <w:t>18,90 €</w:t>
            </w:r>
          </w:p>
        </w:tc>
      </w:tr>
      <w:tr w:rsidR="00650973" w14:paraId="30734F29" w14:textId="77777777">
        <w:trPr>
          <w:cantSplit/>
          <w:jc w:val="center"/>
        </w:trPr>
        <w:tc>
          <w:tcPr>
            <w:tcW w:w="5103" w:type="dxa"/>
            <w:shd w:val="clear" w:color="auto" w:fill="F8FAF8"/>
            <w:tcMar>
              <w:top w:w="70" w:type="dxa"/>
              <w:left w:w="80" w:type="dxa"/>
              <w:bottom w:w="70" w:type="dxa"/>
              <w:right w:w="80" w:type="dxa"/>
            </w:tcMar>
            <w:vAlign w:val="center"/>
          </w:tcPr>
          <w:p w14:paraId="4900EAA8" w14:textId="77777777" w:rsidR="00650973" w:rsidRDefault="00080072">
            <w:r>
              <w:rPr>
                <w:rFonts w:ascii="Arial" w:hAnsi="Arial"/>
                <w:sz w:val="21"/>
              </w:rPr>
              <w:t>Filet mignon Black Angus 220 g + frites</w:t>
            </w:r>
          </w:p>
        </w:tc>
        <w:tc>
          <w:tcPr>
            <w:tcW w:w="5103" w:type="dxa"/>
            <w:shd w:val="clear" w:color="auto" w:fill="F8FAF8"/>
            <w:tcMar>
              <w:top w:w="70" w:type="dxa"/>
              <w:left w:w="80" w:type="dxa"/>
              <w:bottom w:w="70" w:type="dxa"/>
              <w:right w:w="80" w:type="dxa"/>
            </w:tcMar>
            <w:vAlign w:val="center"/>
          </w:tcPr>
          <w:p w14:paraId="433702CD" w14:textId="77777777" w:rsidR="00650973" w:rsidRDefault="00080072">
            <w:r>
              <w:rPr>
                <w:rFonts w:ascii="Arial" w:hAnsi="Arial"/>
                <w:sz w:val="21"/>
              </w:rPr>
              <w:t>26,90 €</w:t>
            </w:r>
          </w:p>
        </w:tc>
      </w:tr>
      <w:tr w:rsidR="00650973" w14:paraId="7F5020DD" w14:textId="77777777">
        <w:trPr>
          <w:cantSplit/>
          <w:jc w:val="center"/>
        </w:trPr>
        <w:tc>
          <w:tcPr>
            <w:tcW w:w="5103" w:type="dxa"/>
            <w:tcMar>
              <w:top w:w="70" w:type="dxa"/>
              <w:left w:w="80" w:type="dxa"/>
              <w:bottom w:w="70" w:type="dxa"/>
              <w:right w:w="80" w:type="dxa"/>
            </w:tcMar>
            <w:vAlign w:val="center"/>
          </w:tcPr>
          <w:p w14:paraId="52B0A5D2" w14:textId="77777777" w:rsidR="00650973" w:rsidRDefault="00080072">
            <w:r>
              <w:rPr>
                <w:rFonts w:ascii="Arial" w:hAnsi="Arial"/>
                <w:sz w:val="21"/>
              </w:rPr>
              <w:t>Dreams Burger + frites</w:t>
            </w:r>
          </w:p>
        </w:tc>
        <w:tc>
          <w:tcPr>
            <w:tcW w:w="5103" w:type="dxa"/>
            <w:tcMar>
              <w:top w:w="70" w:type="dxa"/>
              <w:left w:w="80" w:type="dxa"/>
              <w:bottom w:w="70" w:type="dxa"/>
              <w:right w:w="80" w:type="dxa"/>
            </w:tcMar>
            <w:vAlign w:val="center"/>
          </w:tcPr>
          <w:p w14:paraId="5DD63F88" w14:textId="77777777" w:rsidR="00650973" w:rsidRDefault="00080072">
            <w:r>
              <w:rPr>
                <w:rFonts w:ascii="Arial" w:hAnsi="Arial"/>
                <w:sz w:val="21"/>
              </w:rPr>
              <w:t>15,90 €</w:t>
            </w:r>
          </w:p>
        </w:tc>
      </w:tr>
      <w:tr w:rsidR="00650973" w14:paraId="3FBDE1CC" w14:textId="77777777">
        <w:trPr>
          <w:cantSplit/>
          <w:jc w:val="center"/>
        </w:trPr>
        <w:tc>
          <w:tcPr>
            <w:tcW w:w="5103" w:type="dxa"/>
            <w:shd w:val="clear" w:color="auto" w:fill="F8FAF8"/>
            <w:tcMar>
              <w:top w:w="70" w:type="dxa"/>
              <w:left w:w="80" w:type="dxa"/>
              <w:bottom w:w="70" w:type="dxa"/>
              <w:right w:w="80" w:type="dxa"/>
            </w:tcMar>
            <w:vAlign w:val="center"/>
          </w:tcPr>
          <w:p w14:paraId="4009C408" w14:textId="77777777" w:rsidR="00650973" w:rsidRDefault="00080072">
            <w:r>
              <w:rPr>
                <w:rFonts w:ascii="Arial" w:hAnsi="Arial"/>
                <w:sz w:val="21"/>
              </w:rPr>
              <w:t>Filet de saumon, sauce vin pétillant, purée et légumes</w:t>
            </w:r>
          </w:p>
        </w:tc>
        <w:tc>
          <w:tcPr>
            <w:tcW w:w="5103" w:type="dxa"/>
            <w:shd w:val="clear" w:color="auto" w:fill="F8FAF8"/>
            <w:tcMar>
              <w:top w:w="70" w:type="dxa"/>
              <w:left w:w="80" w:type="dxa"/>
              <w:bottom w:w="70" w:type="dxa"/>
              <w:right w:w="80" w:type="dxa"/>
            </w:tcMar>
            <w:vAlign w:val="center"/>
          </w:tcPr>
          <w:p w14:paraId="51B24996" w14:textId="77777777" w:rsidR="00650973" w:rsidRDefault="00080072">
            <w:r>
              <w:rPr>
                <w:rFonts w:ascii="Arial" w:hAnsi="Arial"/>
                <w:sz w:val="21"/>
              </w:rPr>
              <w:t>23,50 €</w:t>
            </w:r>
          </w:p>
        </w:tc>
      </w:tr>
      <w:tr w:rsidR="00650973" w14:paraId="786B4952" w14:textId="77777777">
        <w:trPr>
          <w:cantSplit/>
          <w:jc w:val="center"/>
        </w:trPr>
        <w:tc>
          <w:tcPr>
            <w:tcW w:w="5103" w:type="dxa"/>
            <w:tcMar>
              <w:top w:w="70" w:type="dxa"/>
              <w:left w:w="80" w:type="dxa"/>
              <w:bottom w:w="70" w:type="dxa"/>
              <w:right w:w="80" w:type="dxa"/>
            </w:tcMar>
            <w:vAlign w:val="center"/>
          </w:tcPr>
          <w:p w14:paraId="728C34EF" w14:textId="77777777" w:rsidR="00650973" w:rsidRDefault="00080072">
            <w:r>
              <w:rPr>
                <w:rFonts w:ascii="Arial" w:hAnsi="Arial"/>
                <w:sz w:val="21"/>
              </w:rPr>
              <w:t>Secreto ibérico + frites</w:t>
            </w:r>
          </w:p>
        </w:tc>
        <w:tc>
          <w:tcPr>
            <w:tcW w:w="5103" w:type="dxa"/>
            <w:tcMar>
              <w:top w:w="70" w:type="dxa"/>
              <w:left w:w="80" w:type="dxa"/>
              <w:bottom w:w="70" w:type="dxa"/>
              <w:right w:w="80" w:type="dxa"/>
            </w:tcMar>
            <w:vAlign w:val="center"/>
          </w:tcPr>
          <w:p w14:paraId="07D7AF43" w14:textId="77777777" w:rsidR="00650973" w:rsidRDefault="00080072">
            <w:r>
              <w:rPr>
                <w:rFonts w:ascii="Arial" w:hAnsi="Arial"/>
                <w:sz w:val="21"/>
              </w:rPr>
              <w:t>22,90 €</w:t>
            </w:r>
          </w:p>
        </w:tc>
      </w:tr>
      <w:tr w:rsidR="00650973" w14:paraId="25E28326" w14:textId="77777777">
        <w:trPr>
          <w:cantSplit/>
          <w:jc w:val="center"/>
        </w:trPr>
        <w:tc>
          <w:tcPr>
            <w:tcW w:w="5103" w:type="dxa"/>
            <w:shd w:val="clear" w:color="auto" w:fill="F8FAF8"/>
            <w:tcMar>
              <w:top w:w="70" w:type="dxa"/>
              <w:left w:w="80" w:type="dxa"/>
              <w:bottom w:w="70" w:type="dxa"/>
              <w:right w:w="80" w:type="dxa"/>
            </w:tcMar>
            <w:vAlign w:val="center"/>
          </w:tcPr>
          <w:p w14:paraId="46E8C088" w14:textId="77777777" w:rsidR="00650973" w:rsidRDefault="00080072">
            <w:r>
              <w:rPr>
                <w:rFonts w:ascii="Arial" w:hAnsi="Arial"/>
                <w:sz w:val="21"/>
              </w:rPr>
              <w:t>Joues de porc braisées, sauce vin rouge</w:t>
            </w:r>
          </w:p>
        </w:tc>
        <w:tc>
          <w:tcPr>
            <w:tcW w:w="5103" w:type="dxa"/>
            <w:shd w:val="clear" w:color="auto" w:fill="F8FAF8"/>
            <w:tcMar>
              <w:top w:w="70" w:type="dxa"/>
              <w:left w:w="80" w:type="dxa"/>
              <w:bottom w:w="70" w:type="dxa"/>
              <w:right w:w="80" w:type="dxa"/>
            </w:tcMar>
            <w:vAlign w:val="center"/>
          </w:tcPr>
          <w:p w14:paraId="6A2EF10E" w14:textId="77777777" w:rsidR="00650973" w:rsidRDefault="00080072">
            <w:r>
              <w:rPr>
                <w:rFonts w:ascii="Arial" w:hAnsi="Arial"/>
                <w:sz w:val="21"/>
              </w:rPr>
              <w:t>22,90 €</w:t>
            </w:r>
          </w:p>
        </w:tc>
      </w:tr>
    </w:tbl>
    <w:p w14:paraId="7DCE1334" w14:textId="77777777" w:rsidR="00650973" w:rsidRDefault="00650973">
      <w:pPr>
        <w:spacing w:after="40"/>
      </w:pPr>
    </w:p>
    <w:p w14:paraId="65C3C041" w14:textId="77777777" w:rsidR="00650973" w:rsidRDefault="00080072">
      <w:pPr>
        <w:spacing w:after="80"/>
      </w:pPr>
      <w:r>
        <w:rPr>
          <w:sz w:val="18"/>
        </w:rPr>
        <w:t>Accompagnements : spätzle, purée, frites ou légumes grillés 3,90 € ; rösti 6,90 €. Sauces : champignons, vin rouge, poivre ou beurre aux herbes 2,70 €.</w:t>
      </w:r>
    </w:p>
    <w:p w14:paraId="21B35BF3" w14:textId="77777777" w:rsidR="00650973" w:rsidRDefault="00080072">
      <w:pPr>
        <w:pStyle w:val="Titre2"/>
        <w:spacing w:before="160" w:after="80"/>
      </w:pPr>
      <w:r>
        <w:rPr>
          <w:rFonts w:ascii="Arial" w:hAnsi="Arial"/>
          <w:color w:val="C97A2B"/>
          <w:sz w:val="28"/>
        </w:rPr>
        <w:t>4.5 Restaurante LoLa</w:t>
      </w:r>
    </w:p>
    <w:p w14:paraId="78DB470D" w14:textId="77777777" w:rsidR="00650973" w:rsidRDefault="00080072">
      <w:pPr>
        <w:spacing w:after="80"/>
      </w:pPr>
      <w:r>
        <w:rPr>
          <w:sz w:val="18"/>
        </w:rPr>
        <w:t>Le propriétaire Fabrizio Sbarufatti et le chef Roberto Vezzani ont été cités dans le chat. Positionnement : juste milieu entre gastronomie et décontraction, qualité des ingrédients, service chaleureux et attentionné.</w:t>
      </w:r>
    </w:p>
    <w:p w14:paraId="0F41AC65" w14:textId="77777777" w:rsidR="00650973" w:rsidRDefault="00080072">
      <w:pPr>
        <w:pStyle w:val="Titre3"/>
        <w:spacing w:before="120" w:after="100"/>
      </w:pPr>
      <w:r>
        <w:rPr>
          <w:rFonts w:ascii="Arial" w:hAnsi="Arial"/>
          <w:color w:val="2F6B4F"/>
          <w:sz w:val="23"/>
        </w:rPr>
        <w:t>Entrées</w:t>
      </w:r>
    </w:p>
    <w:tbl>
      <w:tblPr>
        <w:tblStyle w:val="Grilledutableau"/>
        <w:tblW w:w="0" w:type="auto"/>
        <w:jc w:val="center"/>
        <w:tblLook w:val="04A0" w:firstRow="1" w:lastRow="0" w:firstColumn="1" w:lastColumn="0" w:noHBand="0" w:noVBand="1"/>
      </w:tblPr>
      <w:tblGrid>
        <w:gridCol w:w="3402"/>
        <w:gridCol w:w="3402"/>
        <w:gridCol w:w="3402"/>
      </w:tblGrid>
      <w:tr w:rsidR="00650973" w14:paraId="68D22C0B" w14:textId="77777777">
        <w:trPr>
          <w:cantSplit/>
          <w:tblHeader/>
          <w:jc w:val="center"/>
        </w:trPr>
        <w:tc>
          <w:tcPr>
            <w:tcW w:w="3402" w:type="dxa"/>
            <w:shd w:val="clear" w:color="auto" w:fill="2F6B4F"/>
            <w:tcMar>
              <w:top w:w="70" w:type="dxa"/>
              <w:left w:w="80" w:type="dxa"/>
              <w:bottom w:w="70" w:type="dxa"/>
              <w:right w:w="80" w:type="dxa"/>
            </w:tcMar>
            <w:vAlign w:val="center"/>
          </w:tcPr>
          <w:p w14:paraId="657F5D1B" w14:textId="77777777" w:rsidR="00650973" w:rsidRDefault="00080072">
            <w:pPr>
              <w:jc w:val="center"/>
            </w:pPr>
            <w:r>
              <w:rPr>
                <w:rFonts w:ascii="Arial" w:hAnsi="Arial"/>
                <w:b/>
                <w:color w:val="FFFFFF"/>
                <w:sz w:val="20"/>
              </w:rPr>
              <w:t>Entrée</w:t>
            </w:r>
          </w:p>
        </w:tc>
        <w:tc>
          <w:tcPr>
            <w:tcW w:w="3402" w:type="dxa"/>
            <w:shd w:val="clear" w:color="auto" w:fill="2F6B4F"/>
            <w:tcMar>
              <w:top w:w="70" w:type="dxa"/>
              <w:left w:w="80" w:type="dxa"/>
              <w:bottom w:w="70" w:type="dxa"/>
              <w:right w:w="80" w:type="dxa"/>
            </w:tcMar>
            <w:vAlign w:val="center"/>
          </w:tcPr>
          <w:p w14:paraId="6223BA69" w14:textId="77777777" w:rsidR="00650973" w:rsidRDefault="00080072">
            <w:pPr>
              <w:jc w:val="center"/>
            </w:pPr>
            <w:r>
              <w:rPr>
                <w:rFonts w:ascii="Arial" w:hAnsi="Arial"/>
                <w:b/>
                <w:color w:val="FFFFFF"/>
                <w:sz w:val="20"/>
              </w:rPr>
              <w:t>Composition</w:t>
            </w:r>
          </w:p>
        </w:tc>
        <w:tc>
          <w:tcPr>
            <w:tcW w:w="3402" w:type="dxa"/>
            <w:shd w:val="clear" w:color="auto" w:fill="2F6B4F"/>
            <w:tcMar>
              <w:top w:w="70" w:type="dxa"/>
              <w:left w:w="80" w:type="dxa"/>
              <w:bottom w:w="70" w:type="dxa"/>
              <w:right w:w="80" w:type="dxa"/>
            </w:tcMar>
            <w:vAlign w:val="center"/>
          </w:tcPr>
          <w:p w14:paraId="0FB333AD" w14:textId="77777777" w:rsidR="00650973" w:rsidRDefault="00080072">
            <w:pPr>
              <w:jc w:val="center"/>
            </w:pPr>
            <w:r>
              <w:rPr>
                <w:rFonts w:ascii="Arial" w:hAnsi="Arial"/>
                <w:b/>
                <w:color w:val="FFFFFF"/>
                <w:sz w:val="20"/>
              </w:rPr>
              <w:t>Prix</w:t>
            </w:r>
          </w:p>
        </w:tc>
      </w:tr>
      <w:tr w:rsidR="00650973" w14:paraId="3F2DCEB5" w14:textId="77777777">
        <w:trPr>
          <w:cantSplit/>
          <w:jc w:val="center"/>
        </w:trPr>
        <w:tc>
          <w:tcPr>
            <w:tcW w:w="3402" w:type="dxa"/>
            <w:tcMar>
              <w:top w:w="70" w:type="dxa"/>
              <w:left w:w="80" w:type="dxa"/>
              <w:bottom w:w="70" w:type="dxa"/>
              <w:right w:w="80" w:type="dxa"/>
            </w:tcMar>
            <w:vAlign w:val="center"/>
          </w:tcPr>
          <w:p w14:paraId="61F084AD" w14:textId="77777777" w:rsidR="00650973" w:rsidRDefault="00080072">
            <w:r>
              <w:rPr>
                <w:rFonts w:ascii="Arial" w:hAnsi="Arial"/>
                <w:sz w:val="20"/>
              </w:rPr>
              <w:t>Sashimi de noix de Saint-Jacques</w:t>
            </w:r>
          </w:p>
        </w:tc>
        <w:tc>
          <w:tcPr>
            <w:tcW w:w="3402" w:type="dxa"/>
            <w:tcMar>
              <w:top w:w="70" w:type="dxa"/>
              <w:left w:w="80" w:type="dxa"/>
              <w:bottom w:w="70" w:type="dxa"/>
              <w:right w:w="80" w:type="dxa"/>
            </w:tcMar>
            <w:vAlign w:val="center"/>
          </w:tcPr>
          <w:p w14:paraId="631EC327" w14:textId="77777777" w:rsidR="00650973" w:rsidRDefault="00080072">
            <w:r>
              <w:rPr>
                <w:rFonts w:ascii="Arial" w:hAnsi="Arial"/>
                <w:sz w:val="20"/>
              </w:rPr>
              <w:t>Carottes Bloody Mary, céleri aigre-doux, salicorne, crumble de pancetta</w:t>
            </w:r>
          </w:p>
        </w:tc>
        <w:tc>
          <w:tcPr>
            <w:tcW w:w="3402" w:type="dxa"/>
            <w:tcMar>
              <w:top w:w="70" w:type="dxa"/>
              <w:left w:w="80" w:type="dxa"/>
              <w:bottom w:w="70" w:type="dxa"/>
              <w:right w:w="80" w:type="dxa"/>
            </w:tcMar>
            <w:vAlign w:val="center"/>
          </w:tcPr>
          <w:p w14:paraId="2E3194FF" w14:textId="77777777" w:rsidR="00650973" w:rsidRDefault="00080072">
            <w:r>
              <w:rPr>
                <w:rFonts w:ascii="Arial" w:hAnsi="Arial"/>
                <w:sz w:val="20"/>
              </w:rPr>
              <w:t>18 €</w:t>
            </w:r>
          </w:p>
        </w:tc>
      </w:tr>
      <w:tr w:rsidR="00650973" w14:paraId="631B14E3" w14:textId="77777777">
        <w:trPr>
          <w:cantSplit/>
          <w:jc w:val="center"/>
        </w:trPr>
        <w:tc>
          <w:tcPr>
            <w:tcW w:w="3402" w:type="dxa"/>
            <w:shd w:val="clear" w:color="auto" w:fill="F8FAF8"/>
            <w:tcMar>
              <w:top w:w="70" w:type="dxa"/>
              <w:left w:w="80" w:type="dxa"/>
              <w:bottom w:w="70" w:type="dxa"/>
              <w:right w:w="80" w:type="dxa"/>
            </w:tcMar>
            <w:vAlign w:val="center"/>
          </w:tcPr>
          <w:p w14:paraId="5B5FC7F3" w14:textId="77777777" w:rsidR="00650973" w:rsidRDefault="00080072">
            <w:r>
              <w:rPr>
                <w:rFonts w:ascii="Arial" w:hAnsi="Arial"/>
                <w:sz w:val="20"/>
              </w:rPr>
              <w:t>Tartine de gambas</w:t>
            </w:r>
          </w:p>
        </w:tc>
        <w:tc>
          <w:tcPr>
            <w:tcW w:w="3402" w:type="dxa"/>
            <w:shd w:val="clear" w:color="auto" w:fill="F8FAF8"/>
            <w:tcMar>
              <w:top w:w="70" w:type="dxa"/>
              <w:left w:w="80" w:type="dxa"/>
              <w:bottom w:w="70" w:type="dxa"/>
              <w:right w:w="80" w:type="dxa"/>
            </w:tcMar>
            <w:vAlign w:val="center"/>
          </w:tcPr>
          <w:p w14:paraId="04869916" w14:textId="77777777" w:rsidR="00650973" w:rsidRDefault="00080072">
            <w:r>
              <w:rPr>
                <w:rFonts w:ascii="Arial" w:hAnsi="Arial"/>
                <w:sz w:val="20"/>
              </w:rPr>
              <w:t>Façon okonomiyaki, mayonnaise Kewpie, katsuobushi</w:t>
            </w:r>
          </w:p>
        </w:tc>
        <w:tc>
          <w:tcPr>
            <w:tcW w:w="3402" w:type="dxa"/>
            <w:shd w:val="clear" w:color="auto" w:fill="F8FAF8"/>
            <w:tcMar>
              <w:top w:w="70" w:type="dxa"/>
              <w:left w:w="80" w:type="dxa"/>
              <w:bottom w:w="70" w:type="dxa"/>
              <w:right w:w="80" w:type="dxa"/>
            </w:tcMar>
            <w:vAlign w:val="center"/>
          </w:tcPr>
          <w:p w14:paraId="3AAB925F" w14:textId="77777777" w:rsidR="00650973" w:rsidRDefault="00080072">
            <w:r>
              <w:rPr>
                <w:rFonts w:ascii="Arial" w:hAnsi="Arial"/>
                <w:sz w:val="20"/>
              </w:rPr>
              <w:t>16 €</w:t>
            </w:r>
          </w:p>
        </w:tc>
      </w:tr>
      <w:tr w:rsidR="00650973" w14:paraId="259D36B8" w14:textId="77777777">
        <w:trPr>
          <w:cantSplit/>
          <w:jc w:val="center"/>
        </w:trPr>
        <w:tc>
          <w:tcPr>
            <w:tcW w:w="3402" w:type="dxa"/>
            <w:tcMar>
              <w:top w:w="70" w:type="dxa"/>
              <w:left w:w="80" w:type="dxa"/>
              <w:bottom w:w="70" w:type="dxa"/>
              <w:right w:w="80" w:type="dxa"/>
            </w:tcMar>
            <w:vAlign w:val="center"/>
          </w:tcPr>
          <w:p w14:paraId="20FD2228" w14:textId="77777777" w:rsidR="00650973" w:rsidRDefault="00080072">
            <w:r>
              <w:rPr>
                <w:rFonts w:ascii="Arial" w:hAnsi="Arial"/>
                <w:sz w:val="20"/>
              </w:rPr>
              <w:t>Tartare de bœuf</w:t>
            </w:r>
          </w:p>
        </w:tc>
        <w:tc>
          <w:tcPr>
            <w:tcW w:w="3402" w:type="dxa"/>
            <w:tcMar>
              <w:top w:w="70" w:type="dxa"/>
              <w:left w:w="80" w:type="dxa"/>
              <w:bottom w:w="70" w:type="dxa"/>
              <w:right w:w="80" w:type="dxa"/>
            </w:tcMar>
            <w:vAlign w:val="center"/>
          </w:tcPr>
          <w:p w14:paraId="2A141C45" w14:textId="77777777" w:rsidR="00650973" w:rsidRDefault="00080072">
            <w:r>
              <w:rPr>
                <w:rFonts w:ascii="Arial" w:hAnsi="Arial"/>
                <w:sz w:val="20"/>
              </w:rPr>
              <w:t>Parmigiano, câpres, pignons, cracker de pomme de terre, sauce roquette</w:t>
            </w:r>
          </w:p>
        </w:tc>
        <w:tc>
          <w:tcPr>
            <w:tcW w:w="3402" w:type="dxa"/>
            <w:tcMar>
              <w:top w:w="70" w:type="dxa"/>
              <w:left w:w="80" w:type="dxa"/>
              <w:bottom w:w="70" w:type="dxa"/>
              <w:right w:w="80" w:type="dxa"/>
            </w:tcMar>
            <w:vAlign w:val="center"/>
          </w:tcPr>
          <w:p w14:paraId="608D3E55" w14:textId="77777777" w:rsidR="00650973" w:rsidRDefault="00080072">
            <w:r>
              <w:rPr>
                <w:rFonts w:ascii="Arial" w:hAnsi="Arial"/>
                <w:sz w:val="20"/>
              </w:rPr>
              <w:t>18,50 €</w:t>
            </w:r>
          </w:p>
        </w:tc>
      </w:tr>
      <w:tr w:rsidR="00650973" w14:paraId="3B2AB5F5" w14:textId="77777777">
        <w:trPr>
          <w:cantSplit/>
          <w:jc w:val="center"/>
        </w:trPr>
        <w:tc>
          <w:tcPr>
            <w:tcW w:w="3402" w:type="dxa"/>
            <w:shd w:val="clear" w:color="auto" w:fill="F8FAF8"/>
            <w:tcMar>
              <w:top w:w="70" w:type="dxa"/>
              <w:left w:w="80" w:type="dxa"/>
              <w:bottom w:w="70" w:type="dxa"/>
              <w:right w:w="80" w:type="dxa"/>
            </w:tcMar>
            <w:vAlign w:val="center"/>
          </w:tcPr>
          <w:p w14:paraId="1B4903A4" w14:textId="77777777" w:rsidR="00650973" w:rsidRDefault="00080072">
            <w:r>
              <w:rPr>
                <w:rFonts w:ascii="Arial" w:hAnsi="Arial"/>
                <w:sz w:val="20"/>
              </w:rPr>
              <w:t>Asperges blanches</w:t>
            </w:r>
          </w:p>
        </w:tc>
        <w:tc>
          <w:tcPr>
            <w:tcW w:w="3402" w:type="dxa"/>
            <w:shd w:val="clear" w:color="auto" w:fill="F8FAF8"/>
            <w:tcMar>
              <w:top w:w="70" w:type="dxa"/>
              <w:left w:w="80" w:type="dxa"/>
              <w:bottom w:w="70" w:type="dxa"/>
              <w:right w:w="80" w:type="dxa"/>
            </w:tcMar>
            <w:vAlign w:val="center"/>
          </w:tcPr>
          <w:p w14:paraId="5B1D7967" w14:textId="77777777" w:rsidR="00650973" w:rsidRDefault="00080072">
            <w:r>
              <w:rPr>
                <w:rFonts w:ascii="Arial" w:hAnsi="Arial"/>
                <w:sz w:val="20"/>
              </w:rPr>
              <w:t>Chapelure de riz, fondue de fromage Valsequillo, jaune d’œuf confit, teriyaki, oignons frits</w:t>
            </w:r>
          </w:p>
        </w:tc>
        <w:tc>
          <w:tcPr>
            <w:tcW w:w="3402" w:type="dxa"/>
            <w:shd w:val="clear" w:color="auto" w:fill="F8FAF8"/>
            <w:tcMar>
              <w:top w:w="70" w:type="dxa"/>
              <w:left w:w="80" w:type="dxa"/>
              <w:bottom w:w="70" w:type="dxa"/>
              <w:right w:w="80" w:type="dxa"/>
            </w:tcMar>
            <w:vAlign w:val="center"/>
          </w:tcPr>
          <w:p w14:paraId="14C7418F" w14:textId="77777777" w:rsidR="00650973" w:rsidRDefault="00080072">
            <w:r>
              <w:rPr>
                <w:rFonts w:ascii="Arial" w:hAnsi="Arial"/>
                <w:sz w:val="20"/>
              </w:rPr>
              <w:t>17 €</w:t>
            </w:r>
          </w:p>
        </w:tc>
      </w:tr>
      <w:tr w:rsidR="00650973" w14:paraId="6FF88FFD" w14:textId="77777777">
        <w:trPr>
          <w:cantSplit/>
          <w:jc w:val="center"/>
        </w:trPr>
        <w:tc>
          <w:tcPr>
            <w:tcW w:w="3402" w:type="dxa"/>
            <w:tcMar>
              <w:top w:w="70" w:type="dxa"/>
              <w:left w:w="80" w:type="dxa"/>
              <w:bottom w:w="70" w:type="dxa"/>
              <w:right w:w="80" w:type="dxa"/>
            </w:tcMar>
            <w:vAlign w:val="center"/>
          </w:tcPr>
          <w:p w14:paraId="70935BE1" w14:textId="77777777" w:rsidR="00650973" w:rsidRDefault="00080072">
            <w:r>
              <w:rPr>
                <w:rFonts w:ascii="Arial" w:hAnsi="Arial"/>
                <w:sz w:val="20"/>
              </w:rPr>
              <w:t>Bruschetta</w:t>
            </w:r>
          </w:p>
        </w:tc>
        <w:tc>
          <w:tcPr>
            <w:tcW w:w="3402" w:type="dxa"/>
            <w:tcMar>
              <w:top w:w="70" w:type="dxa"/>
              <w:left w:w="80" w:type="dxa"/>
              <w:bottom w:w="70" w:type="dxa"/>
              <w:right w:w="80" w:type="dxa"/>
            </w:tcMar>
            <w:vAlign w:val="center"/>
          </w:tcPr>
          <w:p w14:paraId="6038CBCF" w14:textId="77777777" w:rsidR="00650973" w:rsidRDefault="00080072">
            <w:r>
              <w:rPr>
                <w:rFonts w:ascii="Arial" w:hAnsi="Arial"/>
                <w:sz w:val="20"/>
              </w:rPr>
              <w:t>Stracciatella burrata, pain frisella, tomates confites, ricotta aux noisettes, orange marinée</w:t>
            </w:r>
          </w:p>
        </w:tc>
        <w:tc>
          <w:tcPr>
            <w:tcW w:w="3402" w:type="dxa"/>
            <w:tcMar>
              <w:top w:w="70" w:type="dxa"/>
              <w:left w:w="80" w:type="dxa"/>
              <w:bottom w:w="70" w:type="dxa"/>
              <w:right w:w="80" w:type="dxa"/>
            </w:tcMar>
            <w:vAlign w:val="center"/>
          </w:tcPr>
          <w:p w14:paraId="7DEFB4D0" w14:textId="77777777" w:rsidR="00650973" w:rsidRDefault="00080072">
            <w:r>
              <w:rPr>
                <w:rFonts w:ascii="Arial" w:hAnsi="Arial"/>
                <w:sz w:val="20"/>
              </w:rPr>
              <w:t>15 €</w:t>
            </w:r>
          </w:p>
        </w:tc>
      </w:tr>
      <w:tr w:rsidR="00650973" w14:paraId="4F5B1A1E" w14:textId="77777777">
        <w:trPr>
          <w:cantSplit/>
          <w:jc w:val="center"/>
        </w:trPr>
        <w:tc>
          <w:tcPr>
            <w:tcW w:w="3402" w:type="dxa"/>
            <w:shd w:val="clear" w:color="auto" w:fill="F8FAF8"/>
            <w:tcMar>
              <w:top w:w="70" w:type="dxa"/>
              <w:left w:w="80" w:type="dxa"/>
              <w:bottom w:w="70" w:type="dxa"/>
              <w:right w:w="80" w:type="dxa"/>
            </w:tcMar>
            <w:vAlign w:val="center"/>
          </w:tcPr>
          <w:p w14:paraId="2DB8C3A3" w14:textId="77777777" w:rsidR="00650973" w:rsidRDefault="00080072">
            <w:r>
              <w:rPr>
                <w:rFonts w:ascii="Arial" w:hAnsi="Arial"/>
                <w:sz w:val="20"/>
              </w:rPr>
              <w:t>Lasagnes aux gyozas</w:t>
            </w:r>
          </w:p>
        </w:tc>
        <w:tc>
          <w:tcPr>
            <w:tcW w:w="3402" w:type="dxa"/>
            <w:shd w:val="clear" w:color="auto" w:fill="F8FAF8"/>
            <w:tcMar>
              <w:top w:w="70" w:type="dxa"/>
              <w:left w:w="80" w:type="dxa"/>
              <w:bottom w:w="70" w:type="dxa"/>
              <w:right w:w="80" w:type="dxa"/>
            </w:tcMar>
            <w:vAlign w:val="center"/>
          </w:tcPr>
          <w:p w14:paraId="24361F41" w14:textId="77777777" w:rsidR="00650973" w:rsidRDefault="00080072">
            <w:r>
              <w:rPr>
                <w:rFonts w:ascii="Arial" w:hAnsi="Arial"/>
                <w:sz w:val="20"/>
              </w:rPr>
              <w:t>Ragoût de porc ibérique, béchamel, vinaigrette Nikkiri, chips de couenne</w:t>
            </w:r>
          </w:p>
        </w:tc>
        <w:tc>
          <w:tcPr>
            <w:tcW w:w="3402" w:type="dxa"/>
            <w:shd w:val="clear" w:color="auto" w:fill="F8FAF8"/>
            <w:tcMar>
              <w:top w:w="70" w:type="dxa"/>
              <w:left w:w="80" w:type="dxa"/>
              <w:bottom w:w="70" w:type="dxa"/>
              <w:right w:w="80" w:type="dxa"/>
            </w:tcMar>
            <w:vAlign w:val="center"/>
          </w:tcPr>
          <w:p w14:paraId="4B59CEB0" w14:textId="77777777" w:rsidR="00650973" w:rsidRDefault="00080072">
            <w:r>
              <w:rPr>
                <w:rFonts w:ascii="Arial" w:hAnsi="Arial"/>
                <w:sz w:val="20"/>
              </w:rPr>
              <w:t>15 €</w:t>
            </w:r>
          </w:p>
        </w:tc>
      </w:tr>
    </w:tbl>
    <w:p w14:paraId="7505C51D" w14:textId="77777777" w:rsidR="00650973" w:rsidRDefault="00650973">
      <w:pPr>
        <w:spacing w:after="40"/>
      </w:pPr>
    </w:p>
    <w:p w14:paraId="7967F007" w14:textId="77777777" w:rsidR="00650973" w:rsidRDefault="00080072">
      <w:pPr>
        <w:pStyle w:val="Titre3"/>
        <w:spacing w:before="120" w:after="100"/>
      </w:pPr>
      <w:r>
        <w:rPr>
          <w:rFonts w:ascii="Arial" w:hAnsi="Arial"/>
          <w:color w:val="2F6B4F"/>
          <w:sz w:val="23"/>
        </w:rPr>
        <w:t>Plats</w:t>
      </w:r>
    </w:p>
    <w:tbl>
      <w:tblPr>
        <w:tblStyle w:val="Grilledutableau"/>
        <w:tblW w:w="0" w:type="auto"/>
        <w:jc w:val="center"/>
        <w:tblLook w:val="04A0" w:firstRow="1" w:lastRow="0" w:firstColumn="1" w:lastColumn="0" w:noHBand="0" w:noVBand="1"/>
      </w:tblPr>
      <w:tblGrid>
        <w:gridCol w:w="3402"/>
        <w:gridCol w:w="3402"/>
        <w:gridCol w:w="3402"/>
      </w:tblGrid>
      <w:tr w:rsidR="00650973" w14:paraId="79AE9216" w14:textId="77777777">
        <w:trPr>
          <w:cantSplit/>
          <w:tblHeader/>
          <w:jc w:val="center"/>
        </w:trPr>
        <w:tc>
          <w:tcPr>
            <w:tcW w:w="3402" w:type="dxa"/>
            <w:shd w:val="clear" w:color="auto" w:fill="2F6B4F"/>
            <w:tcMar>
              <w:top w:w="70" w:type="dxa"/>
              <w:left w:w="80" w:type="dxa"/>
              <w:bottom w:w="70" w:type="dxa"/>
              <w:right w:w="80" w:type="dxa"/>
            </w:tcMar>
            <w:vAlign w:val="center"/>
          </w:tcPr>
          <w:p w14:paraId="23703E8C" w14:textId="77777777" w:rsidR="00650973" w:rsidRDefault="00080072">
            <w:pPr>
              <w:jc w:val="center"/>
            </w:pPr>
            <w:r>
              <w:rPr>
                <w:rFonts w:ascii="Arial" w:hAnsi="Arial"/>
                <w:b/>
                <w:color w:val="FFFFFF"/>
                <w:sz w:val="20"/>
              </w:rPr>
              <w:t>Plat</w:t>
            </w:r>
          </w:p>
        </w:tc>
        <w:tc>
          <w:tcPr>
            <w:tcW w:w="3402" w:type="dxa"/>
            <w:shd w:val="clear" w:color="auto" w:fill="2F6B4F"/>
            <w:tcMar>
              <w:top w:w="70" w:type="dxa"/>
              <w:left w:w="80" w:type="dxa"/>
              <w:bottom w:w="70" w:type="dxa"/>
              <w:right w:w="80" w:type="dxa"/>
            </w:tcMar>
            <w:vAlign w:val="center"/>
          </w:tcPr>
          <w:p w14:paraId="241C3A08" w14:textId="77777777" w:rsidR="00650973" w:rsidRDefault="00080072">
            <w:pPr>
              <w:jc w:val="center"/>
            </w:pPr>
            <w:r>
              <w:rPr>
                <w:rFonts w:ascii="Arial" w:hAnsi="Arial"/>
                <w:b/>
                <w:color w:val="FFFFFF"/>
                <w:sz w:val="20"/>
              </w:rPr>
              <w:t>Composition</w:t>
            </w:r>
          </w:p>
        </w:tc>
        <w:tc>
          <w:tcPr>
            <w:tcW w:w="3402" w:type="dxa"/>
            <w:shd w:val="clear" w:color="auto" w:fill="2F6B4F"/>
            <w:tcMar>
              <w:top w:w="70" w:type="dxa"/>
              <w:left w:w="80" w:type="dxa"/>
              <w:bottom w:w="70" w:type="dxa"/>
              <w:right w:w="80" w:type="dxa"/>
            </w:tcMar>
            <w:vAlign w:val="center"/>
          </w:tcPr>
          <w:p w14:paraId="69EB0F15" w14:textId="77777777" w:rsidR="00650973" w:rsidRDefault="00080072">
            <w:pPr>
              <w:jc w:val="center"/>
            </w:pPr>
            <w:r>
              <w:rPr>
                <w:rFonts w:ascii="Arial" w:hAnsi="Arial"/>
                <w:b/>
                <w:color w:val="FFFFFF"/>
                <w:sz w:val="20"/>
              </w:rPr>
              <w:t>Prix</w:t>
            </w:r>
          </w:p>
        </w:tc>
      </w:tr>
      <w:tr w:rsidR="00650973" w14:paraId="5FF11062" w14:textId="77777777">
        <w:trPr>
          <w:cantSplit/>
          <w:jc w:val="center"/>
        </w:trPr>
        <w:tc>
          <w:tcPr>
            <w:tcW w:w="3402" w:type="dxa"/>
            <w:tcMar>
              <w:top w:w="70" w:type="dxa"/>
              <w:left w:w="80" w:type="dxa"/>
              <w:bottom w:w="70" w:type="dxa"/>
              <w:right w:w="80" w:type="dxa"/>
            </w:tcMar>
            <w:vAlign w:val="center"/>
          </w:tcPr>
          <w:p w14:paraId="392740B1" w14:textId="77777777" w:rsidR="00650973" w:rsidRDefault="00080072">
            <w:r>
              <w:rPr>
                <w:rFonts w:ascii="Arial" w:hAnsi="Arial"/>
                <w:sz w:val="20"/>
              </w:rPr>
              <w:t>Cannelloni</w:t>
            </w:r>
          </w:p>
        </w:tc>
        <w:tc>
          <w:tcPr>
            <w:tcW w:w="3402" w:type="dxa"/>
            <w:tcMar>
              <w:top w:w="70" w:type="dxa"/>
              <w:left w:w="80" w:type="dxa"/>
              <w:bottom w:w="70" w:type="dxa"/>
              <w:right w:w="80" w:type="dxa"/>
            </w:tcMar>
            <w:vAlign w:val="center"/>
          </w:tcPr>
          <w:p w14:paraId="31E992F4" w14:textId="77777777" w:rsidR="00650973" w:rsidRDefault="00080072">
            <w:r>
              <w:rPr>
                <w:rFonts w:ascii="Arial" w:hAnsi="Arial"/>
                <w:sz w:val="20"/>
              </w:rPr>
              <w:t>Épinards sauvages, ricotta, fondue de gorgonzola, beurre aux noix, guanciale</w:t>
            </w:r>
          </w:p>
        </w:tc>
        <w:tc>
          <w:tcPr>
            <w:tcW w:w="3402" w:type="dxa"/>
            <w:tcMar>
              <w:top w:w="70" w:type="dxa"/>
              <w:left w:w="80" w:type="dxa"/>
              <w:bottom w:w="70" w:type="dxa"/>
              <w:right w:w="80" w:type="dxa"/>
            </w:tcMar>
            <w:vAlign w:val="center"/>
          </w:tcPr>
          <w:p w14:paraId="68B76D82" w14:textId="77777777" w:rsidR="00650973" w:rsidRDefault="00080072">
            <w:r>
              <w:rPr>
                <w:rFonts w:ascii="Arial" w:hAnsi="Arial"/>
                <w:sz w:val="20"/>
              </w:rPr>
              <w:t>21 €</w:t>
            </w:r>
          </w:p>
        </w:tc>
      </w:tr>
      <w:tr w:rsidR="00650973" w14:paraId="2230D094" w14:textId="77777777">
        <w:trPr>
          <w:cantSplit/>
          <w:jc w:val="center"/>
        </w:trPr>
        <w:tc>
          <w:tcPr>
            <w:tcW w:w="3402" w:type="dxa"/>
            <w:shd w:val="clear" w:color="auto" w:fill="F8FAF8"/>
            <w:tcMar>
              <w:top w:w="70" w:type="dxa"/>
              <w:left w:w="80" w:type="dxa"/>
              <w:bottom w:w="70" w:type="dxa"/>
              <w:right w:w="80" w:type="dxa"/>
            </w:tcMar>
            <w:vAlign w:val="center"/>
          </w:tcPr>
          <w:p w14:paraId="3E0E589E" w14:textId="77777777" w:rsidR="00650973" w:rsidRDefault="00080072">
            <w:r>
              <w:rPr>
                <w:rFonts w:ascii="Arial" w:hAnsi="Arial"/>
                <w:sz w:val="20"/>
              </w:rPr>
              <w:lastRenderedPageBreak/>
              <w:t>Risotto</w:t>
            </w:r>
          </w:p>
        </w:tc>
        <w:tc>
          <w:tcPr>
            <w:tcW w:w="3402" w:type="dxa"/>
            <w:shd w:val="clear" w:color="auto" w:fill="F8FAF8"/>
            <w:tcMar>
              <w:top w:w="70" w:type="dxa"/>
              <w:left w:w="80" w:type="dxa"/>
              <w:bottom w:w="70" w:type="dxa"/>
              <w:right w:w="80" w:type="dxa"/>
            </w:tcMar>
            <w:vAlign w:val="center"/>
          </w:tcPr>
          <w:p w14:paraId="476A7725" w14:textId="77777777" w:rsidR="00650973" w:rsidRDefault="00080072">
            <w:r>
              <w:rPr>
                <w:rFonts w:ascii="Arial" w:hAnsi="Arial"/>
                <w:sz w:val="20"/>
              </w:rPr>
              <w:t>Sardine fumée, encornets grillés, olives noires, tomate, encre de seiche</w:t>
            </w:r>
          </w:p>
        </w:tc>
        <w:tc>
          <w:tcPr>
            <w:tcW w:w="3402" w:type="dxa"/>
            <w:shd w:val="clear" w:color="auto" w:fill="F8FAF8"/>
            <w:tcMar>
              <w:top w:w="70" w:type="dxa"/>
              <w:left w:w="80" w:type="dxa"/>
              <w:bottom w:w="70" w:type="dxa"/>
              <w:right w:w="80" w:type="dxa"/>
            </w:tcMar>
            <w:vAlign w:val="center"/>
          </w:tcPr>
          <w:p w14:paraId="5A69A6CC" w14:textId="77777777" w:rsidR="00650973" w:rsidRDefault="00080072">
            <w:r>
              <w:rPr>
                <w:rFonts w:ascii="Arial" w:hAnsi="Arial"/>
                <w:sz w:val="20"/>
              </w:rPr>
              <w:t>23 €</w:t>
            </w:r>
          </w:p>
        </w:tc>
      </w:tr>
      <w:tr w:rsidR="00650973" w14:paraId="768AF485" w14:textId="77777777">
        <w:trPr>
          <w:cantSplit/>
          <w:jc w:val="center"/>
        </w:trPr>
        <w:tc>
          <w:tcPr>
            <w:tcW w:w="3402" w:type="dxa"/>
            <w:tcMar>
              <w:top w:w="70" w:type="dxa"/>
              <w:left w:w="80" w:type="dxa"/>
              <w:bottom w:w="70" w:type="dxa"/>
              <w:right w:w="80" w:type="dxa"/>
            </w:tcMar>
            <w:vAlign w:val="center"/>
          </w:tcPr>
          <w:p w14:paraId="45BE89E5" w14:textId="77777777" w:rsidR="00650973" w:rsidRDefault="00080072">
            <w:r>
              <w:rPr>
                <w:rFonts w:ascii="Arial" w:hAnsi="Arial"/>
                <w:sz w:val="20"/>
              </w:rPr>
              <w:t>Mérou</w:t>
            </w:r>
          </w:p>
        </w:tc>
        <w:tc>
          <w:tcPr>
            <w:tcW w:w="3402" w:type="dxa"/>
            <w:tcMar>
              <w:top w:w="70" w:type="dxa"/>
              <w:left w:w="80" w:type="dxa"/>
              <w:bottom w:w="70" w:type="dxa"/>
              <w:right w:w="80" w:type="dxa"/>
            </w:tcMar>
            <w:vAlign w:val="center"/>
          </w:tcPr>
          <w:p w14:paraId="39BCDEA6" w14:textId="77777777" w:rsidR="00650973" w:rsidRDefault="00080072">
            <w:r>
              <w:rPr>
                <w:rFonts w:ascii="Arial" w:hAnsi="Arial"/>
                <w:sz w:val="20"/>
              </w:rPr>
              <w:t>« Pétanques » [traduction à vérifier], petits pois, sauce kimchi fumé</w:t>
            </w:r>
          </w:p>
        </w:tc>
        <w:tc>
          <w:tcPr>
            <w:tcW w:w="3402" w:type="dxa"/>
            <w:tcMar>
              <w:top w:w="70" w:type="dxa"/>
              <w:left w:w="80" w:type="dxa"/>
              <w:bottom w:w="70" w:type="dxa"/>
              <w:right w:w="80" w:type="dxa"/>
            </w:tcMar>
            <w:vAlign w:val="center"/>
          </w:tcPr>
          <w:p w14:paraId="1DB65296" w14:textId="77777777" w:rsidR="00650973" w:rsidRDefault="00080072">
            <w:r>
              <w:rPr>
                <w:rFonts w:ascii="Arial" w:hAnsi="Arial"/>
                <w:sz w:val="20"/>
              </w:rPr>
              <w:t>25 €</w:t>
            </w:r>
          </w:p>
        </w:tc>
      </w:tr>
      <w:tr w:rsidR="00650973" w14:paraId="5BA6D531" w14:textId="77777777">
        <w:trPr>
          <w:cantSplit/>
          <w:jc w:val="center"/>
        </w:trPr>
        <w:tc>
          <w:tcPr>
            <w:tcW w:w="3402" w:type="dxa"/>
            <w:shd w:val="clear" w:color="auto" w:fill="F8FAF8"/>
            <w:tcMar>
              <w:top w:w="70" w:type="dxa"/>
              <w:left w:w="80" w:type="dxa"/>
              <w:bottom w:w="70" w:type="dxa"/>
              <w:right w:w="80" w:type="dxa"/>
            </w:tcMar>
            <w:vAlign w:val="center"/>
          </w:tcPr>
          <w:p w14:paraId="4BD37CB7" w14:textId="77777777" w:rsidR="00650973" w:rsidRDefault="00080072">
            <w:r>
              <w:rPr>
                <w:rFonts w:ascii="Arial" w:hAnsi="Arial"/>
                <w:sz w:val="20"/>
              </w:rPr>
              <w:t>Poulpe</w:t>
            </w:r>
          </w:p>
        </w:tc>
        <w:tc>
          <w:tcPr>
            <w:tcW w:w="3402" w:type="dxa"/>
            <w:shd w:val="clear" w:color="auto" w:fill="F8FAF8"/>
            <w:tcMar>
              <w:top w:w="70" w:type="dxa"/>
              <w:left w:w="80" w:type="dxa"/>
              <w:bottom w:w="70" w:type="dxa"/>
              <w:right w:w="80" w:type="dxa"/>
            </w:tcMar>
            <w:vAlign w:val="center"/>
          </w:tcPr>
          <w:p w14:paraId="0B644FA0" w14:textId="77777777" w:rsidR="00650973" w:rsidRDefault="00080072">
            <w:r>
              <w:rPr>
                <w:rFonts w:ascii="Arial" w:hAnsi="Arial"/>
                <w:sz w:val="20"/>
              </w:rPr>
              <w:t>Frit façon japonaise, salade de chou, mayonnaise yuzu</w:t>
            </w:r>
          </w:p>
        </w:tc>
        <w:tc>
          <w:tcPr>
            <w:tcW w:w="3402" w:type="dxa"/>
            <w:shd w:val="clear" w:color="auto" w:fill="F8FAF8"/>
            <w:tcMar>
              <w:top w:w="70" w:type="dxa"/>
              <w:left w:w="80" w:type="dxa"/>
              <w:bottom w:w="70" w:type="dxa"/>
              <w:right w:w="80" w:type="dxa"/>
            </w:tcMar>
            <w:vAlign w:val="center"/>
          </w:tcPr>
          <w:p w14:paraId="224F6A1E" w14:textId="77777777" w:rsidR="00650973" w:rsidRDefault="00080072">
            <w:r>
              <w:rPr>
                <w:rFonts w:ascii="Arial" w:hAnsi="Arial"/>
                <w:sz w:val="20"/>
              </w:rPr>
              <w:t>24 €</w:t>
            </w:r>
          </w:p>
        </w:tc>
      </w:tr>
      <w:tr w:rsidR="00650973" w14:paraId="1930ACD8" w14:textId="77777777">
        <w:trPr>
          <w:cantSplit/>
          <w:jc w:val="center"/>
        </w:trPr>
        <w:tc>
          <w:tcPr>
            <w:tcW w:w="3402" w:type="dxa"/>
            <w:tcMar>
              <w:top w:w="70" w:type="dxa"/>
              <w:left w:w="80" w:type="dxa"/>
              <w:bottom w:w="70" w:type="dxa"/>
              <w:right w:w="80" w:type="dxa"/>
            </w:tcMar>
            <w:vAlign w:val="center"/>
          </w:tcPr>
          <w:p w14:paraId="2A4D9FE7" w14:textId="77777777" w:rsidR="00650973" w:rsidRDefault="00080072">
            <w:r>
              <w:rPr>
                <w:rFonts w:ascii="Arial" w:hAnsi="Arial"/>
                <w:sz w:val="20"/>
              </w:rPr>
              <w:t>Agneau</w:t>
            </w:r>
          </w:p>
        </w:tc>
        <w:tc>
          <w:tcPr>
            <w:tcW w:w="3402" w:type="dxa"/>
            <w:tcMar>
              <w:top w:w="70" w:type="dxa"/>
              <w:left w:w="80" w:type="dxa"/>
              <w:bottom w:w="70" w:type="dxa"/>
              <w:right w:w="80" w:type="dxa"/>
            </w:tcMar>
            <w:vAlign w:val="center"/>
          </w:tcPr>
          <w:p w14:paraId="7EFC385B" w14:textId="77777777" w:rsidR="00650973" w:rsidRDefault="00080072">
            <w:r>
              <w:rPr>
                <w:rFonts w:ascii="Arial" w:hAnsi="Arial"/>
                <w:sz w:val="20"/>
              </w:rPr>
              <w:t>Côtelettes miel/moutarde, artichauts confits, pistaches, yaourt grec</w:t>
            </w:r>
          </w:p>
        </w:tc>
        <w:tc>
          <w:tcPr>
            <w:tcW w:w="3402" w:type="dxa"/>
            <w:tcMar>
              <w:top w:w="70" w:type="dxa"/>
              <w:left w:w="80" w:type="dxa"/>
              <w:bottom w:w="70" w:type="dxa"/>
              <w:right w:w="80" w:type="dxa"/>
            </w:tcMar>
            <w:vAlign w:val="center"/>
          </w:tcPr>
          <w:p w14:paraId="2D0AFA4A" w14:textId="77777777" w:rsidR="00650973" w:rsidRDefault="00080072">
            <w:r>
              <w:rPr>
                <w:rFonts w:ascii="Arial" w:hAnsi="Arial"/>
                <w:sz w:val="20"/>
              </w:rPr>
              <w:t>28 €</w:t>
            </w:r>
          </w:p>
        </w:tc>
      </w:tr>
      <w:tr w:rsidR="00650973" w14:paraId="4BA8EEDB" w14:textId="77777777">
        <w:trPr>
          <w:cantSplit/>
          <w:jc w:val="center"/>
        </w:trPr>
        <w:tc>
          <w:tcPr>
            <w:tcW w:w="3402" w:type="dxa"/>
            <w:shd w:val="clear" w:color="auto" w:fill="F8FAF8"/>
            <w:tcMar>
              <w:top w:w="70" w:type="dxa"/>
              <w:left w:w="80" w:type="dxa"/>
              <w:bottom w:w="70" w:type="dxa"/>
              <w:right w:w="80" w:type="dxa"/>
            </w:tcMar>
            <w:vAlign w:val="center"/>
          </w:tcPr>
          <w:p w14:paraId="7B63AAA4" w14:textId="77777777" w:rsidR="00650973" w:rsidRDefault="00080072">
            <w:r>
              <w:rPr>
                <w:rFonts w:ascii="Arial" w:hAnsi="Arial"/>
                <w:sz w:val="20"/>
              </w:rPr>
              <w:t>Pluma Ibérica</w:t>
            </w:r>
          </w:p>
        </w:tc>
        <w:tc>
          <w:tcPr>
            <w:tcW w:w="3402" w:type="dxa"/>
            <w:shd w:val="clear" w:color="auto" w:fill="F8FAF8"/>
            <w:tcMar>
              <w:top w:w="70" w:type="dxa"/>
              <w:left w:w="80" w:type="dxa"/>
              <w:bottom w:w="70" w:type="dxa"/>
              <w:right w:w="80" w:type="dxa"/>
            </w:tcMar>
            <w:vAlign w:val="center"/>
          </w:tcPr>
          <w:p w14:paraId="39963D0E" w14:textId="77777777" w:rsidR="00650973" w:rsidRDefault="00080072">
            <w:r>
              <w:rPr>
                <w:rFonts w:ascii="Arial" w:hAnsi="Arial"/>
                <w:sz w:val="20"/>
              </w:rPr>
              <w:t>Miso au poivre noir, oignons aigres-doux, purée au safran</w:t>
            </w:r>
          </w:p>
        </w:tc>
        <w:tc>
          <w:tcPr>
            <w:tcW w:w="3402" w:type="dxa"/>
            <w:shd w:val="clear" w:color="auto" w:fill="F8FAF8"/>
            <w:tcMar>
              <w:top w:w="70" w:type="dxa"/>
              <w:left w:w="80" w:type="dxa"/>
              <w:bottom w:w="70" w:type="dxa"/>
              <w:right w:w="80" w:type="dxa"/>
            </w:tcMar>
            <w:vAlign w:val="center"/>
          </w:tcPr>
          <w:p w14:paraId="53B11614" w14:textId="77777777" w:rsidR="00650973" w:rsidRDefault="00080072">
            <w:r>
              <w:rPr>
                <w:rFonts w:ascii="Arial" w:hAnsi="Arial"/>
                <w:sz w:val="20"/>
              </w:rPr>
              <w:t>25,50 €</w:t>
            </w:r>
          </w:p>
        </w:tc>
      </w:tr>
      <w:tr w:rsidR="00650973" w14:paraId="01C278CB" w14:textId="77777777">
        <w:trPr>
          <w:cantSplit/>
          <w:jc w:val="center"/>
        </w:trPr>
        <w:tc>
          <w:tcPr>
            <w:tcW w:w="3402" w:type="dxa"/>
            <w:tcMar>
              <w:top w:w="70" w:type="dxa"/>
              <w:left w:w="80" w:type="dxa"/>
              <w:bottom w:w="70" w:type="dxa"/>
              <w:right w:w="80" w:type="dxa"/>
            </w:tcMar>
            <w:vAlign w:val="center"/>
          </w:tcPr>
          <w:p w14:paraId="2AE02F7C" w14:textId="77777777" w:rsidR="00650973" w:rsidRDefault="00080072">
            <w:r>
              <w:rPr>
                <w:rFonts w:ascii="Arial" w:hAnsi="Arial"/>
                <w:sz w:val="20"/>
              </w:rPr>
              <w:t>Entrecôte Angus Premium 250 g</w:t>
            </w:r>
          </w:p>
        </w:tc>
        <w:tc>
          <w:tcPr>
            <w:tcW w:w="3402" w:type="dxa"/>
            <w:tcMar>
              <w:top w:w="70" w:type="dxa"/>
              <w:left w:w="80" w:type="dxa"/>
              <w:bottom w:w="70" w:type="dxa"/>
              <w:right w:w="80" w:type="dxa"/>
            </w:tcMar>
            <w:vAlign w:val="center"/>
          </w:tcPr>
          <w:p w14:paraId="758A7F69" w14:textId="77777777" w:rsidR="00650973" w:rsidRDefault="00080072">
            <w:r>
              <w:rPr>
                <w:rFonts w:ascii="Arial" w:hAnsi="Arial"/>
                <w:sz w:val="20"/>
              </w:rPr>
              <w:t>Aubergines grillées, papas arrugadas frites</w:t>
            </w:r>
          </w:p>
        </w:tc>
        <w:tc>
          <w:tcPr>
            <w:tcW w:w="3402" w:type="dxa"/>
            <w:tcMar>
              <w:top w:w="70" w:type="dxa"/>
              <w:left w:w="80" w:type="dxa"/>
              <w:bottom w:w="70" w:type="dxa"/>
              <w:right w:w="80" w:type="dxa"/>
            </w:tcMar>
            <w:vAlign w:val="center"/>
          </w:tcPr>
          <w:p w14:paraId="5D46D767" w14:textId="77777777" w:rsidR="00650973" w:rsidRDefault="00080072">
            <w:r>
              <w:rPr>
                <w:rFonts w:ascii="Arial" w:hAnsi="Arial"/>
                <w:sz w:val="20"/>
              </w:rPr>
              <w:t>28,50 €</w:t>
            </w:r>
          </w:p>
        </w:tc>
      </w:tr>
    </w:tbl>
    <w:p w14:paraId="1CA0A637" w14:textId="77777777" w:rsidR="00650973" w:rsidRDefault="00650973">
      <w:pPr>
        <w:spacing w:after="40"/>
      </w:pPr>
    </w:p>
    <w:p w14:paraId="5A1554BD" w14:textId="77777777" w:rsidR="00650973" w:rsidRDefault="00080072">
      <w:pPr>
        <w:pStyle w:val="Titre3"/>
        <w:spacing w:before="120" w:after="100"/>
      </w:pPr>
      <w:r>
        <w:rPr>
          <w:rFonts w:ascii="Arial" w:hAnsi="Arial"/>
          <w:color w:val="2F6B4F"/>
          <w:sz w:val="23"/>
        </w:rPr>
        <w:t>Desserts</w:t>
      </w:r>
    </w:p>
    <w:tbl>
      <w:tblPr>
        <w:tblStyle w:val="Grilledutableau"/>
        <w:tblW w:w="0" w:type="auto"/>
        <w:jc w:val="center"/>
        <w:tblLook w:val="04A0" w:firstRow="1" w:lastRow="0" w:firstColumn="1" w:lastColumn="0" w:noHBand="0" w:noVBand="1"/>
      </w:tblPr>
      <w:tblGrid>
        <w:gridCol w:w="5103"/>
        <w:gridCol w:w="5103"/>
      </w:tblGrid>
      <w:tr w:rsidR="00650973" w14:paraId="62B3D6E7" w14:textId="77777777">
        <w:trPr>
          <w:cantSplit/>
          <w:tblHeader/>
          <w:jc w:val="center"/>
        </w:trPr>
        <w:tc>
          <w:tcPr>
            <w:tcW w:w="5103" w:type="dxa"/>
            <w:shd w:val="clear" w:color="auto" w:fill="2F6B4F"/>
            <w:tcMar>
              <w:top w:w="70" w:type="dxa"/>
              <w:left w:w="80" w:type="dxa"/>
              <w:bottom w:w="70" w:type="dxa"/>
              <w:right w:w="80" w:type="dxa"/>
            </w:tcMar>
            <w:vAlign w:val="center"/>
          </w:tcPr>
          <w:p w14:paraId="7F60AF72" w14:textId="77777777" w:rsidR="00650973" w:rsidRDefault="00080072">
            <w:pPr>
              <w:jc w:val="center"/>
            </w:pPr>
            <w:r>
              <w:rPr>
                <w:rFonts w:ascii="Arial" w:hAnsi="Arial"/>
                <w:b/>
                <w:color w:val="FFFFFF"/>
                <w:sz w:val="21"/>
              </w:rPr>
              <w:t>Dessert</w:t>
            </w:r>
          </w:p>
        </w:tc>
        <w:tc>
          <w:tcPr>
            <w:tcW w:w="5103" w:type="dxa"/>
            <w:shd w:val="clear" w:color="auto" w:fill="2F6B4F"/>
            <w:tcMar>
              <w:top w:w="70" w:type="dxa"/>
              <w:left w:w="80" w:type="dxa"/>
              <w:bottom w:w="70" w:type="dxa"/>
              <w:right w:w="80" w:type="dxa"/>
            </w:tcMar>
            <w:vAlign w:val="center"/>
          </w:tcPr>
          <w:p w14:paraId="3B37B1FC" w14:textId="77777777" w:rsidR="00650973" w:rsidRDefault="00080072">
            <w:pPr>
              <w:jc w:val="center"/>
            </w:pPr>
            <w:r>
              <w:rPr>
                <w:rFonts w:ascii="Arial" w:hAnsi="Arial"/>
                <w:b/>
                <w:color w:val="FFFFFF"/>
                <w:sz w:val="21"/>
              </w:rPr>
              <w:t>Prix</w:t>
            </w:r>
          </w:p>
        </w:tc>
      </w:tr>
      <w:tr w:rsidR="00650973" w14:paraId="4CE5B2D0" w14:textId="77777777">
        <w:trPr>
          <w:cantSplit/>
          <w:jc w:val="center"/>
        </w:trPr>
        <w:tc>
          <w:tcPr>
            <w:tcW w:w="5103" w:type="dxa"/>
            <w:tcMar>
              <w:top w:w="70" w:type="dxa"/>
              <w:left w:w="80" w:type="dxa"/>
              <w:bottom w:w="70" w:type="dxa"/>
              <w:right w:w="80" w:type="dxa"/>
            </w:tcMar>
            <w:vAlign w:val="center"/>
          </w:tcPr>
          <w:p w14:paraId="28484B43" w14:textId="77777777" w:rsidR="00650973" w:rsidRDefault="00080072">
            <w:r>
              <w:rPr>
                <w:rFonts w:ascii="Arial" w:hAnsi="Arial"/>
                <w:sz w:val="21"/>
              </w:rPr>
              <w:t>Citron – mousse citron/pistaches</w:t>
            </w:r>
          </w:p>
        </w:tc>
        <w:tc>
          <w:tcPr>
            <w:tcW w:w="5103" w:type="dxa"/>
            <w:tcMar>
              <w:top w:w="70" w:type="dxa"/>
              <w:left w:w="80" w:type="dxa"/>
              <w:bottom w:w="70" w:type="dxa"/>
              <w:right w:w="80" w:type="dxa"/>
            </w:tcMar>
            <w:vAlign w:val="center"/>
          </w:tcPr>
          <w:p w14:paraId="787C2007" w14:textId="77777777" w:rsidR="00650973" w:rsidRDefault="00080072">
            <w:r>
              <w:rPr>
                <w:rFonts w:ascii="Arial" w:hAnsi="Arial"/>
                <w:sz w:val="21"/>
              </w:rPr>
              <w:t>8,50 €</w:t>
            </w:r>
          </w:p>
        </w:tc>
      </w:tr>
      <w:tr w:rsidR="00650973" w14:paraId="263133C2" w14:textId="77777777">
        <w:trPr>
          <w:cantSplit/>
          <w:jc w:val="center"/>
        </w:trPr>
        <w:tc>
          <w:tcPr>
            <w:tcW w:w="5103" w:type="dxa"/>
            <w:shd w:val="clear" w:color="auto" w:fill="F8FAF8"/>
            <w:tcMar>
              <w:top w:w="70" w:type="dxa"/>
              <w:left w:w="80" w:type="dxa"/>
              <w:bottom w:w="70" w:type="dxa"/>
              <w:right w:w="80" w:type="dxa"/>
            </w:tcMar>
            <w:vAlign w:val="center"/>
          </w:tcPr>
          <w:p w14:paraId="2309C296" w14:textId="77777777" w:rsidR="00650973" w:rsidRDefault="00080072">
            <w:r>
              <w:rPr>
                <w:rFonts w:ascii="Arial" w:hAnsi="Arial"/>
                <w:sz w:val="21"/>
              </w:rPr>
              <w:t>Tarte chocolat-noisettes</w:t>
            </w:r>
          </w:p>
        </w:tc>
        <w:tc>
          <w:tcPr>
            <w:tcW w:w="5103" w:type="dxa"/>
            <w:shd w:val="clear" w:color="auto" w:fill="F8FAF8"/>
            <w:tcMar>
              <w:top w:w="70" w:type="dxa"/>
              <w:left w:w="80" w:type="dxa"/>
              <w:bottom w:w="70" w:type="dxa"/>
              <w:right w:w="80" w:type="dxa"/>
            </w:tcMar>
            <w:vAlign w:val="center"/>
          </w:tcPr>
          <w:p w14:paraId="487AB2FB" w14:textId="77777777" w:rsidR="00650973" w:rsidRDefault="00080072">
            <w:r>
              <w:rPr>
                <w:rFonts w:ascii="Arial" w:hAnsi="Arial"/>
                <w:sz w:val="21"/>
              </w:rPr>
              <w:t>8,50 €</w:t>
            </w:r>
          </w:p>
        </w:tc>
      </w:tr>
      <w:tr w:rsidR="00650973" w14:paraId="2F67E369" w14:textId="77777777">
        <w:trPr>
          <w:cantSplit/>
          <w:jc w:val="center"/>
        </w:trPr>
        <w:tc>
          <w:tcPr>
            <w:tcW w:w="5103" w:type="dxa"/>
            <w:tcMar>
              <w:top w:w="70" w:type="dxa"/>
              <w:left w:w="80" w:type="dxa"/>
              <w:bottom w:w="70" w:type="dxa"/>
              <w:right w:w="80" w:type="dxa"/>
            </w:tcMar>
            <w:vAlign w:val="center"/>
          </w:tcPr>
          <w:p w14:paraId="489B5485" w14:textId="77777777" w:rsidR="00650973" w:rsidRDefault="00080072">
            <w:r>
              <w:rPr>
                <w:rFonts w:ascii="Arial" w:hAnsi="Arial"/>
                <w:sz w:val="21"/>
              </w:rPr>
              <w:t>Profiteroles au popcorn</w:t>
            </w:r>
          </w:p>
        </w:tc>
        <w:tc>
          <w:tcPr>
            <w:tcW w:w="5103" w:type="dxa"/>
            <w:tcMar>
              <w:top w:w="70" w:type="dxa"/>
              <w:left w:w="80" w:type="dxa"/>
              <w:bottom w:w="70" w:type="dxa"/>
              <w:right w:w="80" w:type="dxa"/>
            </w:tcMar>
            <w:vAlign w:val="center"/>
          </w:tcPr>
          <w:p w14:paraId="0A065141" w14:textId="77777777" w:rsidR="00650973" w:rsidRDefault="00080072">
            <w:r>
              <w:rPr>
                <w:rFonts w:ascii="Arial" w:hAnsi="Arial"/>
                <w:sz w:val="21"/>
              </w:rPr>
              <w:t>8,50 €</w:t>
            </w:r>
          </w:p>
        </w:tc>
      </w:tr>
      <w:tr w:rsidR="00650973" w14:paraId="73D5C871" w14:textId="77777777">
        <w:trPr>
          <w:cantSplit/>
          <w:jc w:val="center"/>
        </w:trPr>
        <w:tc>
          <w:tcPr>
            <w:tcW w:w="5103" w:type="dxa"/>
            <w:shd w:val="clear" w:color="auto" w:fill="F8FAF8"/>
            <w:tcMar>
              <w:top w:w="70" w:type="dxa"/>
              <w:left w:w="80" w:type="dxa"/>
              <w:bottom w:w="70" w:type="dxa"/>
              <w:right w:w="80" w:type="dxa"/>
            </w:tcMar>
            <w:vAlign w:val="center"/>
          </w:tcPr>
          <w:p w14:paraId="3F8C00D8" w14:textId="77777777" w:rsidR="00650973" w:rsidRDefault="00080072">
            <w:r>
              <w:rPr>
                <w:rFonts w:ascii="Arial" w:hAnsi="Arial"/>
                <w:sz w:val="21"/>
              </w:rPr>
              <w:t>Sélection de fromages canariens</w:t>
            </w:r>
          </w:p>
        </w:tc>
        <w:tc>
          <w:tcPr>
            <w:tcW w:w="5103" w:type="dxa"/>
            <w:shd w:val="clear" w:color="auto" w:fill="F8FAF8"/>
            <w:tcMar>
              <w:top w:w="70" w:type="dxa"/>
              <w:left w:w="80" w:type="dxa"/>
              <w:bottom w:w="70" w:type="dxa"/>
              <w:right w:w="80" w:type="dxa"/>
            </w:tcMar>
            <w:vAlign w:val="center"/>
          </w:tcPr>
          <w:p w14:paraId="7909462B" w14:textId="77777777" w:rsidR="00650973" w:rsidRDefault="00080072">
            <w:r>
              <w:rPr>
                <w:rFonts w:ascii="Arial" w:hAnsi="Arial"/>
                <w:sz w:val="21"/>
              </w:rPr>
              <w:t>10 €</w:t>
            </w:r>
          </w:p>
        </w:tc>
      </w:tr>
    </w:tbl>
    <w:p w14:paraId="6B779BBF" w14:textId="77777777" w:rsidR="00650973" w:rsidRDefault="00650973">
      <w:pPr>
        <w:spacing w:after="40"/>
      </w:pPr>
    </w:p>
    <w:p w14:paraId="669EE299" w14:textId="77777777" w:rsidR="00650973" w:rsidRDefault="00080072">
      <w:pPr>
        <w:pStyle w:val="Titre3"/>
        <w:spacing w:before="120" w:after="100"/>
      </w:pPr>
      <w:r>
        <w:rPr>
          <w:rFonts w:ascii="Arial" w:hAnsi="Arial"/>
          <w:color w:val="2F6B4F"/>
          <w:sz w:val="23"/>
        </w:rPr>
        <w:t>Vins pétillants</w:t>
      </w:r>
    </w:p>
    <w:tbl>
      <w:tblPr>
        <w:tblStyle w:val="Grilledutableau"/>
        <w:tblW w:w="0" w:type="auto"/>
        <w:jc w:val="center"/>
        <w:tblLook w:val="04A0" w:firstRow="1" w:lastRow="0" w:firstColumn="1" w:lastColumn="0" w:noHBand="0" w:noVBand="1"/>
      </w:tblPr>
      <w:tblGrid>
        <w:gridCol w:w="5103"/>
        <w:gridCol w:w="5103"/>
      </w:tblGrid>
      <w:tr w:rsidR="00650973" w14:paraId="1AB72626" w14:textId="77777777">
        <w:trPr>
          <w:cantSplit/>
          <w:tblHeader/>
          <w:jc w:val="center"/>
        </w:trPr>
        <w:tc>
          <w:tcPr>
            <w:tcW w:w="5103" w:type="dxa"/>
            <w:shd w:val="clear" w:color="auto" w:fill="2F6B4F"/>
            <w:tcMar>
              <w:top w:w="70" w:type="dxa"/>
              <w:left w:w="80" w:type="dxa"/>
              <w:bottom w:w="70" w:type="dxa"/>
              <w:right w:w="80" w:type="dxa"/>
            </w:tcMar>
            <w:vAlign w:val="center"/>
          </w:tcPr>
          <w:p w14:paraId="7867FD4B" w14:textId="77777777" w:rsidR="00650973" w:rsidRDefault="00080072">
            <w:pPr>
              <w:jc w:val="center"/>
            </w:pPr>
            <w:r>
              <w:rPr>
                <w:rFonts w:ascii="Arial" w:hAnsi="Arial"/>
                <w:b/>
                <w:color w:val="FFFFFF"/>
                <w:sz w:val="21"/>
              </w:rPr>
              <w:t>Vin</w:t>
            </w:r>
          </w:p>
        </w:tc>
        <w:tc>
          <w:tcPr>
            <w:tcW w:w="5103" w:type="dxa"/>
            <w:shd w:val="clear" w:color="auto" w:fill="2F6B4F"/>
            <w:tcMar>
              <w:top w:w="70" w:type="dxa"/>
              <w:left w:w="80" w:type="dxa"/>
              <w:bottom w:w="70" w:type="dxa"/>
              <w:right w:w="80" w:type="dxa"/>
            </w:tcMar>
            <w:vAlign w:val="center"/>
          </w:tcPr>
          <w:p w14:paraId="486D0DCC" w14:textId="77777777" w:rsidR="00650973" w:rsidRDefault="00080072">
            <w:pPr>
              <w:jc w:val="center"/>
            </w:pPr>
            <w:r>
              <w:rPr>
                <w:rFonts w:ascii="Arial" w:hAnsi="Arial"/>
                <w:b/>
                <w:color w:val="FFFFFF"/>
                <w:sz w:val="21"/>
              </w:rPr>
              <w:t>Prix</w:t>
            </w:r>
          </w:p>
        </w:tc>
      </w:tr>
      <w:tr w:rsidR="00650973" w14:paraId="7DACCFA9" w14:textId="77777777">
        <w:trPr>
          <w:cantSplit/>
          <w:jc w:val="center"/>
        </w:trPr>
        <w:tc>
          <w:tcPr>
            <w:tcW w:w="5103" w:type="dxa"/>
            <w:tcMar>
              <w:top w:w="70" w:type="dxa"/>
              <w:left w:w="80" w:type="dxa"/>
              <w:bottom w:w="70" w:type="dxa"/>
              <w:right w:w="80" w:type="dxa"/>
            </w:tcMar>
            <w:vAlign w:val="center"/>
          </w:tcPr>
          <w:p w14:paraId="7F3F4DE0" w14:textId="77777777" w:rsidR="00650973" w:rsidRDefault="00080072">
            <w:r>
              <w:rPr>
                <w:rFonts w:ascii="Arial" w:hAnsi="Arial"/>
                <w:sz w:val="21"/>
              </w:rPr>
              <w:t>Silvestri Spumante Brut – Sabina DOC</w:t>
            </w:r>
          </w:p>
        </w:tc>
        <w:tc>
          <w:tcPr>
            <w:tcW w:w="5103" w:type="dxa"/>
            <w:tcMar>
              <w:top w:w="70" w:type="dxa"/>
              <w:left w:w="80" w:type="dxa"/>
              <w:bottom w:w="70" w:type="dxa"/>
              <w:right w:w="80" w:type="dxa"/>
            </w:tcMar>
            <w:vAlign w:val="center"/>
          </w:tcPr>
          <w:p w14:paraId="3A9B94EB" w14:textId="77777777" w:rsidR="00650973" w:rsidRDefault="00080072">
            <w:r>
              <w:rPr>
                <w:rFonts w:ascii="Arial" w:hAnsi="Arial"/>
                <w:sz w:val="21"/>
              </w:rPr>
              <w:t>8 € verre / 35 € bouteille</w:t>
            </w:r>
          </w:p>
        </w:tc>
      </w:tr>
      <w:tr w:rsidR="00650973" w14:paraId="209266A7" w14:textId="77777777">
        <w:trPr>
          <w:cantSplit/>
          <w:jc w:val="center"/>
        </w:trPr>
        <w:tc>
          <w:tcPr>
            <w:tcW w:w="5103" w:type="dxa"/>
            <w:shd w:val="clear" w:color="auto" w:fill="F8FAF8"/>
            <w:tcMar>
              <w:top w:w="70" w:type="dxa"/>
              <w:left w:w="80" w:type="dxa"/>
              <w:bottom w:w="70" w:type="dxa"/>
              <w:right w:w="80" w:type="dxa"/>
            </w:tcMar>
            <w:vAlign w:val="center"/>
          </w:tcPr>
          <w:p w14:paraId="69A793DB" w14:textId="77777777" w:rsidR="00650973" w:rsidRDefault="00080072">
            <w:r>
              <w:rPr>
                <w:rFonts w:ascii="Arial" w:hAnsi="Arial"/>
                <w:sz w:val="21"/>
              </w:rPr>
              <w:t>Prosecco Rizzi Brut ou Rosé – Trévise</w:t>
            </w:r>
          </w:p>
        </w:tc>
        <w:tc>
          <w:tcPr>
            <w:tcW w:w="5103" w:type="dxa"/>
            <w:shd w:val="clear" w:color="auto" w:fill="F8FAF8"/>
            <w:tcMar>
              <w:top w:w="70" w:type="dxa"/>
              <w:left w:w="80" w:type="dxa"/>
              <w:bottom w:w="70" w:type="dxa"/>
              <w:right w:w="80" w:type="dxa"/>
            </w:tcMar>
            <w:vAlign w:val="center"/>
          </w:tcPr>
          <w:p w14:paraId="5CE0365D" w14:textId="77777777" w:rsidR="00650973" w:rsidRDefault="00080072">
            <w:r>
              <w:rPr>
                <w:rFonts w:ascii="Arial" w:hAnsi="Arial"/>
                <w:sz w:val="21"/>
              </w:rPr>
              <w:t>8 € / 35 €</w:t>
            </w:r>
          </w:p>
        </w:tc>
      </w:tr>
      <w:tr w:rsidR="00650973" w14:paraId="17FE2F18" w14:textId="77777777">
        <w:trPr>
          <w:cantSplit/>
          <w:jc w:val="center"/>
        </w:trPr>
        <w:tc>
          <w:tcPr>
            <w:tcW w:w="5103" w:type="dxa"/>
            <w:tcMar>
              <w:top w:w="70" w:type="dxa"/>
              <w:left w:w="80" w:type="dxa"/>
              <w:bottom w:w="70" w:type="dxa"/>
              <w:right w:w="80" w:type="dxa"/>
            </w:tcMar>
            <w:vAlign w:val="center"/>
          </w:tcPr>
          <w:p w14:paraId="2B78D87B" w14:textId="77777777" w:rsidR="00650973" w:rsidRDefault="00080072">
            <w:r>
              <w:rPr>
                <w:rFonts w:ascii="Arial" w:hAnsi="Arial"/>
                <w:sz w:val="21"/>
              </w:rPr>
              <w:t>Bermejo Brut Nature 2023 – Lanzarote</w:t>
            </w:r>
          </w:p>
        </w:tc>
        <w:tc>
          <w:tcPr>
            <w:tcW w:w="5103" w:type="dxa"/>
            <w:tcMar>
              <w:top w:w="70" w:type="dxa"/>
              <w:left w:w="80" w:type="dxa"/>
              <w:bottom w:w="70" w:type="dxa"/>
              <w:right w:w="80" w:type="dxa"/>
            </w:tcMar>
            <w:vAlign w:val="center"/>
          </w:tcPr>
          <w:p w14:paraId="5615A8EB" w14:textId="77777777" w:rsidR="00650973" w:rsidRDefault="00080072">
            <w:r>
              <w:rPr>
                <w:rFonts w:ascii="Arial" w:hAnsi="Arial"/>
                <w:sz w:val="21"/>
              </w:rPr>
              <w:t>60 €</w:t>
            </w:r>
          </w:p>
        </w:tc>
      </w:tr>
      <w:tr w:rsidR="00650973" w14:paraId="646364DC" w14:textId="77777777">
        <w:trPr>
          <w:cantSplit/>
          <w:jc w:val="center"/>
        </w:trPr>
        <w:tc>
          <w:tcPr>
            <w:tcW w:w="5103" w:type="dxa"/>
            <w:shd w:val="clear" w:color="auto" w:fill="F8FAF8"/>
            <w:tcMar>
              <w:top w:w="70" w:type="dxa"/>
              <w:left w:w="80" w:type="dxa"/>
              <w:bottom w:w="70" w:type="dxa"/>
              <w:right w:w="80" w:type="dxa"/>
            </w:tcMar>
            <w:vAlign w:val="center"/>
          </w:tcPr>
          <w:p w14:paraId="0D615887" w14:textId="77777777" w:rsidR="00650973" w:rsidRDefault="00080072">
            <w:r>
              <w:rPr>
                <w:rFonts w:ascii="Arial" w:hAnsi="Arial"/>
                <w:sz w:val="21"/>
              </w:rPr>
              <w:t>Champagne Brut</w:t>
            </w:r>
          </w:p>
        </w:tc>
        <w:tc>
          <w:tcPr>
            <w:tcW w:w="5103" w:type="dxa"/>
            <w:shd w:val="clear" w:color="auto" w:fill="F8FAF8"/>
            <w:tcMar>
              <w:top w:w="70" w:type="dxa"/>
              <w:left w:w="80" w:type="dxa"/>
              <w:bottom w:w="70" w:type="dxa"/>
              <w:right w:w="80" w:type="dxa"/>
            </w:tcMar>
            <w:vAlign w:val="center"/>
          </w:tcPr>
          <w:p w14:paraId="6A8DFE58" w14:textId="77777777" w:rsidR="00650973" w:rsidRDefault="00080072">
            <w:r>
              <w:rPr>
                <w:rFonts w:ascii="Arial" w:hAnsi="Arial"/>
                <w:sz w:val="21"/>
              </w:rPr>
              <w:t>Prix sur demande</w:t>
            </w:r>
          </w:p>
        </w:tc>
      </w:tr>
      <w:tr w:rsidR="00650973" w14:paraId="7CD88B9E" w14:textId="77777777">
        <w:trPr>
          <w:cantSplit/>
          <w:jc w:val="center"/>
        </w:trPr>
        <w:tc>
          <w:tcPr>
            <w:tcW w:w="5103" w:type="dxa"/>
            <w:tcMar>
              <w:top w:w="70" w:type="dxa"/>
              <w:left w:w="80" w:type="dxa"/>
              <w:bottom w:w="70" w:type="dxa"/>
              <w:right w:w="80" w:type="dxa"/>
            </w:tcMar>
            <w:vAlign w:val="center"/>
          </w:tcPr>
          <w:p w14:paraId="54214588" w14:textId="77777777" w:rsidR="00650973" w:rsidRDefault="00080072">
            <w:r>
              <w:rPr>
                <w:rFonts w:ascii="Arial" w:hAnsi="Arial"/>
                <w:sz w:val="21"/>
              </w:rPr>
              <w:t>Moët &amp; Chandon Grand Vintage 2015</w:t>
            </w:r>
          </w:p>
        </w:tc>
        <w:tc>
          <w:tcPr>
            <w:tcW w:w="5103" w:type="dxa"/>
            <w:tcMar>
              <w:top w:w="70" w:type="dxa"/>
              <w:left w:w="80" w:type="dxa"/>
              <w:bottom w:w="70" w:type="dxa"/>
              <w:right w:w="80" w:type="dxa"/>
            </w:tcMar>
            <w:vAlign w:val="center"/>
          </w:tcPr>
          <w:p w14:paraId="1B7544AE" w14:textId="77777777" w:rsidR="00650973" w:rsidRDefault="00080072">
            <w:r>
              <w:rPr>
                <w:rFonts w:ascii="Arial" w:hAnsi="Arial"/>
                <w:sz w:val="21"/>
              </w:rPr>
              <w:t>120 €</w:t>
            </w:r>
          </w:p>
        </w:tc>
      </w:tr>
    </w:tbl>
    <w:p w14:paraId="1A712662" w14:textId="77777777" w:rsidR="00650973" w:rsidRDefault="00650973">
      <w:pPr>
        <w:spacing w:after="40"/>
      </w:pPr>
    </w:p>
    <w:p w14:paraId="01DA4C5B" w14:textId="77777777" w:rsidR="00650973" w:rsidRDefault="00080072">
      <w:pPr>
        <w:pStyle w:val="Titre3"/>
        <w:spacing w:before="120" w:after="100"/>
      </w:pPr>
      <w:r>
        <w:rPr>
          <w:rFonts w:ascii="Arial" w:hAnsi="Arial"/>
          <w:color w:val="2F6B4F"/>
          <w:sz w:val="23"/>
        </w:rPr>
        <w:t>Vins blancs</w:t>
      </w:r>
    </w:p>
    <w:tbl>
      <w:tblPr>
        <w:tblStyle w:val="Grilledutableau"/>
        <w:tblW w:w="0" w:type="auto"/>
        <w:jc w:val="center"/>
        <w:tblLook w:val="04A0" w:firstRow="1" w:lastRow="0" w:firstColumn="1" w:lastColumn="0" w:noHBand="0" w:noVBand="1"/>
      </w:tblPr>
      <w:tblGrid>
        <w:gridCol w:w="5103"/>
        <w:gridCol w:w="5103"/>
      </w:tblGrid>
      <w:tr w:rsidR="00650973" w14:paraId="69C5F1CC" w14:textId="77777777">
        <w:trPr>
          <w:cantSplit/>
          <w:tblHeader/>
          <w:jc w:val="center"/>
        </w:trPr>
        <w:tc>
          <w:tcPr>
            <w:tcW w:w="5103" w:type="dxa"/>
            <w:shd w:val="clear" w:color="auto" w:fill="2F6B4F"/>
            <w:tcMar>
              <w:top w:w="70" w:type="dxa"/>
              <w:left w:w="80" w:type="dxa"/>
              <w:bottom w:w="70" w:type="dxa"/>
              <w:right w:w="80" w:type="dxa"/>
            </w:tcMar>
            <w:vAlign w:val="center"/>
          </w:tcPr>
          <w:p w14:paraId="2EAFEEDD" w14:textId="77777777" w:rsidR="00650973" w:rsidRDefault="00080072">
            <w:pPr>
              <w:jc w:val="center"/>
            </w:pPr>
            <w:r>
              <w:rPr>
                <w:rFonts w:ascii="Arial" w:hAnsi="Arial"/>
                <w:b/>
                <w:color w:val="FFFFFF"/>
                <w:sz w:val="21"/>
              </w:rPr>
              <w:t>Vin</w:t>
            </w:r>
          </w:p>
        </w:tc>
        <w:tc>
          <w:tcPr>
            <w:tcW w:w="5103" w:type="dxa"/>
            <w:shd w:val="clear" w:color="auto" w:fill="2F6B4F"/>
            <w:tcMar>
              <w:top w:w="70" w:type="dxa"/>
              <w:left w:w="80" w:type="dxa"/>
              <w:bottom w:w="70" w:type="dxa"/>
              <w:right w:w="80" w:type="dxa"/>
            </w:tcMar>
            <w:vAlign w:val="center"/>
          </w:tcPr>
          <w:p w14:paraId="2E6B69C8" w14:textId="77777777" w:rsidR="00650973" w:rsidRDefault="00080072">
            <w:pPr>
              <w:jc w:val="center"/>
            </w:pPr>
            <w:r>
              <w:rPr>
                <w:rFonts w:ascii="Arial" w:hAnsi="Arial"/>
                <w:b/>
                <w:color w:val="FFFFFF"/>
                <w:sz w:val="21"/>
              </w:rPr>
              <w:t>Prix</w:t>
            </w:r>
          </w:p>
        </w:tc>
      </w:tr>
      <w:tr w:rsidR="00650973" w14:paraId="076B79AD" w14:textId="77777777">
        <w:trPr>
          <w:cantSplit/>
          <w:jc w:val="center"/>
        </w:trPr>
        <w:tc>
          <w:tcPr>
            <w:tcW w:w="5103" w:type="dxa"/>
            <w:tcMar>
              <w:top w:w="70" w:type="dxa"/>
              <w:left w:w="80" w:type="dxa"/>
              <w:bottom w:w="70" w:type="dxa"/>
              <w:right w:w="80" w:type="dxa"/>
            </w:tcMar>
            <w:vAlign w:val="center"/>
          </w:tcPr>
          <w:p w14:paraId="69DA1EA3" w14:textId="77777777" w:rsidR="00650973" w:rsidRDefault="00080072">
            <w:r>
              <w:rPr>
                <w:rFonts w:ascii="Arial" w:hAnsi="Arial"/>
                <w:sz w:val="21"/>
              </w:rPr>
              <w:t>Camino de Castilla – Verdejo</w:t>
            </w:r>
          </w:p>
        </w:tc>
        <w:tc>
          <w:tcPr>
            <w:tcW w:w="5103" w:type="dxa"/>
            <w:tcMar>
              <w:top w:w="70" w:type="dxa"/>
              <w:left w:w="80" w:type="dxa"/>
              <w:bottom w:w="70" w:type="dxa"/>
              <w:right w:w="80" w:type="dxa"/>
            </w:tcMar>
            <w:vAlign w:val="center"/>
          </w:tcPr>
          <w:p w14:paraId="6FD632E5" w14:textId="77777777" w:rsidR="00650973" w:rsidRDefault="00080072">
            <w:r>
              <w:rPr>
                <w:rFonts w:ascii="Arial" w:hAnsi="Arial"/>
                <w:sz w:val="21"/>
              </w:rPr>
              <w:t>6 € / 22 €</w:t>
            </w:r>
          </w:p>
        </w:tc>
      </w:tr>
      <w:tr w:rsidR="00650973" w14:paraId="181157E9" w14:textId="77777777">
        <w:trPr>
          <w:cantSplit/>
          <w:jc w:val="center"/>
        </w:trPr>
        <w:tc>
          <w:tcPr>
            <w:tcW w:w="5103" w:type="dxa"/>
            <w:shd w:val="clear" w:color="auto" w:fill="F8FAF8"/>
            <w:tcMar>
              <w:top w:w="70" w:type="dxa"/>
              <w:left w:w="80" w:type="dxa"/>
              <w:bottom w:w="70" w:type="dxa"/>
              <w:right w:w="80" w:type="dxa"/>
            </w:tcMar>
            <w:vAlign w:val="center"/>
          </w:tcPr>
          <w:p w14:paraId="41278657" w14:textId="77777777" w:rsidR="00650973" w:rsidRDefault="00080072">
            <w:r>
              <w:rPr>
                <w:rFonts w:ascii="Arial" w:hAnsi="Arial"/>
                <w:sz w:val="21"/>
              </w:rPr>
              <w:t>Ou Penedès – Muscat, Xarel·lo</w:t>
            </w:r>
          </w:p>
        </w:tc>
        <w:tc>
          <w:tcPr>
            <w:tcW w:w="5103" w:type="dxa"/>
            <w:shd w:val="clear" w:color="auto" w:fill="F8FAF8"/>
            <w:tcMar>
              <w:top w:w="70" w:type="dxa"/>
              <w:left w:w="80" w:type="dxa"/>
              <w:bottom w:w="70" w:type="dxa"/>
              <w:right w:w="80" w:type="dxa"/>
            </w:tcMar>
            <w:vAlign w:val="center"/>
          </w:tcPr>
          <w:p w14:paraId="24597CB1" w14:textId="77777777" w:rsidR="00650973" w:rsidRDefault="00080072">
            <w:r>
              <w:rPr>
                <w:rFonts w:ascii="Arial" w:hAnsi="Arial"/>
                <w:sz w:val="21"/>
              </w:rPr>
              <w:t>6 € / 25 €</w:t>
            </w:r>
          </w:p>
        </w:tc>
      </w:tr>
      <w:tr w:rsidR="00650973" w14:paraId="422FE1A2" w14:textId="77777777">
        <w:trPr>
          <w:cantSplit/>
          <w:jc w:val="center"/>
        </w:trPr>
        <w:tc>
          <w:tcPr>
            <w:tcW w:w="5103" w:type="dxa"/>
            <w:tcMar>
              <w:top w:w="70" w:type="dxa"/>
              <w:left w:w="80" w:type="dxa"/>
              <w:bottom w:w="70" w:type="dxa"/>
              <w:right w:w="80" w:type="dxa"/>
            </w:tcMar>
            <w:vAlign w:val="center"/>
          </w:tcPr>
          <w:p w14:paraId="6C6655AA" w14:textId="77777777" w:rsidR="00650973" w:rsidRDefault="00080072">
            <w:r>
              <w:rPr>
                <w:rFonts w:ascii="Arial" w:hAnsi="Arial"/>
                <w:sz w:val="21"/>
              </w:rPr>
              <w:t>Audition – Chardonnay</w:t>
            </w:r>
          </w:p>
        </w:tc>
        <w:tc>
          <w:tcPr>
            <w:tcW w:w="5103" w:type="dxa"/>
            <w:tcMar>
              <w:top w:w="70" w:type="dxa"/>
              <w:left w:w="80" w:type="dxa"/>
              <w:bottom w:w="70" w:type="dxa"/>
              <w:right w:w="80" w:type="dxa"/>
            </w:tcMar>
            <w:vAlign w:val="center"/>
          </w:tcPr>
          <w:p w14:paraId="2CF15AA9" w14:textId="77777777" w:rsidR="00650973" w:rsidRDefault="00080072">
            <w:r>
              <w:rPr>
                <w:rFonts w:ascii="Arial" w:hAnsi="Arial"/>
                <w:sz w:val="21"/>
              </w:rPr>
              <w:t>6 € / 27 €</w:t>
            </w:r>
          </w:p>
        </w:tc>
      </w:tr>
      <w:tr w:rsidR="00650973" w14:paraId="3F817E43" w14:textId="77777777">
        <w:trPr>
          <w:cantSplit/>
          <w:jc w:val="center"/>
        </w:trPr>
        <w:tc>
          <w:tcPr>
            <w:tcW w:w="5103" w:type="dxa"/>
            <w:shd w:val="clear" w:color="auto" w:fill="F8FAF8"/>
            <w:tcMar>
              <w:top w:w="70" w:type="dxa"/>
              <w:left w:w="80" w:type="dxa"/>
              <w:bottom w:w="70" w:type="dxa"/>
              <w:right w:w="80" w:type="dxa"/>
            </w:tcMar>
            <w:vAlign w:val="center"/>
          </w:tcPr>
          <w:p w14:paraId="41EFCE55" w14:textId="77777777" w:rsidR="00650973" w:rsidRDefault="00080072">
            <w:r>
              <w:rPr>
                <w:rFonts w:ascii="Arial" w:hAnsi="Arial"/>
                <w:sz w:val="21"/>
              </w:rPr>
              <w:t>Audition – Sauvignon, Rueda</w:t>
            </w:r>
          </w:p>
        </w:tc>
        <w:tc>
          <w:tcPr>
            <w:tcW w:w="5103" w:type="dxa"/>
            <w:shd w:val="clear" w:color="auto" w:fill="F8FAF8"/>
            <w:tcMar>
              <w:top w:w="70" w:type="dxa"/>
              <w:left w:w="80" w:type="dxa"/>
              <w:bottom w:w="70" w:type="dxa"/>
              <w:right w:w="80" w:type="dxa"/>
            </w:tcMar>
            <w:vAlign w:val="center"/>
          </w:tcPr>
          <w:p w14:paraId="27CB5B7C" w14:textId="77777777" w:rsidR="00650973" w:rsidRDefault="00080072">
            <w:r>
              <w:rPr>
                <w:rFonts w:ascii="Arial" w:hAnsi="Arial"/>
                <w:sz w:val="21"/>
              </w:rPr>
              <w:t>6 € / 27 €</w:t>
            </w:r>
          </w:p>
        </w:tc>
      </w:tr>
      <w:tr w:rsidR="00650973" w14:paraId="34A49A0C" w14:textId="77777777">
        <w:trPr>
          <w:cantSplit/>
          <w:jc w:val="center"/>
        </w:trPr>
        <w:tc>
          <w:tcPr>
            <w:tcW w:w="5103" w:type="dxa"/>
            <w:tcMar>
              <w:top w:w="70" w:type="dxa"/>
              <w:left w:w="80" w:type="dxa"/>
              <w:bottom w:w="70" w:type="dxa"/>
              <w:right w:w="80" w:type="dxa"/>
            </w:tcMar>
            <w:vAlign w:val="center"/>
          </w:tcPr>
          <w:p w14:paraId="65D59E7D" w14:textId="77777777" w:rsidR="00650973" w:rsidRDefault="00080072">
            <w:r>
              <w:rPr>
                <w:rFonts w:ascii="Arial" w:hAnsi="Arial"/>
                <w:sz w:val="21"/>
              </w:rPr>
              <w:t>Bicos – Albariño, Rías Baixas</w:t>
            </w:r>
          </w:p>
        </w:tc>
        <w:tc>
          <w:tcPr>
            <w:tcW w:w="5103" w:type="dxa"/>
            <w:tcMar>
              <w:top w:w="70" w:type="dxa"/>
              <w:left w:w="80" w:type="dxa"/>
              <w:bottom w:w="70" w:type="dxa"/>
              <w:right w:w="80" w:type="dxa"/>
            </w:tcMar>
            <w:vAlign w:val="center"/>
          </w:tcPr>
          <w:p w14:paraId="4F2E0C8F" w14:textId="77777777" w:rsidR="00650973" w:rsidRDefault="00080072">
            <w:r>
              <w:rPr>
                <w:rFonts w:ascii="Arial" w:hAnsi="Arial"/>
                <w:sz w:val="21"/>
              </w:rPr>
              <w:t>30 €</w:t>
            </w:r>
          </w:p>
        </w:tc>
      </w:tr>
      <w:tr w:rsidR="00650973" w14:paraId="48178430" w14:textId="77777777">
        <w:trPr>
          <w:cantSplit/>
          <w:jc w:val="center"/>
        </w:trPr>
        <w:tc>
          <w:tcPr>
            <w:tcW w:w="5103" w:type="dxa"/>
            <w:shd w:val="clear" w:color="auto" w:fill="F8FAF8"/>
            <w:tcMar>
              <w:top w:w="70" w:type="dxa"/>
              <w:left w:w="80" w:type="dxa"/>
              <w:bottom w:w="70" w:type="dxa"/>
              <w:right w:w="80" w:type="dxa"/>
            </w:tcMar>
            <w:vAlign w:val="center"/>
          </w:tcPr>
          <w:p w14:paraId="29B69EDE" w14:textId="77777777" w:rsidR="00650973" w:rsidRDefault="00080072">
            <w:r>
              <w:rPr>
                <w:rFonts w:ascii="Arial" w:hAnsi="Arial"/>
                <w:sz w:val="21"/>
              </w:rPr>
              <w:t>12 Lunas – Chardonnay &amp; Gewürztraminer, Somontano</w:t>
            </w:r>
          </w:p>
        </w:tc>
        <w:tc>
          <w:tcPr>
            <w:tcW w:w="5103" w:type="dxa"/>
            <w:shd w:val="clear" w:color="auto" w:fill="F8FAF8"/>
            <w:tcMar>
              <w:top w:w="70" w:type="dxa"/>
              <w:left w:w="80" w:type="dxa"/>
              <w:bottom w:w="70" w:type="dxa"/>
              <w:right w:w="80" w:type="dxa"/>
            </w:tcMar>
            <w:vAlign w:val="center"/>
          </w:tcPr>
          <w:p w14:paraId="5DF982B0" w14:textId="77777777" w:rsidR="00650973" w:rsidRDefault="00080072">
            <w:r>
              <w:rPr>
                <w:rFonts w:ascii="Arial" w:hAnsi="Arial"/>
                <w:sz w:val="21"/>
              </w:rPr>
              <w:t>32 €</w:t>
            </w:r>
          </w:p>
        </w:tc>
      </w:tr>
      <w:tr w:rsidR="00650973" w14:paraId="246392E5" w14:textId="77777777">
        <w:trPr>
          <w:cantSplit/>
          <w:jc w:val="center"/>
        </w:trPr>
        <w:tc>
          <w:tcPr>
            <w:tcW w:w="5103" w:type="dxa"/>
            <w:tcMar>
              <w:top w:w="70" w:type="dxa"/>
              <w:left w:w="80" w:type="dxa"/>
              <w:bottom w:w="70" w:type="dxa"/>
              <w:right w:w="80" w:type="dxa"/>
            </w:tcMar>
            <w:vAlign w:val="center"/>
          </w:tcPr>
          <w:p w14:paraId="4936EEA4" w14:textId="77777777" w:rsidR="00650973" w:rsidRDefault="00080072">
            <w:r>
              <w:rPr>
                <w:rFonts w:ascii="Arial" w:hAnsi="Arial"/>
                <w:sz w:val="21"/>
              </w:rPr>
              <w:t>La Geria – Malvasía, Lanzarote</w:t>
            </w:r>
          </w:p>
        </w:tc>
        <w:tc>
          <w:tcPr>
            <w:tcW w:w="5103" w:type="dxa"/>
            <w:tcMar>
              <w:top w:w="70" w:type="dxa"/>
              <w:left w:w="80" w:type="dxa"/>
              <w:bottom w:w="70" w:type="dxa"/>
              <w:right w:w="80" w:type="dxa"/>
            </w:tcMar>
            <w:vAlign w:val="center"/>
          </w:tcPr>
          <w:p w14:paraId="5B6DF52C" w14:textId="77777777" w:rsidR="00650973" w:rsidRDefault="00080072">
            <w:r>
              <w:rPr>
                <w:rFonts w:ascii="Arial" w:hAnsi="Arial"/>
                <w:sz w:val="21"/>
              </w:rPr>
              <w:t>35 €</w:t>
            </w:r>
          </w:p>
        </w:tc>
      </w:tr>
      <w:tr w:rsidR="00650973" w14:paraId="49526881" w14:textId="77777777">
        <w:trPr>
          <w:cantSplit/>
          <w:jc w:val="center"/>
        </w:trPr>
        <w:tc>
          <w:tcPr>
            <w:tcW w:w="5103" w:type="dxa"/>
            <w:shd w:val="clear" w:color="auto" w:fill="F8FAF8"/>
            <w:tcMar>
              <w:top w:w="70" w:type="dxa"/>
              <w:left w:w="80" w:type="dxa"/>
              <w:bottom w:w="70" w:type="dxa"/>
              <w:right w:w="80" w:type="dxa"/>
            </w:tcMar>
            <w:vAlign w:val="center"/>
          </w:tcPr>
          <w:p w14:paraId="1B0722FA" w14:textId="77777777" w:rsidR="00650973" w:rsidRDefault="00080072">
            <w:r>
              <w:rPr>
                <w:rFonts w:ascii="Arial" w:hAnsi="Arial"/>
                <w:sz w:val="21"/>
              </w:rPr>
              <w:t>Viñátigo – Vijariego, Tenerife</w:t>
            </w:r>
          </w:p>
        </w:tc>
        <w:tc>
          <w:tcPr>
            <w:tcW w:w="5103" w:type="dxa"/>
            <w:shd w:val="clear" w:color="auto" w:fill="F8FAF8"/>
            <w:tcMar>
              <w:top w:w="70" w:type="dxa"/>
              <w:left w:w="80" w:type="dxa"/>
              <w:bottom w:w="70" w:type="dxa"/>
              <w:right w:w="80" w:type="dxa"/>
            </w:tcMar>
            <w:vAlign w:val="center"/>
          </w:tcPr>
          <w:p w14:paraId="7BD584BE" w14:textId="77777777" w:rsidR="00650973" w:rsidRDefault="00080072">
            <w:r>
              <w:rPr>
                <w:rFonts w:ascii="Arial" w:hAnsi="Arial"/>
                <w:sz w:val="21"/>
              </w:rPr>
              <w:t>38 €</w:t>
            </w:r>
          </w:p>
        </w:tc>
      </w:tr>
      <w:tr w:rsidR="00650973" w14:paraId="1924F11C" w14:textId="77777777">
        <w:trPr>
          <w:cantSplit/>
          <w:jc w:val="center"/>
        </w:trPr>
        <w:tc>
          <w:tcPr>
            <w:tcW w:w="5103" w:type="dxa"/>
            <w:tcMar>
              <w:top w:w="70" w:type="dxa"/>
              <w:left w:w="80" w:type="dxa"/>
              <w:bottom w:w="70" w:type="dxa"/>
              <w:right w:w="80" w:type="dxa"/>
            </w:tcMar>
            <w:vAlign w:val="center"/>
          </w:tcPr>
          <w:p w14:paraId="798003E3" w14:textId="77777777" w:rsidR="00650973" w:rsidRDefault="00080072">
            <w:r>
              <w:rPr>
                <w:rFonts w:ascii="Arial" w:hAnsi="Arial"/>
                <w:sz w:val="21"/>
              </w:rPr>
              <w:lastRenderedPageBreak/>
              <w:t>El Níspero – Albillo, La Palma</w:t>
            </w:r>
          </w:p>
        </w:tc>
        <w:tc>
          <w:tcPr>
            <w:tcW w:w="5103" w:type="dxa"/>
            <w:tcMar>
              <w:top w:w="70" w:type="dxa"/>
              <w:left w:w="80" w:type="dxa"/>
              <w:bottom w:w="70" w:type="dxa"/>
              <w:right w:w="80" w:type="dxa"/>
            </w:tcMar>
            <w:vAlign w:val="center"/>
          </w:tcPr>
          <w:p w14:paraId="3F22124D" w14:textId="77777777" w:rsidR="00650973" w:rsidRDefault="00080072">
            <w:r>
              <w:rPr>
                <w:rFonts w:ascii="Arial" w:hAnsi="Arial"/>
                <w:sz w:val="21"/>
              </w:rPr>
              <w:t>46 €</w:t>
            </w:r>
          </w:p>
        </w:tc>
      </w:tr>
    </w:tbl>
    <w:p w14:paraId="3942908B" w14:textId="77777777" w:rsidR="00650973" w:rsidRDefault="00650973">
      <w:pPr>
        <w:spacing w:after="40"/>
      </w:pPr>
    </w:p>
    <w:p w14:paraId="49B00860" w14:textId="77777777" w:rsidR="00650973" w:rsidRDefault="00080072">
      <w:pPr>
        <w:pStyle w:val="Titre3"/>
        <w:spacing w:before="120" w:after="100"/>
      </w:pPr>
      <w:r>
        <w:rPr>
          <w:rFonts w:ascii="Arial" w:hAnsi="Arial"/>
          <w:color w:val="2F6B4F"/>
          <w:sz w:val="23"/>
        </w:rPr>
        <w:t>Vins rosés</w:t>
      </w:r>
    </w:p>
    <w:tbl>
      <w:tblPr>
        <w:tblStyle w:val="Grilledutableau"/>
        <w:tblW w:w="0" w:type="auto"/>
        <w:jc w:val="center"/>
        <w:tblLook w:val="04A0" w:firstRow="1" w:lastRow="0" w:firstColumn="1" w:lastColumn="0" w:noHBand="0" w:noVBand="1"/>
      </w:tblPr>
      <w:tblGrid>
        <w:gridCol w:w="5103"/>
        <w:gridCol w:w="5103"/>
      </w:tblGrid>
      <w:tr w:rsidR="00650973" w14:paraId="28245E74" w14:textId="77777777">
        <w:trPr>
          <w:cantSplit/>
          <w:tblHeader/>
          <w:jc w:val="center"/>
        </w:trPr>
        <w:tc>
          <w:tcPr>
            <w:tcW w:w="5103" w:type="dxa"/>
            <w:shd w:val="clear" w:color="auto" w:fill="2F6B4F"/>
            <w:tcMar>
              <w:top w:w="70" w:type="dxa"/>
              <w:left w:w="80" w:type="dxa"/>
              <w:bottom w:w="70" w:type="dxa"/>
              <w:right w:w="80" w:type="dxa"/>
            </w:tcMar>
            <w:vAlign w:val="center"/>
          </w:tcPr>
          <w:p w14:paraId="013E2997" w14:textId="77777777" w:rsidR="00650973" w:rsidRDefault="00080072">
            <w:pPr>
              <w:jc w:val="center"/>
            </w:pPr>
            <w:r>
              <w:rPr>
                <w:rFonts w:ascii="Arial" w:hAnsi="Arial"/>
                <w:b/>
                <w:color w:val="FFFFFF"/>
                <w:sz w:val="21"/>
              </w:rPr>
              <w:t>Vin</w:t>
            </w:r>
          </w:p>
        </w:tc>
        <w:tc>
          <w:tcPr>
            <w:tcW w:w="5103" w:type="dxa"/>
            <w:shd w:val="clear" w:color="auto" w:fill="2F6B4F"/>
            <w:tcMar>
              <w:top w:w="70" w:type="dxa"/>
              <w:left w:w="80" w:type="dxa"/>
              <w:bottom w:w="70" w:type="dxa"/>
              <w:right w:w="80" w:type="dxa"/>
            </w:tcMar>
            <w:vAlign w:val="center"/>
          </w:tcPr>
          <w:p w14:paraId="48CE29BF" w14:textId="77777777" w:rsidR="00650973" w:rsidRDefault="00080072">
            <w:pPr>
              <w:jc w:val="center"/>
            </w:pPr>
            <w:r>
              <w:rPr>
                <w:rFonts w:ascii="Arial" w:hAnsi="Arial"/>
                <w:b/>
                <w:color w:val="FFFFFF"/>
                <w:sz w:val="21"/>
              </w:rPr>
              <w:t>Prix</w:t>
            </w:r>
          </w:p>
        </w:tc>
      </w:tr>
      <w:tr w:rsidR="00650973" w14:paraId="5C489C9C" w14:textId="77777777">
        <w:trPr>
          <w:cantSplit/>
          <w:jc w:val="center"/>
        </w:trPr>
        <w:tc>
          <w:tcPr>
            <w:tcW w:w="5103" w:type="dxa"/>
            <w:tcMar>
              <w:top w:w="70" w:type="dxa"/>
              <w:left w:w="80" w:type="dxa"/>
              <w:bottom w:w="70" w:type="dxa"/>
              <w:right w:w="80" w:type="dxa"/>
            </w:tcMar>
            <w:vAlign w:val="center"/>
          </w:tcPr>
          <w:p w14:paraId="164853D2" w14:textId="77777777" w:rsidR="00650973" w:rsidRDefault="00080072">
            <w:r>
              <w:rPr>
                <w:rFonts w:ascii="Arial" w:hAnsi="Arial"/>
                <w:sz w:val="21"/>
              </w:rPr>
              <w:t>Folgos – Mencía, Bierzo</w:t>
            </w:r>
          </w:p>
        </w:tc>
        <w:tc>
          <w:tcPr>
            <w:tcW w:w="5103" w:type="dxa"/>
            <w:tcMar>
              <w:top w:w="70" w:type="dxa"/>
              <w:left w:w="80" w:type="dxa"/>
              <w:bottom w:w="70" w:type="dxa"/>
              <w:right w:w="80" w:type="dxa"/>
            </w:tcMar>
            <w:vAlign w:val="center"/>
          </w:tcPr>
          <w:p w14:paraId="6FC4644C" w14:textId="77777777" w:rsidR="00650973" w:rsidRDefault="00080072">
            <w:r>
              <w:rPr>
                <w:rFonts w:ascii="Arial" w:hAnsi="Arial"/>
                <w:sz w:val="21"/>
              </w:rPr>
              <w:t>6 € / 25 €</w:t>
            </w:r>
          </w:p>
        </w:tc>
      </w:tr>
      <w:tr w:rsidR="00650973" w14:paraId="066D9910" w14:textId="77777777">
        <w:trPr>
          <w:cantSplit/>
          <w:jc w:val="center"/>
        </w:trPr>
        <w:tc>
          <w:tcPr>
            <w:tcW w:w="5103" w:type="dxa"/>
            <w:shd w:val="clear" w:color="auto" w:fill="F8FAF8"/>
            <w:tcMar>
              <w:top w:w="70" w:type="dxa"/>
              <w:left w:w="80" w:type="dxa"/>
              <w:bottom w:w="70" w:type="dxa"/>
              <w:right w:w="80" w:type="dxa"/>
            </w:tcMar>
            <w:vAlign w:val="center"/>
          </w:tcPr>
          <w:p w14:paraId="68AD072D" w14:textId="77777777" w:rsidR="00650973" w:rsidRDefault="00080072">
            <w:r>
              <w:rPr>
                <w:rFonts w:ascii="Arial" w:hAnsi="Arial"/>
                <w:sz w:val="21"/>
              </w:rPr>
              <w:t>Larrosa – Garnacha, Rioja</w:t>
            </w:r>
          </w:p>
        </w:tc>
        <w:tc>
          <w:tcPr>
            <w:tcW w:w="5103" w:type="dxa"/>
            <w:shd w:val="clear" w:color="auto" w:fill="F8FAF8"/>
            <w:tcMar>
              <w:top w:w="70" w:type="dxa"/>
              <w:left w:w="80" w:type="dxa"/>
              <w:bottom w:w="70" w:type="dxa"/>
              <w:right w:w="80" w:type="dxa"/>
            </w:tcMar>
            <w:vAlign w:val="center"/>
          </w:tcPr>
          <w:p w14:paraId="50F948E0" w14:textId="77777777" w:rsidR="00650973" w:rsidRDefault="00080072">
            <w:r>
              <w:rPr>
                <w:rFonts w:ascii="Arial" w:hAnsi="Arial"/>
                <w:sz w:val="21"/>
              </w:rPr>
              <w:t>29 €</w:t>
            </w:r>
          </w:p>
        </w:tc>
      </w:tr>
    </w:tbl>
    <w:p w14:paraId="3595AC91" w14:textId="77777777" w:rsidR="00650973" w:rsidRDefault="00650973">
      <w:pPr>
        <w:spacing w:after="40"/>
      </w:pPr>
    </w:p>
    <w:p w14:paraId="4A0A0187" w14:textId="77777777" w:rsidR="00650973" w:rsidRDefault="00080072">
      <w:pPr>
        <w:pStyle w:val="Titre3"/>
        <w:spacing w:before="120" w:after="100"/>
      </w:pPr>
      <w:r>
        <w:rPr>
          <w:rFonts w:ascii="Arial" w:hAnsi="Arial"/>
          <w:color w:val="2F6B4F"/>
          <w:sz w:val="23"/>
        </w:rPr>
        <w:t>Vins rouges</w:t>
      </w:r>
    </w:p>
    <w:tbl>
      <w:tblPr>
        <w:tblStyle w:val="Grilledutableau"/>
        <w:tblW w:w="0" w:type="auto"/>
        <w:jc w:val="center"/>
        <w:tblLook w:val="04A0" w:firstRow="1" w:lastRow="0" w:firstColumn="1" w:lastColumn="0" w:noHBand="0" w:noVBand="1"/>
      </w:tblPr>
      <w:tblGrid>
        <w:gridCol w:w="5103"/>
        <w:gridCol w:w="5103"/>
      </w:tblGrid>
      <w:tr w:rsidR="00650973" w14:paraId="5E7405B3" w14:textId="77777777">
        <w:trPr>
          <w:cantSplit/>
          <w:tblHeader/>
          <w:jc w:val="center"/>
        </w:trPr>
        <w:tc>
          <w:tcPr>
            <w:tcW w:w="5103" w:type="dxa"/>
            <w:shd w:val="clear" w:color="auto" w:fill="2F6B4F"/>
            <w:tcMar>
              <w:top w:w="70" w:type="dxa"/>
              <w:left w:w="80" w:type="dxa"/>
              <w:bottom w:w="70" w:type="dxa"/>
              <w:right w:w="80" w:type="dxa"/>
            </w:tcMar>
            <w:vAlign w:val="center"/>
          </w:tcPr>
          <w:p w14:paraId="7CE9837D" w14:textId="77777777" w:rsidR="00650973" w:rsidRDefault="00080072">
            <w:pPr>
              <w:jc w:val="center"/>
            </w:pPr>
            <w:r>
              <w:rPr>
                <w:rFonts w:ascii="Arial" w:hAnsi="Arial"/>
                <w:b/>
                <w:color w:val="FFFFFF"/>
                <w:sz w:val="21"/>
              </w:rPr>
              <w:t>Vin</w:t>
            </w:r>
          </w:p>
        </w:tc>
        <w:tc>
          <w:tcPr>
            <w:tcW w:w="5103" w:type="dxa"/>
            <w:shd w:val="clear" w:color="auto" w:fill="2F6B4F"/>
            <w:tcMar>
              <w:top w:w="70" w:type="dxa"/>
              <w:left w:w="80" w:type="dxa"/>
              <w:bottom w:w="70" w:type="dxa"/>
              <w:right w:w="80" w:type="dxa"/>
            </w:tcMar>
            <w:vAlign w:val="center"/>
          </w:tcPr>
          <w:p w14:paraId="25663E62" w14:textId="77777777" w:rsidR="00650973" w:rsidRDefault="00080072">
            <w:pPr>
              <w:jc w:val="center"/>
            </w:pPr>
            <w:r>
              <w:rPr>
                <w:rFonts w:ascii="Arial" w:hAnsi="Arial"/>
                <w:b/>
                <w:color w:val="FFFFFF"/>
                <w:sz w:val="21"/>
              </w:rPr>
              <w:t>Prix</w:t>
            </w:r>
          </w:p>
        </w:tc>
      </w:tr>
      <w:tr w:rsidR="00650973" w14:paraId="33E41673" w14:textId="77777777">
        <w:trPr>
          <w:cantSplit/>
          <w:jc w:val="center"/>
        </w:trPr>
        <w:tc>
          <w:tcPr>
            <w:tcW w:w="5103" w:type="dxa"/>
            <w:tcMar>
              <w:top w:w="70" w:type="dxa"/>
              <w:left w:w="80" w:type="dxa"/>
              <w:bottom w:w="70" w:type="dxa"/>
              <w:right w:w="80" w:type="dxa"/>
            </w:tcMar>
            <w:vAlign w:val="center"/>
          </w:tcPr>
          <w:p w14:paraId="240B8489" w14:textId="77777777" w:rsidR="00650973" w:rsidRDefault="00080072">
            <w:r>
              <w:rPr>
                <w:rFonts w:ascii="Arial" w:hAnsi="Arial"/>
                <w:sz w:val="21"/>
              </w:rPr>
              <w:t>Monumento – Shiraz, Levante</w:t>
            </w:r>
          </w:p>
        </w:tc>
        <w:tc>
          <w:tcPr>
            <w:tcW w:w="5103" w:type="dxa"/>
            <w:tcMar>
              <w:top w:w="70" w:type="dxa"/>
              <w:left w:w="80" w:type="dxa"/>
              <w:bottom w:w="70" w:type="dxa"/>
              <w:right w:w="80" w:type="dxa"/>
            </w:tcMar>
            <w:vAlign w:val="center"/>
          </w:tcPr>
          <w:p w14:paraId="68E853CF" w14:textId="77777777" w:rsidR="00650973" w:rsidRDefault="00080072">
            <w:r>
              <w:rPr>
                <w:rFonts w:ascii="Arial" w:hAnsi="Arial"/>
                <w:sz w:val="21"/>
              </w:rPr>
              <w:t>6 € / 22 €</w:t>
            </w:r>
          </w:p>
        </w:tc>
      </w:tr>
      <w:tr w:rsidR="00650973" w14:paraId="42DFC634" w14:textId="77777777">
        <w:trPr>
          <w:cantSplit/>
          <w:jc w:val="center"/>
        </w:trPr>
        <w:tc>
          <w:tcPr>
            <w:tcW w:w="5103" w:type="dxa"/>
            <w:shd w:val="clear" w:color="auto" w:fill="F8FAF8"/>
            <w:tcMar>
              <w:top w:w="70" w:type="dxa"/>
              <w:left w:w="80" w:type="dxa"/>
              <w:bottom w:w="70" w:type="dxa"/>
              <w:right w:w="80" w:type="dxa"/>
            </w:tcMar>
            <w:vAlign w:val="center"/>
          </w:tcPr>
          <w:p w14:paraId="503E02FB" w14:textId="77777777" w:rsidR="00650973" w:rsidRDefault="00080072">
            <w:r>
              <w:rPr>
                <w:rFonts w:ascii="Arial" w:hAnsi="Arial"/>
                <w:sz w:val="21"/>
              </w:rPr>
              <w:t>Gran Monumento – Merlot, Castilla-La Mancha</w:t>
            </w:r>
          </w:p>
        </w:tc>
        <w:tc>
          <w:tcPr>
            <w:tcW w:w="5103" w:type="dxa"/>
            <w:shd w:val="clear" w:color="auto" w:fill="F8FAF8"/>
            <w:tcMar>
              <w:top w:w="70" w:type="dxa"/>
              <w:left w:w="80" w:type="dxa"/>
              <w:bottom w:w="70" w:type="dxa"/>
              <w:right w:w="80" w:type="dxa"/>
            </w:tcMar>
            <w:vAlign w:val="center"/>
          </w:tcPr>
          <w:p w14:paraId="760542C7" w14:textId="77777777" w:rsidR="00650973" w:rsidRDefault="00080072">
            <w:r>
              <w:rPr>
                <w:rFonts w:ascii="Arial" w:hAnsi="Arial"/>
                <w:sz w:val="21"/>
              </w:rPr>
              <w:t>6 € / 24 €</w:t>
            </w:r>
          </w:p>
        </w:tc>
      </w:tr>
      <w:tr w:rsidR="00650973" w14:paraId="56388AF0" w14:textId="77777777">
        <w:trPr>
          <w:cantSplit/>
          <w:jc w:val="center"/>
        </w:trPr>
        <w:tc>
          <w:tcPr>
            <w:tcW w:w="5103" w:type="dxa"/>
            <w:tcMar>
              <w:top w:w="70" w:type="dxa"/>
              <w:left w:w="80" w:type="dxa"/>
              <w:bottom w:w="70" w:type="dxa"/>
              <w:right w:w="80" w:type="dxa"/>
            </w:tcMar>
            <w:vAlign w:val="center"/>
          </w:tcPr>
          <w:p w14:paraId="1DC380C0" w14:textId="77777777" w:rsidR="00650973" w:rsidRDefault="00080072">
            <w:r>
              <w:rPr>
                <w:rFonts w:ascii="Arial" w:hAnsi="Arial"/>
                <w:sz w:val="21"/>
              </w:rPr>
              <w:t>Viejo Templo Crianza 2021 – Tempranillo, Navarre</w:t>
            </w:r>
          </w:p>
        </w:tc>
        <w:tc>
          <w:tcPr>
            <w:tcW w:w="5103" w:type="dxa"/>
            <w:tcMar>
              <w:top w:w="70" w:type="dxa"/>
              <w:left w:w="80" w:type="dxa"/>
              <w:bottom w:w="70" w:type="dxa"/>
              <w:right w:w="80" w:type="dxa"/>
            </w:tcMar>
            <w:vAlign w:val="center"/>
          </w:tcPr>
          <w:p w14:paraId="702F00A4" w14:textId="77777777" w:rsidR="00650973" w:rsidRDefault="00080072">
            <w:r>
              <w:rPr>
                <w:rFonts w:ascii="Arial" w:hAnsi="Arial"/>
                <w:sz w:val="21"/>
              </w:rPr>
              <w:t>6 € / 26 €</w:t>
            </w:r>
          </w:p>
        </w:tc>
      </w:tr>
      <w:tr w:rsidR="00650973" w14:paraId="4FADD078" w14:textId="77777777">
        <w:trPr>
          <w:cantSplit/>
          <w:jc w:val="center"/>
        </w:trPr>
        <w:tc>
          <w:tcPr>
            <w:tcW w:w="5103" w:type="dxa"/>
            <w:shd w:val="clear" w:color="auto" w:fill="F8FAF8"/>
            <w:tcMar>
              <w:top w:w="70" w:type="dxa"/>
              <w:left w:w="80" w:type="dxa"/>
              <w:bottom w:w="70" w:type="dxa"/>
              <w:right w:w="80" w:type="dxa"/>
            </w:tcMar>
            <w:vAlign w:val="center"/>
          </w:tcPr>
          <w:p w14:paraId="523700AA" w14:textId="77777777" w:rsidR="00650973" w:rsidRDefault="00080072">
            <w:r>
              <w:rPr>
                <w:rFonts w:ascii="Arial" w:hAnsi="Arial"/>
                <w:sz w:val="21"/>
              </w:rPr>
              <w:t>Señorío Real 2022 – Tempranillo, Ribera del Duero</w:t>
            </w:r>
          </w:p>
        </w:tc>
        <w:tc>
          <w:tcPr>
            <w:tcW w:w="5103" w:type="dxa"/>
            <w:shd w:val="clear" w:color="auto" w:fill="F8FAF8"/>
            <w:tcMar>
              <w:top w:w="70" w:type="dxa"/>
              <w:left w:w="80" w:type="dxa"/>
              <w:bottom w:w="70" w:type="dxa"/>
              <w:right w:w="80" w:type="dxa"/>
            </w:tcMar>
            <w:vAlign w:val="center"/>
          </w:tcPr>
          <w:p w14:paraId="23214DAE" w14:textId="77777777" w:rsidR="00650973" w:rsidRDefault="00080072">
            <w:r>
              <w:rPr>
                <w:rFonts w:ascii="Arial" w:hAnsi="Arial"/>
                <w:sz w:val="21"/>
              </w:rPr>
              <w:t>6 € / 27 €</w:t>
            </w:r>
          </w:p>
        </w:tc>
      </w:tr>
      <w:tr w:rsidR="00650973" w14:paraId="4329A775" w14:textId="77777777">
        <w:trPr>
          <w:cantSplit/>
          <w:jc w:val="center"/>
        </w:trPr>
        <w:tc>
          <w:tcPr>
            <w:tcW w:w="5103" w:type="dxa"/>
            <w:tcMar>
              <w:top w:w="70" w:type="dxa"/>
              <w:left w:w="80" w:type="dxa"/>
              <w:bottom w:w="70" w:type="dxa"/>
              <w:right w:w="80" w:type="dxa"/>
            </w:tcMar>
            <w:vAlign w:val="center"/>
          </w:tcPr>
          <w:p w14:paraId="5A2377A4" w14:textId="77777777" w:rsidR="00650973" w:rsidRDefault="00080072">
            <w:r>
              <w:rPr>
                <w:rFonts w:ascii="Arial" w:hAnsi="Arial"/>
                <w:sz w:val="21"/>
              </w:rPr>
              <w:t>Montelciego Reserva 2020 – Rioja</w:t>
            </w:r>
          </w:p>
        </w:tc>
        <w:tc>
          <w:tcPr>
            <w:tcW w:w="5103" w:type="dxa"/>
            <w:tcMar>
              <w:top w:w="70" w:type="dxa"/>
              <w:left w:w="80" w:type="dxa"/>
              <w:bottom w:w="70" w:type="dxa"/>
              <w:right w:w="80" w:type="dxa"/>
            </w:tcMar>
            <w:vAlign w:val="center"/>
          </w:tcPr>
          <w:p w14:paraId="1DB1A593" w14:textId="77777777" w:rsidR="00650973" w:rsidRDefault="00080072">
            <w:r>
              <w:rPr>
                <w:rFonts w:ascii="Arial" w:hAnsi="Arial"/>
                <w:sz w:val="21"/>
              </w:rPr>
              <w:t>29 €</w:t>
            </w:r>
          </w:p>
        </w:tc>
      </w:tr>
      <w:tr w:rsidR="00650973" w14:paraId="2821E309" w14:textId="77777777">
        <w:trPr>
          <w:cantSplit/>
          <w:jc w:val="center"/>
        </w:trPr>
        <w:tc>
          <w:tcPr>
            <w:tcW w:w="5103" w:type="dxa"/>
            <w:shd w:val="clear" w:color="auto" w:fill="F8FAF8"/>
            <w:tcMar>
              <w:top w:w="70" w:type="dxa"/>
              <w:left w:w="80" w:type="dxa"/>
              <w:bottom w:w="70" w:type="dxa"/>
              <w:right w:w="80" w:type="dxa"/>
            </w:tcMar>
            <w:vAlign w:val="center"/>
          </w:tcPr>
          <w:p w14:paraId="300A100B" w14:textId="77777777" w:rsidR="00650973" w:rsidRDefault="00080072">
            <w:r>
              <w:rPr>
                <w:rFonts w:ascii="Arial" w:hAnsi="Arial"/>
                <w:sz w:val="21"/>
              </w:rPr>
              <w:t>Camino Reserva 2021 – Tinto Fino, Ribera del Duero</w:t>
            </w:r>
          </w:p>
        </w:tc>
        <w:tc>
          <w:tcPr>
            <w:tcW w:w="5103" w:type="dxa"/>
            <w:shd w:val="clear" w:color="auto" w:fill="F8FAF8"/>
            <w:tcMar>
              <w:top w:w="70" w:type="dxa"/>
              <w:left w:w="80" w:type="dxa"/>
              <w:bottom w:w="70" w:type="dxa"/>
              <w:right w:w="80" w:type="dxa"/>
            </w:tcMar>
            <w:vAlign w:val="center"/>
          </w:tcPr>
          <w:p w14:paraId="0D1635FD" w14:textId="77777777" w:rsidR="00650973" w:rsidRDefault="00080072">
            <w:r>
              <w:rPr>
                <w:rFonts w:ascii="Arial" w:hAnsi="Arial"/>
                <w:sz w:val="21"/>
              </w:rPr>
              <w:t>31 €</w:t>
            </w:r>
          </w:p>
        </w:tc>
      </w:tr>
      <w:tr w:rsidR="00650973" w14:paraId="50A8581B" w14:textId="77777777">
        <w:trPr>
          <w:cantSplit/>
          <w:jc w:val="center"/>
        </w:trPr>
        <w:tc>
          <w:tcPr>
            <w:tcW w:w="5103" w:type="dxa"/>
            <w:tcMar>
              <w:top w:w="70" w:type="dxa"/>
              <w:left w:w="80" w:type="dxa"/>
              <w:bottom w:w="70" w:type="dxa"/>
              <w:right w:w="80" w:type="dxa"/>
            </w:tcMar>
            <w:vAlign w:val="center"/>
          </w:tcPr>
          <w:p w14:paraId="370F859F" w14:textId="77777777" w:rsidR="00650973" w:rsidRDefault="00080072">
            <w:r>
              <w:rPr>
                <w:rFonts w:ascii="Arial" w:hAnsi="Arial"/>
                <w:sz w:val="21"/>
              </w:rPr>
              <w:t>Petit Pittacum 2023 – Mencía</w:t>
            </w:r>
          </w:p>
        </w:tc>
        <w:tc>
          <w:tcPr>
            <w:tcW w:w="5103" w:type="dxa"/>
            <w:tcMar>
              <w:top w:w="70" w:type="dxa"/>
              <w:left w:w="80" w:type="dxa"/>
              <w:bottom w:w="70" w:type="dxa"/>
              <w:right w:w="80" w:type="dxa"/>
            </w:tcMar>
            <w:vAlign w:val="center"/>
          </w:tcPr>
          <w:p w14:paraId="6985E4D3" w14:textId="77777777" w:rsidR="00650973" w:rsidRDefault="00080072">
            <w:r>
              <w:rPr>
                <w:rFonts w:ascii="Arial" w:hAnsi="Arial"/>
                <w:sz w:val="21"/>
              </w:rPr>
              <w:t>32 €</w:t>
            </w:r>
          </w:p>
        </w:tc>
      </w:tr>
      <w:tr w:rsidR="00650973" w14:paraId="5847B97D" w14:textId="77777777">
        <w:trPr>
          <w:cantSplit/>
          <w:jc w:val="center"/>
        </w:trPr>
        <w:tc>
          <w:tcPr>
            <w:tcW w:w="5103" w:type="dxa"/>
            <w:shd w:val="clear" w:color="auto" w:fill="F8FAF8"/>
            <w:tcMar>
              <w:top w:w="70" w:type="dxa"/>
              <w:left w:w="80" w:type="dxa"/>
              <w:bottom w:w="70" w:type="dxa"/>
              <w:right w:w="80" w:type="dxa"/>
            </w:tcMar>
            <w:vAlign w:val="center"/>
          </w:tcPr>
          <w:p w14:paraId="6548DB66" w14:textId="77777777" w:rsidR="00650973" w:rsidRDefault="00080072">
            <w:r>
              <w:rPr>
                <w:rFonts w:ascii="Arial" w:hAnsi="Arial"/>
                <w:sz w:val="21"/>
              </w:rPr>
              <w:t>Sericis 2021 – Bobal</w:t>
            </w:r>
          </w:p>
        </w:tc>
        <w:tc>
          <w:tcPr>
            <w:tcW w:w="5103" w:type="dxa"/>
            <w:shd w:val="clear" w:color="auto" w:fill="F8FAF8"/>
            <w:tcMar>
              <w:top w:w="70" w:type="dxa"/>
              <w:left w:w="80" w:type="dxa"/>
              <w:bottom w:w="70" w:type="dxa"/>
              <w:right w:w="80" w:type="dxa"/>
            </w:tcMar>
            <w:vAlign w:val="center"/>
          </w:tcPr>
          <w:p w14:paraId="3715BEDB" w14:textId="77777777" w:rsidR="00650973" w:rsidRDefault="00080072">
            <w:r>
              <w:rPr>
                <w:rFonts w:ascii="Arial" w:hAnsi="Arial"/>
                <w:sz w:val="21"/>
              </w:rPr>
              <w:t>35 €</w:t>
            </w:r>
          </w:p>
        </w:tc>
      </w:tr>
      <w:tr w:rsidR="00650973" w14:paraId="756F387D" w14:textId="77777777">
        <w:trPr>
          <w:cantSplit/>
          <w:jc w:val="center"/>
        </w:trPr>
        <w:tc>
          <w:tcPr>
            <w:tcW w:w="5103" w:type="dxa"/>
            <w:tcMar>
              <w:top w:w="70" w:type="dxa"/>
              <w:left w:w="80" w:type="dxa"/>
              <w:bottom w:w="70" w:type="dxa"/>
              <w:right w:w="80" w:type="dxa"/>
            </w:tcMar>
            <w:vAlign w:val="center"/>
          </w:tcPr>
          <w:p w14:paraId="52A3D9C2" w14:textId="77777777" w:rsidR="00650973" w:rsidRDefault="00080072">
            <w:r>
              <w:rPr>
                <w:rFonts w:ascii="Arial" w:hAnsi="Arial"/>
                <w:sz w:val="21"/>
              </w:rPr>
              <w:t>El Esquilón 2021 – Listán Negro, Tenerife</w:t>
            </w:r>
          </w:p>
        </w:tc>
        <w:tc>
          <w:tcPr>
            <w:tcW w:w="5103" w:type="dxa"/>
            <w:tcMar>
              <w:top w:w="70" w:type="dxa"/>
              <w:left w:w="80" w:type="dxa"/>
              <w:bottom w:w="70" w:type="dxa"/>
              <w:right w:w="80" w:type="dxa"/>
            </w:tcMar>
            <w:vAlign w:val="center"/>
          </w:tcPr>
          <w:p w14:paraId="72E5D026" w14:textId="77777777" w:rsidR="00650973" w:rsidRDefault="00080072">
            <w:r>
              <w:rPr>
                <w:rFonts w:ascii="Arial" w:hAnsi="Arial"/>
                <w:sz w:val="21"/>
              </w:rPr>
              <w:t>42 €</w:t>
            </w:r>
          </w:p>
        </w:tc>
      </w:tr>
      <w:tr w:rsidR="00650973" w14:paraId="69B82BC2" w14:textId="77777777">
        <w:trPr>
          <w:cantSplit/>
          <w:jc w:val="center"/>
        </w:trPr>
        <w:tc>
          <w:tcPr>
            <w:tcW w:w="5103" w:type="dxa"/>
            <w:shd w:val="clear" w:color="auto" w:fill="F8FAF8"/>
            <w:tcMar>
              <w:top w:w="70" w:type="dxa"/>
              <w:left w:w="80" w:type="dxa"/>
              <w:bottom w:w="70" w:type="dxa"/>
              <w:right w:w="80" w:type="dxa"/>
            </w:tcMar>
            <w:vAlign w:val="center"/>
          </w:tcPr>
          <w:p w14:paraId="46D708D3" w14:textId="77777777" w:rsidR="00650973" w:rsidRDefault="00080072">
            <w:r>
              <w:rPr>
                <w:rFonts w:ascii="Arial" w:hAnsi="Arial"/>
                <w:sz w:val="21"/>
              </w:rPr>
              <w:t>LAN Gran Reserva 2017 – Tempranillo, Rioja</w:t>
            </w:r>
          </w:p>
        </w:tc>
        <w:tc>
          <w:tcPr>
            <w:tcW w:w="5103" w:type="dxa"/>
            <w:shd w:val="clear" w:color="auto" w:fill="F8FAF8"/>
            <w:tcMar>
              <w:top w:w="70" w:type="dxa"/>
              <w:left w:w="80" w:type="dxa"/>
              <w:bottom w:w="70" w:type="dxa"/>
              <w:right w:w="80" w:type="dxa"/>
            </w:tcMar>
            <w:vAlign w:val="center"/>
          </w:tcPr>
          <w:p w14:paraId="427A5268" w14:textId="77777777" w:rsidR="00650973" w:rsidRDefault="00080072">
            <w:r>
              <w:rPr>
                <w:rFonts w:ascii="Arial" w:hAnsi="Arial"/>
                <w:sz w:val="21"/>
              </w:rPr>
              <w:t>46 €</w:t>
            </w:r>
          </w:p>
        </w:tc>
      </w:tr>
      <w:tr w:rsidR="00650973" w14:paraId="63B19E31" w14:textId="77777777">
        <w:trPr>
          <w:cantSplit/>
          <w:jc w:val="center"/>
        </w:trPr>
        <w:tc>
          <w:tcPr>
            <w:tcW w:w="5103" w:type="dxa"/>
            <w:tcMar>
              <w:top w:w="70" w:type="dxa"/>
              <w:left w:w="80" w:type="dxa"/>
              <w:bottom w:w="70" w:type="dxa"/>
              <w:right w:w="80" w:type="dxa"/>
            </w:tcMar>
            <w:vAlign w:val="center"/>
          </w:tcPr>
          <w:p w14:paraId="5973925C" w14:textId="77777777" w:rsidR="00650973" w:rsidRDefault="00080072">
            <w:r>
              <w:rPr>
                <w:rFonts w:ascii="Arial" w:hAnsi="Arial"/>
                <w:sz w:val="21"/>
              </w:rPr>
              <w:t>Valdubón X 2016 – Tempranillo, Ribera del Duero</w:t>
            </w:r>
          </w:p>
        </w:tc>
        <w:tc>
          <w:tcPr>
            <w:tcW w:w="5103" w:type="dxa"/>
            <w:tcMar>
              <w:top w:w="70" w:type="dxa"/>
              <w:left w:w="80" w:type="dxa"/>
              <w:bottom w:w="70" w:type="dxa"/>
              <w:right w:w="80" w:type="dxa"/>
            </w:tcMar>
            <w:vAlign w:val="center"/>
          </w:tcPr>
          <w:p w14:paraId="41C2A7F1" w14:textId="77777777" w:rsidR="00650973" w:rsidRDefault="00080072">
            <w:r>
              <w:rPr>
                <w:rFonts w:ascii="Arial" w:hAnsi="Arial"/>
                <w:sz w:val="21"/>
              </w:rPr>
              <w:t>55 €</w:t>
            </w:r>
          </w:p>
        </w:tc>
      </w:tr>
      <w:tr w:rsidR="00650973" w14:paraId="5F3DFC32" w14:textId="77777777">
        <w:trPr>
          <w:cantSplit/>
          <w:jc w:val="center"/>
        </w:trPr>
        <w:tc>
          <w:tcPr>
            <w:tcW w:w="5103" w:type="dxa"/>
            <w:shd w:val="clear" w:color="auto" w:fill="F8FAF8"/>
            <w:tcMar>
              <w:top w:w="70" w:type="dxa"/>
              <w:left w:w="80" w:type="dxa"/>
              <w:bottom w:w="70" w:type="dxa"/>
              <w:right w:w="80" w:type="dxa"/>
            </w:tcMar>
            <w:vAlign w:val="center"/>
          </w:tcPr>
          <w:p w14:paraId="300EAF3E" w14:textId="77777777" w:rsidR="00650973" w:rsidRDefault="00080072">
            <w:r>
              <w:rPr>
                <w:rFonts w:ascii="Arial" w:hAnsi="Arial"/>
                <w:sz w:val="21"/>
              </w:rPr>
              <w:t>El Grifo Reserva de Familia 2021 – Syrah, Lanzarote</w:t>
            </w:r>
          </w:p>
        </w:tc>
        <w:tc>
          <w:tcPr>
            <w:tcW w:w="5103" w:type="dxa"/>
            <w:shd w:val="clear" w:color="auto" w:fill="F8FAF8"/>
            <w:tcMar>
              <w:top w:w="70" w:type="dxa"/>
              <w:left w:w="80" w:type="dxa"/>
              <w:bottom w:w="70" w:type="dxa"/>
              <w:right w:w="80" w:type="dxa"/>
            </w:tcMar>
            <w:vAlign w:val="center"/>
          </w:tcPr>
          <w:p w14:paraId="3E65B783" w14:textId="77777777" w:rsidR="00650973" w:rsidRDefault="00080072">
            <w:r>
              <w:rPr>
                <w:rFonts w:ascii="Arial" w:hAnsi="Arial"/>
                <w:sz w:val="21"/>
              </w:rPr>
              <w:t>65 €</w:t>
            </w:r>
          </w:p>
        </w:tc>
      </w:tr>
      <w:tr w:rsidR="00650973" w14:paraId="5D871B5C" w14:textId="77777777">
        <w:trPr>
          <w:cantSplit/>
          <w:jc w:val="center"/>
        </w:trPr>
        <w:tc>
          <w:tcPr>
            <w:tcW w:w="5103" w:type="dxa"/>
            <w:tcMar>
              <w:top w:w="70" w:type="dxa"/>
              <w:left w:w="80" w:type="dxa"/>
              <w:bottom w:w="70" w:type="dxa"/>
              <w:right w:w="80" w:type="dxa"/>
            </w:tcMar>
            <w:vAlign w:val="center"/>
          </w:tcPr>
          <w:p w14:paraId="680101AC" w14:textId="77777777" w:rsidR="00650973" w:rsidRDefault="00080072">
            <w:r>
              <w:rPr>
                <w:rFonts w:ascii="Arial" w:hAnsi="Arial"/>
                <w:sz w:val="21"/>
              </w:rPr>
              <w:t>Les Terrasses 2022 – Priorat, Garnacha &amp; Samsó</w:t>
            </w:r>
          </w:p>
        </w:tc>
        <w:tc>
          <w:tcPr>
            <w:tcW w:w="5103" w:type="dxa"/>
            <w:tcMar>
              <w:top w:w="70" w:type="dxa"/>
              <w:left w:w="80" w:type="dxa"/>
              <w:bottom w:w="70" w:type="dxa"/>
              <w:right w:w="80" w:type="dxa"/>
            </w:tcMar>
            <w:vAlign w:val="center"/>
          </w:tcPr>
          <w:p w14:paraId="09AA18D3" w14:textId="77777777" w:rsidR="00650973" w:rsidRDefault="00080072">
            <w:r>
              <w:rPr>
                <w:rFonts w:ascii="Arial" w:hAnsi="Arial"/>
                <w:sz w:val="21"/>
              </w:rPr>
              <w:t>78 €</w:t>
            </w:r>
          </w:p>
        </w:tc>
      </w:tr>
      <w:tr w:rsidR="00650973" w14:paraId="057D44E3" w14:textId="77777777">
        <w:trPr>
          <w:cantSplit/>
          <w:jc w:val="center"/>
        </w:trPr>
        <w:tc>
          <w:tcPr>
            <w:tcW w:w="5103" w:type="dxa"/>
            <w:shd w:val="clear" w:color="auto" w:fill="F8FAF8"/>
            <w:tcMar>
              <w:top w:w="70" w:type="dxa"/>
              <w:left w:w="80" w:type="dxa"/>
              <w:bottom w:w="70" w:type="dxa"/>
              <w:right w:w="80" w:type="dxa"/>
            </w:tcMar>
            <w:vAlign w:val="center"/>
          </w:tcPr>
          <w:p w14:paraId="233187EB" w14:textId="77777777" w:rsidR="00650973" w:rsidRDefault="00080072">
            <w:r>
              <w:rPr>
                <w:rFonts w:ascii="Arial" w:hAnsi="Arial"/>
                <w:sz w:val="21"/>
              </w:rPr>
              <w:t>PSI 2022 – Tinto Fino, Garnacha</w:t>
            </w:r>
          </w:p>
        </w:tc>
        <w:tc>
          <w:tcPr>
            <w:tcW w:w="5103" w:type="dxa"/>
            <w:shd w:val="clear" w:color="auto" w:fill="F8FAF8"/>
            <w:tcMar>
              <w:top w:w="70" w:type="dxa"/>
              <w:left w:w="80" w:type="dxa"/>
              <w:bottom w:w="70" w:type="dxa"/>
              <w:right w:w="80" w:type="dxa"/>
            </w:tcMar>
            <w:vAlign w:val="center"/>
          </w:tcPr>
          <w:p w14:paraId="3E3800A3" w14:textId="77777777" w:rsidR="00650973" w:rsidRDefault="00080072">
            <w:r>
              <w:rPr>
                <w:rFonts w:ascii="Arial" w:hAnsi="Arial"/>
                <w:sz w:val="21"/>
              </w:rPr>
              <w:t>95 €</w:t>
            </w:r>
          </w:p>
        </w:tc>
      </w:tr>
    </w:tbl>
    <w:p w14:paraId="31C85982" w14:textId="77777777" w:rsidR="00650973" w:rsidRDefault="00650973">
      <w:pPr>
        <w:spacing w:after="40"/>
      </w:pPr>
    </w:p>
    <w:p w14:paraId="6E1EAE09" w14:textId="77777777" w:rsidR="00650973" w:rsidRDefault="00080072">
      <w:pPr>
        <w:pStyle w:val="Titre3"/>
        <w:spacing w:before="120" w:after="100"/>
      </w:pPr>
      <w:r>
        <w:rPr>
          <w:rFonts w:ascii="Arial" w:hAnsi="Arial"/>
          <w:color w:val="2F6B4F"/>
          <w:sz w:val="23"/>
        </w:rPr>
        <w:t>Doux</w:t>
      </w:r>
    </w:p>
    <w:tbl>
      <w:tblPr>
        <w:tblStyle w:val="Grilledutableau"/>
        <w:tblW w:w="0" w:type="auto"/>
        <w:jc w:val="center"/>
        <w:tblLook w:val="04A0" w:firstRow="1" w:lastRow="0" w:firstColumn="1" w:lastColumn="0" w:noHBand="0" w:noVBand="1"/>
      </w:tblPr>
      <w:tblGrid>
        <w:gridCol w:w="5103"/>
        <w:gridCol w:w="5103"/>
      </w:tblGrid>
      <w:tr w:rsidR="00650973" w14:paraId="1876508D" w14:textId="77777777">
        <w:trPr>
          <w:cantSplit/>
          <w:tblHeader/>
          <w:jc w:val="center"/>
        </w:trPr>
        <w:tc>
          <w:tcPr>
            <w:tcW w:w="5103" w:type="dxa"/>
            <w:shd w:val="clear" w:color="auto" w:fill="2F6B4F"/>
            <w:tcMar>
              <w:top w:w="70" w:type="dxa"/>
              <w:left w:w="80" w:type="dxa"/>
              <w:bottom w:w="70" w:type="dxa"/>
              <w:right w:w="80" w:type="dxa"/>
            </w:tcMar>
            <w:vAlign w:val="center"/>
          </w:tcPr>
          <w:p w14:paraId="2A0778FF" w14:textId="77777777" w:rsidR="00650973" w:rsidRDefault="00080072">
            <w:pPr>
              <w:jc w:val="center"/>
            </w:pPr>
            <w:r>
              <w:rPr>
                <w:rFonts w:ascii="Arial" w:hAnsi="Arial"/>
                <w:b/>
                <w:color w:val="FFFFFF"/>
                <w:sz w:val="21"/>
              </w:rPr>
              <w:t>Vin / Porto</w:t>
            </w:r>
          </w:p>
        </w:tc>
        <w:tc>
          <w:tcPr>
            <w:tcW w:w="5103" w:type="dxa"/>
            <w:shd w:val="clear" w:color="auto" w:fill="2F6B4F"/>
            <w:tcMar>
              <w:top w:w="70" w:type="dxa"/>
              <w:left w:w="80" w:type="dxa"/>
              <w:bottom w:w="70" w:type="dxa"/>
              <w:right w:w="80" w:type="dxa"/>
            </w:tcMar>
            <w:vAlign w:val="center"/>
          </w:tcPr>
          <w:p w14:paraId="7BB98D80" w14:textId="77777777" w:rsidR="00650973" w:rsidRDefault="00080072">
            <w:pPr>
              <w:jc w:val="center"/>
            </w:pPr>
            <w:r>
              <w:rPr>
                <w:rFonts w:ascii="Arial" w:hAnsi="Arial"/>
                <w:b/>
                <w:color w:val="FFFFFF"/>
                <w:sz w:val="21"/>
              </w:rPr>
              <w:t>Prix</w:t>
            </w:r>
          </w:p>
        </w:tc>
      </w:tr>
      <w:tr w:rsidR="00650973" w14:paraId="1C4DE73F" w14:textId="77777777">
        <w:trPr>
          <w:cantSplit/>
          <w:jc w:val="center"/>
        </w:trPr>
        <w:tc>
          <w:tcPr>
            <w:tcW w:w="5103" w:type="dxa"/>
            <w:tcMar>
              <w:top w:w="70" w:type="dxa"/>
              <w:left w:w="80" w:type="dxa"/>
              <w:bottom w:w="70" w:type="dxa"/>
              <w:right w:w="80" w:type="dxa"/>
            </w:tcMar>
            <w:vAlign w:val="center"/>
          </w:tcPr>
          <w:p w14:paraId="0DFCFE2D" w14:textId="77777777" w:rsidR="00650973" w:rsidRDefault="00080072">
            <w:r>
              <w:rPr>
                <w:rFonts w:ascii="Arial" w:hAnsi="Arial"/>
                <w:sz w:val="21"/>
              </w:rPr>
              <w:t>Zibibbo – Moscato, Pantelleria</w:t>
            </w:r>
          </w:p>
        </w:tc>
        <w:tc>
          <w:tcPr>
            <w:tcW w:w="5103" w:type="dxa"/>
            <w:tcMar>
              <w:top w:w="70" w:type="dxa"/>
              <w:left w:w="80" w:type="dxa"/>
              <w:bottom w:w="70" w:type="dxa"/>
              <w:right w:w="80" w:type="dxa"/>
            </w:tcMar>
            <w:vAlign w:val="center"/>
          </w:tcPr>
          <w:p w14:paraId="3DAFCCBB" w14:textId="77777777" w:rsidR="00650973" w:rsidRDefault="00080072">
            <w:r>
              <w:rPr>
                <w:rFonts w:ascii="Arial" w:hAnsi="Arial"/>
                <w:sz w:val="21"/>
              </w:rPr>
              <w:t>5 €</w:t>
            </w:r>
          </w:p>
        </w:tc>
      </w:tr>
      <w:tr w:rsidR="00650973" w14:paraId="14E9FEFD" w14:textId="77777777">
        <w:trPr>
          <w:cantSplit/>
          <w:jc w:val="center"/>
        </w:trPr>
        <w:tc>
          <w:tcPr>
            <w:tcW w:w="5103" w:type="dxa"/>
            <w:shd w:val="clear" w:color="auto" w:fill="F8FAF8"/>
            <w:tcMar>
              <w:top w:w="70" w:type="dxa"/>
              <w:left w:w="80" w:type="dxa"/>
              <w:bottom w:w="70" w:type="dxa"/>
              <w:right w:w="80" w:type="dxa"/>
            </w:tcMar>
            <w:vAlign w:val="center"/>
          </w:tcPr>
          <w:p w14:paraId="73AD1009" w14:textId="77777777" w:rsidR="00650973" w:rsidRDefault="00080072">
            <w:r>
              <w:rPr>
                <w:rFonts w:ascii="Arial" w:hAnsi="Arial"/>
                <w:sz w:val="21"/>
              </w:rPr>
              <w:t>Nectar – Pedro Ximénez, Xérès</w:t>
            </w:r>
          </w:p>
        </w:tc>
        <w:tc>
          <w:tcPr>
            <w:tcW w:w="5103" w:type="dxa"/>
            <w:shd w:val="clear" w:color="auto" w:fill="F8FAF8"/>
            <w:tcMar>
              <w:top w:w="70" w:type="dxa"/>
              <w:left w:w="80" w:type="dxa"/>
              <w:bottom w:w="70" w:type="dxa"/>
              <w:right w:w="80" w:type="dxa"/>
            </w:tcMar>
            <w:vAlign w:val="center"/>
          </w:tcPr>
          <w:p w14:paraId="514D134B" w14:textId="77777777" w:rsidR="00650973" w:rsidRDefault="00080072">
            <w:r>
              <w:rPr>
                <w:rFonts w:ascii="Arial" w:hAnsi="Arial"/>
                <w:sz w:val="21"/>
              </w:rPr>
              <w:t>5 €</w:t>
            </w:r>
          </w:p>
        </w:tc>
      </w:tr>
      <w:tr w:rsidR="00650973" w14:paraId="28F6248A" w14:textId="77777777">
        <w:trPr>
          <w:cantSplit/>
          <w:jc w:val="center"/>
        </w:trPr>
        <w:tc>
          <w:tcPr>
            <w:tcW w:w="5103" w:type="dxa"/>
            <w:tcMar>
              <w:top w:w="70" w:type="dxa"/>
              <w:left w:w="80" w:type="dxa"/>
              <w:bottom w:w="70" w:type="dxa"/>
              <w:right w:w="80" w:type="dxa"/>
            </w:tcMar>
            <w:vAlign w:val="center"/>
          </w:tcPr>
          <w:p w14:paraId="6FE7E21C" w14:textId="77777777" w:rsidR="00650973" w:rsidRDefault="00080072">
            <w:r>
              <w:rPr>
                <w:rFonts w:ascii="Arial" w:hAnsi="Arial"/>
                <w:sz w:val="21"/>
              </w:rPr>
              <w:t>Don Pablo Tawny – Porto</w:t>
            </w:r>
          </w:p>
        </w:tc>
        <w:tc>
          <w:tcPr>
            <w:tcW w:w="5103" w:type="dxa"/>
            <w:tcMar>
              <w:top w:w="70" w:type="dxa"/>
              <w:left w:w="80" w:type="dxa"/>
              <w:bottom w:w="70" w:type="dxa"/>
              <w:right w:w="80" w:type="dxa"/>
            </w:tcMar>
            <w:vAlign w:val="center"/>
          </w:tcPr>
          <w:p w14:paraId="2DDA40D6" w14:textId="77777777" w:rsidR="00650973" w:rsidRDefault="00080072">
            <w:r>
              <w:rPr>
                <w:rFonts w:ascii="Arial" w:hAnsi="Arial"/>
                <w:sz w:val="21"/>
              </w:rPr>
              <w:t>5 €</w:t>
            </w:r>
          </w:p>
        </w:tc>
      </w:tr>
      <w:tr w:rsidR="00650973" w14:paraId="26D20A74" w14:textId="77777777">
        <w:trPr>
          <w:cantSplit/>
          <w:jc w:val="center"/>
        </w:trPr>
        <w:tc>
          <w:tcPr>
            <w:tcW w:w="5103" w:type="dxa"/>
            <w:shd w:val="clear" w:color="auto" w:fill="F8FAF8"/>
            <w:tcMar>
              <w:top w:w="70" w:type="dxa"/>
              <w:left w:w="80" w:type="dxa"/>
              <w:bottom w:w="70" w:type="dxa"/>
              <w:right w:w="80" w:type="dxa"/>
            </w:tcMar>
            <w:vAlign w:val="center"/>
          </w:tcPr>
          <w:p w14:paraId="05E490F6" w14:textId="77777777" w:rsidR="00650973" w:rsidRDefault="00080072">
            <w:r>
              <w:rPr>
                <w:rFonts w:ascii="Arial" w:hAnsi="Arial"/>
                <w:sz w:val="21"/>
              </w:rPr>
              <w:t>Oloroso – Xérès</w:t>
            </w:r>
          </w:p>
        </w:tc>
        <w:tc>
          <w:tcPr>
            <w:tcW w:w="5103" w:type="dxa"/>
            <w:shd w:val="clear" w:color="auto" w:fill="F8FAF8"/>
            <w:tcMar>
              <w:top w:w="70" w:type="dxa"/>
              <w:left w:w="80" w:type="dxa"/>
              <w:bottom w:w="70" w:type="dxa"/>
              <w:right w:w="80" w:type="dxa"/>
            </w:tcMar>
            <w:vAlign w:val="center"/>
          </w:tcPr>
          <w:p w14:paraId="2C99E424" w14:textId="77777777" w:rsidR="00650973" w:rsidRDefault="00080072">
            <w:r>
              <w:rPr>
                <w:rFonts w:ascii="Arial" w:hAnsi="Arial"/>
                <w:sz w:val="21"/>
              </w:rPr>
              <w:t>5 €</w:t>
            </w:r>
          </w:p>
        </w:tc>
      </w:tr>
    </w:tbl>
    <w:p w14:paraId="62E7C1A8" w14:textId="77777777" w:rsidR="00650973" w:rsidRDefault="00650973">
      <w:pPr>
        <w:spacing w:after="40"/>
      </w:pPr>
    </w:p>
    <w:p w14:paraId="6FFD28BD" w14:textId="77777777" w:rsidR="00650973" w:rsidRDefault="00080072">
      <w:pPr>
        <w:pStyle w:val="Titre3"/>
        <w:spacing w:before="120" w:after="100"/>
      </w:pPr>
      <w:r>
        <w:rPr>
          <w:rFonts w:ascii="Arial" w:hAnsi="Arial"/>
          <w:color w:val="2F6B4F"/>
          <w:sz w:val="23"/>
        </w:rPr>
        <w:t>Spiritueux</w:t>
      </w:r>
    </w:p>
    <w:tbl>
      <w:tblPr>
        <w:tblStyle w:val="Grilledutableau"/>
        <w:tblW w:w="0" w:type="auto"/>
        <w:jc w:val="center"/>
        <w:tblLook w:val="04A0" w:firstRow="1" w:lastRow="0" w:firstColumn="1" w:lastColumn="0" w:noHBand="0" w:noVBand="1"/>
      </w:tblPr>
      <w:tblGrid>
        <w:gridCol w:w="5103"/>
        <w:gridCol w:w="5103"/>
      </w:tblGrid>
      <w:tr w:rsidR="00650973" w14:paraId="25556402" w14:textId="77777777">
        <w:trPr>
          <w:cantSplit/>
          <w:tblHeader/>
          <w:jc w:val="center"/>
        </w:trPr>
        <w:tc>
          <w:tcPr>
            <w:tcW w:w="5103" w:type="dxa"/>
            <w:shd w:val="clear" w:color="auto" w:fill="2F6B4F"/>
            <w:tcMar>
              <w:top w:w="70" w:type="dxa"/>
              <w:left w:w="80" w:type="dxa"/>
              <w:bottom w:w="70" w:type="dxa"/>
              <w:right w:w="80" w:type="dxa"/>
            </w:tcMar>
            <w:vAlign w:val="center"/>
          </w:tcPr>
          <w:p w14:paraId="5E10CB47" w14:textId="77777777" w:rsidR="00650973" w:rsidRDefault="00080072">
            <w:pPr>
              <w:jc w:val="center"/>
            </w:pPr>
            <w:r>
              <w:rPr>
                <w:rFonts w:ascii="Arial" w:hAnsi="Arial"/>
                <w:b/>
                <w:color w:val="FFFFFF"/>
                <w:sz w:val="21"/>
              </w:rPr>
              <w:t>Spiritueux</w:t>
            </w:r>
          </w:p>
        </w:tc>
        <w:tc>
          <w:tcPr>
            <w:tcW w:w="5103" w:type="dxa"/>
            <w:shd w:val="clear" w:color="auto" w:fill="2F6B4F"/>
            <w:tcMar>
              <w:top w:w="70" w:type="dxa"/>
              <w:left w:w="80" w:type="dxa"/>
              <w:bottom w:w="70" w:type="dxa"/>
              <w:right w:w="80" w:type="dxa"/>
            </w:tcMar>
            <w:vAlign w:val="center"/>
          </w:tcPr>
          <w:p w14:paraId="45533CEF" w14:textId="77777777" w:rsidR="00650973" w:rsidRDefault="00080072">
            <w:pPr>
              <w:jc w:val="center"/>
            </w:pPr>
            <w:r>
              <w:rPr>
                <w:rFonts w:ascii="Arial" w:hAnsi="Arial"/>
                <w:b/>
                <w:color w:val="FFFFFF"/>
                <w:sz w:val="21"/>
              </w:rPr>
              <w:t>Prix</w:t>
            </w:r>
          </w:p>
        </w:tc>
      </w:tr>
      <w:tr w:rsidR="00650973" w14:paraId="66715A6E" w14:textId="77777777">
        <w:trPr>
          <w:cantSplit/>
          <w:jc w:val="center"/>
        </w:trPr>
        <w:tc>
          <w:tcPr>
            <w:tcW w:w="5103" w:type="dxa"/>
            <w:tcMar>
              <w:top w:w="70" w:type="dxa"/>
              <w:left w:w="80" w:type="dxa"/>
              <w:bottom w:w="70" w:type="dxa"/>
              <w:right w:w="80" w:type="dxa"/>
            </w:tcMar>
            <w:vAlign w:val="center"/>
          </w:tcPr>
          <w:p w14:paraId="57EA69A1" w14:textId="77777777" w:rsidR="00650973" w:rsidRDefault="00080072">
            <w:r>
              <w:rPr>
                <w:rFonts w:ascii="Arial" w:hAnsi="Arial"/>
                <w:sz w:val="21"/>
              </w:rPr>
              <w:t>Vodka Moskovskaya</w:t>
            </w:r>
          </w:p>
        </w:tc>
        <w:tc>
          <w:tcPr>
            <w:tcW w:w="5103" w:type="dxa"/>
            <w:tcMar>
              <w:top w:w="70" w:type="dxa"/>
              <w:left w:w="80" w:type="dxa"/>
              <w:bottom w:w="70" w:type="dxa"/>
              <w:right w:w="80" w:type="dxa"/>
            </w:tcMar>
            <w:vAlign w:val="center"/>
          </w:tcPr>
          <w:p w14:paraId="56E33B93" w14:textId="77777777" w:rsidR="00650973" w:rsidRDefault="00080072">
            <w:r>
              <w:rPr>
                <w:rFonts w:ascii="Arial" w:hAnsi="Arial"/>
                <w:sz w:val="21"/>
              </w:rPr>
              <w:t>5 €</w:t>
            </w:r>
          </w:p>
        </w:tc>
      </w:tr>
      <w:tr w:rsidR="00650973" w14:paraId="28B8D864" w14:textId="77777777">
        <w:trPr>
          <w:cantSplit/>
          <w:jc w:val="center"/>
        </w:trPr>
        <w:tc>
          <w:tcPr>
            <w:tcW w:w="5103" w:type="dxa"/>
            <w:shd w:val="clear" w:color="auto" w:fill="F8FAF8"/>
            <w:tcMar>
              <w:top w:w="70" w:type="dxa"/>
              <w:left w:w="80" w:type="dxa"/>
              <w:bottom w:w="70" w:type="dxa"/>
              <w:right w:w="80" w:type="dxa"/>
            </w:tcMar>
            <w:vAlign w:val="center"/>
          </w:tcPr>
          <w:p w14:paraId="25A71A9C" w14:textId="77777777" w:rsidR="00650973" w:rsidRDefault="00080072">
            <w:r>
              <w:rPr>
                <w:rFonts w:ascii="Arial" w:hAnsi="Arial"/>
                <w:sz w:val="21"/>
              </w:rPr>
              <w:t>Grey Goose / Belvedere</w:t>
            </w:r>
          </w:p>
        </w:tc>
        <w:tc>
          <w:tcPr>
            <w:tcW w:w="5103" w:type="dxa"/>
            <w:shd w:val="clear" w:color="auto" w:fill="F8FAF8"/>
            <w:tcMar>
              <w:top w:w="70" w:type="dxa"/>
              <w:left w:w="80" w:type="dxa"/>
              <w:bottom w:w="70" w:type="dxa"/>
              <w:right w:w="80" w:type="dxa"/>
            </w:tcMar>
            <w:vAlign w:val="center"/>
          </w:tcPr>
          <w:p w14:paraId="16B494B0" w14:textId="77777777" w:rsidR="00650973" w:rsidRDefault="00080072">
            <w:r>
              <w:rPr>
                <w:rFonts w:ascii="Arial" w:hAnsi="Arial"/>
                <w:sz w:val="21"/>
              </w:rPr>
              <w:t>9 €</w:t>
            </w:r>
          </w:p>
        </w:tc>
      </w:tr>
      <w:tr w:rsidR="00650973" w14:paraId="3952534F" w14:textId="77777777">
        <w:trPr>
          <w:cantSplit/>
          <w:jc w:val="center"/>
        </w:trPr>
        <w:tc>
          <w:tcPr>
            <w:tcW w:w="5103" w:type="dxa"/>
            <w:tcMar>
              <w:top w:w="70" w:type="dxa"/>
              <w:left w:w="80" w:type="dxa"/>
              <w:bottom w:w="70" w:type="dxa"/>
              <w:right w:w="80" w:type="dxa"/>
            </w:tcMar>
            <w:vAlign w:val="center"/>
          </w:tcPr>
          <w:p w14:paraId="56522D7F" w14:textId="77777777" w:rsidR="00650973" w:rsidRDefault="00080072">
            <w:r>
              <w:rPr>
                <w:rFonts w:ascii="Arial" w:hAnsi="Arial"/>
                <w:sz w:val="21"/>
              </w:rPr>
              <w:t>Ron Diplomático Reserva</w:t>
            </w:r>
          </w:p>
        </w:tc>
        <w:tc>
          <w:tcPr>
            <w:tcW w:w="5103" w:type="dxa"/>
            <w:tcMar>
              <w:top w:w="70" w:type="dxa"/>
              <w:left w:w="80" w:type="dxa"/>
              <w:bottom w:w="70" w:type="dxa"/>
              <w:right w:w="80" w:type="dxa"/>
            </w:tcMar>
            <w:vAlign w:val="center"/>
          </w:tcPr>
          <w:p w14:paraId="29A851AE" w14:textId="77777777" w:rsidR="00650973" w:rsidRDefault="00080072">
            <w:r>
              <w:rPr>
                <w:rFonts w:ascii="Arial" w:hAnsi="Arial"/>
                <w:sz w:val="21"/>
              </w:rPr>
              <w:t>12,50 €</w:t>
            </w:r>
          </w:p>
        </w:tc>
      </w:tr>
      <w:tr w:rsidR="00650973" w14:paraId="7705F39A" w14:textId="77777777">
        <w:trPr>
          <w:cantSplit/>
          <w:jc w:val="center"/>
        </w:trPr>
        <w:tc>
          <w:tcPr>
            <w:tcW w:w="5103" w:type="dxa"/>
            <w:shd w:val="clear" w:color="auto" w:fill="F8FAF8"/>
            <w:tcMar>
              <w:top w:w="70" w:type="dxa"/>
              <w:left w:w="80" w:type="dxa"/>
              <w:bottom w:w="70" w:type="dxa"/>
              <w:right w:w="80" w:type="dxa"/>
            </w:tcMar>
            <w:vAlign w:val="center"/>
          </w:tcPr>
          <w:p w14:paraId="2652C209" w14:textId="77777777" w:rsidR="00650973" w:rsidRDefault="00080072">
            <w:r>
              <w:rPr>
                <w:rFonts w:ascii="Arial" w:hAnsi="Arial"/>
                <w:sz w:val="21"/>
              </w:rPr>
              <w:lastRenderedPageBreak/>
              <w:t>Bacardi Light / Captain Morgan Dark</w:t>
            </w:r>
          </w:p>
        </w:tc>
        <w:tc>
          <w:tcPr>
            <w:tcW w:w="5103" w:type="dxa"/>
            <w:shd w:val="clear" w:color="auto" w:fill="F8FAF8"/>
            <w:tcMar>
              <w:top w:w="70" w:type="dxa"/>
              <w:left w:w="80" w:type="dxa"/>
              <w:bottom w:w="70" w:type="dxa"/>
              <w:right w:w="80" w:type="dxa"/>
            </w:tcMar>
            <w:vAlign w:val="center"/>
          </w:tcPr>
          <w:p w14:paraId="4FEA9FEC" w14:textId="77777777" w:rsidR="00650973" w:rsidRDefault="00080072">
            <w:r>
              <w:rPr>
                <w:rFonts w:ascii="Arial" w:hAnsi="Arial"/>
                <w:sz w:val="21"/>
              </w:rPr>
              <w:t>5 €</w:t>
            </w:r>
          </w:p>
        </w:tc>
      </w:tr>
      <w:tr w:rsidR="00650973" w14:paraId="0D80B57D" w14:textId="77777777">
        <w:trPr>
          <w:cantSplit/>
          <w:jc w:val="center"/>
        </w:trPr>
        <w:tc>
          <w:tcPr>
            <w:tcW w:w="5103" w:type="dxa"/>
            <w:tcMar>
              <w:top w:w="70" w:type="dxa"/>
              <w:left w:w="80" w:type="dxa"/>
              <w:bottom w:w="70" w:type="dxa"/>
              <w:right w:w="80" w:type="dxa"/>
            </w:tcMar>
            <w:vAlign w:val="center"/>
          </w:tcPr>
          <w:p w14:paraId="3A5F571A" w14:textId="77777777" w:rsidR="00650973" w:rsidRDefault="00080072">
            <w:r>
              <w:rPr>
                <w:rFonts w:ascii="Arial" w:hAnsi="Arial"/>
                <w:sz w:val="21"/>
              </w:rPr>
              <w:t>Matusalem</w:t>
            </w:r>
          </w:p>
        </w:tc>
        <w:tc>
          <w:tcPr>
            <w:tcW w:w="5103" w:type="dxa"/>
            <w:tcMar>
              <w:top w:w="70" w:type="dxa"/>
              <w:left w:w="80" w:type="dxa"/>
              <w:bottom w:w="70" w:type="dxa"/>
              <w:right w:w="80" w:type="dxa"/>
            </w:tcMar>
            <w:vAlign w:val="center"/>
          </w:tcPr>
          <w:p w14:paraId="769D5988" w14:textId="77777777" w:rsidR="00650973" w:rsidRDefault="00080072">
            <w:r>
              <w:rPr>
                <w:rFonts w:ascii="Arial" w:hAnsi="Arial"/>
                <w:sz w:val="21"/>
              </w:rPr>
              <w:t>9 €</w:t>
            </w:r>
          </w:p>
        </w:tc>
      </w:tr>
      <w:tr w:rsidR="00650973" w14:paraId="4975F99B" w14:textId="77777777">
        <w:trPr>
          <w:cantSplit/>
          <w:jc w:val="center"/>
        </w:trPr>
        <w:tc>
          <w:tcPr>
            <w:tcW w:w="5103" w:type="dxa"/>
            <w:shd w:val="clear" w:color="auto" w:fill="F8FAF8"/>
            <w:tcMar>
              <w:top w:w="70" w:type="dxa"/>
              <w:left w:w="80" w:type="dxa"/>
              <w:bottom w:w="70" w:type="dxa"/>
              <w:right w:w="80" w:type="dxa"/>
            </w:tcMar>
            <w:vAlign w:val="center"/>
          </w:tcPr>
          <w:p w14:paraId="1DBF3249" w14:textId="77777777" w:rsidR="00650973" w:rsidRDefault="00080072">
            <w:r>
              <w:rPr>
                <w:rFonts w:ascii="Arial" w:hAnsi="Arial"/>
                <w:sz w:val="21"/>
              </w:rPr>
              <w:t>Ron Zacapa 23</w:t>
            </w:r>
          </w:p>
        </w:tc>
        <w:tc>
          <w:tcPr>
            <w:tcW w:w="5103" w:type="dxa"/>
            <w:shd w:val="clear" w:color="auto" w:fill="F8FAF8"/>
            <w:tcMar>
              <w:top w:w="70" w:type="dxa"/>
              <w:left w:w="80" w:type="dxa"/>
              <w:bottom w:w="70" w:type="dxa"/>
              <w:right w:w="80" w:type="dxa"/>
            </w:tcMar>
            <w:vAlign w:val="center"/>
          </w:tcPr>
          <w:p w14:paraId="4AF8E4FF" w14:textId="77777777" w:rsidR="00650973" w:rsidRDefault="00080072">
            <w:r>
              <w:rPr>
                <w:rFonts w:ascii="Arial" w:hAnsi="Arial"/>
                <w:sz w:val="21"/>
              </w:rPr>
              <w:t>12,50 €</w:t>
            </w:r>
          </w:p>
        </w:tc>
      </w:tr>
    </w:tbl>
    <w:p w14:paraId="4DF58986" w14:textId="77777777" w:rsidR="00650973" w:rsidRDefault="00650973">
      <w:pPr>
        <w:spacing w:after="40"/>
      </w:pPr>
    </w:p>
    <w:p w14:paraId="5FA9A7D4" w14:textId="77777777" w:rsidR="00650973" w:rsidRDefault="00080072">
      <w:pPr>
        <w:pStyle w:val="Titre3"/>
        <w:spacing w:before="120" w:after="100"/>
      </w:pPr>
      <w:r>
        <w:rPr>
          <w:rFonts w:ascii="Arial" w:hAnsi="Arial"/>
          <w:color w:val="2F6B4F"/>
          <w:sz w:val="23"/>
        </w:rPr>
        <w:t>Après le dîner</w:t>
      </w:r>
    </w:p>
    <w:tbl>
      <w:tblPr>
        <w:tblStyle w:val="Grilledutableau"/>
        <w:tblW w:w="0" w:type="auto"/>
        <w:jc w:val="center"/>
        <w:tblLook w:val="04A0" w:firstRow="1" w:lastRow="0" w:firstColumn="1" w:lastColumn="0" w:noHBand="0" w:noVBand="1"/>
      </w:tblPr>
      <w:tblGrid>
        <w:gridCol w:w="5103"/>
        <w:gridCol w:w="5103"/>
      </w:tblGrid>
      <w:tr w:rsidR="00650973" w14:paraId="78DBC590" w14:textId="77777777">
        <w:trPr>
          <w:cantSplit/>
          <w:tblHeader/>
          <w:jc w:val="center"/>
        </w:trPr>
        <w:tc>
          <w:tcPr>
            <w:tcW w:w="5103" w:type="dxa"/>
            <w:shd w:val="clear" w:color="auto" w:fill="2F6B4F"/>
            <w:tcMar>
              <w:top w:w="70" w:type="dxa"/>
              <w:left w:w="80" w:type="dxa"/>
              <w:bottom w:w="70" w:type="dxa"/>
              <w:right w:w="80" w:type="dxa"/>
            </w:tcMar>
            <w:vAlign w:val="center"/>
          </w:tcPr>
          <w:p w14:paraId="0A985B2B" w14:textId="77777777" w:rsidR="00650973" w:rsidRDefault="00080072">
            <w:pPr>
              <w:jc w:val="center"/>
            </w:pPr>
            <w:r>
              <w:rPr>
                <w:rFonts w:ascii="Arial" w:hAnsi="Arial"/>
                <w:b/>
                <w:color w:val="FFFFFF"/>
                <w:sz w:val="21"/>
              </w:rPr>
              <w:t>Digestif</w:t>
            </w:r>
          </w:p>
        </w:tc>
        <w:tc>
          <w:tcPr>
            <w:tcW w:w="5103" w:type="dxa"/>
            <w:shd w:val="clear" w:color="auto" w:fill="2F6B4F"/>
            <w:tcMar>
              <w:top w:w="70" w:type="dxa"/>
              <w:left w:w="80" w:type="dxa"/>
              <w:bottom w:w="70" w:type="dxa"/>
              <w:right w:w="80" w:type="dxa"/>
            </w:tcMar>
            <w:vAlign w:val="center"/>
          </w:tcPr>
          <w:p w14:paraId="11EE2A5C" w14:textId="77777777" w:rsidR="00650973" w:rsidRDefault="00080072">
            <w:pPr>
              <w:jc w:val="center"/>
            </w:pPr>
            <w:r>
              <w:rPr>
                <w:rFonts w:ascii="Arial" w:hAnsi="Arial"/>
                <w:b/>
                <w:color w:val="FFFFFF"/>
                <w:sz w:val="21"/>
              </w:rPr>
              <w:t>Prix</w:t>
            </w:r>
          </w:p>
        </w:tc>
      </w:tr>
      <w:tr w:rsidR="00650973" w14:paraId="24B86803" w14:textId="77777777">
        <w:trPr>
          <w:cantSplit/>
          <w:jc w:val="center"/>
        </w:trPr>
        <w:tc>
          <w:tcPr>
            <w:tcW w:w="5103" w:type="dxa"/>
            <w:tcMar>
              <w:top w:w="70" w:type="dxa"/>
              <w:left w:w="80" w:type="dxa"/>
              <w:bottom w:w="70" w:type="dxa"/>
              <w:right w:w="80" w:type="dxa"/>
            </w:tcMar>
            <w:vAlign w:val="center"/>
          </w:tcPr>
          <w:p w14:paraId="223723B8" w14:textId="77777777" w:rsidR="00650973" w:rsidRDefault="00080072">
            <w:r>
              <w:rPr>
                <w:rFonts w:ascii="Arial" w:hAnsi="Arial"/>
                <w:sz w:val="21"/>
              </w:rPr>
              <w:t>Amaretto / Baileys / Cointreau / Sambuca</w:t>
            </w:r>
          </w:p>
        </w:tc>
        <w:tc>
          <w:tcPr>
            <w:tcW w:w="5103" w:type="dxa"/>
            <w:tcMar>
              <w:top w:w="70" w:type="dxa"/>
              <w:left w:w="80" w:type="dxa"/>
              <w:bottom w:w="70" w:type="dxa"/>
              <w:right w:w="80" w:type="dxa"/>
            </w:tcMar>
            <w:vAlign w:val="center"/>
          </w:tcPr>
          <w:p w14:paraId="38620DCE" w14:textId="77777777" w:rsidR="00650973" w:rsidRDefault="00080072">
            <w:r>
              <w:rPr>
                <w:rFonts w:ascii="Arial" w:hAnsi="Arial"/>
                <w:sz w:val="21"/>
              </w:rPr>
              <w:t>5 €</w:t>
            </w:r>
          </w:p>
        </w:tc>
      </w:tr>
      <w:tr w:rsidR="00650973" w14:paraId="4AB931D2" w14:textId="77777777">
        <w:trPr>
          <w:cantSplit/>
          <w:jc w:val="center"/>
        </w:trPr>
        <w:tc>
          <w:tcPr>
            <w:tcW w:w="5103" w:type="dxa"/>
            <w:shd w:val="clear" w:color="auto" w:fill="F8FAF8"/>
            <w:tcMar>
              <w:top w:w="70" w:type="dxa"/>
              <w:left w:w="80" w:type="dxa"/>
              <w:bottom w:w="70" w:type="dxa"/>
              <w:right w:w="80" w:type="dxa"/>
            </w:tcMar>
            <w:vAlign w:val="center"/>
          </w:tcPr>
          <w:p w14:paraId="517AFC34" w14:textId="77777777" w:rsidR="00650973" w:rsidRDefault="00080072">
            <w:r>
              <w:rPr>
                <w:rFonts w:ascii="Arial" w:hAnsi="Arial"/>
                <w:sz w:val="21"/>
              </w:rPr>
              <w:t>Brandy Lepanto</w:t>
            </w:r>
          </w:p>
        </w:tc>
        <w:tc>
          <w:tcPr>
            <w:tcW w:w="5103" w:type="dxa"/>
            <w:shd w:val="clear" w:color="auto" w:fill="F8FAF8"/>
            <w:tcMar>
              <w:top w:w="70" w:type="dxa"/>
              <w:left w:w="80" w:type="dxa"/>
              <w:bottom w:w="70" w:type="dxa"/>
              <w:right w:w="80" w:type="dxa"/>
            </w:tcMar>
            <w:vAlign w:val="center"/>
          </w:tcPr>
          <w:p w14:paraId="762A2ACF" w14:textId="77777777" w:rsidR="00650973" w:rsidRDefault="00080072">
            <w:r>
              <w:rPr>
                <w:rFonts w:ascii="Arial" w:hAnsi="Arial"/>
                <w:sz w:val="21"/>
              </w:rPr>
              <w:t>7 €</w:t>
            </w:r>
          </w:p>
        </w:tc>
      </w:tr>
      <w:tr w:rsidR="00650973" w14:paraId="71E5481A" w14:textId="77777777">
        <w:trPr>
          <w:cantSplit/>
          <w:jc w:val="center"/>
        </w:trPr>
        <w:tc>
          <w:tcPr>
            <w:tcW w:w="5103" w:type="dxa"/>
            <w:tcMar>
              <w:top w:w="70" w:type="dxa"/>
              <w:left w:w="80" w:type="dxa"/>
              <w:bottom w:w="70" w:type="dxa"/>
              <w:right w:w="80" w:type="dxa"/>
            </w:tcMar>
            <w:vAlign w:val="center"/>
          </w:tcPr>
          <w:p w14:paraId="3DB93169" w14:textId="77777777" w:rsidR="00650973" w:rsidRDefault="00080072">
            <w:r>
              <w:rPr>
                <w:rFonts w:ascii="Arial" w:hAnsi="Arial"/>
                <w:sz w:val="21"/>
              </w:rPr>
              <w:t>Averna / Ramazzotti / Grappa</w:t>
            </w:r>
          </w:p>
        </w:tc>
        <w:tc>
          <w:tcPr>
            <w:tcW w:w="5103" w:type="dxa"/>
            <w:tcMar>
              <w:top w:w="70" w:type="dxa"/>
              <w:left w:w="80" w:type="dxa"/>
              <w:bottom w:w="70" w:type="dxa"/>
              <w:right w:w="80" w:type="dxa"/>
            </w:tcMar>
            <w:vAlign w:val="center"/>
          </w:tcPr>
          <w:p w14:paraId="04A9671C" w14:textId="77777777" w:rsidR="00650973" w:rsidRDefault="00080072">
            <w:r>
              <w:rPr>
                <w:rFonts w:ascii="Arial" w:hAnsi="Arial"/>
                <w:sz w:val="21"/>
              </w:rPr>
              <w:t>4 €</w:t>
            </w:r>
          </w:p>
        </w:tc>
      </w:tr>
    </w:tbl>
    <w:p w14:paraId="040C10B9" w14:textId="77777777" w:rsidR="00650973" w:rsidRDefault="00650973">
      <w:pPr>
        <w:spacing w:after="40"/>
      </w:pPr>
    </w:p>
    <w:p w14:paraId="5DEA45AC" w14:textId="77777777" w:rsidR="00650973" w:rsidRDefault="00080072">
      <w:pPr>
        <w:pStyle w:val="Titre3"/>
        <w:spacing w:before="120" w:after="100"/>
      </w:pPr>
      <w:r>
        <w:rPr>
          <w:rFonts w:ascii="Arial" w:hAnsi="Arial"/>
          <w:color w:val="2F6B4F"/>
          <w:sz w:val="23"/>
        </w:rPr>
        <w:t>Whiskies</w:t>
      </w:r>
    </w:p>
    <w:tbl>
      <w:tblPr>
        <w:tblStyle w:val="Grilledutableau"/>
        <w:tblW w:w="0" w:type="auto"/>
        <w:jc w:val="center"/>
        <w:tblLook w:val="04A0" w:firstRow="1" w:lastRow="0" w:firstColumn="1" w:lastColumn="0" w:noHBand="0" w:noVBand="1"/>
      </w:tblPr>
      <w:tblGrid>
        <w:gridCol w:w="5103"/>
        <w:gridCol w:w="5103"/>
      </w:tblGrid>
      <w:tr w:rsidR="00650973" w14:paraId="6F2BBB6C" w14:textId="77777777">
        <w:trPr>
          <w:cantSplit/>
          <w:tblHeader/>
          <w:jc w:val="center"/>
        </w:trPr>
        <w:tc>
          <w:tcPr>
            <w:tcW w:w="5103" w:type="dxa"/>
            <w:shd w:val="clear" w:color="auto" w:fill="2F6B4F"/>
            <w:tcMar>
              <w:top w:w="70" w:type="dxa"/>
              <w:left w:w="80" w:type="dxa"/>
              <w:bottom w:w="70" w:type="dxa"/>
              <w:right w:w="80" w:type="dxa"/>
            </w:tcMar>
            <w:vAlign w:val="center"/>
          </w:tcPr>
          <w:p w14:paraId="7F7FC7B9" w14:textId="77777777" w:rsidR="00650973" w:rsidRDefault="00080072">
            <w:pPr>
              <w:jc w:val="center"/>
            </w:pPr>
            <w:r>
              <w:rPr>
                <w:rFonts w:ascii="Arial" w:hAnsi="Arial"/>
                <w:b/>
                <w:color w:val="FFFFFF"/>
                <w:sz w:val="21"/>
              </w:rPr>
              <w:t>Whisky</w:t>
            </w:r>
          </w:p>
        </w:tc>
        <w:tc>
          <w:tcPr>
            <w:tcW w:w="5103" w:type="dxa"/>
            <w:shd w:val="clear" w:color="auto" w:fill="2F6B4F"/>
            <w:tcMar>
              <w:top w:w="70" w:type="dxa"/>
              <w:left w:w="80" w:type="dxa"/>
              <w:bottom w:w="70" w:type="dxa"/>
              <w:right w:w="80" w:type="dxa"/>
            </w:tcMar>
            <w:vAlign w:val="center"/>
          </w:tcPr>
          <w:p w14:paraId="641E0827" w14:textId="77777777" w:rsidR="00650973" w:rsidRDefault="00080072">
            <w:pPr>
              <w:jc w:val="center"/>
            </w:pPr>
            <w:r>
              <w:rPr>
                <w:rFonts w:ascii="Arial" w:hAnsi="Arial"/>
                <w:b/>
                <w:color w:val="FFFFFF"/>
                <w:sz w:val="21"/>
              </w:rPr>
              <w:t>Prix</w:t>
            </w:r>
          </w:p>
        </w:tc>
      </w:tr>
      <w:tr w:rsidR="00650973" w14:paraId="58F28826" w14:textId="77777777">
        <w:trPr>
          <w:cantSplit/>
          <w:jc w:val="center"/>
        </w:trPr>
        <w:tc>
          <w:tcPr>
            <w:tcW w:w="5103" w:type="dxa"/>
            <w:tcMar>
              <w:top w:w="70" w:type="dxa"/>
              <w:left w:w="80" w:type="dxa"/>
              <w:bottom w:w="70" w:type="dxa"/>
              <w:right w:w="80" w:type="dxa"/>
            </w:tcMar>
            <w:vAlign w:val="center"/>
          </w:tcPr>
          <w:p w14:paraId="7BC216B7" w14:textId="77777777" w:rsidR="00650973" w:rsidRDefault="00080072">
            <w:r>
              <w:rPr>
                <w:rFonts w:ascii="Arial" w:hAnsi="Arial"/>
                <w:sz w:val="21"/>
              </w:rPr>
              <w:t>Famous Grouse / Tullamore Dew / Jim Beam</w:t>
            </w:r>
          </w:p>
        </w:tc>
        <w:tc>
          <w:tcPr>
            <w:tcW w:w="5103" w:type="dxa"/>
            <w:tcMar>
              <w:top w:w="70" w:type="dxa"/>
              <w:left w:w="80" w:type="dxa"/>
              <w:bottom w:w="70" w:type="dxa"/>
              <w:right w:w="80" w:type="dxa"/>
            </w:tcMar>
            <w:vAlign w:val="center"/>
          </w:tcPr>
          <w:p w14:paraId="5FEE6DAE" w14:textId="77777777" w:rsidR="00650973" w:rsidRDefault="00080072">
            <w:r>
              <w:rPr>
                <w:rFonts w:ascii="Arial" w:hAnsi="Arial"/>
                <w:sz w:val="21"/>
              </w:rPr>
              <w:t>5 €</w:t>
            </w:r>
          </w:p>
        </w:tc>
      </w:tr>
      <w:tr w:rsidR="00650973" w14:paraId="00B3C79C" w14:textId="77777777">
        <w:trPr>
          <w:cantSplit/>
          <w:jc w:val="center"/>
        </w:trPr>
        <w:tc>
          <w:tcPr>
            <w:tcW w:w="5103" w:type="dxa"/>
            <w:shd w:val="clear" w:color="auto" w:fill="F8FAF8"/>
            <w:tcMar>
              <w:top w:w="70" w:type="dxa"/>
              <w:left w:w="80" w:type="dxa"/>
              <w:bottom w:w="70" w:type="dxa"/>
              <w:right w:w="80" w:type="dxa"/>
            </w:tcMar>
            <w:vAlign w:val="center"/>
          </w:tcPr>
          <w:p w14:paraId="6B5DEEC5" w14:textId="77777777" w:rsidR="00650973" w:rsidRDefault="00080072">
            <w:r>
              <w:rPr>
                <w:rFonts w:ascii="Arial" w:hAnsi="Arial"/>
                <w:sz w:val="21"/>
              </w:rPr>
              <w:t>Jack Daniel’s / Johnnie Walker Black</w:t>
            </w:r>
          </w:p>
        </w:tc>
        <w:tc>
          <w:tcPr>
            <w:tcW w:w="5103" w:type="dxa"/>
            <w:shd w:val="clear" w:color="auto" w:fill="F8FAF8"/>
            <w:tcMar>
              <w:top w:w="70" w:type="dxa"/>
              <w:left w:w="80" w:type="dxa"/>
              <w:bottom w:w="70" w:type="dxa"/>
              <w:right w:w="80" w:type="dxa"/>
            </w:tcMar>
            <w:vAlign w:val="center"/>
          </w:tcPr>
          <w:p w14:paraId="0D9DFB06" w14:textId="77777777" w:rsidR="00650973" w:rsidRDefault="00080072">
            <w:r>
              <w:rPr>
                <w:rFonts w:ascii="Arial" w:hAnsi="Arial"/>
                <w:sz w:val="21"/>
              </w:rPr>
              <w:t>7 €</w:t>
            </w:r>
          </w:p>
        </w:tc>
      </w:tr>
      <w:tr w:rsidR="00650973" w14:paraId="62BF0F8B" w14:textId="77777777">
        <w:trPr>
          <w:cantSplit/>
          <w:jc w:val="center"/>
        </w:trPr>
        <w:tc>
          <w:tcPr>
            <w:tcW w:w="5103" w:type="dxa"/>
            <w:tcMar>
              <w:top w:w="70" w:type="dxa"/>
              <w:left w:w="80" w:type="dxa"/>
              <w:bottom w:w="70" w:type="dxa"/>
              <w:right w:w="80" w:type="dxa"/>
            </w:tcMar>
            <w:vAlign w:val="center"/>
          </w:tcPr>
          <w:p w14:paraId="0BFD6884" w14:textId="77777777" w:rsidR="00650973" w:rsidRDefault="00080072">
            <w:r>
              <w:rPr>
                <w:rFonts w:ascii="Arial" w:hAnsi="Arial"/>
                <w:sz w:val="21"/>
              </w:rPr>
              <w:t>Chivas Regal 12 / Glenmorangie 10</w:t>
            </w:r>
          </w:p>
        </w:tc>
        <w:tc>
          <w:tcPr>
            <w:tcW w:w="5103" w:type="dxa"/>
            <w:tcMar>
              <w:top w:w="70" w:type="dxa"/>
              <w:left w:w="80" w:type="dxa"/>
              <w:bottom w:w="70" w:type="dxa"/>
              <w:right w:w="80" w:type="dxa"/>
            </w:tcMar>
            <w:vAlign w:val="center"/>
          </w:tcPr>
          <w:p w14:paraId="139F5651" w14:textId="77777777" w:rsidR="00650973" w:rsidRDefault="00080072">
            <w:r>
              <w:rPr>
                <w:rFonts w:ascii="Arial" w:hAnsi="Arial"/>
                <w:sz w:val="21"/>
              </w:rPr>
              <w:t>8 €</w:t>
            </w:r>
          </w:p>
        </w:tc>
      </w:tr>
      <w:tr w:rsidR="00650973" w14:paraId="6ED3258C" w14:textId="77777777">
        <w:trPr>
          <w:cantSplit/>
          <w:jc w:val="center"/>
        </w:trPr>
        <w:tc>
          <w:tcPr>
            <w:tcW w:w="5103" w:type="dxa"/>
            <w:shd w:val="clear" w:color="auto" w:fill="F8FAF8"/>
            <w:tcMar>
              <w:top w:w="70" w:type="dxa"/>
              <w:left w:w="80" w:type="dxa"/>
              <w:bottom w:w="70" w:type="dxa"/>
              <w:right w:w="80" w:type="dxa"/>
            </w:tcMar>
            <w:vAlign w:val="center"/>
          </w:tcPr>
          <w:p w14:paraId="56C42CD6" w14:textId="77777777" w:rsidR="00650973" w:rsidRDefault="00080072">
            <w:r>
              <w:rPr>
                <w:rFonts w:ascii="Arial" w:hAnsi="Arial"/>
                <w:sz w:val="21"/>
              </w:rPr>
              <w:t>Talisker 10</w:t>
            </w:r>
          </w:p>
        </w:tc>
        <w:tc>
          <w:tcPr>
            <w:tcW w:w="5103" w:type="dxa"/>
            <w:shd w:val="clear" w:color="auto" w:fill="F8FAF8"/>
            <w:tcMar>
              <w:top w:w="70" w:type="dxa"/>
              <w:left w:w="80" w:type="dxa"/>
              <w:bottom w:w="70" w:type="dxa"/>
              <w:right w:w="80" w:type="dxa"/>
            </w:tcMar>
            <w:vAlign w:val="center"/>
          </w:tcPr>
          <w:p w14:paraId="3EF8EE1A" w14:textId="77777777" w:rsidR="00650973" w:rsidRDefault="00080072">
            <w:r>
              <w:rPr>
                <w:rFonts w:ascii="Arial" w:hAnsi="Arial"/>
                <w:sz w:val="21"/>
              </w:rPr>
              <w:t>10 €</w:t>
            </w:r>
          </w:p>
        </w:tc>
      </w:tr>
      <w:tr w:rsidR="00650973" w14:paraId="247F8372" w14:textId="77777777">
        <w:trPr>
          <w:cantSplit/>
          <w:jc w:val="center"/>
        </w:trPr>
        <w:tc>
          <w:tcPr>
            <w:tcW w:w="5103" w:type="dxa"/>
            <w:tcMar>
              <w:top w:w="70" w:type="dxa"/>
              <w:left w:w="80" w:type="dxa"/>
              <w:bottom w:w="70" w:type="dxa"/>
              <w:right w:w="80" w:type="dxa"/>
            </w:tcMar>
            <w:vAlign w:val="center"/>
          </w:tcPr>
          <w:p w14:paraId="35545E5A" w14:textId="77777777" w:rsidR="00650973" w:rsidRDefault="00080072">
            <w:r>
              <w:rPr>
                <w:rFonts w:ascii="Arial" w:hAnsi="Arial"/>
                <w:sz w:val="21"/>
              </w:rPr>
              <w:t>Dalwhinnie 15 / Macallan Double Cask</w:t>
            </w:r>
          </w:p>
        </w:tc>
        <w:tc>
          <w:tcPr>
            <w:tcW w:w="5103" w:type="dxa"/>
            <w:tcMar>
              <w:top w:w="70" w:type="dxa"/>
              <w:left w:w="80" w:type="dxa"/>
              <w:bottom w:w="70" w:type="dxa"/>
              <w:right w:w="80" w:type="dxa"/>
            </w:tcMar>
            <w:vAlign w:val="center"/>
          </w:tcPr>
          <w:p w14:paraId="00B46B28" w14:textId="77777777" w:rsidR="00650973" w:rsidRDefault="00080072">
            <w:r>
              <w:rPr>
                <w:rFonts w:ascii="Arial" w:hAnsi="Arial"/>
                <w:sz w:val="21"/>
              </w:rPr>
              <w:t>12 €</w:t>
            </w:r>
          </w:p>
        </w:tc>
      </w:tr>
    </w:tbl>
    <w:p w14:paraId="4AE282CF" w14:textId="77777777" w:rsidR="00650973" w:rsidRDefault="00650973">
      <w:pPr>
        <w:spacing w:after="40"/>
      </w:pPr>
    </w:p>
    <w:p w14:paraId="6EC10EBC" w14:textId="77777777" w:rsidR="00650973" w:rsidRDefault="00080072">
      <w:pPr>
        <w:pStyle w:val="Titre3"/>
        <w:spacing w:before="120" w:after="100"/>
      </w:pPr>
      <w:r>
        <w:rPr>
          <w:rFonts w:ascii="Arial" w:hAnsi="Arial"/>
          <w:color w:val="2F6B4F"/>
          <w:sz w:val="23"/>
        </w:rPr>
        <w:t>Café, softs et bière</w:t>
      </w:r>
    </w:p>
    <w:tbl>
      <w:tblPr>
        <w:tblStyle w:val="Grilledutableau"/>
        <w:tblW w:w="0" w:type="auto"/>
        <w:jc w:val="center"/>
        <w:tblLook w:val="04A0" w:firstRow="1" w:lastRow="0" w:firstColumn="1" w:lastColumn="0" w:noHBand="0" w:noVBand="1"/>
      </w:tblPr>
      <w:tblGrid>
        <w:gridCol w:w="5103"/>
        <w:gridCol w:w="5103"/>
      </w:tblGrid>
      <w:tr w:rsidR="00650973" w14:paraId="3A25FFC9" w14:textId="77777777">
        <w:trPr>
          <w:cantSplit/>
          <w:tblHeader/>
          <w:jc w:val="center"/>
        </w:trPr>
        <w:tc>
          <w:tcPr>
            <w:tcW w:w="5103" w:type="dxa"/>
            <w:shd w:val="clear" w:color="auto" w:fill="2F6B4F"/>
            <w:tcMar>
              <w:top w:w="70" w:type="dxa"/>
              <w:left w:w="80" w:type="dxa"/>
              <w:bottom w:w="70" w:type="dxa"/>
              <w:right w:w="80" w:type="dxa"/>
            </w:tcMar>
            <w:vAlign w:val="center"/>
          </w:tcPr>
          <w:p w14:paraId="7F5F280C" w14:textId="77777777" w:rsidR="00650973" w:rsidRDefault="00080072">
            <w:pPr>
              <w:jc w:val="center"/>
            </w:pPr>
            <w:r>
              <w:rPr>
                <w:rFonts w:ascii="Arial" w:hAnsi="Arial"/>
                <w:b/>
                <w:color w:val="FFFFFF"/>
                <w:sz w:val="21"/>
              </w:rPr>
              <w:t>Boisson</w:t>
            </w:r>
          </w:p>
        </w:tc>
        <w:tc>
          <w:tcPr>
            <w:tcW w:w="5103" w:type="dxa"/>
            <w:shd w:val="clear" w:color="auto" w:fill="2F6B4F"/>
            <w:tcMar>
              <w:top w:w="70" w:type="dxa"/>
              <w:left w:w="80" w:type="dxa"/>
              <w:bottom w:w="70" w:type="dxa"/>
              <w:right w:w="80" w:type="dxa"/>
            </w:tcMar>
            <w:vAlign w:val="center"/>
          </w:tcPr>
          <w:p w14:paraId="009047FA" w14:textId="77777777" w:rsidR="00650973" w:rsidRDefault="00080072">
            <w:pPr>
              <w:jc w:val="center"/>
            </w:pPr>
            <w:r>
              <w:rPr>
                <w:rFonts w:ascii="Arial" w:hAnsi="Arial"/>
                <w:b/>
                <w:color w:val="FFFFFF"/>
                <w:sz w:val="21"/>
              </w:rPr>
              <w:t>Prix</w:t>
            </w:r>
          </w:p>
        </w:tc>
      </w:tr>
      <w:tr w:rsidR="00650973" w14:paraId="2DA60EB0" w14:textId="77777777">
        <w:trPr>
          <w:cantSplit/>
          <w:jc w:val="center"/>
        </w:trPr>
        <w:tc>
          <w:tcPr>
            <w:tcW w:w="5103" w:type="dxa"/>
            <w:tcMar>
              <w:top w:w="70" w:type="dxa"/>
              <w:left w:w="80" w:type="dxa"/>
              <w:bottom w:w="70" w:type="dxa"/>
              <w:right w:w="80" w:type="dxa"/>
            </w:tcMar>
            <w:vAlign w:val="center"/>
          </w:tcPr>
          <w:p w14:paraId="5ED2A42D" w14:textId="77777777" w:rsidR="00650973" w:rsidRDefault="00080072">
            <w:r>
              <w:rPr>
                <w:rFonts w:ascii="Arial" w:hAnsi="Arial"/>
                <w:sz w:val="21"/>
              </w:rPr>
              <w:t>Espresso</w:t>
            </w:r>
          </w:p>
        </w:tc>
        <w:tc>
          <w:tcPr>
            <w:tcW w:w="5103" w:type="dxa"/>
            <w:tcMar>
              <w:top w:w="70" w:type="dxa"/>
              <w:left w:w="80" w:type="dxa"/>
              <w:bottom w:w="70" w:type="dxa"/>
              <w:right w:w="80" w:type="dxa"/>
            </w:tcMar>
            <w:vAlign w:val="center"/>
          </w:tcPr>
          <w:p w14:paraId="51F135B4" w14:textId="77777777" w:rsidR="00650973" w:rsidRDefault="00080072">
            <w:r>
              <w:rPr>
                <w:rFonts w:ascii="Arial" w:hAnsi="Arial"/>
                <w:sz w:val="21"/>
              </w:rPr>
              <w:t>2 €</w:t>
            </w:r>
          </w:p>
        </w:tc>
      </w:tr>
      <w:tr w:rsidR="00650973" w14:paraId="76CB89BF" w14:textId="77777777">
        <w:trPr>
          <w:cantSplit/>
          <w:jc w:val="center"/>
        </w:trPr>
        <w:tc>
          <w:tcPr>
            <w:tcW w:w="5103" w:type="dxa"/>
            <w:shd w:val="clear" w:color="auto" w:fill="F8FAF8"/>
            <w:tcMar>
              <w:top w:w="70" w:type="dxa"/>
              <w:left w:w="80" w:type="dxa"/>
              <w:bottom w:w="70" w:type="dxa"/>
              <w:right w:w="80" w:type="dxa"/>
            </w:tcMar>
            <w:vAlign w:val="center"/>
          </w:tcPr>
          <w:p w14:paraId="568E36AD" w14:textId="77777777" w:rsidR="00650973" w:rsidRDefault="00080072">
            <w:r>
              <w:rPr>
                <w:rFonts w:ascii="Arial" w:hAnsi="Arial"/>
                <w:sz w:val="21"/>
              </w:rPr>
              <w:t>Décaféiné / cappuccino / latte</w:t>
            </w:r>
          </w:p>
        </w:tc>
        <w:tc>
          <w:tcPr>
            <w:tcW w:w="5103" w:type="dxa"/>
            <w:shd w:val="clear" w:color="auto" w:fill="F8FAF8"/>
            <w:tcMar>
              <w:top w:w="70" w:type="dxa"/>
              <w:left w:w="80" w:type="dxa"/>
              <w:bottom w:w="70" w:type="dxa"/>
              <w:right w:w="80" w:type="dxa"/>
            </w:tcMar>
            <w:vAlign w:val="center"/>
          </w:tcPr>
          <w:p w14:paraId="28D4624A" w14:textId="77777777" w:rsidR="00650973" w:rsidRDefault="00080072">
            <w:r>
              <w:rPr>
                <w:rFonts w:ascii="Arial" w:hAnsi="Arial"/>
                <w:sz w:val="21"/>
              </w:rPr>
              <w:t>2,50 €</w:t>
            </w:r>
          </w:p>
        </w:tc>
      </w:tr>
      <w:tr w:rsidR="00650973" w14:paraId="04254687" w14:textId="77777777">
        <w:trPr>
          <w:cantSplit/>
          <w:jc w:val="center"/>
        </w:trPr>
        <w:tc>
          <w:tcPr>
            <w:tcW w:w="5103" w:type="dxa"/>
            <w:tcMar>
              <w:top w:w="70" w:type="dxa"/>
              <w:left w:w="80" w:type="dxa"/>
              <w:bottom w:w="70" w:type="dxa"/>
              <w:right w:w="80" w:type="dxa"/>
            </w:tcMar>
            <w:vAlign w:val="center"/>
          </w:tcPr>
          <w:p w14:paraId="79704E8F" w14:textId="77777777" w:rsidR="00650973" w:rsidRDefault="00080072">
            <w:r>
              <w:rPr>
                <w:rFonts w:ascii="Arial" w:hAnsi="Arial"/>
                <w:sz w:val="21"/>
              </w:rPr>
              <w:t>Thé</w:t>
            </w:r>
          </w:p>
        </w:tc>
        <w:tc>
          <w:tcPr>
            <w:tcW w:w="5103" w:type="dxa"/>
            <w:tcMar>
              <w:top w:w="70" w:type="dxa"/>
              <w:left w:w="80" w:type="dxa"/>
              <w:bottom w:w="70" w:type="dxa"/>
              <w:right w:w="80" w:type="dxa"/>
            </w:tcMar>
            <w:vAlign w:val="center"/>
          </w:tcPr>
          <w:p w14:paraId="6482AC9F" w14:textId="77777777" w:rsidR="00650973" w:rsidRDefault="00080072">
            <w:r>
              <w:rPr>
                <w:rFonts w:ascii="Arial" w:hAnsi="Arial"/>
                <w:sz w:val="21"/>
              </w:rPr>
              <w:t>2,50 €</w:t>
            </w:r>
          </w:p>
        </w:tc>
      </w:tr>
      <w:tr w:rsidR="00650973" w14:paraId="6E6649E0" w14:textId="77777777">
        <w:trPr>
          <w:cantSplit/>
          <w:jc w:val="center"/>
        </w:trPr>
        <w:tc>
          <w:tcPr>
            <w:tcW w:w="5103" w:type="dxa"/>
            <w:shd w:val="clear" w:color="auto" w:fill="F8FAF8"/>
            <w:tcMar>
              <w:top w:w="70" w:type="dxa"/>
              <w:left w:w="80" w:type="dxa"/>
              <w:bottom w:w="70" w:type="dxa"/>
              <w:right w:w="80" w:type="dxa"/>
            </w:tcMar>
            <w:vAlign w:val="center"/>
          </w:tcPr>
          <w:p w14:paraId="250F58B3" w14:textId="77777777" w:rsidR="00650973" w:rsidRDefault="00080072">
            <w:r>
              <w:rPr>
                <w:rFonts w:ascii="Arial" w:hAnsi="Arial"/>
                <w:sz w:val="21"/>
              </w:rPr>
              <w:t>Jus pomme / ananas / orange / cranberry</w:t>
            </w:r>
          </w:p>
        </w:tc>
        <w:tc>
          <w:tcPr>
            <w:tcW w:w="5103" w:type="dxa"/>
            <w:shd w:val="clear" w:color="auto" w:fill="F8FAF8"/>
            <w:tcMar>
              <w:top w:w="70" w:type="dxa"/>
              <w:left w:w="80" w:type="dxa"/>
              <w:bottom w:w="70" w:type="dxa"/>
              <w:right w:w="80" w:type="dxa"/>
            </w:tcMar>
            <w:vAlign w:val="center"/>
          </w:tcPr>
          <w:p w14:paraId="58CA9295" w14:textId="77777777" w:rsidR="00650973" w:rsidRDefault="00080072">
            <w:r>
              <w:rPr>
                <w:rFonts w:ascii="Arial" w:hAnsi="Arial"/>
                <w:sz w:val="21"/>
              </w:rPr>
              <w:t>2,50 €</w:t>
            </w:r>
          </w:p>
        </w:tc>
      </w:tr>
      <w:tr w:rsidR="00650973" w14:paraId="2F8FD3C7" w14:textId="77777777">
        <w:trPr>
          <w:cantSplit/>
          <w:jc w:val="center"/>
        </w:trPr>
        <w:tc>
          <w:tcPr>
            <w:tcW w:w="5103" w:type="dxa"/>
            <w:tcMar>
              <w:top w:w="70" w:type="dxa"/>
              <w:left w:w="80" w:type="dxa"/>
              <w:bottom w:w="70" w:type="dxa"/>
              <w:right w:w="80" w:type="dxa"/>
            </w:tcMar>
            <w:vAlign w:val="center"/>
          </w:tcPr>
          <w:p w14:paraId="652CF7DB" w14:textId="77777777" w:rsidR="00650973" w:rsidRDefault="00080072">
            <w:r>
              <w:rPr>
                <w:rFonts w:ascii="Arial" w:hAnsi="Arial"/>
                <w:sz w:val="21"/>
              </w:rPr>
              <w:t>Coca-Cola / Coca-Cola Zero / 7Up</w:t>
            </w:r>
          </w:p>
        </w:tc>
        <w:tc>
          <w:tcPr>
            <w:tcW w:w="5103" w:type="dxa"/>
            <w:tcMar>
              <w:top w:w="70" w:type="dxa"/>
              <w:left w:w="80" w:type="dxa"/>
              <w:bottom w:w="70" w:type="dxa"/>
              <w:right w:w="80" w:type="dxa"/>
            </w:tcMar>
            <w:vAlign w:val="center"/>
          </w:tcPr>
          <w:p w14:paraId="092D728A" w14:textId="77777777" w:rsidR="00650973" w:rsidRDefault="00080072">
            <w:r>
              <w:rPr>
                <w:rFonts w:ascii="Arial" w:hAnsi="Arial"/>
                <w:sz w:val="21"/>
              </w:rPr>
              <w:t>2,50 €</w:t>
            </w:r>
          </w:p>
        </w:tc>
      </w:tr>
      <w:tr w:rsidR="00650973" w14:paraId="24203BC0" w14:textId="77777777">
        <w:trPr>
          <w:cantSplit/>
          <w:jc w:val="center"/>
        </w:trPr>
        <w:tc>
          <w:tcPr>
            <w:tcW w:w="5103" w:type="dxa"/>
            <w:shd w:val="clear" w:color="auto" w:fill="F8FAF8"/>
            <w:tcMar>
              <w:top w:w="70" w:type="dxa"/>
              <w:left w:w="80" w:type="dxa"/>
              <w:bottom w:w="70" w:type="dxa"/>
              <w:right w:w="80" w:type="dxa"/>
            </w:tcMar>
            <w:vAlign w:val="center"/>
          </w:tcPr>
          <w:p w14:paraId="3BBC433F" w14:textId="77777777" w:rsidR="00650973" w:rsidRDefault="00080072">
            <w:r>
              <w:rPr>
                <w:rFonts w:ascii="Arial" w:hAnsi="Arial"/>
                <w:sz w:val="21"/>
              </w:rPr>
              <w:t>Fonteide plate/gazeuse 33 cl</w:t>
            </w:r>
          </w:p>
        </w:tc>
        <w:tc>
          <w:tcPr>
            <w:tcW w:w="5103" w:type="dxa"/>
            <w:shd w:val="clear" w:color="auto" w:fill="F8FAF8"/>
            <w:tcMar>
              <w:top w:w="70" w:type="dxa"/>
              <w:left w:w="80" w:type="dxa"/>
              <w:bottom w:w="70" w:type="dxa"/>
              <w:right w:w="80" w:type="dxa"/>
            </w:tcMar>
            <w:vAlign w:val="center"/>
          </w:tcPr>
          <w:p w14:paraId="406CAC71" w14:textId="77777777" w:rsidR="00650973" w:rsidRDefault="00080072">
            <w:r>
              <w:rPr>
                <w:rFonts w:ascii="Arial" w:hAnsi="Arial"/>
                <w:sz w:val="21"/>
              </w:rPr>
              <w:t>2,50 €</w:t>
            </w:r>
          </w:p>
        </w:tc>
      </w:tr>
      <w:tr w:rsidR="00650973" w14:paraId="262E7B51" w14:textId="77777777">
        <w:trPr>
          <w:cantSplit/>
          <w:jc w:val="center"/>
        </w:trPr>
        <w:tc>
          <w:tcPr>
            <w:tcW w:w="5103" w:type="dxa"/>
            <w:tcMar>
              <w:top w:w="70" w:type="dxa"/>
              <w:left w:w="80" w:type="dxa"/>
              <w:bottom w:w="70" w:type="dxa"/>
              <w:right w:w="80" w:type="dxa"/>
            </w:tcMar>
            <w:vAlign w:val="center"/>
          </w:tcPr>
          <w:p w14:paraId="03A10048" w14:textId="77777777" w:rsidR="00650973" w:rsidRDefault="00080072">
            <w:r>
              <w:rPr>
                <w:rFonts w:ascii="Arial" w:hAnsi="Arial"/>
                <w:sz w:val="21"/>
              </w:rPr>
              <w:t>Fonteide plate/gazeuse 75 cl</w:t>
            </w:r>
          </w:p>
        </w:tc>
        <w:tc>
          <w:tcPr>
            <w:tcW w:w="5103" w:type="dxa"/>
            <w:tcMar>
              <w:top w:w="70" w:type="dxa"/>
              <w:left w:w="80" w:type="dxa"/>
              <w:bottom w:w="70" w:type="dxa"/>
              <w:right w:w="80" w:type="dxa"/>
            </w:tcMar>
            <w:vAlign w:val="center"/>
          </w:tcPr>
          <w:p w14:paraId="5294813A" w14:textId="77777777" w:rsidR="00650973" w:rsidRDefault="00080072">
            <w:r>
              <w:rPr>
                <w:rFonts w:ascii="Arial" w:hAnsi="Arial"/>
                <w:sz w:val="21"/>
              </w:rPr>
              <w:t>4 €</w:t>
            </w:r>
          </w:p>
        </w:tc>
      </w:tr>
      <w:tr w:rsidR="00650973" w14:paraId="3D836FAB" w14:textId="77777777">
        <w:trPr>
          <w:cantSplit/>
          <w:jc w:val="center"/>
        </w:trPr>
        <w:tc>
          <w:tcPr>
            <w:tcW w:w="5103" w:type="dxa"/>
            <w:shd w:val="clear" w:color="auto" w:fill="F8FAF8"/>
            <w:tcMar>
              <w:top w:w="70" w:type="dxa"/>
              <w:left w:w="80" w:type="dxa"/>
              <w:bottom w:w="70" w:type="dxa"/>
              <w:right w:w="80" w:type="dxa"/>
            </w:tcMar>
            <w:vAlign w:val="center"/>
          </w:tcPr>
          <w:p w14:paraId="603DA5D2" w14:textId="77777777" w:rsidR="00650973" w:rsidRDefault="00080072">
            <w:r>
              <w:rPr>
                <w:rFonts w:ascii="Arial" w:hAnsi="Arial"/>
                <w:sz w:val="21"/>
              </w:rPr>
              <w:t>Bière pression artisanale 33 cl</w:t>
            </w:r>
          </w:p>
        </w:tc>
        <w:tc>
          <w:tcPr>
            <w:tcW w:w="5103" w:type="dxa"/>
            <w:shd w:val="clear" w:color="auto" w:fill="F8FAF8"/>
            <w:tcMar>
              <w:top w:w="70" w:type="dxa"/>
              <w:left w:w="80" w:type="dxa"/>
              <w:bottom w:w="70" w:type="dxa"/>
              <w:right w:w="80" w:type="dxa"/>
            </w:tcMar>
            <w:vAlign w:val="center"/>
          </w:tcPr>
          <w:p w14:paraId="380F497F" w14:textId="77777777" w:rsidR="00650973" w:rsidRDefault="00080072">
            <w:r>
              <w:rPr>
                <w:rFonts w:ascii="Arial" w:hAnsi="Arial"/>
                <w:sz w:val="21"/>
              </w:rPr>
              <w:t>3 €</w:t>
            </w:r>
          </w:p>
        </w:tc>
      </w:tr>
    </w:tbl>
    <w:p w14:paraId="765FC77D" w14:textId="77777777" w:rsidR="00650973" w:rsidRDefault="00650973">
      <w:pPr>
        <w:spacing w:after="40"/>
      </w:pPr>
    </w:p>
    <w:p w14:paraId="5374F47B" w14:textId="77777777" w:rsidR="00650973" w:rsidRDefault="00080072">
      <w:pPr>
        <w:pStyle w:val="Titre3"/>
        <w:spacing w:before="120" w:after="100"/>
      </w:pPr>
      <w:r>
        <w:rPr>
          <w:rFonts w:ascii="Arial" w:hAnsi="Arial"/>
          <w:color w:val="2F6B4F"/>
          <w:sz w:val="23"/>
        </w:rPr>
        <w:t>Cocktails signature</w:t>
      </w:r>
    </w:p>
    <w:tbl>
      <w:tblPr>
        <w:tblStyle w:val="Grilledutableau"/>
        <w:tblW w:w="0" w:type="auto"/>
        <w:jc w:val="center"/>
        <w:tblLook w:val="04A0" w:firstRow="1" w:lastRow="0" w:firstColumn="1" w:lastColumn="0" w:noHBand="0" w:noVBand="1"/>
      </w:tblPr>
      <w:tblGrid>
        <w:gridCol w:w="5103"/>
        <w:gridCol w:w="5103"/>
      </w:tblGrid>
      <w:tr w:rsidR="00650973" w14:paraId="042A9D7E" w14:textId="77777777">
        <w:trPr>
          <w:cantSplit/>
          <w:tblHeader/>
          <w:jc w:val="center"/>
        </w:trPr>
        <w:tc>
          <w:tcPr>
            <w:tcW w:w="5103" w:type="dxa"/>
            <w:shd w:val="clear" w:color="auto" w:fill="2F6B4F"/>
            <w:tcMar>
              <w:top w:w="70" w:type="dxa"/>
              <w:left w:w="80" w:type="dxa"/>
              <w:bottom w:w="70" w:type="dxa"/>
              <w:right w:w="80" w:type="dxa"/>
            </w:tcMar>
            <w:vAlign w:val="center"/>
          </w:tcPr>
          <w:p w14:paraId="48D3E614" w14:textId="77777777" w:rsidR="00650973" w:rsidRDefault="00080072">
            <w:pPr>
              <w:jc w:val="center"/>
            </w:pPr>
            <w:r>
              <w:rPr>
                <w:rFonts w:ascii="Arial" w:hAnsi="Arial"/>
                <w:b/>
                <w:color w:val="FFFFFF"/>
                <w:sz w:val="21"/>
              </w:rPr>
              <w:t>Cocktail</w:t>
            </w:r>
          </w:p>
        </w:tc>
        <w:tc>
          <w:tcPr>
            <w:tcW w:w="5103" w:type="dxa"/>
            <w:shd w:val="clear" w:color="auto" w:fill="2F6B4F"/>
            <w:tcMar>
              <w:top w:w="70" w:type="dxa"/>
              <w:left w:w="80" w:type="dxa"/>
              <w:bottom w:w="70" w:type="dxa"/>
              <w:right w:w="80" w:type="dxa"/>
            </w:tcMar>
            <w:vAlign w:val="center"/>
          </w:tcPr>
          <w:p w14:paraId="042E6D7A" w14:textId="77777777" w:rsidR="00650973" w:rsidRDefault="00080072">
            <w:pPr>
              <w:jc w:val="center"/>
            </w:pPr>
            <w:r>
              <w:rPr>
                <w:rFonts w:ascii="Arial" w:hAnsi="Arial"/>
                <w:b/>
                <w:color w:val="FFFFFF"/>
                <w:sz w:val="21"/>
              </w:rPr>
              <w:t>Prix</w:t>
            </w:r>
          </w:p>
        </w:tc>
      </w:tr>
      <w:tr w:rsidR="00650973" w14:paraId="61F9DB2E" w14:textId="77777777">
        <w:trPr>
          <w:cantSplit/>
          <w:jc w:val="center"/>
        </w:trPr>
        <w:tc>
          <w:tcPr>
            <w:tcW w:w="5103" w:type="dxa"/>
            <w:tcMar>
              <w:top w:w="70" w:type="dxa"/>
              <w:left w:w="80" w:type="dxa"/>
              <w:bottom w:w="70" w:type="dxa"/>
              <w:right w:w="80" w:type="dxa"/>
            </w:tcMar>
            <w:vAlign w:val="center"/>
          </w:tcPr>
          <w:p w14:paraId="71E898C7" w14:textId="77777777" w:rsidR="00650973" w:rsidRDefault="00080072">
            <w:r>
              <w:rPr>
                <w:rFonts w:ascii="Arial" w:hAnsi="Arial"/>
                <w:sz w:val="21"/>
              </w:rPr>
              <w:t>LoLa Spritz – Aperol, mangue, jus de pomme, bulles</w:t>
            </w:r>
          </w:p>
        </w:tc>
        <w:tc>
          <w:tcPr>
            <w:tcW w:w="5103" w:type="dxa"/>
            <w:tcMar>
              <w:top w:w="70" w:type="dxa"/>
              <w:left w:w="80" w:type="dxa"/>
              <w:bottom w:w="70" w:type="dxa"/>
              <w:right w:w="80" w:type="dxa"/>
            </w:tcMar>
            <w:vAlign w:val="center"/>
          </w:tcPr>
          <w:p w14:paraId="0339F85E" w14:textId="77777777" w:rsidR="00650973" w:rsidRDefault="00080072">
            <w:r>
              <w:rPr>
                <w:rFonts w:ascii="Arial" w:hAnsi="Arial"/>
                <w:sz w:val="21"/>
              </w:rPr>
              <w:t>8 €</w:t>
            </w:r>
          </w:p>
        </w:tc>
      </w:tr>
      <w:tr w:rsidR="00650973" w14:paraId="57032A95" w14:textId="77777777">
        <w:trPr>
          <w:cantSplit/>
          <w:jc w:val="center"/>
        </w:trPr>
        <w:tc>
          <w:tcPr>
            <w:tcW w:w="5103" w:type="dxa"/>
            <w:shd w:val="clear" w:color="auto" w:fill="F8FAF8"/>
            <w:tcMar>
              <w:top w:w="70" w:type="dxa"/>
              <w:left w:w="80" w:type="dxa"/>
              <w:bottom w:w="70" w:type="dxa"/>
              <w:right w:w="80" w:type="dxa"/>
            </w:tcMar>
            <w:vAlign w:val="center"/>
          </w:tcPr>
          <w:p w14:paraId="495A53EC" w14:textId="77777777" w:rsidR="00650973" w:rsidRDefault="00080072">
            <w:r>
              <w:rPr>
                <w:rFonts w:ascii="Arial" w:hAnsi="Arial"/>
                <w:sz w:val="21"/>
              </w:rPr>
              <w:t>Whiskey Sour – bourbon, citron, sucre, cerise</w:t>
            </w:r>
          </w:p>
        </w:tc>
        <w:tc>
          <w:tcPr>
            <w:tcW w:w="5103" w:type="dxa"/>
            <w:shd w:val="clear" w:color="auto" w:fill="F8FAF8"/>
            <w:tcMar>
              <w:top w:w="70" w:type="dxa"/>
              <w:left w:w="80" w:type="dxa"/>
              <w:bottom w:w="70" w:type="dxa"/>
              <w:right w:w="80" w:type="dxa"/>
            </w:tcMar>
            <w:vAlign w:val="center"/>
          </w:tcPr>
          <w:p w14:paraId="295257E8" w14:textId="77777777" w:rsidR="00650973" w:rsidRDefault="00080072">
            <w:r>
              <w:rPr>
                <w:rFonts w:ascii="Arial" w:hAnsi="Arial"/>
                <w:sz w:val="21"/>
              </w:rPr>
              <w:t>7 €</w:t>
            </w:r>
          </w:p>
        </w:tc>
      </w:tr>
      <w:tr w:rsidR="00650973" w14:paraId="1695C9DF" w14:textId="77777777">
        <w:trPr>
          <w:cantSplit/>
          <w:jc w:val="center"/>
        </w:trPr>
        <w:tc>
          <w:tcPr>
            <w:tcW w:w="5103" w:type="dxa"/>
            <w:tcMar>
              <w:top w:w="70" w:type="dxa"/>
              <w:left w:w="80" w:type="dxa"/>
              <w:bottom w:w="70" w:type="dxa"/>
              <w:right w:w="80" w:type="dxa"/>
            </w:tcMar>
            <w:vAlign w:val="center"/>
          </w:tcPr>
          <w:p w14:paraId="2F858506" w14:textId="77777777" w:rsidR="00650973" w:rsidRDefault="00080072">
            <w:r>
              <w:rPr>
                <w:rFonts w:ascii="Arial" w:hAnsi="Arial"/>
                <w:sz w:val="21"/>
              </w:rPr>
              <w:t>Ginge – Campari, porto rouge, Martini rouge</w:t>
            </w:r>
          </w:p>
        </w:tc>
        <w:tc>
          <w:tcPr>
            <w:tcW w:w="5103" w:type="dxa"/>
            <w:tcMar>
              <w:top w:w="70" w:type="dxa"/>
              <w:left w:w="80" w:type="dxa"/>
              <w:bottom w:w="70" w:type="dxa"/>
              <w:right w:w="80" w:type="dxa"/>
            </w:tcMar>
            <w:vAlign w:val="center"/>
          </w:tcPr>
          <w:p w14:paraId="304D0A6D" w14:textId="77777777" w:rsidR="00650973" w:rsidRDefault="00080072">
            <w:r>
              <w:rPr>
                <w:rFonts w:ascii="Arial" w:hAnsi="Arial"/>
                <w:sz w:val="21"/>
              </w:rPr>
              <w:t>7 €</w:t>
            </w:r>
          </w:p>
        </w:tc>
      </w:tr>
      <w:tr w:rsidR="00650973" w14:paraId="64EE2E4E" w14:textId="77777777">
        <w:trPr>
          <w:cantSplit/>
          <w:jc w:val="center"/>
        </w:trPr>
        <w:tc>
          <w:tcPr>
            <w:tcW w:w="5103" w:type="dxa"/>
            <w:shd w:val="clear" w:color="auto" w:fill="F8FAF8"/>
            <w:tcMar>
              <w:top w:w="70" w:type="dxa"/>
              <w:left w:w="80" w:type="dxa"/>
              <w:bottom w:w="70" w:type="dxa"/>
              <w:right w:w="80" w:type="dxa"/>
            </w:tcMar>
            <w:vAlign w:val="center"/>
          </w:tcPr>
          <w:p w14:paraId="0B6E346D" w14:textId="77777777" w:rsidR="00650973" w:rsidRDefault="00080072">
            <w:r>
              <w:rPr>
                <w:rFonts w:ascii="Arial" w:hAnsi="Arial"/>
                <w:sz w:val="21"/>
              </w:rPr>
              <w:t>Fizzy Flip – vodka, myrtilles, ananas, 7Up</w:t>
            </w:r>
          </w:p>
        </w:tc>
        <w:tc>
          <w:tcPr>
            <w:tcW w:w="5103" w:type="dxa"/>
            <w:shd w:val="clear" w:color="auto" w:fill="F8FAF8"/>
            <w:tcMar>
              <w:top w:w="70" w:type="dxa"/>
              <w:left w:w="80" w:type="dxa"/>
              <w:bottom w:w="70" w:type="dxa"/>
              <w:right w:w="80" w:type="dxa"/>
            </w:tcMar>
            <w:vAlign w:val="center"/>
          </w:tcPr>
          <w:p w14:paraId="1DDDE6DB" w14:textId="77777777" w:rsidR="00650973" w:rsidRDefault="00080072">
            <w:r>
              <w:rPr>
                <w:rFonts w:ascii="Arial" w:hAnsi="Arial"/>
                <w:sz w:val="21"/>
              </w:rPr>
              <w:t>7 €</w:t>
            </w:r>
          </w:p>
        </w:tc>
      </w:tr>
    </w:tbl>
    <w:p w14:paraId="207362DE" w14:textId="77777777" w:rsidR="00650973" w:rsidRDefault="00650973">
      <w:pPr>
        <w:spacing w:after="40"/>
      </w:pPr>
    </w:p>
    <w:p w14:paraId="05A4B425" w14:textId="77777777" w:rsidR="00650973" w:rsidRDefault="00080072">
      <w:pPr>
        <w:pStyle w:val="Titre3"/>
        <w:spacing w:before="120" w:after="100"/>
      </w:pPr>
      <w:r>
        <w:rPr>
          <w:rFonts w:ascii="Arial" w:hAnsi="Arial"/>
          <w:color w:val="2F6B4F"/>
          <w:sz w:val="23"/>
        </w:rPr>
        <w:lastRenderedPageBreak/>
        <w:t>Gin tonic</w:t>
      </w:r>
    </w:p>
    <w:tbl>
      <w:tblPr>
        <w:tblStyle w:val="Grilledutableau"/>
        <w:tblW w:w="0" w:type="auto"/>
        <w:jc w:val="center"/>
        <w:tblLook w:val="04A0" w:firstRow="1" w:lastRow="0" w:firstColumn="1" w:lastColumn="0" w:noHBand="0" w:noVBand="1"/>
      </w:tblPr>
      <w:tblGrid>
        <w:gridCol w:w="5103"/>
        <w:gridCol w:w="5103"/>
      </w:tblGrid>
      <w:tr w:rsidR="00650973" w14:paraId="4E435248" w14:textId="77777777">
        <w:trPr>
          <w:cantSplit/>
          <w:tblHeader/>
          <w:jc w:val="center"/>
        </w:trPr>
        <w:tc>
          <w:tcPr>
            <w:tcW w:w="5103" w:type="dxa"/>
            <w:shd w:val="clear" w:color="auto" w:fill="2F6B4F"/>
            <w:tcMar>
              <w:top w:w="70" w:type="dxa"/>
              <w:left w:w="80" w:type="dxa"/>
              <w:bottom w:w="70" w:type="dxa"/>
              <w:right w:w="80" w:type="dxa"/>
            </w:tcMar>
            <w:vAlign w:val="center"/>
          </w:tcPr>
          <w:p w14:paraId="1A9FAC96" w14:textId="77777777" w:rsidR="00650973" w:rsidRDefault="00080072">
            <w:pPr>
              <w:jc w:val="center"/>
            </w:pPr>
            <w:r>
              <w:rPr>
                <w:rFonts w:ascii="Arial" w:hAnsi="Arial"/>
                <w:b/>
                <w:color w:val="FFFFFF"/>
                <w:sz w:val="21"/>
              </w:rPr>
              <w:t>Gin / garniture</w:t>
            </w:r>
          </w:p>
        </w:tc>
        <w:tc>
          <w:tcPr>
            <w:tcW w:w="5103" w:type="dxa"/>
            <w:shd w:val="clear" w:color="auto" w:fill="2F6B4F"/>
            <w:tcMar>
              <w:top w:w="70" w:type="dxa"/>
              <w:left w:w="80" w:type="dxa"/>
              <w:bottom w:w="70" w:type="dxa"/>
              <w:right w:w="80" w:type="dxa"/>
            </w:tcMar>
            <w:vAlign w:val="center"/>
          </w:tcPr>
          <w:p w14:paraId="7AACB25B" w14:textId="77777777" w:rsidR="00650973" w:rsidRDefault="00080072">
            <w:pPr>
              <w:jc w:val="center"/>
            </w:pPr>
            <w:r>
              <w:rPr>
                <w:rFonts w:ascii="Arial" w:hAnsi="Arial"/>
                <w:b/>
                <w:color w:val="FFFFFF"/>
                <w:sz w:val="21"/>
              </w:rPr>
              <w:t>Prix</w:t>
            </w:r>
          </w:p>
        </w:tc>
      </w:tr>
      <w:tr w:rsidR="00650973" w14:paraId="7D98E746" w14:textId="77777777">
        <w:trPr>
          <w:cantSplit/>
          <w:jc w:val="center"/>
        </w:trPr>
        <w:tc>
          <w:tcPr>
            <w:tcW w:w="5103" w:type="dxa"/>
            <w:tcMar>
              <w:top w:w="70" w:type="dxa"/>
              <w:left w:w="80" w:type="dxa"/>
              <w:bottom w:w="70" w:type="dxa"/>
              <w:right w:w="80" w:type="dxa"/>
            </w:tcMar>
            <w:vAlign w:val="center"/>
          </w:tcPr>
          <w:p w14:paraId="07B86C80" w14:textId="77777777" w:rsidR="00650973" w:rsidRDefault="00080072">
            <w:r>
              <w:rPr>
                <w:rFonts w:ascii="Arial" w:hAnsi="Arial"/>
                <w:sz w:val="21"/>
              </w:rPr>
              <w:t>Broker’s – laurier, framboises</w:t>
            </w:r>
          </w:p>
        </w:tc>
        <w:tc>
          <w:tcPr>
            <w:tcW w:w="5103" w:type="dxa"/>
            <w:tcMar>
              <w:top w:w="70" w:type="dxa"/>
              <w:left w:w="80" w:type="dxa"/>
              <w:bottom w:w="70" w:type="dxa"/>
              <w:right w:w="80" w:type="dxa"/>
            </w:tcMar>
            <w:vAlign w:val="center"/>
          </w:tcPr>
          <w:p w14:paraId="492723E5" w14:textId="77777777" w:rsidR="00650973" w:rsidRDefault="00080072">
            <w:r>
              <w:rPr>
                <w:rFonts w:ascii="Arial" w:hAnsi="Arial"/>
                <w:sz w:val="21"/>
              </w:rPr>
              <w:t>10 €</w:t>
            </w:r>
          </w:p>
        </w:tc>
      </w:tr>
      <w:tr w:rsidR="00650973" w14:paraId="4E35D406" w14:textId="77777777">
        <w:trPr>
          <w:cantSplit/>
          <w:jc w:val="center"/>
        </w:trPr>
        <w:tc>
          <w:tcPr>
            <w:tcW w:w="5103" w:type="dxa"/>
            <w:shd w:val="clear" w:color="auto" w:fill="F8FAF8"/>
            <w:tcMar>
              <w:top w:w="70" w:type="dxa"/>
              <w:left w:w="80" w:type="dxa"/>
              <w:bottom w:w="70" w:type="dxa"/>
              <w:right w:w="80" w:type="dxa"/>
            </w:tcMar>
            <w:vAlign w:val="center"/>
          </w:tcPr>
          <w:p w14:paraId="6DED5586" w14:textId="77777777" w:rsidR="00650973" w:rsidRDefault="00080072">
            <w:r>
              <w:rPr>
                <w:rFonts w:ascii="Arial" w:hAnsi="Arial"/>
                <w:sz w:val="21"/>
              </w:rPr>
              <w:t>Bulldog – zeste de citron, baies de genièvre</w:t>
            </w:r>
          </w:p>
        </w:tc>
        <w:tc>
          <w:tcPr>
            <w:tcW w:w="5103" w:type="dxa"/>
            <w:shd w:val="clear" w:color="auto" w:fill="F8FAF8"/>
            <w:tcMar>
              <w:top w:w="70" w:type="dxa"/>
              <w:left w:w="80" w:type="dxa"/>
              <w:bottom w:w="70" w:type="dxa"/>
              <w:right w:w="80" w:type="dxa"/>
            </w:tcMar>
            <w:vAlign w:val="center"/>
          </w:tcPr>
          <w:p w14:paraId="44F6E180" w14:textId="77777777" w:rsidR="00650973" w:rsidRDefault="00080072">
            <w:r>
              <w:rPr>
                <w:rFonts w:ascii="Arial" w:hAnsi="Arial"/>
                <w:sz w:val="21"/>
              </w:rPr>
              <w:t>10 €</w:t>
            </w:r>
          </w:p>
        </w:tc>
      </w:tr>
      <w:tr w:rsidR="00650973" w14:paraId="2088760C" w14:textId="77777777">
        <w:trPr>
          <w:cantSplit/>
          <w:jc w:val="center"/>
        </w:trPr>
        <w:tc>
          <w:tcPr>
            <w:tcW w:w="5103" w:type="dxa"/>
            <w:tcMar>
              <w:top w:w="70" w:type="dxa"/>
              <w:left w:w="80" w:type="dxa"/>
              <w:bottom w:w="70" w:type="dxa"/>
              <w:right w:w="80" w:type="dxa"/>
            </w:tcMar>
            <w:vAlign w:val="center"/>
          </w:tcPr>
          <w:p w14:paraId="0213D2EF" w14:textId="77777777" w:rsidR="00650973" w:rsidRDefault="00080072">
            <w:r>
              <w:rPr>
                <w:rFonts w:ascii="Arial" w:hAnsi="Arial"/>
                <w:sz w:val="21"/>
              </w:rPr>
              <w:t>Citadelle – romarin</w:t>
            </w:r>
          </w:p>
        </w:tc>
        <w:tc>
          <w:tcPr>
            <w:tcW w:w="5103" w:type="dxa"/>
            <w:tcMar>
              <w:top w:w="70" w:type="dxa"/>
              <w:left w:w="80" w:type="dxa"/>
              <w:bottom w:w="70" w:type="dxa"/>
              <w:right w:w="80" w:type="dxa"/>
            </w:tcMar>
            <w:vAlign w:val="center"/>
          </w:tcPr>
          <w:p w14:paraId="4D8FCBC0" w14:textId="77777777" w:rsidR="00650973" w:rsidRDefault="00080072">
            <w:r>
              <w:rPr>
                <w:rFonts w:ascii="Arial" w:hAnsi="Arial"/>
                <w:sz w:val="21"/>
              </w:rPr>
              <w:t>10 €</w:t>
            </w:r>
          </w:p>
        </w:tc>
      </w:tr>
      <w:tr w:rsidR="00650973" w14:paraId="53F11873" w14:textId="77777777">
        <w:trPr>
          <w:cantSplit/>
          <w:jc w:val="center"/>
        </w:trPr>
        <w:tc>
          <w:tcPr>
            <w:tcW w:w="5103" w:type="dxa"/>
            <w:shd w:val="clear" w:color="auto" w:fill="F8FAF8"/>
            <w:tcMar>
              <w:top w:w="70" w:type="dxa"/>
              <w:left w:w="80" w:type="dxa"/>
              <w:bottom w:w="70" w:type="dxa"/>
              <w:right w:w="80" w:type="dxa"/>
            </w:tcMar>
            <w:vAlign w:val="center"/>
          </w:tcPr>
          <w:p w14:paraId="2E25670D" w14:textId="77777777" w:rsidR="00650973" w:rsidRDefault="00080072">
            <w:r>
              <w:rPr>
                <w:rFonts w:ascii="Arial" w:hAnsi="Arial"/>
                <w:sz w:val="21"/>
              </w:rPr>
              <w:t>Hendrick’s – concombre, poivre noir</w:t>
            </w:r>
          </w:p>
        </w:tc>
        <w:tc>
          <w:tcPr>
            <w:tcW w:w="5103" w:type="dxa"/>
            <w:shd w:val="clear" w:color="auto" w:fill="F8FAF8"/>
            <w:tcMar>
              <w:top w:w="70" w:type="dxa"/>
              <w:left w:w="80" w:type="dxa"/>
              <w:bottom w:w="70" w:type="dxa"/>
              <w:right w:w="80" w:type="dxa"/>
            </w:tcMar>
            <w:vAlign w:val="center"/>
          </w:tcPr>
          <w:p w14:paraId="6BEF3C81" w14:textId="77777777" w:rsidR="00650973" w:rsidRDefault="00080072">
            <w:r>
              <w:rPr>
                <w:rFonts w:ascii="Arial" w:hAnsi="Arial"/>
                <w:sz w:val="21"/>
              </w:rPr>
              <w:t>10 €</w:t>
            </w:r>
          </w:p>
        </w:tc>
      </w:tr>
      <w:tr w:rsidR="00650973" w14:paraId="6D73219D" w14:textId="77777777">
        <w:trPr>
          <w:cantSplit/>
          <w:jc w:val="center"/>
        </w:trPr>
        <w:tc>
          <w:tcPr>
            <w:tcW w:w="5103" w:type="dxa"/>
            <w:tcMar>
              <w:top w:w="70" w:type="dxa"/>
              <w:left w:w="80" w:type="dxa"/>
              <w:bottom w:w="70" w:type="dxa"/>
              <w:right w:w="80" w:type="dxa"/>
            </w:tcMar>
            <w:vAlign w:val="center"/>
          </w:tcPr>
          <w:p w14:paraId="6343C9B8" w14:textId="77777777" w:rsidR="00650973" w:rsidRDefault="00080072">
            <w:r>
              <w:rPr>
                <w:rFonts w:ascii="Arial" w:hAnsi="Arial"/>
                <w:sz w:val="21"/>
              </w:rPr>
              <w:t>Mombasa – pamplemousse, citron vert</w:t>
            </w:r>
          </w:p>
        </w:tc>
        <w:tc>
          <w:tcPr>
            <w:tcW w:w="5103" w:type="dxa"/>
            <w:tcMar>
              <w:top w:w="70" w:type="dxa"/>
              <w:left w:w="80" w:type="dxa"/>
              <w:bottom w:w="70" w:type="dxa"/>
              <w:right w:w="80" w:type="dxa"/>
            </w:tcMar>
            <w:vAlign w:val="center"/>
          </w:tcPr>
          <w:p w14:paraId="3A9E7ECC" w14:textId="77777777" w:rsidR="00650973" w:rsidRDefault="00080072">
            <w:r>
              <w:rPr>
                <w:rFonts w:ascii="Arial" w:hAnsi="Arial"/>
                <w:sz w:val="21"/>
              </w:rPr>
              <w:t>10 €</w:t>
            </w:r>
          </w:p>
        </w:tc>
      </w:tr>
      <w:tr w:rsidR="00650973" w14:paraId="38BFC138" w14:textId="77777777">
        <w:trPr>
          <w:cantSplit/>
          <w:jc w:val="center"/>
        </w:trPr>
        <w:tc>
          <w:tcPr>
            <w:tcW w:w="5103" w:type="dxa"/>
            <w:shd w:val="clear" w:color="auto" w:fill="F8FAF8"/>
            <w:tcMar>
              <w:top w:w="70" w:type="dxa"/>
              <w:left w:w="80" w:type="dxa"/>
              <w:bottom w:w="70" w:type="dxa"/>
              <w:right w:w="80" w:type="dxa"/>
            </w:tcMar>
            <w:vAlign w:val="center"/>
          </w:tcPr>
          <w:p w14:paraId="74DD6524" w14:textId="77777777" w:rsidR="00650973" w:rsidRDefault="00080072">
            <w:r>
              <w:rPr>
                <w:rFonts w:ascii="Arial" w:hAnsi="Arial"/>
                <w:sz w:val="21"/>
              </w:rPr>
              <w:t>Tanqueray Sevilla – « saucisse » (traduction du chat à vérifier), fruit de la passion</w:t>
            </w:r>
          </w:p>
        </w:tc>
        <w:tc>
          <w:tcPr>
            <w:tcW w:w="5103" w:type="dxa"/>
            <w:shd w:val="clear" w:color="auto" w:fill="F8FAF8"/>
            <w:tcMar>
              <w:top w:w="70" w:type="dxa"/>
              <w:left w:w="80" w:type="dxa"/>
              <w:bottom w:w="70" w:type="dxa"/>
              <w:right w:w="80" w:type="dxa"/>
            </w:tcMar>
            <w:vAlign w:val="center"/>
          </w:tcPr>
          <w:p w14:paraId="6C7DFF80" w14:textId="77777777" w:rsidR="00650973" w:rsidRDefault="00080072">
            <w:r>
              <w:rPr>
                <w:rFonts w:ascii="Arial" w:hAnsi="Arial"/>
                <w:sz w:val="21"/>
              </w:rPr>
              <w:t>10 €</w:t>
            </w:r>
          </w:p>
        </w:tc>
      </w:tr>
    </w:tbl>
    <w:p w14:paraId="2F645497"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2DCE7166" w14:textId="77777777">
        <w:trPr>
          <w:cantSplit/>
          <w:tblHeader/>
          <w:jc w:val="center"/>
        </w:trPr>
        <w:tc>
          <w:tcPr>
            <w:tcW w:w="10206" w:type="dxa"/>
            <w:shd w:val="clear" w:color="auto" w:fill="2F6B4F"/>
            <w:tcMar>
              <w:top w:w="70" w:type="dxa"/>
              <w:left w:w="80" w:type="dxa"/>
              <w:bottom w:w="70" w:type="dxa"/>
              <w:right w:w="80" w:type="dxa"/>
            </w:tcMar>
            <w:vAlign w:val="center"/>
          </w:tcPr>
          <w:p w14:paraId="370DF721" w14:textId="77777777" w:rsidR="00650973" w:rsidRDefault="00080072">
            <w:pPr>
              <w:jc w:val="center"/>
            </w:pPr>
            <w:r>
              <w:rPr>
                <w:rFonts w:ascii="Arial" w:hAnsi="Arial"/>
                <w:b/>
                <w:i/>
                <w:color w:val="FFFFFF"/>
                <w:sz w:val="21"/>
              </w:rPr>
              <w:t>Traductions à vérifier : le plat de mérou contient le mot « Pétanques » dans le texte récupéré ; le Tanqueray Sevilla contient « Saucisse ». Les allergènes de l’agneau sont aussi contradictoires avec pistaches/yaourt. Ces anomalies sont conservées et signalées plutôt que corrigées arbitrairement.</w:t>
            </w:r>
          </w:p>
        </w:tc>
      </w:tr>
    </w:tbl>
    <w:p w14:paraId="63E129AC" w14:textId="77777777" w:rsidR="00650973" w:rsidRDefault="00650973">
      <w:pPr>
        <w:spacing w:after="20"/>
      </w:pPr>
    </w:p>
    <w:p w14:paraId="5008A099" w14:textId="77777777" w:rsidR="00650973" w:rsidRDefault="00080072">
      <w:pPr>
        <w:pStyle w:val="Titre2"/>
        <w:spacing w:before="160" w:after="80"/>
      </w:pPr>
      <w:r>
        <w:rPr>
          <w:rFonts w:ascii="Arial" w:hAnsi="Arial"/>
          <w:color w:val="C97A2B"/>
          <w:sz w:val="28"/>
        </w:rPr>
        <w:t>4.6 WAPA TAPA</w:t>
      </w:r>
    </w:p>
    <w:tbl>
      <w:tblPr>
        <w:tblStyle w:val="Grilledutableau"/>
        <w:tblW w:w="0" w:type="auto"/>
        <w:jc w:val="center"/>
        <w:tblLook w:val="04A0" w:firstRow="1" w:lastRow="0" w:firstColumn="1" w:lastColumn="0" w:noHBand="0" w:noVBand="1"/>
      </w:tblPr>
      <w:tblGrid>
        <w:gridCol w:w="5103"/>
        <w:gridCol w:w="5103"/>
      </w:tblGrid>
      <w:tr w:rsidR="00650973" w14:paraId="483FE2AE" w14:textId="77777777">
        <w:trPr>
          <w:cantSplit/>
          <w:tblHeader/>
          <w:jc w:val="center"/>
        </w:trPr>
        <w:tc>
          <w:tcPr>
            <w:tcW w:w="5103" w:type="dxa"/>
            <w:shd w:val="clear" w:color="auto" w:fill="2F6B4F"/>
            <w:tcMar>
              <w:top w:w="70" w:type="dxa"/>
              <w:left w:w="80" w:type="dxa"/>
              <w:bottom w:w="70" w:type="dxa"/>
              <w:right w:w="80" w:type="dxa"/>
            </w:tcMar>
            <w:vAlign w:val="center"/>
          </w:tcPr>
          <w:p w14:paraId="7605E3BF" w14:textId="77777777" w:rsidR="00650973" w:rsidRDefault="00080072">
            <w:pPr>
              <w:jc w:val="center"/>
            </w:pPr>
            <w:r>
              <w:rPr>
                <w:rFonts w:ascii="Arial" w:hAnsi="Arial"/>
                <w:b/>
                <w:noProof/>
                <w:color w:val="FFFFFF"/>
              </w:rPr>
              <w:drawing>
                <wp:inline distT="0" distB="0" distL="0" distR="0" wp14:anchorId="1CF1B541" wp14:editId="7FC3316A">
                  <wp:extent cx="2808000" cy="16753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098700-f259-470d-a900-164fc6f090e4.jpg"/>
                          <pic:cNvPicPr/>
                        </pic:nvPicPr>
                        <pic:blipFill>
                          <a:blip r:embed="rId27"/>
                          <a:stretch>
                            <a:fillRect/>
                          </a:stretch>
                        </pic:blipFill>
                        <pic:spPr>
                          <a:xfrm>
                            <a:off x="0" y="0"/>
                            <a:ext cx="2808000" cy="1675331"/>
                          </a:xfrm>
                          <a:prstGeom prst="rect">
                            <a:avLst/>
                          </a:prstGeom>
                        </pic:spPr>
                      </pic:pic>
                    </a:graphicData>
                  </a:graphic>
                </wp:inline>
              </w:drawing>
            </w:r>
          </w:p>
          <w:p w14:paraId="5AFF123E" w14:textId="77777777" w:rsidR="00650973" w:rsidRDefault="00080072">
            <w:pPr>
              <w:jc w:val="center"/>
            </w:pPr>
            <w:r>
              <w:rPr>
                <w:rFonts w:ascii="Arial" w:hAnsi="Arial"/>
                <w:b/>
                <w:i/>
                <w:color w:val="FFFFFF"/>
              </w:rPr>
              <w:t>Façade</w:t>
            </w:r>
          </w:p>
        </w:tc>
        <w:tc>
          <w:tcPr>
            <w:tcW w:w="5103" w:type="dxa"/>
            <w:shd w:val="clear" w:color="auto" w:fill="2F6B4F"/>
            <w:tcMar>
              <w:top w:w="70" w:type="dxa"/>
              <w:left w:w="80" w:type="dxa"/>
              <w:bottom w:w="70" w:type="dxa"/>
              <w:right w:w="80" w:type="dxa"/>
            </w:tcMar>
            <w:vAlign w:val="center"/>
          </w:tcPr>
          <w:p w14:paraId="066BB81B" w14:textId="77777777" w:rsidR="00650973" w:rsidRDefault="00080072">
            <w:pPr>
              <w:jc w:val="center"/>
            </w:pPr>
            <w:r>
              <w:rPr>
                <w:rFonts w:ascii="Arial" w:hAnsi="Arial"/>
                <w:b/>
                <w:noProof/>
                <w:color w:val="FFFFFF"/>
              </w:rPr>
              <w:drawing>
                <wp:inline distT="0" distB="0" distL="0" distR="0" wp14:anchorId="7E4B9D93" wp14:editId="35E90A29">
                  <wp:extent cx="2808000" cy="11863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273de-fcb9-4243-ac0d-d274091d9500.jpg"/>
                          <pic:cNvPicPr/>
                        </pic:nvPicPr>
                        <pic:blipFill>
                          <a:blip r:embed="rId28"/>
                          <a:stretch>
                            <a:fillRect/>
                          </a:stretch>
                        </pic:blipFill>
                        <pic:spPr>
                          <a:xfrm>
                            <a:off x="0" y="0"/>
                            <a:ext cx="2808000" cy="1186380"/>
                          </a:xfrm>
                          <a:prstGeom prst="rect">
                            <a:avLst/>
                          </a:prstGeom>
                        </pic:spPr>
                      </pic:pic>
                    </a:graphicData>
                  </a:graphic>
                </wp:inline>
              </w:drawing>
            </w:r>
          </w:p>
          <w:p w14:paraId="6D82A6A4" w14:textId="77777777" w:rsidR="00650973" w:rsidRDefault="00080072">
            <w:pPr>
              <w:jc w:val="center"/>
            </w:pPr>
            <w:r>
              <w:rPr>
                <w:rFonts w:ascii="Arial" w:hAnsi="Arial"/>
                <w:b/>
                <w:i/>
                <w:color w:val="FFFFFF"/>
              </w:rPr>
              <w:t>Terrasse</w:t>
            </w:r>
          </w:p>
        </w:tc>
      </w:tr>
    </w:tbl>
    <w:p w14:paraId="55E805DA" w14:textId="77777777" w:rsidR="00650973" w:rsidRDefault="00650973">
      <w:pPr>
        <w:spacing w:after="20"/>
      </w:pPr>
    </w:p>
    <w:p w14:paraId="41355177" w14:textId="77777777" w:rsidR="00650973" w:rsidRDefault="00080072">
      <w:pPr>
        <w:pStyle w:val="Titre3"/>
        <w:spacing w:before="120" w:after="100"/>
      </w:pPr>
      <w:r>
        <w:rPr>
          <w:rFonts w:ascii="Arial" w:hAnsi="Arial"/>
          <w:color w:val="2F6B4F"/>
          <w:sz w:val="23"/>
        </w:rPr>
        <w:t>Tapas froides</w:t>
      </w:r>
    </w:p>
    <w:tbl>
      <w:tblPr>
        <w:tblStyle w:val="Grilledutableau"/>
        <w:tblW w:w="0" w:type="auto"/>
        <w:jc w:val="center"/>
        <w:tblLook w:val="04A0" w:firstRow="1" w:lastRow="0" w:firstColumn="1" w:lastColumn="0" w:noHBand="0" w:noVBand="1"/>
      </w:tblPr>
      <w:tblGrid>
        <w:gridCol w:w="3402"/>
        <w:gridCol w:w="3402"/>
        <w:gridCol w:w="3402"/>
      </w:tblGrid>
      <w:tr w:rsidR="00650973" w14:paraId="5BC9D989" w14:textId="77777777">
        <w:trPr>
          <w:cantSplit/>
          <w:tblHeader/>
          <w:jc w:val="center"/>
        </w:trPr>
        <w:tc>
          <w:tcPr>
            <w:tcW w:w="3402" w:type="dxa"/>
            <w:shd w:val="clear" w:color="auto" w:fill="2F6B4F"/>
            <w:tcMar>
              <w:top w:w="70" w:type="dxa"/>
              <w:left w:w="80" w:type="dxa"/>
              <w:bottom w:w="70" w:type="dxa"/>
              <w:right w:w="80" w:type="dxa"/>
            </w:tcMar>
            <w:vAlign w:val="center"/>
          </w:tcPr>
          <w:p w14:paraId="358310D5" w14:textId="77777777" w:rsidR="00650973" w:rsidRDefault="00080072">
            <w:pPr>
              <w:jc w:val="center"/>
            </w:pPr>
            <w:r>
              <w:rPr>
                <w:rFonts w:ascii="Arial" w:hAnsi="Arial"/>
                <w:b/>
                <w:color w:val="FFFFFF"/>
                <w:sz w:val="20"/>
              </w:rPr>
              <w:t>Tapas</w:t>
            </w:r>
          </w:p>
        </w:tc>
        <w:tc>
          <w:tcPr>
            <w:tcW w:w="3402" w:type="dxa"/>
            <w:shd w:val="clear" w:color="auto" w:fill="2F6B4F"/>
            <w:tcMar>
              <w:top w:w="70" w:type="dxa"/>
              <w:left w:w="80" w:type="dxa"/>
              <w:bottom w:w="70" w:type="dxa"/>
              <w:right w:w="80" w:type="dxa"/>
            </w:tcMar>
            <w:vAlign w:val="center"/>
          </w:tcPr>
          <w:p w14:paraId="0029839D" w14:textId="77777777" w:rsidR="00650973" w:rsidRDefault="00080072">
            <w:pPr>
              <w:jc w:val="center"/>
            </w:pPr>
            <w:r>
              <w:rPr>
                <w:rFonts w:ascii="Arial" w:hAnsi="Arial"/>
                <w:b/>
                <w:color w:val="FFFFFF"/>
                <w:sz w:val="20"/>
              </w:rPr>
              <w:t>Description</w:t>
            </w:r>
          </w:p>
        </w:tc>
        <w:tc>
          <w:tcPr>
            <w:tcW w:w="3402" w:type="dxa"/>
            <w:shd w:val="clear" w:color="auto" w:fill="2F6B4F"/>
            <w:tcMar>
              <w:top w:w="70" w:type="dxa"/>
              <w:left w:w="80" w:type="dxa"/>
              <w:bottom w:w="70" w:type="dxa"/>
              <w:right w:w="80" w:type="dxa"/>
            </w:tcMar>
            <w:vAlign w:val="center"/>
          </w:tcPr>
          <w:p w14:paraId="53AAD568" w14:textId="77777777" w:rsidR="00650973" w:rsidRDefault="00080072">
            <w:pPr>
              <w:jc w:val="center"/>
            </w:pPr>
            <w:r>
              <w:rPr>
                <w:rFonts w:ascii="Arial" w:hAnsi="Arial"/>
                <w:b/>
                <w:color w:val="FFFFFF"/>
                <w:sz w:val="20"/>
              </w:rPr>
              <w:t>Prix</w:t>
            </w:r>
          </w:p>
        </w:tc>
      </w:tr>
      <w:tr w:rsidR="00650973" w14:paraId="1C67DD6D" w14:textId="77777777">
        <w:trPr>
          <w:cantSplit/>
          <w:jc w:val="center"/>
        </w:trPr>
        <w:tc>
          <w:tcPr>
            <w:tcW w:w="3402" w:type="dxa"/>
            <w:tcMar>
              <w:top w:w="70" w:type="dxa"/>
              <w:left w:w="80" w:type="dxa"/>
              <w:bottom w:w="70" w:type="dxa"/>
              <w:right w:w="80" w:type="dxa"/>
            </w:tcMar>
            <w:vAlign w:val="center"/>
          </w:tcPr>
          <w:p w14:paraId="69AB546E" w14:textId="77777777" w:rsidR="00650973" w:rsidRDefault="00080072">
            <w:r>
              <w:rPr>
                <w:rFonts w:ascii="Arial" w:hAnsi="Arial"/>
                <w:sz w:val="20"/>
              </w:rPr>
              <w:t>Pain frais cuit au four – 2 portions</w:t>
            </w:r>
          </w:p>
        </w:tc>
        <w:tc>
          <w:tcPr>
            <w:tcW w:w="3402" w:type="dxa"/>
            <w:tcMar>
              <w:top w:w="70" w:type="dxa"/>
              <w:left w:w="80" w:type="dxa"/>
              <w:bottom w:w="70" w:type="dxa"/>
              <w:right w:w="80" w:type="dxa"/>
            </w:tcMar>
            <w:vAlign w:val="center"/>
          </w:tcPr>
          <w:p w14:paraId="6CD2DCDF" w14:textId="77777777" w:rsidR="00650973" w:rsidRDefault="00080072">
            <w:r>
              <w:rPr>
                <w:rFonts w:ascii="Arial" w:hAnsi="Arial"/>
                <w:sz w:val="20"/>
              </w:rPr>
              <w:t>Huile EVO, fleur de sel, balsamique</w:t>
            </w:r>
          </w:p>
        </w:tc>
        <w:tc>
          <w:tcPr>
            <w:tcW w:w="3402" w:type="dxa"/>
            <w:tcMar>
              <w:top w:w="70" w:type="dxa"/>
              <w:left w:w="80" w:type="dxa"/>
              <w:bottom w:w="70" w:type="dxa"/>
              <w:right w:w="80" w:type="dxa"/>
            </w:tcMar>
            <w:vAlign w:val="center"/>
          </w:tcPr>
          <w:p w14:paraId="707039D7" w14:textId="77777777" w:rsidR="00650973" w:rsidRDefault="00080072">
            <w:r>
              <w:rPr>
                <w:rFonts w:ascii="Arial" w:hAnsi="Arial"/>
                <w:sz w:val="20"/>
              </w:rPr>
              <w:t>3,00 €</w:t>
            </w:r>
          </w:p>
        </w:tc>
      </w:tr>
      <w:tr w:rsidR="00650973" w14:paraId="6121CB2B" w14:textId="77777777">
        <w:trPr>
          <w:cantSplit/>
          <w:jc w:val="center"/>
        </w:trPr>
        <w:tc>
          <w:tcPr>
            <w:tcW w:w="3402" w:type="dxa"/>
            <w:shd w:val="clear" w:color="auto" w:fill="F8FAF8"/>
            <w:tcMar>
              <w:top w:w="70" w:type="dxa"/>
              <w:left w:w="80" w:type="dxa"/>
              <w:bottom w:w="70" w:type="dxa"/>
              <w:right w:w="80" w:type="dxa"/>
            </w:tcMar>
            <w:vAlign w:val="center"/>
          </w:tcPr>
          <w:p w14:paraId="57A65CDD" w14:textId="77777777" w:rsidR="00650973" w:rsidRDefault="00080072">
            <w:r>
              <w:rPr>
                <w:rFonts w:ascii="Arial" w:hAnsi="Arial"/>
                <w:sz w:val="20"/>
              </w:rPr>
              <w:t>Olives marinées</w:t>
            </w:r>
          </w:p>
        </w:tc>
        <w:tc>
          <w:tcPr>
            <w:tcW w:w="3402" w:type="dxa"/>
            <w:shd w:val="clear" w:color="auto" w:fill="F8FAF8"/>
            <w:tcMar>
              <w:top w:w="70" w:type="dxa"/>
              <w:left w:w="80" w:type="dxa"/>
              <w:bottom w:w="70" w:type="dxa"/>
              <w:right w:w="80" w:type="dxa"/>
            </w:tcMar>
            <w:vAlign w:val="center"/>
          </w:tcPr>
          <w:p w14:paraId="244561F4" w14:textId="77777777" w:rsidR="00650973" w:rsidRDefault="00650973"/>
        </w:tc>
        <w:tc>
          <w:tcPr>
            <w:tcW w:w="3402" w:type="dxa"/>
            <w:shd w:val="clear" w:color="auto" w:fill="F8FAF8"/>
            <w:tcMar>
              <w:top w:w="70" w:type="dxa"/>
              <w:left w:w="80" w:type="dxa"/>
              <w:bottom w:w="70" w:type="dxa"/>
              <w:right w:w="80" w:type="dxa"/>
            </w:tcMar>
            <w:vAlign w:val="center"/>
          </w:tcPr>
          <w:p w14:paraId="14CB950D" w14:textId="77777777" w:rsidR="00650973" w:rsidRDefault="00080072">
            <w:r>
              <w:rPr>
                <w:rFonts w:ascii="Arial" w:hAnsi="Arial"/>
                <w:sz w:val="20"/>
              </w:rPr>
              <w:t>3,50 €</w:t>
            </w:r>
          </w:p>
        </w:tc>
      </w:tr>
      <w:tr w:rsidR="00650973" w14:paraId="2B3A0AF8" w14:textId="77777777">
        <w:trPr>
          <w:cantSplit/>
          <w:jc w:val="center"/>
        </w:trPr>
        <w:tc>
          <w:tcPr>
            <w:tcW w:w="3402" w:type="dxa"/>
            <w:tcMar>
              <w:top w:w="70" w:type="dxa"/>
              <w:left w:w="80" w:type="dxa"/>
              <w:bottom w:w="70" w:type="dxa"/>
              <w:right w:w="80" w:type="dxa"/>
            </w:tcMar>
            <w:vAlign w:val="center"/>
          </w:tcPr>
          <w:p w14:paraId="687C1A58" w14:textId="77777777" w:rsidR="00650973" w:rsidRDefault="00080072">
            <w:r>
              <w:rPr>
                <w:rFonts w:ascii="Arial" w:hAnsi="Arial"/>
                <w:sz w:val="20"/>
              </w:rPr>
              <w:t>Carpaccio de Presa ibérique nourrie aux glands</w:t>
            </w:r>
          </w:p>
        </w:tc>
        <w:tc>
          <w:tcPr>
            <w:tcW w:w="3402" w:type="dxa"/>
            <w:tcMar>
              <w:top w:w="70" w:type="dxa"/>
              <w:left w:w="80" w:type="dxa"/>
              <w:bottom w:w="70" w:type="dxa"/>
              <w:right w:w="80" w:type="dxa"/>
            </w:tcMar>
            <w:vAlign w:val="center"/>
          </w:tcPr>
          <w:p w14:paraId="7C0B871E" w14:textId="77777777" w:rsidR="00650973" w:rsidRDefault="00080072">
            <w:r>
              <w:rPr>
                <w:rFonts w:ascii="Arial" w:hAnsi="Arial"/>
                <w:sz w:val="20"/>
              </w:rPr>
              <w:t>Agrumes asiatiques, tomate, amandes</w:t>
            </w:r>
          </w:p>
        </w:tc>
        <w:tc>
          <w:tcPr>
            <w:tcW w:w="3402" w:type="dxa"/>
            <w:tcMar>
              <w:top w:w="70" w:type="dxa"/>
              <w:left w:w="80" w:type="dxa"/>
              <w:bottom w:w="70" w:type="dxa"/>
              <w:right w:w="80" w:type="dxa"/>
            </w:tcMar>
            <w:vAlign w:val="center"/>
          </w:tcPr>
          <w:p w14:paraId="614B9257" w14:textId="77777777" w:rsidR="00650973" w:rsidRDefault="00080072">
            <w:r>
              <w:rPr>
                <w:rFonts w:ascii="Arial" w:hAnsi="Arial"/>
                <w:sz w:val="20"/>
              </w:rPr>
              <w:t>11,95 €</w:t>
            </w:r>
          </w:p>
        </w:tc>
      </w:tr>
      <w:tr w:rsidR="00650973" w14:paraId="03F65E07" w14:textId="77777777">
        <w:trPr>
          <w:cantSplit/>
          <w:jc w:val="center"/>
        </w:trPr>
        <w:tc>
          <w:tcPr>
            <w:tcW w:w="3402" w:type="dxa"/>
            <w:shd w:val="clear" w:color="auto" w:fill="F8FAF8"/>
            <w:tcMar>
              <w:top w:w="70" w:type="dxa"/>
              <w:left w:w="80" w:type="dxa"/>
              <w:bottom w:w="70" w:type="dxa"/>
              <w:right w:w="80" w:type="dxa"/>
            </w:tcMar>
            <w:vAlign w:val="center"/>
          </w:tcPr>
          <w:p w14:paraId="6CC38D21" w14:textId="77777777" w:rsidR="00650973" w:rsidRDefault="00080072">
            <w:r>
              <w:rPr>
                <w:rFonts w:ascii="Arial" w:hAnsi="Arial"/>
                <w:sz w:val="20"/>
              </w:rPr>
              <w:t>Carpaccio de courgettes</w:t>
            </w:r>
          </w:p>
        </w:tc>
        <w:tc>
          <w:tcPr>
            <w:tcW w:w="3402" w:type="dxa"/>
            <w:shd w:val="clear" w:color="auto" w:fill="F8FAF8"/>
            <w:tcMar>
              <w:top w:w="70" w:type="dxa"/>
              <w:left w:w="80" w:type="dxa"/>
              <w:bottom w:w="70" w:type="dxa"/>
              <w:right w:w="80" w:type="dxa"/>
            </w:tcMar>
            <w:vAlign w:val="center"/>
          </w:tcPr>
          <w:p w14:paraId="250A1E4E" w14:textId="77777777" w:rsidR="00650973" w:rsidRDefault="00080072">
            <w:r>
              <w:rPr>
                <w:rFonts w:ascii="Arial" w:hAnsi="Arial"/>
                <w:sz w:val="20"/>
              </w:rPr>
              <w:t>Roquette, parmesan, pistaches</w:t>
            </w:r>
          </w:p>
        </w:tc>
        <w:tc>
          <w:tcPr>
            <w:tcW w:w="3402" w:type="dxa"/>
            <w:shd w:val="clear" w:color="auto" w:fill="F8FAF8"/>
            <w:tcMar>
              <w:top w:w="70" w:type="dxa"/>
              <w:left w:w="80" w:type="dxa"/>
              <w:bottom w:w="70" w:type="dxa"/>
              <w:right w:w="80" w:type="dxa"/>
            </w:tcMar>
            <w:vAlign w:val="center"/>
          </w:tcPr>
          <w:p w14:paraId="10395ECB" w14:textId="77777777" w:rsidR="00650973" w:rsidRDefault="00080072">
            <w:r>
              <w:rPr>
                <w:rFonts w:ascii="Arial" w:hAnsi="Arial"/>
                <w:sz w:val="20"/>
              </w:rPr>
              <w:t>8,95 €</w:t>
            </w:r>
          </w:p>
        </w:tc>
      </w:tr>
      <w:tr w:rsidR="00650973" w14:paraId="1FD3385F" w14:textId="77777777">
        <w:trPr>
          <w:cantSplit/>
          <w:jc w:val="center"/>
        </w:trPr>
        <w:tc>
          <w:tcPr>
            <w:tcW w:w="3402" w:type="dxa"/>
            <w:tcMar>
              <w:top w:w="70" w:type="dxa"/>
              <w:left w:w="80" w:type="dxa"/>
              <w:bottom w:w="70" w:type="dxa"/>
              <w:right w:w="80" w:type="dxa"/>
            </w:tcMar>
            <w:vAlign w:val="center"/>
          </w:tcPr>
          <w:p w14:paraId="1D81E293" w14:textId="77777777" w:rsidR="00650973" w:rsidRDefault="00080072">
            <w:r>
              <w:rPr>
                <w:rFonts w:ascii="Arial" w:hAnsi="Arial"/>
                <w:sz w:val="20"/>
              </w:rPr>
              <w:t>Bruschetta au jambon ibérique – 2 portions</w:t>
            </w:r>
          </w:p>
        </w:tc>
        <w:tc>
          <w:tcPr>
            <w:tcW w:w="3402" w:type="dxa"/>
            <w:tcMar>
              <w:top w:w="70" w:type="dxa"/>
              <w:left w:w="80" w:type="dxa"/>
              <w:bottom w:w="70" w:type="dxa"/>
              <w:right w:w="80" w:type="dxa"/>
            </w:tcMar>
            <w:vAlign w:val="center"/>
          </w:tcPr>
          <w:p w14:paraId="1ADDE571" w14:textId="77777777" w:rsidR="00650973" w:rsidRDefault="00080072">
            <w:r>
              <w:rPr>
                <w:rFonts w:ascii="Arial" w:hAnsi="Arial"/>
                <w:sz w:val="20"/>
              </w:rPr>
              <w:t>Ail, huile d’olive extra-vierge</w:t>
            </w:r>
          </w:p>
        </w:tc>
        <w:tc>
          <w:tcPr>
            <w:tcW w:w="3402" w:type="dxa"/>
            <w:tcMar>
              <w:top w:w="70" w:type="dxa"/>
              <w:left w:w="80" w:type="dxa"/>
              <w:bottom w:w="70" w:type="dxa"/>
              <w:right w:w="80" w:type="dxa"/>
            </w:tcMar>
            <w:vAlign w:val="center"/>
          </w:tcPr>
          <w:p w14:paraId="4DB7D0D4" w14:textId="77777777" w:rsidR="00650973" w:rsidRDefault="00080072">
            <w:r>
              <w:rPr>
                <w:rFonts w:ascii="Arial" w:hAnsi="Arial"/>
                <w:sz w:val="20"/>
              </w:rPr>
              <w:t>12,50 €</w:t>
            </w:r>
          </w:p>
        </w:tc>
      </w:tr>
      <w:tr w:rsidR="00650973" w14:paraId="2E42845B" w14:textId="77777777">
        <w:trPr>
          <w:cantSplit/>
          <w:jc w:val="center"/>
        </w:trPr>
        <w:tc>
          <w:tcPr>
            <w:tcW w:w="3402" w:type="dxa"/>
            <w:shd w:val="clear" w:color="auto" w:fill="F8FAF8"/>
            <w:tcMar>
              <w:top w:w="70" w:type="dxa"/>
              <w:left w:w="80" w:type="dxa"/>
              <w:bottom w:w="70" w:type="dxa"/>
              <w:right w:w="80" w:type="dxa"/>
            </w:tcMar>
            <w:vAlign w:val="center"/>
          </w:tcPr>
          <w:p w14:paraId="052668CF" w14:textId="77777777" w:rsidR="00650973" w:rsidRDefault="00080072">
            <w:r>
              <w:rPr>
                <w:rFonts w:ascii="Arial" w:hAnsi="Arial"/>
                <w:sz w:val="20"/>
              </w:rPr>
              <w:t>Houmous classique</w:t>
            </w:r>
          </w:p>
        </w:tc>
        <w:tc>
          <w:tcPr>
            <w:tcW w:w="3402" w:type="dxa"/>
            <w:shd w:val="clear" w:color="auto" w:fill="F8FAF8"/>
            <w:tcMar>
              <w:top w:w="70" w:type="dxa"/>
              <w:left w:w="80" w:type="dxa"/>
              <w:bottom w:w="70" w:type="dxa"/>
              <w:right w:w="80" w:type="dxa"/>
            </w:tcMar>
            <w:vAlign w:val="center"/>
          </w:tcPr>
          <w:p w14:paraId="2D8F8DF0" w14:textId="77777777" w:rsidR="00650973" w:rsidRDefault="00080072">
            <w:r>
              <w:rPr>
                <w:rFonts w:ascii="Arial" w:hAnsi="Arial"/>
                <w:sz w:val="20"/>
              </w:rPr>
              <w:t>Crackers sans gluten</w:t>
            </w:r>
          </w:p>
        </w:tc>
        <w:tc>
          <w:tcPr>
            <w:tcW w:w="3402" w:type="dxa"/>
            <w:shd w:val="clear" w:color="auto" w:fill="F8FAF8"/>
            <w:tcMar>
              <w:top w:w="70" w:type="dxa"/>
              <w:left w:w="80" w:type="dxa"/>
              <w:bottom w:w="70" w:type="dxa"/>
              <w:right w:w="80" w:type="dxa"/>
            </w:tcMar>
            <w:vAlign w:val="center"/>
          </w:tcPr>
          <w:p w14:paraId="774507A0" w14:textId="77777777" w:rsidR="00650973" w:rsidRDefault="00080072">
            <w:r>
              <w:rPr>
                <w:rFonts w:ascii="Arial" w:hAnsi="Arial"/>
                <w:sz w:val="20"/>
              </w:rPr>
              <w:t>7,95 €</w:t>
            </w:r>
          </w:p>
        </w:tc>
      </w:tr>
      <w:tr w:rsidR="00650973" w14:paraId="0D35A4E3" w14:textId="77777777">
        <w:trPr>
          <w:cantSplit/>
          <w:jc w:val="center"/>
        </w:trPr>
        <w:tc>
          <w:tcPr>
            <w:tcW w:w="3402" w:type="dxa"/>
            <w:tcMar>
              <w:top w:w="70" w:type="dxa"/>
              <w:left w:w="80" w:type="dxa"/>
              <w:bottom w:w="70" w:type="dxa"/>
              <w:right w:w="80" w:type="dxa"/>
            </w:tcMar>
            <w:vAlign w:val="center"/>
          </w:tcPr>
          <w:p w14:paraId="48DC5B05" w14:textId="77777777" w:rsidR="00650973" w:rsidRDefault="00080072">
            <w:r>
              <w:rPr>
                <w:rFonts w:ascii="Arial" w:hAnsi="Arial"/>
                <w:sz w:val="20"/>
              </w:rPr>
              <w:t>Baba Ganoush</w:t>
            </w:r>
          </w:p>
        </w:tc>
        <w:tc>
          <w:tcPr>
            <w:tcW w:w="3402" w:type="dxa"/>
            <w:tcMar>
              <w:top w:w="70" w:type="dxa"/>
              <w:left w:w="80" w:type="dxa"/>
              <w:bottom w:w="70" w:type="dxa"/>
              <w:right w:w="80" w:type="dxa"/>
            </w:tcMar>
            <w:vAlign w:val="center"/>
          </w:tcPr>
          <w:p w14:paraId="489C9EFD" w14:textId="77777777" w:rsidR="00650973" w:rsidRDefault="00080072">
            <w:r>
              <w:rPr>
                <w:rFonts w:ascii="Arial" w:hAnsi="Arial"/>
                <w:sz w:val="20"/>
              </w:rPr>
              <w:t>Aubergines fumées, crackers sans gluten</w:t>
            </w:r>
          </w:p>
        </w:tc>
        <w:tc>
          <w:tcPr>
            <w:tcW w:w="3402" w:type="dxa"/>
            <w:tcMar>
              <w:top w:w="70" w:type="dxa"/>
              <w:left w:w="80" w:type="dxa"/>
              <w:bottom w:w="70" w:type="dxa"/>
              <w:right w:w="80" w:type="dxa"/>
            </w:tcMar>
            <w:vAlign w:val="center"/>
          </w:tcPr>
          <w:p w14:paraId="3B8C3763" w14:textId="77777777" w:rsidR="00650973" w:rsidRDefault="00080072">
            <w:r>
              <w:rPr>
                <w:rFonts w:ascii="Arial" w:hAnsi="Arial"/>
                <w:sz w:val="20"/>
              </w:rPr>
              <w:t>7,95 €</w:t>
            </w:r>
          </w:p>
        </w:tc>
      </w:tr>
    </w:tbl>
    <w:p w14:paraId="5E035CB9" w14:textId="77777777" w:rsidR="00650973" w:rsidRDefault="00650973">
      <w:pPr>
        <w:spacing w:after="40"/>
      </w:pPr>
    </w:p>
    <w:p w14:paraId="42091141" w14:textId="77777777" w:rsidR="00650973" w:rsidRDefault="00080072">
      <w:pPr>
        <w:pStyle w:val="Titre3"/>
        <w:spacing w:before="120" w:after="100"/>
      </w:pPr>
      <w:r>
        <w:rPr>
          <w:rFonts w:ascii="Arial" w:hAnsi="Arial"/>
          <w:color w:val="2F6B4F"/>
          <w:sz w:val="23"/>
        </w:rPr>
        <w:t>Tapas chaudes</w:t>
      </w:r>
    </w:p>
    <w:tbl>
      <w:tblPr>
        <w:tblStyle w:val="Grilledutableau"/>
        <w:tblW w:w="0" w:type="auto"/>
        <w:jc w:val="center"/>
        <w:tblLook w:val="04A0" w:firstRow="1" w:lastRow="0" w:firstColumn="1" w:lastColumn="0" w:noHBand="0" w:noVBand="1"/>
      </w:tblPr>
      <w:tblGrid>
        <w:gridCol w:w="3402"/>
        <w:gridCol w:w="3402"/>
        <w:gridCol w:w="3402"/>
      </w:tblGrid>
      <w:tr w:rsidR="00650973" w14:paraId="7A76CA28" w14:textId="77777777">
        <w:trPr>
          <w:cantSplit/>
          <w:tblHeader/>
          <w:jc w:val="center"/>
        </w:trPr>
        <w:tc>
          <w:tcPr>
            <w:tcW w:w="3402" w:type="dxa"/>
            <w:shd w:val="clear" w:color="auto" w:fill="2F6B4F"/>
            <w:tcMar>
              <w:top w:w="70" w:type="dxa"/>
              <w:left w:w="80" w:type="dxa"/>
              <w:bottom w:w="70" w:type="dxa"/>
              <w:right w:w="80" w:type="dxa"/>
            </w:tcMar>
            <w:vAlign w:val="center"/>
          </w:tcPr>
          <w:p w14:paraId="70E7C19A" w14:textId="77777777" w:rsidR="00650973" w:rsidRDefault="00080072">
            <w:pPr>
              <w:jc w:val="center"/>
            </w:pPr>
            <w:r>
              <w:rPr>
                <w:rFonts w:ascii="Arial" w:hAnsi="Arial"/>
                <w:b/>
                <w:color w:val="FFFFFF"/>
                <w:sz w:val="20"/>
              </w:rPr>
              <w:t>Tapas</w:t>
            </w:r>
          </w:p>
        </w:tc>
        <w:tc>
          <w:tcPr>
            <w:tcW w:w="3402" w:type="dxa"/>
            <w:shd w:val="clear" w:color="auto" w:fill="2F6B4F"/>
            <w:tcMar>
              <w:top w:w="70" w:type="dxa"/>
              <w:left w:w="80" w:type="dxa"/>
              <w:bottom w:w="70" w:type="dxa"/>
              <w:right w:w="80" w:type="dxa"/>
            </w:tcMar>
            <w:vAlign w:val="center"/>
          </w:tcPr>
          <w:p w14:paraId="05FB2CBB" w14:textId="77777777" w:rsidR="00650973" w:rsidRDefault="00080072">
            <w:pPr>
              <w:jc w:val="center"/>
            </w:pPr>
            <w:r>
              <w:rPr>
                <w:rFonts w:ascii="Arial" w:hAnsi="Arial"/>
                <w:b/>
                <w:color w:val="FFFFFF"/>
                <w:sz w:val="20"/>
              </w:rPr>
              <w:t>Description</w:t>
            </w:r>
          </w:p>
        </w:tc>
        <w:tc>
          <w:tcPr>
            <w:tcW w:w="3402" w:type="dxa"/>
            <w:shd w:val="clear" w:color="auto" w:fill="2F6B4F"/>
            <w:tcMar>
              <w:top w:w="70" w:type="dxa"/>
              <w:left w:w="80" w:type="dxa"/>
              <w:bottom w:w="70" w:type="dxa"/>
              <w:right w:w="80" w:type="dxa"/>
            </w:tcMar>
            <w:vAlign w:val="center"/>
          </w:tcPr>
          <w:p w14:paraId="0FEFB81C" w14:textId="77777777" w:rsidR="00650973" w:rsidRDefault="00080072">
            <w:pPr>
              <w:jc w:val="center"/>
            </w:pPr>
            <w:r>
              <w:rPr>
                <w:rFonts w:ascii="Arial" w:hAnsi="Arial"/>
                <w:b/>
                <w:color w:val="FFFFFF"/>
                <w:sz w:val="20"/>
              </w:rPr>
              <w:t>Prix</w:t>
            </w:r>
          </w:p>
        </w:tc>
      </w:tr>
      <w:tr w:rsidR="00650973" w14:paraId="3A85D5BC" w14:textId="77777777">
        <w:trPr>
          <w:cantSplit/>
          <w:jc w:val="center"/>
        </w:trPr>
        <w:tc>
          <w:tcPr>
            <w:tcW w:w="3402" w:type="dxa"/>
            <w:tcMar>
              <w:top w:w="70" w:type="dxa"/>
              <w:left w:w="80" w:type="dxa"/>
              <w:bottom w:w="70" w:type="dxa"/>
              <w:right w:w="80" w:type="dxa"/>
            </w:tcMar>
            <w:vAlign w:val="center"/>
          </w:tcPr>
          <w:p w14:paraId="3A366561" w14:textId="77777777" w:rsidR="00650973" w:rsidRDefault="00080072">
            <w:r>
              <w:rPr>
                <w:rFonts w:ascii="Arial" w:hAnsi="Arial"/>
                <w:sz w:val="20"/>
              </w:rPr>
              <w:t>Poivrons de Padrón</w:t>
            </w:r>
          </w:p>
        </w:tc>
        <w:tc>
          <w:tcPr>
            <w:tcW w:w="3402" w:type="dxa"/>
            <w:tcMar>
              <w:top w:w="70" w:type="dxa"/>
              <w:left w:w="80" w:type="dxa"/>
              <w:bottom w:w="70" w:type="dxa"/>
              <w:right w:w="80" w:type="dxa"/>
            </w:tcMar>
            <w:vAlign w:val="center"/>
          </w:tcPr>
          <w:p w14:paraId="53DC1606" w14:textId="77777777" w:rsidR="00650973" w:rsidRDefault="00080072">
            <w:r>
              <w:rPr>
                <w:rFonts w:ascii="Arial" w:hAnsi="Arial"/>
                <w:sz w:val="20"/>
              </w:rPr>
              <w:t>Gros sel</w:t>
            </w:r>
          </w:p>
        </w:tc>
        <w:tc>
          <w:tcPr>
            <w:tcW w:w="3402" w:type="dxa"/>
            <w:tcMar>
              <w:top w:w="70" w:type="dxa"/>
              <w:left w:w="80" w:type="dxa"/>
              <w:bottom w:w="70" w:type="dxa"/>
              <w:right w:w="80" w:type="dxa"/>
            </w:tcMar>
            <w:vAlign w:val="center"/>
          </w:tcPr>
          <w:p w14:paraId="3D45D193" w14:textId="77777777" w:rsidR="00650973" w:rsidRDefault="00080072">
            <w:r>
              <w:rPr>
                <w:rFonts w:ascii="Arial" w:hAnsi="Arial"/>
                <w:sz w:val="20"/>
              </w:rPr>
              <w:t>7,45 €</w:t>
            </w:r>
          </w:p>
        </w:tc>
      </w:tr>
      <w:tr w:rsidR="00650973" w14:paraId="0B20C238" w14:textId="77777777">
        <w:trPr>
          <w:cantSplit/>
          <w:jc w:val="center"/>
        </w:trPr>
        <w:tc>
          <w:tcPr>
            <w:tcW w:w="3402" w:type="dxa"/>
            <w:shd w:val="clear" w:color="auto" w:fill="F8FAF8"/>
            <w:tcMar>
              <w:top w:w="70" w:type="dxa"/>
              <w:left w:w="80" w:type="dxa"/>
              <w:bottom w:w="70" w:type="dxa"/>
              <w:right w:w="80" w:type="dxa"/>
            </w:tcMar>
            <w:vAlign w:val="center"/>
          </w:tcPr>
          <w:p w14:paraId="3B656543" w14:textId="77777777" w:rsidR="00650973" w:rsidRDefault="00080072">
            <w:r>
              <w:rPr>
                <w:rFonts w:ascii="Arial" w:hAnsi="Arial"/>
                <w:sz w:val="20"/>
              </w:rPr>
              <w:t>Papas arrugadas des Canaries</w:t>
            </w:r>
          </w:p>
        </w:tc>
        <w:tc>
          <w:tcPr>
            <w:tcW w:w="3402" w:type="dxa"/>
            <w:shd w:val="clear" w:color="auto" w:fill="F8FAF8"/>
            <w:tcMar>
              <w:top w:w="70" w:type="dxa"/>
              <w:left w:w="80" w:type="dxa"/>
              <w:bottom w:w="70" w:type="dxa"/>
              <w:right w:w="80" w:type="dxa"/>
            </w:tcMar>
            <w:vAlign w:val="center"/>
          </w:tcPr>
          <w:p w14:paraId="3BEA9E9F" w14:textId="77777777" w:rsidR="00650973" w:rsidRDefault="00080072">
            <w:r>
              <w:rPr>
                <w:rFonts w:ascii="Arial" w:hAnsi="Arial"/>
                <w:sz w:val="20"/>
              </w:rPr>
              <w:t>Mojo rouge ou vert</w:t>
            </w:r>
          </w:p>
        </w:tc>
        <w:tc>
          <w:tcPr>
            <w:tcW w:w="3402" w:type="dxa"/>
            <w:shd w:val="clear" w:color="auto" w:fill="F8FAF8"/>
            <w:tcMar>
              <w:top w:w="70" w:type="dxa"/>
              <w:left w:w="80" w:type="dxa"/>
              <w:bottom w:w="70" w:type="dxa"/>
              <w:right w:w="80" w:type="dxa"/>
            </w:tcMar>
            <w:vAlign w:val="center"/>
          </w:tcPr>
          <w:p w14:paraId="32D40717" w14:textId="77777777" w:rsidR="00650973" w:rsidRDefault="00080072">
            <w:r>
              <w:rPr>
                <w:rFonts w:ascii="Arial" w:hAnsi="Arial"/>
                <w:sz w:val="20"/>
              </w:rPr>
              <w:t>8,95 €</w:t>
            </w:r>
          </w:p>
        </w:tc>
      </w:tr>
      <w:tr w:rsidR="00650973" w14:paraId="5C0DA433" w14:textId="77777777">
        <w:trPr>
          <w:cantSplit/>
          <w:jc w:val="center"/>
        </w:trPr>
        <w:tc>
          <w:tcPr>
            <w:tcW w:w="3402" w:type="dxa"/>
            <w:tcMar>
              <w:top w:w="70" w:type="dxa"/>
              <w:left w:w="80" w:type="dxa"/>
              <w:bottom w:w="70" w:type="dxa"/>
              <w:right w:w="80" w:type="dxa"/>
            </w:tcMar>
            <w:vAlign w:val="center"/>
          </w:tcPr>
          <w:p w14:paraId="02C78F0D" w14:textId="77777777" w:rsidR="00650973" w:rsidRDefault="00080072">
            <w:r>
              <w:rPr>
                <w:rFonts w:ascii="Arial" w:hAnsi="Arial"/>
                <w:sz w:val="20"/>
              </w:rPr>
              <w:lastRenderedPageBreak/>
              <w:t>Fromage de chèvre au four</w:t>
            </w:r>
          </w:p>
        </w:tc>
        <w:tc>
          <w:tcPr>
            <w:tcW w:w="3402" w:type="dxa"/>
            <w:tcMar>
              <w:top w:w="70" w:type="dxa"/>
              <w:left w:w="80" w:type="dxa"/>
              <w:bottom w:w="70" w:type="dxa"/>
              <w:right w:w="80" w:type="dxa"/>
            </w:tcMar>
            <w:vAlign w:val="center"/>
          </w:tcPr>
          <w:p w14:paraId="3CC79BBF" w14:textId="77777777" w:rsidR="00650973" w:rsidRDefault="00080072">
            <w:r>
              <w:rPr>
                <w:rFonts w:ascii="Arial" w:hAnsi="Arial"/>
                <w:sz w:val="20"/>
              </w:rPr>
              <w:t>Amandes, miel, oignons caramélisés</w:t>
            </w:r>
          </w:p>
        </w:tc>
        <w:tc>
          <w:tcPr>
            <w:tcW w:w="3402" w:type="dxa"/>
            <w:tcMar>
              <w:top w:w="70" w:type="dxa"/>
              <w:left w:w="80" w:type="dxa"/>
              <w:bottom w:w="70" w:type="dxa"/>
              <w:right w:w="80" w:type="dxa"/>
            </w:tcMar>
            <w:vAlign w:val="center"/>
          </w:tcPr>
          <w:p w14:paraId="50AEC6CE" w14:textId="77777777" w:rsidR="00650973" w:rsidRDefault="00080072">
            <w:r>
              <w:rPr>
                <w:rFonts w:ascii="Arial" w:hAnsi="Arial"/>
                <w:sz w:val="20"/>
              </w:rPr>
              <w:t>9,50 €</w:t>
            </w:r>
          </w:p>
        </w:tc>
      </w:tr>
      <w:tr w:rsidR="00650973" w14:paraId="4EED39C2" w14:textId="77777777">
        <w:trPr>
          <w:cantSplit/>
          <w:jc w:val="center"/>
        </w:trPr>
        <w:tc>
          <w:tcPr>
            <w:tcW w:w="3402" w:type="dxa"/>
            <w:shd w:val="clear" w:color="auto" w:fill="F8FAF8"/>
            <w:tcMar>
              <w:top w:w="70" w:type="dxa"/>
              <w:left w:w="80" w:type="dxa"/>
              <w:bottom w:w="70" w:type="dxa"/>
              <w:right w:w="80" w:type="dxa"/>
            </w:tcMar>
            <w:vAlign w:val="center"/>
          </w:tcPr>
          <w:p w14:paraId="126130CA" w14:textId="77777777" w:rsidR="00650973" w:rsidRDefault="00080072">
            <w:r>
              <w:rPr>
                <w:rFonts w:ascii="Arial" w:hAnsi="Arial"/>
                <w:sz w:val="20"/>
              </w:rPr>
              <w:t>Provolone grillé</w:t>
            </w:r>
          </w:p>
        </w:tc>
        <w:tc>
          <w:tcPr>
            <w:tcW w:w="3402" w:type="dxa"/>
            <w:shd w:val="clear" w:color="auto" w:fill="F8FAF8"/>
            <w:tcMar>
              <w:top w:w="70" w:type="dxa"/>
              <w:left w:w="80" w:type="dxa"/>
              <w:bottom w:w="70" w:type="dxa"/>
              <w:right w:w="80" w:type="dxa"/>
            </w:tcMar>
            <w:vAlign w:val="center"/>
          </w:tcPr>
          <w:p w14:paraId="35997D51" w14:textId="77777777" w:rsidR="00650973" w:rsidRDefault="00080072">
            <w:r>
              <w:rPr>
                <w:rFonts w:ascii="Arial" w:hAnsi="Arial"/>
                <w:sz w:val="20"/>
              </w:rPr>
              <w:t>Origan, huile EVO</w:t>
            </w:r>
          </w:p>
        </w:tc>
        <w:tc>
          <w:tcPr>
            <w:tcW w:w="3402" w:type="dxa"/>
            <w:shd w:val="clear" w:color="auto" w:fill="F8FAF8"/>
            <w:tcMar>
              <w:top w:w="70" w:type="dxa"/>
              <w:left w:w="80" w:type="dxa"/>
              <w:bottom w:w="70" w:type="dxa"/>
              <w:right w:w="80" w:type="dxa"/>
            </w:tcMar>
            <w:vAlign w:val="center"/>
          </w:tcPr>
          <w:p w14:paraId="5C694E49" w14:textId="77777777" w:rsidR="00650973" w:rsidRDefault="00080072">
            <w:r>
              <w:rPr>
                <w:rFonts w:ascii="Arial" w:hAnsi="Arial"/>
                <w:sz w:val="20"/>
              </w:rPr>
              <w:t>8,50 €</w:t>
            </w:r>
          </w:p>
        </w:tc>
      </w:tr>
      <w:tr w:rsidR="00650973" w14:paraId="186DEFE6" w14:textId="77777777">
        <w:trPr>
          <w:cantSplit/>
          <w:jc w:val="center"/>
        </w:trPr>
        <w:tc>
          <w:tcPr>
            <w:tcW w:w="3402" w:type="dxa"/>
            <w:tcMar>
              <w:top w:w="70" w:type="dxa"/>
              <w:left w:w="80" w:type="dxa"/>
              <w:bottom w:w="70" w:type="dxa"/>
              <w:right w:w="80" w:type="dxa"/>
            </w:tcMar>
            <w:vAlign w:val="center"/>
          </w:tcPr>
          <w:p w14:paraId="7DCDAF40" w14:textId="77777777" w:rsidR="00650973" w:rsidRDefault="00080072">
            <w:r>
              <w:rPr>
                <w:rFonts w:ascii="Arial" w:hAnsi="Arial"/>
                <w:sz w:val="20"/>
              </w:rPr>
              <w:t>Tortilla espagnole</w:t>
            </w:r>
          </w:p>
        </w:tc>
        <w:tc>
          <w:tcPr>
            <w:tcW w:w="3402" w:type="dxa"/>
            <w:tcMar>
              <w:top w:w="70" w:type="dxa"/>
              <w:left w:w="80" w:type="dxa"/>
              <w:bottom w:w="70" w:type="dxa"/>
              <w:right w:w="80" w:type="dxa"/>
            </w:tcMar>
            <w:vAlign w:val="center"/>
          </w:tcPr>
          <w:p w14:paraId="56C91A0B" w14:textId="77777777" w:rsidR="00650973" w:rsidRDefault="00080072">
            <w:r>
              <w:rPr>
                <w:rFonts w:ascii="Arial" w:hAnsi="Arial"/>
                <w:sz w:val="20"/>
              </w:rPr>
              <w:t>Cuite à la demande</w:t>
            </w:r>
          </w:p>
        </w:tc>
        <w:tc>
          <w:tcPr>
            <w:tcW w:w="3402" w:type="dxa"/>
            <w:tcMar>
              <w:top w:w="70" w:type="dxa"/>
              <w:left w:w="80" w:type="dxa"/>
              <w:bottom w:w="70" w:type="dxa"/>
              <w:right w:w="80" w:type="dxa"/>
            </w:tcMar>
            <w:vAlign w:val="center"/>
          </w:tcPr>
          <w:p w14:paraId="7BF8F222" w14:textId="77777777" w:rsidR="00650973" w:rsidRDefault="00080072">
            <w:r>
              <w:rPr>
                <w:rFonts w:ascii="Arial" w:hAnsi="Arial"/>
                <w:sz w:val="20"/>
              </w:rPr>
              <w:t>7,95 €</w:t>
            </w:r>
          </w:p>
        </w:tc>
      </w:tr>
      <w:tr w:rsidR="00650973" w14:paraId="5212AC27" w14:textId="77777777">
        <w:trPr>
          <w:cantSplit/>
          <w:jc w:val="center"/>
        </w:trPr>
        <w:tc>
          <w:tcPr>
            <w:tcW w:w="3402" w:type="dxa"/>
            <w:shd w:val="clear" w:color="auto" w:fill="F8FAF8"/>
            <w:tcMar>
              <w:top w:w="70" w:type="dxa"/>
              <w:left w:w="80" w:type="dxa"/>
              <w:bottom w:w="70" w:type="dxa"/>
              <w:right w:w="80" w:type="dxa"/>
            </w:tcMar>
            <w:vAlign w:val="center"/>
          </w:tcPr>
          <w:p w14:paraId="4C99139C" w14:textId="77777777" w:rsidR="00650973" w:rsidRDefault="00080072">
            <w:r>
              <w:rPr>
                <w:rFonts w:ascii="Arial" w:hAnsi="Arial"/>
                <w:sz w:val="20"/>
              </w:rPr>
              <w:t>Croquettes morue/pommes de terre</w:t>
            </w:r>
          </w:p>
        </w:tc>
        <w:tc>
          <w:tcPr>
            <w:tcW w:w="3402" w:type="dxa"/>
            <w:shd w:val="clear" w:color="auto" w:fill="F8FAF8"/>
            <w:tcMar>
              <w:top w:w="70" w:type="dxa"/>
              <w:left w:w="80" w:type="dxa"/>
              <w:bottom w:w="70" w:type="dxa"/>
              <w:right w:w="80" w:type="dxa"/>
            </w:tcMar>
            <w:vAlign w:val="center"/>
          </w:tcPr>
          <w:p w14:paraId="27922556" w14:textId="77777777" w:rsidR="00650973" w:rsidRDefault="00080072">
            <w:r>
              <w:rPr>
                <w:rFonts w:ascii="Arial" w:hAnsi="Arial"/>
                <w:sz w:val="20"/>
              </w:rPr>
              <w:t>Sauce tartare</w:t>
            </w:r>
          </w:p>
        </w:tc>
        <w:tc>
          <w:tcPr>
            <w:tcW w:w="3402" w:type="dxa"/>
            <w:shd w:val="clear" w:color="auto" w:fill="F8FAF8"/>
            <w:tcMar>
              <w:top w:w="70" w:type="dxa"/>
              <w:left w:w="80" w:type="dxa"/>
              <w:bottom w:w="70" w:type="dxa"/>
              <w:right w:w="80" w:type="dxa"/>
            </w:tcMar>
            <w:vAlign w:val="center"/>
          </w:tcPr>
          <w:p w14:paraId="2CAF09AB" w14:textId="77777777" w:rsidR="00650973" w:rsidRDefault="00080072">
            <w:r>
              <w:rPr>
                <w:rFonts w:ascii="Arial" w:hAnsi="Arial"/>
                <w:sz w:val="20"/>
              </w:rPr>
              <w:t>9,95 €</w:t>
            </w:r>
          </w:p>
        </w:tc>
      </w:tr>
      <w:tr w:rsidR="00650973" w14:paraId="168405EB" w14:textId="77777777">
        <w:trPr>
          <w:cantSplit/>
          <w:jc w:val="center"/>
        </w:trPr>
        <w:tc>
          <w:tcPr>
            <w:tcW w:w="3402" w:type="dxa"/>
            <w:tcMar>
              <w:top w:w="70" w:type="dxa"/>
              <w:left w:w="80" w:type="dxa"/>
              <w:bottom w:w="70" w:type="dxa"/>
              <w:right w:w="80" w:type="dxa"/>
            </w:tcMar>
            <w:vAlign w:val="center"/>
          </w:tcPr>
          <w:p w14:paraId="31633580" w14:textId="77777777" w:rsidR="00650973" w:rsidRDefault="00080072">
            <w:r>
              <w:rPr>
                <w:rFonts w:ascii="Arial" w:hAnsi="Arial"/>
                <w:sz w:val="20"/>
              </w:rPr>
              <w:t>Poulpe à la galicienne</w:t>
            </w:r>
          </w:p>
        </w:tc>
        <w:tc>
          <w:tcPr>
            <w:tcW w:w="3402" w:type="dxa"/>
            <w:tcMar>
              <w:top w:w="70" w:type="dxa"/>
              <w:left w:w="80" w:type="dxa"/>
              <w:bottom w:w="70" w:type="dxa"/>
              <w:right w:w="80" w:type="dxa"/>
            </w:tcMar>
            <w:vAlign w:val="center"/>
          </w:tcPr>
          <w:p w14:paraId="46084777" w14:textId="77777777" w:rsidR="00650973" w:rsidRDefault="00080072">
            <w:r>
              <w:rPr>
                <w:rFonts w:ascii="Arial" w:hAnsi="Arial"/>
                <w:sz w:val="20"/>
              </w:rPr>
              <w:t>Pommes de terre, paprika, huile EVO</w:t>
            </w:r>
          </w:p>
        </w:tc>
        <w:tc>
          <w:tcPr>
            <w:tcW w:w="3402" w:type="dxa"/>
            <w:tcMar>
              <w:top w:w="70" w:type="dxa"/>
              <w:left w:w="80" w:type="dxa"/>
              <w:bottom w:w="70" w:type="dxa"/>
              <w:right w:w="80" w:type="dxa"/>
            </w:tcMar>
            <w:vAlign w:val="center"/>
          </w:tcPr>
          <w:p w14:paraId="46AA8383" w14:textId="77777777" w:rsidR="00650973" w:rsidRDefault="00080072">
            <w:r>
              <w:rPr>
                <w:rFonts w:ascii="Arial" w:hAnsi="Arial"/>
                <w:sz w:val="20"/>
              </w:rPr>
              <w:t>14,95 €</w:t>
            </w:r>
          </w:p>
        </w:tc>
      </w:tr>
      <w:tr w:rsidR="00650973" w14:paraId="27651DF5" w14:textId="77777777">
        <w:trPr>
          <w:cantSplit/>
          <w:jc w:val="center"/>
        </w:trPr>
        <w:tc>
          <w:tcPr>
            <w:tcW w:w="3402" w:type="dxa"/>
            <w:shd w:val="clear" w:color="auto" w:fill="F8FAF8"/>
            <w:tcMar>
              <w:top w:w="70" w:type="dxa"/>
              <w:left w:w="80" w:type="dxa"/>
              <w:bottom w:w="70" w:type="dxa"/>
              <w:right w:w="80" w:type="dxa"/>
            </w:tcMar>
            <w:vAlign w:val="center"/>
          </w:tcPr>
          <w:p w14:paraId="61E3CD3A" w14:textId="77777777" w:rsidR="00650973" w:rsidRDefault="00080072">
            <w:r>
              <w:rPr>
                <w:rFonts w:ascii="Arial" w:hAnsi="Arial"/>
                <w:sz w:val="20"/>
              </w:rPr>
              <w:t>Grosses crevettes grillées</w:t>
            </w:r>
          </w:p>
        </w:tc>
        <w:tc>
          <w:tcPr>
            <w:tcW w:w="3402" w:type="dxa"/>
            <w:shd w:val="clear" w:color="auto" w:fill="F8FAF8"/>
            <w:tcMar>
              <w:top w:w="70" w:type="dxa"/>
              <w:left w:w="80" w:type="dxa"/>
              <w:bottom w:w="70" w:type="dxa"/>
              <w:right w:w="80" w:type="dxa"/>
            </w:tcMar>
            <w:vAlign w:val="center"/>
          </w:tcPr>
          <w:p w14:paraId="7B45277F" w14:textId="77777777" w:rsidR="00650973" w:rsidRDefault="00080072">
            <w:r>
              <w:rPr>
                <w:rFonts w:ascii="Arial" w:hAnsi="Arial"/>
                <w:sz w:val="20"/>
              </w:rPr>
              <w:t>Sel marin, citron vert</w:t>
            </w:r>
          </w:p>
        </w:tc>
        <w:tc>
          <w:tcPr>
            <w:tcW w:w="3402" w:type="dxa"/>
            <w:shd w:val="clear" w:color="auto" w:fill="F8FAF8"/>
            <w:tcMar>
              <w:top w:w="70" w:type="dxa"/>
              <w:left w:w="80" w:type="dxa"/>
              <w:bottom w:w="70" w:type="dxa"/>
              <w:right w:w="80" w:type="dxa"/>
            </w:tcMar>
            <w:vAlign w:val="center"/>
          </w:tcPr>
          <w:p w14:paraId="270935E3" w14:textId="77777777" w:rsidR="00650973" w:rsidRDefault="00080072">
            <w:r>
              <w:rPr>
                <w:rFonts w:ascii="Arial" w:hAnsi="Arial"/>
                <w:sz w:val="20"/>
              </w:rPr>
              <w:t>10,95 €</w:t>
            </w:r>
          </w:p>
        </w:tc>
      </w:tr>
      <w:tr w:rsidR="00650973" w14:paraId="62EEFA9B" w14:textId="77777777">
        <w:trPr>
          <w:cantSplit/>
          <w:jc w:val="center"/>
        </w:trPr>
        <w:tc>
          <w:tcPr>
            <w:tcW w:w="3402" w:type="dxa"/>
            <w:tcMar>
              <w:top w:w="70" w:type="dxa"/>
              <w:left w:w="80" w:type="dxa"/>
              <w:bottom w:w="70" w:type="dxa"/>
              <w:right w:w="80" w:type="dxa"/>
            </w:tcMar>
            <w:vAlign w:val="center"/>
          </w:tcPr>
          <w:p w14:paraId="6D3B0755" w14:textId="77777777" w:rsidR="00650973" w:rsidRDefault="00080072">
            <w:r>
              <w:rPr>
                <w:rFonts w:ascii="Arial" w:hAnsi="Arial"/>
                <w:sz w:val="20"/>
              </w:rPr>
              <w:t>Coquilles Saint-Jacques du Pacifique</w:t>
            </w:r>
          </w:p>
        </w:tc>
        <w:tc>
          <w:tcPr>
            <w:tcW w:w="3402" w:type="dxa"/>
            <w:tcMar>
              <w:top w:w="70" w:type="dxa"/>
              <w:left w:w="80" w:type="dxa"/>
              <w:bottom w:w="70" w:type="dxa"/>
              <w:right w:w="80" w:type="dxa"/>
            </w:tcMar>
            <w:vAlign w:val="center"/>
          </w:tcPr>
          <w:p w14:paraId="0C954516" w14:textId="77777777" w:rsidR="00650973" w:rsidRDefault="00080072">
            <w:r>
              <w:rPr>
                <w:rFonts w:ascii="Arial" w:hAnsi="Arial"/>
                <w:sz w:val="20"/>
              </w:rPr>
              <w:t>Grillées</w:t>
            </w:r>
          </w:p>
        </w:tc>
        <w:tc>
          <w:tcPr>
            <w:tcW w:w="3402" w:type="dxa"/>
            <w:tcMar>
              <w:top w:w="70" w:type="dxa"/>
              <w:left w:w="80" w:type="dxa"/>
              <w:bottom w:w="70" w:type="dxa"/>
              <w:right w:w="80" w:type="dxa"/>
            </w:tcMar>
            <w:vAlign w:val="center"/>
          </w:tcPr>
          <w:p w14:paraId="5588248C" w14:textId="77777777" w:rsidR="00650973" w:rsidRDefault="00080072">
            <w:r>
              <w:rPr>
                <w:rFonts w:ascii="Arial" w:hAnsi="Arial"/>
                <w:sz w:val="20"/>
              </w:rPr>
              <w:t>13,95 €</w:t>
            </w:r>
          </w:p>
        </w:tc>
      </w:tr>
      <w:tr w:rsidR="00650973" w14:paraId="6D095F19" w14:textId="77777777">
        <w:trPr>
          <w:cantSplit/>
          <w:jc w:val="center"/>
        </w:trPr>
        <w:tc>
          <w:tcPr>
            <w:tcW w:w="3402" w:type="dxa"/>
            <w:shd w:val="clear" w:color="auto" w:fill="F8FAF8"/>
            <w:tcMar>
              <w:top w:w="70" w:type="dxa"/>
              <w:left w:w="80" w:type="dxa"/>
              <w:bottom w:w="70" w:type="dxa"/>
              <w:right w:w="80" w:type="dxa"/>
            </w:tcMar>
            <w:vAlign w:val="center"/>
          </w:tcPr>
          <w:p w14:paraId="0510EDCB" w14:textId="77777777" w:rsidR="00650973" w:rsidRDefault="00080072">
            <w:r>
              <w:rPr>
                <w:rFonts w:ascii="Arial" w:hAnsi="Arial"/>
                <w:sz w:val="20"/>
              </w:rPr>
              <w:t>Crevettes épicées à l’ail</w:t>
            </w:r>
          </w:p>
        </w:tc>
        <w:tc>
          <w:tcPr>
            <w:tcW w:w="3402" w:type="dxa"/>
            <w:shd w:val="clear" w:color="auto" w:fill="F8FAF8"/>
            <w:tcMar>
              <w:top w:w="70" w:type="dxa"/>
              <w:left w:w="80" w:type="dxa"/>
              <w:bottom w:w="70" w:type="dxa"/>
              <w:right w:w="80" w:type="dxa"/>
            </w:tcMar>
            <w:vAlign w:val="center"/>
          </w:tcPr>
          <w:p w14:paraId="757F4448" w14:textId="77777777" w:rsidR="00650973" w:rsidRDefault="00080072">
            <w:r>
              <w:rPr>
                <w:rFonts w:ascii="Arial" w:hAnsi="Arial"/>
                <w:sz w:val="20"/>
              </w:rPr>
              <w:t>Huile EVO, piment</w:t>
            </w:r>
          </w:p>
        </w:tc>
        <w:tc>
          <w:tcPr>
            <w:tcW w:w="3402" w:type="dxa"/>
            <w:shd w:val="clear" w:color="auto" w:fill="F8FAF8"/>
            <w:tcMar>
              <w:top w:w="70" w:type="dxa"/>
              <w:left w:w="80" w:type="dxa"/>
              <w:bottom w:w="70" w:type="dxa"/>
              <w:right w:w="80" w:type="dxa"/>
            </w:tcMar>
            <w:vAlign w:val="center"/>
          </w:tcPr>
          <w:p w14:paraId="2E6B7F8F" w14:textId="77777777" w:rsidR="00650973" w:rsidRDefault="00080072">
            <w:r>
              <w:rPr>
                <w:rFonts w:ascii="Arial" w:hAnsi="Arial"/>
                <w:sz w:val="20"/>
              </w:rPr>
              <w:t>13,95 €</w:t>
            </w:r>
          </w:p>
        </w:tc>
      </w:tr>
      <w:tr w:rsidR="00650973" w14:paraId="6FC559D4" w14:textId="77777777">
        <w:trPr>
          <w:cantSplit/>
          <w:jc w:val="center"/>
        </w:trPr>
        <w:tc>
          <w:tcPr>
            <w:tcW w:w="3402" w:type="dxa"/>
            <w:tcMar>
              <w:top w:w="70" w:type="dxa"/>
              <w:left w:w="80" w:type="dxa"/>
              <w:bottom w:w="70" w:type="dxa"/>
              <w:right w:w="80" w:type="dxa"/>
            </w:tcMar>
            <w:vAlign w:val="center"/>
          </w:tcPr>
          <w:p w14:paraId="1B922D3B" w14:textId="77777777" w:rsidR="00650973" w:rsidRDefault="00080072">
            <w:r>
              <w:rPr>
                <w:rFonts w:ascii="Arial" w:hAnsi="Arial"/>
                <w:sz w:val="20"/>
              </w:rPr>
              <w:t>Médaillon de porc</w:t>
            </w:r>
          </w:p>
        </w:tc>
        <w:tc>
          <w:tcPr>
            <w:tcW w:w="3402" w:type="dxa"/>
            <w:tcMar>
              <w:top w:w="70" w:type="dxa"/>
              <w:left w:w="80" w:type="dxa"/>
              <w:bottom w:w="70" w:type="dxa"/>
              <w:right w:w="80" w:type="dxa"/>
            </w:tcMar>
            <w:vAlign w:val="center"/>
          </w:tcPr>
          <w:p w14:paraId="51DE00AE" w14:textId="77777777" w:rsidR="00650973" w:rsidRDefault="00080072">
            <w:r>
              <w:rPr>
                <w:rFonts w:ascii="Arial" w:hAnsi="Arial"/>
                <w:sz w:val="20"/>
              </w:rPr>
              <w:t>Purée, sauce champignons</w:t>
            </w:r>
          </w:p>
        </w:tc>
        <w:tc>
          <w:tcPr>
            <w:tcW w:w="3402" w:type="dxa"/>
            <w:tcMar>
              <w:top w:w="70" w:type="dxa"/>
              <w:left w:w="80" w:type="dxa"/>
              <w:bottom w:w="70" w:type="dxa"/>
              <w:right w:w="80" w:type="dxa"/>
            </w:tcMar>
            <w:vAlign w:val="center"/>
          </w:tcPr>
          <w:p w14:paraId="4CCD01A8" w14:textId="77777777" w:rsidR="00650973" w:rsidRDefault="00080072">
            <w:r>
              <w:rPr>
                <w:rFonts w:ascii="Arial" w:hAnsi="Arial"/>
                <w:sz w:val="20"/>
              </w:rPr>
              <w:t>12,95 €</w:t>
            </w:r>
          </w:p>
        </w:tc>
      </w:tr>
      <w:tr w:rsidR="00650973" w14:paraId="26D8E0DA" w14:textId="77777777">
        <w:trPr>
          <w:cantSplit/>
          <w:jc w:val="center"/>
        </w:trPr>
        <w:tc>
          <w:tcPr>
            <w:tcW w:w="3402" w:type="dxa"/>
            <w:shd w:val="clear" w:color="auto" w:fill="F8FAF8"/>
            <w:tcMar>
              <w:top w:w="70" w:type="dxa"/>
              <w:left w:w="80" w:type="dxa"/>
              <w:bottom w:w="70" w:type="dxa"/>
              <w:right w:w="80" w:type="dxa"/>
            </w:tcMar>
            <w:vAlign w:val="center"/>
          </w:tcPr>
          <w:p w14:paraId="01140504" w14:textId="77777777" w:rsidR="00650973" w:rsidRDefault="00080072">
            <w:r>
              <w:rPr>
                <w:rFonts w:ascii="Arial" w:hAnsi="Arial"/>
                <w:sz w:val="20"/>
              </w:rPr>
              <w:t>Mini-chorizos</w:t>
            </w:r>
          </w:p>
        </w:tc>
        <w:tc>
          <w:tcPr>
            <w:tcW w:w="3402" w:type="dxa"/>
            <w:shd w:val="clear" w:color="auto" w:fill="F8FAF8"/>
            <w:tcMar>
              <w:top w:w="70" w:type="dxa"/>
              <w:left w:w="80" w:type="dxa"/>
              <w:bottom w:w="70" w:type="dxa"/>
              <w:right w:w="80" w:type="dxa"/>
            </w:tcMar>
            <w:vAlign w:val="center"/>
          </w:tcPr>
          <w:p w14:paraId="78112C9D" w14:textId="77777777" w:rsidR="00650973" w:rsidRDefault="00080072">
            <w:r>
              <w:rPr>
                <w:rFonts w:ascii="Arial" w:hAnsi="Arial"/>
                <w:sz w:val="20"/>
              </w:rPr>
              <w:t>Cidre de pomme, laurier</w:t>
            </w:r>
          </w:p>
        </w:tc>
        <w:tc>
          <w:tcPr>
            <w:tcW w:w="3402" w:type="dxa"/>
            <w:shd w:val="clear" w:color="auto" w:fill="F8FAF8"/>
            <w:tcMar>
              <w:top w:w="70" w:type="dxa"/>
              <w:left w:w="80" w:type="dxa"/>
              <w:bottom w:w="70" w:type="dxa"/>
              <w:right w:w="80" w:type="dxa"/>
            </w:tcMar>
            <w:vAlign w:val="center"/>
          </w:tcPr>
          <w:p w14:paraId="45E96BC9" w14:textId="77777777" w:rsidR="00650973" w:rsidRDefault="00080072">
            <w:r>
              <w:rPr>
                <w:rFonts w:ascii="Arial" w:hAnsi="Arial"/>
                <w:sz w:val="20"/>
              </w:rPr>
              <w:t>7,95 €</w:t>
            </w:r>
          </w:p>
        </w:tc>
      </w:tr>
      <w:tr w:rsidR="00650973" w14:paraId="3B1B0196" w14:textId="77777777">
        <w:trPr>
          <w:cantSplit/>
          <w:jc w:val="center"/>
        </w:trPr>
        <w:tc>
          <w:tcPr>
            <w:tcW w:w="3402" w:type="dxa"/>
            <w:tcMar>
              <w:top w:w="70" w:type="dxa"/>
              <w:left w:w="80" w:type="dxa"/>
              <w:bottom w:w="70" w:type="dxa"/>
              <w:right w:w="80" w:type="dxa"/>
            </w:tcMar>
            <w:vAlign w:val="center"/>
          </w:tcPr>
          <w:p w14:paraId="6936D513" w14:textId="77777777" w:rsidR="00650973" w:rsidRDefault="00080072">
            <w:r>
              <w:rPr>
                <w:rFonts w:ascii="Arial" w:hAnsi="Arial"/>
                <w:sz w:val="20"/>
              </w:rPr>
              <w:t>Boudin noir de Burgos &amp; œufs de caille</w:t>
            </w:r>
          </w:p>
        </w:tc>
        <w:tc>
          <w:tcPr>
            <w:tcW w:w="3402" w:type="dxa"/>
            <w:tcMar>
              <w:top w:w="70" w:type="dxa"/>
              <w:left w:w="80" w:type="dxa"/>
              <w:bottom w:w="70" w:type="dxa"/>
              <w:right w:w="80" w:type="dxa"/>
            </w:tcMar>
            <w:vAlign w:val="center"/>
          </w:tcPr>
          <w:p w14:paraId="7799177C" w14:textId="77777777" w:rsidR="00650973" w:rsidRDefault="00080072">
            <w:r>
              <w:rPr>
                <w:rFonts w:ascii="Arial" w:hAnsi="Arial"/>
                <w:sz w:val="20"/>
              </w:rPr>
              <w:t>Marmelade de piquillos</w:t>
            </w:r>
          </w:p>
        </w:tc>
        <w:tc>
          <w:tcPr>
            <w:tcW w:w="3402" w:type="dxa"/>
            <w:tcMar>
              <w:top w:w="70" w:type="dxa"/>
              <w:left w:w="80" w:type="dxa"/>
              <w:bottom w:w="70" w:type="dxa"/>
              <w:right w:w="80" w:type="dxa"/>
            </w:tcMar>
            <w:vAlign w:val="center"/>
          </w:tcPr>
          <w:p w14:paraId="4726EB3B" w14:textId="77777777" w:rsidR="00650973" w:rsidRDefault="00080072">
            <w:r>
              <w:rPr>
                <w:rFonts w:ascii="Arial" w:hAnsi="Arial"/>
                <w:sz w:val="20"/>
              </w:rPr>
              <w:t>9,50 €</w:t>
            </w:r>
          </w:p>
        </w:tc>
      </w:tr>
      <w:tr w:rsidR="00650973" w14:paraId="6D93DD85" w14:textId="77777777">
        <w:trPr>
          <w:cantSplit/>
          <w:jc w:val="center"/>
        </w:trPr>
        <w:tc>
          <w:tcPr>
            <w:tcW w:w="3402" w:type="dxa"/>
            <w:shd w:val="clear" w:color="auto" w:fill="F8FAF8"/>
            <w:tcMar>
              <w:top w:w="70" w:type="dxa"/>
              <w:left w:w="80" w:type="dxa"/>
              <w:bottom w:w="70" w:type="dxa"/>
              <w:right w:w="80" w:type="dxa"/>
            </w:tcMar>
            <w:vAlign w:val="center"/>
          </w:tcPr>
          <w:p w14:paraId="1618B874" w14:textId="77777777" w:rsidR="00650973" w:rsidRDefault="00080072">
            <w:r>
              <w:rPr>
                <w:rFonts w:ascii="Arial" w:hAnsi="Arial"/>
                <w:sz w:val="20"/>
              </w:rPr>
              <w:t>Brochettes de poulet</w:t>
            </w:r>
          </w:p>
        </w:tc>
        <w:tc>
          <w:tcPr>
            <w:tcW w:w="3402" w:type="dxa"/>
            <w:shd w:val="clear" w:color="auto" w:fill="F8FAF8"/>
            <w:tcMar>
              <w:top w:w="70" w:type="dxa"/>
              <w:left w:w="80" w:type="dxa"/>
              <w:bottom w:w="70" w:type="dxa"/>
              <w:right w:w="80" w:type="dxa"/>
            </w:tcMar>
            <w:vAlign w:val="center"/>
          </w:tcPr>
          <w:p w14:paraId="4D68EF44" w14:textId="77777777" w:rsidR="00650973" w:rsidRDefault="00080072">
            <w:r>
              <w:rPr>
                <w:rFonts w:ascii="Arial" w:hAnsi="Arial"/>
                <w:sz w:val="20"/>
              </w:rPr>
              <w:t>Riz coco</w:t>
            </w:r>
          </w:p>
        </w:tc>
        <w:tc>
          <w:tcPr>
            <w:tcW w:w="3402" w:type="dxa"/>
            <w:shd w:val="clear" w:color="auto" w:fill="F8FAF8"/>
            <w:tcMar>
              <w:top w:w="70" w:type="dxa"/>
              <w:left w:w="80" w:type="dxa"/>
              <w:bottom w:w="70" w:type="dxa"/>
              <w:right w:w="80" w:type="dxa"/>
            </w:tcMar>
            <w:vAlign w:val="center"/>
          </w:tcPr>
          <w:p w14:paraId="4DAFD539" w14:textId="77777777" w:rsidR="00650973" w:rsidRDefault="00080072">
            <w:r>
              <w:rPr>
                <w:rFonts w:ascii="Arial" w:hAnsi="Arial"/>
                <w:sz w:val="20"/>
              </w:rPr>
              <w:t>8,50 €</w:t>
            </w:r>
          </w:p>
        </w:tc>
      </w:tr>
      <w:tr w:rsidR="00650973" w14:paraId="478DF401" w14:textId="77777777">
        <w:trPr>
          <w:cantSplit/>
          <w:jc w:val="center"/>
        </w:trPr>
        <w:tc>
          <w:tcPr>
            <w:tcW w:w="3402" w:type="dxa"/>
            <w:tcMar>
              <w:top w:w="70" w:type="dxa"/>
              <w:left w:w="80" w:type="dxa"/>
              <w:bottom w:w="70" w:type="dxa"/>
              <w:right w:w="80" w:type="dxa"/>
            </w:tcMar>
            <w:vAlign w:val="center"/>
          </w:tcPr>
          <w:p w14:paraId="5CA63425" w14:textId="77777777" w:rsidR="00650973" w:rsidRDefault="00080072">
            <w:r>
              <w:rPr>
                <w:rFonts w:ascii="Arial" w:hAnsi="Arial"/>
                <w:sz w:val="20"/>
              </w:rPr>
              <w:t>Ailes de poulet coréennes</w:t>
            </w:r>
          </w:p>
        </w:tc>
        <w:tc>
          <w:tcPr>
            <w:tcW w:w="3402" w:type="dxa"/>
            <w:tcMar>
              <w:top w:w="70" w:type="dxa"/>
              <w:left w:w="80" w:type="dxa"/>
              <w:bottom w:w="70" w:type="dxa"/>
              <w:right w:w="80" w:type="dxa"/>
            </w:tcMar>
            <w:vAlign w:val="center"/>
          </w:tcPr>
          <w:p w14:paraId="6F2B60F5" w14:textId="77777777" w:rsidR="00650973" w:rsidRDefault="00080072">
            <w:r>
              <w:rPr>
                <w:rFonts w:ascii="Arial" w:hAnsi="Arial"/>
                <w:sz w:val="20"/>
              </w:rPr>
              <w:t>Double friture, sésame, ciboulette</w:t>
            </w:r>
          </w:p>
        </w:tc>
        <w:tc>
          <w:tcPr>
            <w:tcW w:w="3402" w:type="dxa"/>
            <w:tcMar>
              <w:top w:w="70" w:type="dxa"/>
              <w:left w:w="80" w:type="dxa"/>
              <w:bottom w:w="70" w:type="dxa"/>
              <w:right w:w="80" w:type="dxa"/>
            </w:tcMar>
            <w:vAlign w:val="center"/>
          </w:tcPr>
          <w:p w14:paraId="6E3377F5" w14:textId="77777777" w:rsidR="00650973" w:rsidRDefault="00080072">
            <w:r>
              <w:rPr>
                <w:rFonts w:ascii="Arial" w:hAnsi="Arial"/>
                <w:sz w:val="20"/>
              </w:rPr>
              <w:t>10,95 €</w:t>
            </w:r>
          </w:p>
        </w:tc>
      </w:tr>
      <w:tr w:rsidR="00650973" w14:paraId="232AE007" w14:textId="77777777">
        <w:trPr>
          <w:cantSplit/>
          <w:jc w:val="center"/>
        </w:trPr>
        <w:tc>
          <w:tcPr>
            <w:tcW w:w="3402" w:type="dxa"/>
            <w:shd w:val="clear" w:color="auto" w:fill="F8FAF8"/>
            <w:tcMar>
              <w:top w:w="70" w:type="dxa"/>
              <w:left w:w="80" w:type="dxa"/>
              <w:bottom w:w="70" w:type="dxa"/>
              <w:right w:w="80" w:type="dxa"/>
            </w:tcMar>
            <w:vAlign w:val="center"/>
          </w:tcPr>
          <w:p w14:paraId="2BD6A9E6" w14:textId="77777777" w:rsidR="00650973" w:rsidRDefault="00080072">
            <w:r>
              <w:rPr>
                <w:rFonts w:ascii="Arial" w:hAnsi="Arial"/>
                <w:sz w:val="20"/>
              </w:rPr>
              <w:t>Poitrine de porc croustillante chinoise</w:t>
            </w:r>
          </w:p>
        </w:tc>
        <w:tc>
          <w:tcPr>
            <w:tcW w:w="3402" w:type="dxa"/>
            <w:shd w:val="clear" w:color="auto" w:fill="F8FAF8"/>
            <w:tcMar>
              <w:top w:w="70" w:type="dxa"/>
              <w:left w:w="80" w:type="dxa"/>
              <w:bottom w:w="70" w:type="dxa"/>
              <w:right w:w="80" w:type="dxa"/>
            </w:tcMar>
            <w:vAlign w:val="center"/>
          </w:tcPr>
          <w:p w14:paraId="6540A6BB" w14:textId="77777777" w:rsidR="00650973" w:rsidRDefault="00080072">
            <w:r>
              <w:rPr>
                <w:rFonts w:ascii="Arial" w:hAnsi="Arial"/>
                <w:sz w:val="20"/>
              </w:rPr>
              <w:t>Riz coco, pommes caramélisées</w:t>
            </w:r>
          </w:p>
        </w:tc>
        <w:tc>
          <w:tcPr>
            <w:tcW w:w="3402" w:type="dxa"/>
            <w:shd w:val="clear" w:color="auto" w:fill="F8FAF8"/>
            <w:tcMar>
              <w:top w:w="70" w:type="dxa"/>
              <w:left w:w="80" w:type="dxa"/>
              <w:bottom w:w="70" w:type="dxa"/>
              <w:right w:w="80" w:type="dxa"/>
            </w:tcMar>
            <w:vAlign w:val="center"/>
          </w:tcPr>
          <w:p w14:paraId="7C494D64" w14:textId="77777777" w:rsidR="00650973" w:rsidRDefault="00080072">
            <w:r>
              <w:rPr>
                <w:rFonts w:ascii="Arial" w:hAnsi="Arial"/>
                <w:sz w:val="20"/>
              </w:rPr>
              <w:t>9,50 €</w:t>
            </w:r>
          </w:p>
        </w:tc>
      </w:tr>
      <w:tr w:rsidR="00650973" w14:paraId="65DF07D3" w14:textId="77777777">
        <w:trPr>
          <w:cantSplit/>
          <w:jc w:val="center"/>
        </w:trPr>
        <w:tc>
          <w:tcPr>
            <w:tcW w:w="3402" w:type="dxa"/>
            <w:tcMar>
              <w:top w:w="70" w:type="dxa"/>
              <w:left w:w="80" w:type="dxa"/>
              <w:bottom w:w="70" w:type="dxa"/>
              <w:right w:w="80" w:type="dxa"/>
            </w:tcMar>
            <w:vAlign w:val="center"/>
          </w:tcPr>
          <w:p w14:paraId="3EE13932" w14:textId="77777777" w:rsidR="00650973" w:rsidRDefault="00080072">
            <w:r>
              <w:rPr>
                <w:rFonts w:ascii="Arial" w:hAnsi="Arial"/>
                <w:sz w:val="20"/>
              </w:rPr>
              <w:t>Presa ibérique grillée saignante</w:t>
            </w:r>
          </w:p>
        </w:tc>
        <w:tc>
          <w:tcPr>
            <w:tcW w:w="3402" w:type="dxa"/>
            <w:tcMar>
              <w:top w:w="70" w:type="dxa"/>
              <w:left w:w="80" w:type="dxa"/>
              <w:bottom w:w="70" w:type="dxa"/>
              <w:right w:w="80" w:type="dxa"/>
            </w:tcMar>
            <w:vAlign w:val="center"/>
          </w:tcPr>
          <w:p w14:paraId="615C0608" w14:textId="77777777" w:rsidR="00650973" w:rsidRDefault="00080072">
            <w:r>
              <w:rPr>
                <w:rFonts w:ascii="Arial" w:hAnsi="Arial"/>
                <w:sz w:val="20"/>
              </w:rPr>
              <w:t>Pedro Ximénez, purée</w:t>
            </w:r>
          </w:p>
        </w:tc>
        <w:tc>
          <w:tcPr>
            <w:tcW w:w="3402" w:type="dxa"/>
            <w:tcMar>
              <w:top w:w="70" w:type="dxa"/>
              <w:left w:w="80" w:type="dxa"/>
              <w:bottom w:w="70" w:type="dxa"/>
              <w:right w:w="80" w:type="dxa"/>
            </w:tcMar>
            <w:vAlign w:val="center"/>
          </w:tcPr>
          <w:p w14:paraId="22605D11" w14:textId="77777777" w:rsidR="00650973" w:rsidRDefault="00080072">
            <w:r>
              <w:rPr>
                <w:rFonts w:ascii="Arial" w:hAnsi="Arial"/>
                <w:sz w:val="20"/>
              </w:rPr>
              <w:t>12,95 €</w:t>
            </w:r>
          </w:p>
        </w:tc>
      </w:tr>
      <w:tr w:rsidR="00650973" w14:paraId="4F5C4F0E" w14:textId="77777777">
        <w:trPr>
          <w:cantSplit/>
          <w:jc w:val="center"/>
        </w:trPr>
        <w:tc>
          <w:tcPr>
            <w:tcW w:w="3402" w:type="dxa"/>
            <w:shd w:val="clear" w:color="auto" w:fill="F8FAF8"/>
            <w:tcMar>
              <w:top w:w="70" w:type="dxa"/>
              <w:left w:w="80" w:type="dxa"/>
              <w:bottom w:w="70" w:type="dxa"/>
              <w:right w:w="80" w:type="dxa"/>
            </w:tcMar>
            <w:vAlign w:val="center"/>
          </w:tcPr>
          <w:p w14:paraId="383C21C3" w14:textId="77777777" w:rsidR="00650973" w:rsidRDefault="00080072">
            <w:r>
              <w:rPr>
                <w:rFonts w:ascii="Arial" w:hAnsi="Arial"/>
                <w:sz w:val="20"/>
              </w:rPr>
              <w:t>Côtes Baby Back</w:t>
            </w:r>
          </w:p>
        </w:tc>
        <w:tc>
          <w:tcPr>
            <w:tcW w:w="3402" w:type="dxa"/>
            <w:shd w:val="clear" w:color="auto" w:fill="F8FAF8"/>
            <w:tcMar>
              <w:top w:w="70" w:type="dxa"/>
              <w:left w:w="80" w:type="dxa"/>
              <w:bottom w:w="70" w:type="dxa"/>
              <w:right w:w="80" w:type="dxa"/>
            </w:tcMar>
            <w:vAlign w:val="center"/>
          </w:tcPr>
          <w:p w14:paraId="75E81632" w14:textId="77777777" w:rsidR="00650973" w:rsidRDefault="00080072">
            <w:r>
              <w:rPr>
                <w:rFonts w:ascii="Arial" w:hAnsi="Arial"/>
                <w:sz w:val="20"/>
              </w:rPr>
              <w:t>Miel, piment, anis</w:t>
            </w:r>
          </w:p>
        </w:tc>
        <w:tc>
          <w:tcPr>
            <w:tcW w:w="3402" w:type="dxa"/>
            <w:shd w:val="clear" w:color="auto" w:fill="F8FAF8"/>
            <w:tcMar>
              <w:top w:w="70" w:type="dxa"/>
              <w:left w:w="80" w:type="dxa"/>
              <w:bottom w:w="70" w:type="dxa"/>
              <w:right w:w="80" w:type="dxa"/>
            </w:tcMar>
            <w:vAlign w:val="center"/>
          </w:tcPr>
          <w:p w14:paraId="63A86CA1" w14:textId="77777777" w:rsidR="00650973" w:rsidRDefault="00080072">
            <w:r>
              <w:rPr>
                <w:rFonts w:ascii="Arial" w:hAnsi="Arial"/>
                <w:sz w:val="20"/>
              </w:rPr>
              <w:t>10,50 €</w:t>
            </w:r>
          </w:p>
        </w:tc>
      </w:tr>
      <w:tr w:rsidR="00650973" w14:paraId="644E150B" w14:textId="77777777">
        <w:trPr>
          <w:cantSplit/>
          <w:jc w:val="center"/>
        </w:trPr>
        <w:tc>
          <w:tcPr>
            <w:tcW w:w="3402" w:type="dxa"/>
            <w:tcMar>
              <w:top w:w="70" w:type="dxa"/>
              <w:left w:w="80" w:type="dxa"/>
              <w:bottom w:w="70" w:type="dxa"/>
              <w:right w:w="80" w:type="dxa"/>
            </w:tcMar>
            <w:vAlign w:val="center"/>
          </w:tcPr>
          <w:p w14:paraId="23519B83" w14:textId="77777777" w:rsidR="00650973" w:rsidRDefault="00080072">
            <w:r>
              <w:rPr>
                <w:rFonts w:ascii="Arial" w:hAnsi="Arial"/>
                <w:sz w:val="20"/>
              </w:rPr>
              <w:t>Côtelettes d’agneau romarin</w:t>
            </w:r>
          </w:p>
        </w:tc>
        <w:tc>
          <w:tcPr>
            <w:tcW w:w="3402" w:type="dxa"/>
            <w:tcMar>
              <w:top w:w="70" w:type="dxa"/>
              <w:left w:w="80" w:type="dxa"/>
              <w:bottom w:w="70" w:type="dxa"/>
              <w:right w:w="80" w:type="dxa"/>
            </w:tcMar>
            <w:vAlign w:val="center"/>
          </w:tcPr>
          <w:p w14:paraId="0CC7B8C0" w14:textId="77777777" w:rsidR="00650973" w:rsidRDefault="00080072">
            <w:r>
              <w:rPr>
                <w:rFonts w:ascii="Arial" w:hAnsi="Arial"/>
                <w:sz w:val="20"/>
              </w:rPr>
              <w:t>Riz coco, yaourt grec</w:t>
            </w:r>
          </w:p>
        </w:tc>
        <w:tc>
          <w:tcPr>
            <w:tcW w:w="3402" w:type="dxa"/>
            <w:tcMar>
              <w:top w:w="70" w:type="dxa"/>
              <w:left w:w="80" w:type="dxa"/>
              <w:bottom w:w="70" w:type="dxa"/>
              <w:right w:w="80" w:type="dxa"/>
            </w:tcMar>
            <w:vAlign w:val="center"/>
          </w:tcPr>
          <w:p w14:paraId="65074E27" w14:textId="77777777" w:rsidR="00650973" w:rsidRDefault="00080072">
            <w:r>
              <w:rPr>
                <w:rFonts w:ascii="Arial" w:hAnsi="Arial"/>
                <w:sz w:val="20"/>
              </w:rPr>
              <w:t>11,50 €</w:t>
            </w:r>
          </w:p>
        </w:tc>
      </w:tr>
      <w:tr w:rsidR="00650973" w14:paraId="1BD4088A" w14:textId="77777777">
        <w:trPr>
          <w:cantSplit/>
          <w:jc w:val="center"/>
        </w:trPr>
        <w:tc>
          <w:tcPr>
            <w:tcW w:w="3402" w:type="dxa"/>
            <w:shd w:val="clear" w:color="auto" w:fill="F8FAF8"/>
            <w:tcMar>
              <w:top w:w="70" w:type="dxa"/>
              <w:left w:w="80" w:type="dxa"/>
              <w:bottom w:w="70" w:type="dxa"/>
              <w:right w:w="80" w:type="dxa"/>
            </w:tcMar>
            <w:vAlign w:val="center"/>
          </w:tcPr>
          <w:p w14:paraId="228A2FE6" w14:textId="77777777" w:rsidR="00650973" w:rsidRDefault="00080072">
            <w:r>
              <w:rPr>
                <w:rFonts w:ascii="Arial" w:hAnsi="Arial"/>
                <w:sz w:val="20"/>
              </w:rPr>
              <w:t>Filet de bœuf uruguayen Premium</w:t>
            </w:r>
          </w:p>
        </w:tc>
        <w:tc>
          <w:tcPr>
            <w:tcW w:w="3402" w:type="dxa"/>
            <w:shd w:val="clear" w:color="auto" w:fill="F8FAF8"/>
            <w:tcMar>
              <w:top w:w="70" w:type="dxa"/>
              <w:left w:w="80" w:type="dxa"/>
              <w:bottom w:w="70" w:type="dxa"/>
              <w:right w:w="80" w:type="dxa"/>
            </w:tcMar>
            <w:vAlign w:val="center"/>
          </w:tcPr>
          <w:p w14:paraId="2A5C496C" w14:textId="77777777" w:rsidR="00650973" w:rsidRDefault="00080072">
            <w:r>
              <w:rPr>
                <w:rFonts w:ascii="Arial" w:hAnsi="Arial"/>
                <w:sz w:val="20"/>
              </w:rPr>
              <w:t>Purée, oignons caramélisés</w:t>
            </w:r>
          </w:p>
        </w:tc>
        <w:tc>
          <w:tcPr>
            <w:tcW w:w="3402" w:type="dxa"/>
            <w:shd w:val="clear" w:color="auto" w:fill="F8FAF8"/>
            <w:tcMar>
              <w:top w:w="70" w:type="dxa"/>
              <w:left w:w="80" w:type="dxa"/>
              <w:bottom w:w="70" w:type="dxa"/>
              <w:right w:w="80" w:type="dxa"/>
            </w:tcMar>
            <w:vAlign w:val="center"/>
          </w:tcPr>
          <w:p w14:paraId="317976EC" w14:textId="77777777" w:rsidR="00650973" w:rsidRDefault="00080072">
            <w:r>
              <w:rPr>
                <w:rFonts w:ascii="Arial" w:hAnsi="Arial"/>
                <w:sz w:val="20"/>
              </w:rPr>
              <w:t>15,95 €</w:t>
            </w:r>
          </w:p>
        </w:tc>
      </w:tr>
      <w:tr w:rsidR="00650973" w14:paraId="6FB5AE80" w14:textId="77777777">
        <w:trPr>
          <w:cantSplit/>
          <w:jc w:val="center"/>
        </w:trPr>
        <w:tc>
          <w:tcPr>
            <w:tcW w:w="3402" w:type="dxa"/>
            <w:tcMar>
              <w:top w:w="70" w:type="dxa"/>
              <w:left w:w="80" w:type="dxa"/>
              <w:bottom w:w="70" w:type="dxa"/>
              <w:right w:w="80" w:type="dxa"/>
            </w:tcMar>
            <w:vAlign w:val="center"/>
          </w:tcPr>
          <w:p w14:paraId="30585094" w14:textId="77777777" w:rsidR="00650973" w:rsidRDefault="00080072">
            <w:r>
              <w:rPr>
                <w:rFonts w:ascii="Arial" w:hAnsi="Arial"/>
                <w:sz w:val="20"/>
              </w:rPr>
              <w:t>Chili con carne</w:t>
            </w:r>
          </w:p>
        </w:tc>
        <w:tc>
          <w:tcPr>
            <w:tcW w:w="3402" w:type="dxa"/>
            <w:tcMar>
              <w:top w:w="70" w:type="dxa"/>
              <w:left w:w="80" w:type="dxa"/>
              <w:bottom w:w="70" w:type="dxa"/>
              <w:right w:w="80" w:type="dxa"/>
            </w:tcMar>
            <w:vAlign w:val="center"/>
          </w:tcPr>
          <w:p w14:paraId="47180B51" w14:textId="77777777" w:rsidR="00650973" w:rsidRDefault="00080072">
            <w:r>
              <w:rPr>
                <w:rFonts w:ascii="Arial" w:hAnsi="Arial"/>
                <w:sz w:val="20"/>
              </w:rPr>
              <w:t>Tortillas de maïs, yaourt grec</w:t>
            </w:r>
          </w:p>
        </w:tc>
        <w:tc>
          <w:tcPr>
            <w:tcW w:w="3402" w:type="dxa"/>
            <w:tcMar>
              <w:top w:w="70" w:type="dxa"/>
              <w:left w:w="80" w:type="dxa"/>
              <w:bottom w:w="70" w:type="dxa"/>
              <w:right w:w="80" w:type="dxa"/>
            </w:tcMar>
            <w:vAlign w:val="center"/>
          </w:tcPr>
          <w:p w14:paraId="0076FC32" w14:textId="77777777" w:rsidR="00650973" w:rsidRDefault="00080072">
            <w:r>
              <w:rPr>
                <w:rFonts w:ascii="Arial" w:hAnsi="Arial"/>
                <w:sz w:val="20"/>
              </w:rPr>
              <w:t>9,95 €</w:t>
            </w:r>
          </w:p>
        </w:tc>
      </w:tr>
      <w:tr w:rsidR="00650973" w14:paraId="74F2E036" w14:textId="77777777">
        <w:trPr>
          <w:cantSplit/>
          <w:jc w:val="center"/>
        </w:trPr>
        <w:tc>
          <w:tcPr>
            <w:tcW w:w="3402" w:type="dxa"/>
            <w:shd w:val="clear" w:color="auto" w:fill="F8FAF8"/>
            <w:tcMar>
              <w:top w:w="70" w:type="dxa"/>
              <w:left w:w="80" w:type="dxa"/>
              <w:bottom w:w="70" w:type="dxa"/>
              <w:right w:w="80" w:type="dxa"/>
            </w:tcMar>
            <w:vAlign w:val="center"/>
          </w:tcPr>
          <w:p w14:paraId="27F46860" w14:textId="77777777" w:rsidR="00650973" w:rsidRDefault="00080072">
            <w:r>
              <w:rPr>
                <w:rFonts w:ascii="Arial" w:hAnsi="Arial"/>
                <w:sz w:val="20"/>
              </w:rPr>
              <w:t>Halloumi</w:t>
            </w:r>
          </w:p>
        </w:tc>
        <w:tc>
          <w:tcPr>
            <w:tcW w:w="3402" w:type="dxa"/>
            <w:shd w:val="clear" w:color="auto" w:fill="F8FAF8"/>
            <w:tcMar>
              <w:top w:w="70" w:type="dxa"/>
              <w:left w:w="80" w:type="dxa"/>
              <w:bottom w:w="70" w:type="dxa"/>
              <w:right w:w="80" w:type="dxa"/>
            </w:tcMar>
            <w:vAlign w:val="center"/>
          </w:tcPr>
          <w:p w14:paraId="66550443" w14:textId="77777777" w:rsidR="00650973" w:rsidRDefault="00080072">
            <w:r>
              <w:rPr>
                <w:rFonts w:ascii="Arial" w:hAnsi="Arial"/>
                <w:sz w:val="20"/>
              </w:rPr>
              <w:t>Kimchi</w:t>
            </w:r>
          </w:p>
        </w:tc>
        <w:tc>
          <w:tcPr>
            <w:tcW w:w="3402" w:type="dxa"/>
            <w:shd w:val="clear" w:color="auto" w:fill="F8FAF8"/>
            <w:tcMar>
              <w:top w:w="70" w:type="dxa"/>
              <w:left w:w="80" w:type="dxa"/>
              <w:bottom w:w="70" w:type="dxa"/>
              <w:right w:w="80" w:type="dxa"/>
            </w:tcMar>
            <w:vAlign w:val="center"/>
          </w:tcPr>
          <w:p w14:paraId="669172ED" w14:textId="77777777" w:rsidR="00650973" w:rsidRDefault="00080072">
            <w:r>
              <w:rPr>
                <w:rFonts w:ascii="Arial" w:hAnsi="Arial"/>
                <w:sz w:val="20"/>
              </w:rPr>
              <w:t>9,95 €</w:t>
            </w:r>
          </w:p>
        </w:tc>
      </w:tr>
      <w:tr w:rsidR="00650973" w14:paraId="7F1880F8" w14:textId="77777777">
        <w:trPr>
          <w:cantSplit/>
          <w:jc w:val="center"/>
        </w:trPr>
        <w:tc>
          <w:tcPr>
            <w:tcW w:w="3402" w:type="dxa"/>
            <w:tcMar>
              <w:top w:w="70" w:type="dxa"/>
              <w:left w:w="80" w:type="dxa"/>
              <w:bottom w:w="70" w:type="dxa"/>
              <w:right w:w="80" w:type="dxa"/>
            </w:tcMar>
            <w:vAlign w:val="center"/>
          </w:tcPr>
          <w:p w14:paraId="249069F6" w14:textId="77777777" w:rsidR="00650973" w:rsidRDefault="00080072">
            <w:r>
              <w:rPr>
                <w:rFonts w:ascii="Arial" w:hAnsi="Arial"/>
                <w:sz w:val="20"/>
              </w:rPr>
              <w:t>Fromage Herreño</w:t>
            </w:r>
          </w:p>
        </w:tc>
        <w:tc>
          <w:tcPr>
            <w:tcW w:w="3402" w:type="dxa"/>
            <w:tcMar>
              <w:top w:w="70" w:type="dxa"/>
              <w:left w:w="80" w:type="dxa"/>
              <w:bottom w:w="70" w:type="dxa"/>
              <w:right w:w="80" w:type="dxa"/>
            </w:tcMar>
            <w:vAlign w:val="center"/>
          </w:tcPr>
          <w:p w14:paraId="533DBD09" w14:textId="77777777" w:rsidR="00650973" w:rsidRDefault="00080072">
            <w:r>
              <w:rPr>
                <w:rFonts w:ascii="Arial" w:hAnsi="Arial"/>
                <w:sz w:val="20"/>
              </w:rPr>
              <w:t>Miel de palme</w:t>
            </w:r>
          </w:p>
        </w:tc>
        <w:tc>
          <w:tcPr>
            <w:tcW w:w="3402" w:type="dxa"/>
            <w:tcMar>
              <w:top w:w="70" w:type="dxa"/>
              <w:left w:w="80" w:type="dxa"/>
              <w:bottom w:w="70" w:type="dxa"/>
              <w:right w:w="80" w:type="dxa"/>
            </w:tcMar>
            <w:vAlign w:val="center"/>
          </w:tcPr>
          <w:p w14:paraId="0289E4BB" w14:textId="77777777" w:rsidR="00650973" w:rsidRDefault="00080072">
            <w:r>
              <w:rPr>
                <w:rFonts w:ascii="Arial" w:hAnsi="Arial"/>
                <w:sz w:val="20"/>
              </w:rPr>
              <w:t>9,25 €</w:t>
            </w:r>
          </w:p>
        </w:tc>
      </w:tr>
      <w:tr w:rsidR="00650973" w14:paraId="5E50BF7D" w14:textId="77777777">
        <w:trPr>
          <w:cantSplit/>
          <w:jc w:val="center"/>
        </w:trPr>
        <w:tc>
          <w:tcPr>
            <w:tcW w:w="3402" w:type="dxa"/>
            <w:shd w:val="clear" w:color="auto" w:fill="F8FAF8"/>
            <w:tcMar>
              <w:top w:w="70" w:type="dxa"/>
              <w:left w:w="80" w:type="dxa"/>
              <w:bottom w:w="70" w:type="dxa"/>
              <w:right w:w="80" w:type="dxa"/>
            </w:tcMar>
            <w:vAlign w:val="center"/>
          </w:tcPr>
          <w:p w14:paraId="6A189C49" w14:textId="77777777" w:rsidR="00650973" w:rsidRDefault="00080072">
            <w:r>
              <w:rPr>
                <w:rFonts w:ascii="Arial" w:hAnsi="Arial"/>
                <w:sz w:val="20"/>
              </w:rPr>
              <w:t>Papas Bravas</w:t>
            </w:r>
          </w:p>
        </w:tc>
        <w:tc>
          <w:tcPr>
            <w:tcW w:w="3402" w:type="dxa"/>
            <w:shd w:val="clear" w:color="auto" w:fill="F8FAF8"/>
            <w:tcMar>
              <w:top w:w="70" w:type="dxa"/>
              <w:left w:w="80" w:type="dxa"/>
              <w:bottom w:w="70" w:type="dxa"/>
              <w:right w:w="80" w:type="dxa"/>
            </w:tcMar>
            <w:vAlign w:val="center"/>
          </w:tcPr>
          <w:p w14:paraId="4D30868B" w14:textId="77777777" w:rsidR="00650973" w:rsidRDefault="00080072">
            <w:r>
              <w:rPr>
                <w:rFonts w:ascii="Arial" w:hAnsi="Arial"/>
                <w:sz w:val="20"/>
              </w:rPr>
              <w:t>Sauce bravas</w:t>
            </w:r>
          </w:p>
        </w:tc>
        <w:tc>
          <w:tcPr>
            <w:tcW w:w="3402" w:type="dxa"/>
            <w:shd w:val="clear" w:color="auto" w:fill="F8FAF8"/>
            <w:tcMar>
              <w:top w:w="70" w:type="dxa"/>
              <w:left w:w="80" w:type="dxa"/>
              <w:bottom w:w="70" w:type="dxa"/>
              <w:right w:w="80" w:type="dxa"/>
            </w:tcMar>
            <w:vAlign w:val="center"/>
          </w:tcPr>
          <w:p w14:paraId="59A65D28" w14:textId="77777777" w:rsidR="00650973" w:rsidRDefault="00080072">
            <w:r>
              <w:rPr>
                <w:rFonts w:ascii="Arial" w:hAnsi="Arial"/>
                <w:sz w:val="20"/>
              </w:rPr>
              <w:t>8,25 €</w:t>
            </w:r>
          </w:p>
        </w:tc>
      </w:tr>
    </w:tbl>
    <w:p w14:paraId="5ACF1731" w14:textId="77777777" w:rsidR="00650973" w:rsidRDefault="00650973">
      <w:pPr>
        <w:spacing w:after="40"/>
      </w:pPr>
    </w:p>
    <w:p w14:paraId="55B9AB82" w14:textId="77777777" w:rsidR="00650973" w:rsidRDefault="00080072">
      <w:pPr>
        <w:pStyle w:val="Titre3"/>
        <w:spacing w:before="120" w:after="100"/>
      </w:pPr>
      <w:r>
        <w:rPr>
          <w:rFonts w:ascii="Arial" w:hAnsi="Arial"/>
          <w:color w:val="2F6B4F"/>
          <w:sz w:val="23"/>
        </w:rPr>
        <w:t>Desserts</w:t>
      </w:r>
    </w:p>
    <w:tbl>
      <w:tblPr>
        <w:tblStyle w:val="Grilledutableau"/>
        <w:tblW w:w="0" w:type="auto"/>
        <w:jc w:val="center"/>
        <w:tblLook w:val="04A0" w:firstRow="1" w:lastRow="0" w:firstColumn="1" w:lastColumn="0" w:noHBand="0" w:noVBand="1"/>
      </w:tblPr>
      <w:tblGrid>
        <w:gridCol w:w="5103"/>
        <w:gridCol w:w="5103"/>
      </w:tblGrid>
      <w:tr w:rsidR="00650973" w14:paraId="62AA2E57" w14:textId="77777777">
        <w:trPr>
          <w:cantSplit/>
          <w:tblHeader/>
          <w:jc w:val="center"/>
        </w:trPr>
        <w:tc>
          <w:tcPr>
            <w:tcW w:w="5103" w:type="dxa"/>
            <w:shd w:val="clear" w:color="auto" w:fill="2F6B4F"/>
            <w:tcMar>
              <w:top w:w="70" w:type="dxa"/>
              <w:left w:w="80" w:type="dxa"/>
              <w:bottom w:w="70" w:type="dxa"/>
              <w:right w:w="80" w:type="dxa"/>
            </w:tcMar>
            <w:vAlign w:val="center"/>
          </w:tcPr>
          <w:p w14:paraId="4EF58BF8" w14:textId="77777777" w:rsidR="00650973" w:rsidRDefault="00080072">
            <w:pPr>
              <w:jc w:val="center"/>
            </w:pPr>
            <w:r>
              <w:rPr>
                <w:rFonts w:ascii="Arial" w:hAnsi="Arial"/>
                <w:b/>
                <w:color w:val="FFFFFF"/>
                <w:sz w:val="21"/>
              </w:rPr>
              <w:t>Dessert</w:t>
            </w:r>
          </w:p>
        </w:tc>
        <w:tc>
          <w:tcPr>
            <w:tcW w:w="5103" w:type="dxa"/>
            <w:shd w:val="clear" w:color="auto" w:fill="2F6B4F"/>
            <w:tcMar>
              <w:top w:w="70" w:type="dxa"/>
              <w:left w:w="80" w:type="dxa"/>
              <w:bottom w:w="70" w:type="dxa"/>
              <w:right w:w="80" w:type="dxa"/>
            </w:tcMar>
            <w:vAlign w:val="center"/>
          </w:tcPr>
          <w:p w14:paraId="3D077898" w14:textId="77777777" w:rsidR="00650973" w:rsidRDefault="00080072">
            <w:pPr>
              <w:jc w:val="center"/>
            </w:pPr>
            <w:r>
              <w:rPr>
                <w:rFonts w:ascii="Arial" w:hAnsi="Arial"/>
                <w:b/>
                <w:color w:val="FFFFFF"/>
                <w:sz w:val="21"/>
              </w:rPr>
              <w:t>Prix</w:t>
            </w:r>
          </w:p>
        </w:tc>
      </w:tr>
      <w:tr w:rsidR="00650973" w14:paraId="23D043E6" w14:textId="77777777">
        <w:trPr>
          <w:cantSplit/>
          <w:jc w:val="center"/>
        </w:trPr>
        <w:tc>
          <w:tcPr>
            <w:tcW w:w="5103" w:type="dxa"/>
            <w:tcMar>
              <w:top w:w="70" w:type="dxa"/>
              <w:left w:w="80" w:type="dxa"/>
              <w:bottom w:w="70" w:type="dxa"/>
              <w:right w:w="80" w:type="dxa"/>
            </w:tcMar>
            <w:vAlign w:val="center"/>
          </w:tcPr>
          <w:p w14:paraId="35C0B89E" w14:textId="77777777" w:rsidR="00650973" w:rsidRDefault="00080072">
            <w:r>
              <w:rPr>
                <w:rFonts w:ascii="Arial" w:hAnsi="Arial"/>
                <w:sz w:val="21"/>
              </w:rPr>
              <w:t>Pot au chocolat au brandy</w:t>
            </w:r>
          </w:p>
        </w:tc>
        <w:tc>
          <w:tcPr>
            <w:tcW w:w="5103" w:type="dxa"/>
            <w:tcMar>
              <w:top w:w="70" w:type="dxa"/>
              <w:left w:w="80" w:type="dxa"/>
              <w:bottom w:w="70" w:type="dxa"/>
              <w:right w:w="80" w:type="dxa"/>
            </w:tcMar>
            <w:vAlign w:val="center"/>
          </w:tcPr>
          <w:p w14:paraId="3D774649" w14:textId="77777777" w:rsidR="00650973" w:rsidRDefault="00080072">
            <w:r>
              <w:rPr>
                <w:rFonts w:ascii="Arial" w:hAnsi="Arial"/>
                <w:sz w:val="21"/>
              </w:rPr>
              <w:t>7,95 €</w:t>
            </w:r>
          </w:p>
        </w:tc>
      </w:tr>
      <w:tr w:rsidR="00650973" w14:paraId="7502749F" w14:textId="77777777">
        <w:trPr>
          <w:cantSplit/>
          <w:jc w:val="center"/>
        </w:trPr>
        <w:tc>
          <w:tcPr>
            <w:tcW w:w="5103" w:type="dxa"/>
            <w:shd w:val="clear" w:color="auto" w:fill="F8FAF8"/>
            <w:tcMar>
              <w:top w:w="70" w:type="dxa"/>
              <w:left w:w="80" w:type="dxa"/>
              <w:bottom w:w="70" w:type="dxa"/>
              <w:right w:w="80" w:type="dxa"/>
            </w:tcMar>
            <w:vAlign w:val="center"/>
          </w:tcPr>
          <w:p w14:paraId="07C99F2E" w14:textId="77777777" w:rsidR="00650973" w:rsidRDefault="00080072">
            <w:r>
              <w:rPr>
                <w:rFonts w:ascii="Arial" w:hAnsi="Arial"/>
                <w:sz w:val="21"/>
              </w:rPr>
              <w:t>Tarte espagnole aux amandes</w:t>
            </w:r>
          </w:p>
        </w:tc>
        <w:tc>
          <w:tcPr>
            <w:tcW w:w="5103" w:type="dxa"/>
            <w:shd w:val="clear" w:color="auto" w:fill="F8FAF8"/>
            <w:tcMar>
              <w:top w:w="70" w:type="dxa"/>
              <w:left w:w="80" w:type="dxa"/>
              <w:bottom w:w="70" w:type="dxa"/>
              <w:right w:w="80" w:type="dxa"/>
            </w:tcMar>
            <w:vAlign w:val="center"/>
          </w:tcPr>
          <w:p w14:paraId="5CEC6C45" w14:textId="77777777" w:rsidR="00650973" w:rsidRDefault="00080072">
            <w:r>
              <w:rPr>
                <w:rFonts w:ascii="Arial" w:hAnsi="Arial"/>
                <w:sz w:val="21"/>
              </w:rPr>
              <w:t>8,75 €</w:t>
            </w:r>
          </w:p>
        </w:tc>
      </w:tr>
      <w:tr w:rsidR="00650973" w14:paraId="7B3DC0F5" w14:textId="77777777">
        <w:trPr>
          <w:cantSplit/>
          <w:jc w:val="center"/>
        </w:trPr>
        <w:tc>
          <w:tcPr>
            <w:tcW w:w="5103" w:type="dxa"/>
            <w:tcMar>
              <w:top w:w="70" w:type="dxa"/>
              <w:left w:w="80" w:type="dxa"/>
              <w:bottom w:w="70" w:type="dxa"/>
              <w:right w:w="80" w:type="dxa"/>
            </w:tcMar>
            <w:vAlign w:val="center"/>
          </w:tcPr>
          <w:p w14:paraId="7A40E4A1" w14:textId="77777777" w:rsidR="00650973" w:rsidRDefault="00080072">
            <w:r>
              <w:rPr>
                <w:rFonts w:ascii="Arial" w:hAnsi="Arial"/>
                <w:sz w:val="21"/>
              </w:rPr>
              <w:t>Cheesecake basque</w:t>
            </w:r>
          </w:p>
        </w:tc>
        <w:tc>
          <w:tcPr>
            <w:tcW w:w="5103" w:type="dxa"/>
            <w:tcMar>
              <w:top w:w="70" w:type="dxa"/>
              <w:left w:w="80" w:type="dxa"/>
              <w:bottom w:w="70" w:type="dxa"/>
              <w:right w:w="80" w:type="dxa"/>
            </w:tcMar>
            <w:vAlign w:val="center"/>
          </w:tcPr>
          <w:p w14:paraId="268FF1D8" w14:textId="77777777" w:rsidR="00650973" w:rsidRDefault="00080072">
            <w:r>
              <w:rPr>
                <w:rFonts w:ascii="Arial" w:hAnsi="Arial"/>
                <w:sz w:val="21"/>
              </w:rPr>
              <w:t>8,75 €</w:t>
            </w:r>
          </w:p>
        </w:tc>
      </w:tr>
      <w:tr w:rsidR="00650973" w14:paraId="155AA263" w14:textId="77777777">
        <w:trPr>
          <w:cantSplit/>
          <w:jc w:val="center"/>
        </w:trPr>
        <w:tc>
          <w:tcPr>
            <w:tcW w:w="5103" w:type="dxa"/>
            <w:shd w:val="clear" w:color="auto" w:fill="F8FAF8"/>
            <w:tcMar>
              <w:top w:w="70" w:type="dxa"/>
              <w:left w:w="80" w:type="dxa"/>
              <w:bottom w:w="70" w:type="dxa"/>
              <w:right w:w="80" w:type="dxa"/>
            </w:tcMar>
            <w:vAlign w:val="center"/>
          </w:tcPr>
          <w:p w14:paraId="0B2080E0" w14:textId="77777777" w:rsidR="00650973" w:rsidRDefault="00080072">
            <w:r>
              <w:rPr>
                <w:rFonts w:ascii="Arial" w:hAnsi="Arial"/>
                <w:sz w:val="21"/>
              </w:rPr>
              <w:t>Flan au citron</w:t>
            </w:r>
          </w:p>
        </w:tc>
        <w:tc>
          <w:tcPr>
            <w:tcW w:w="5103" w:type="dxa"/>
            <w:shd w:val="clear" w:color="auto" w:fill="F8FAF8"/>
            <w:tcMar>
              <w:top w:w="70" w:type="dxa"/>
              <w:left w:w="80" w:type="dxa"/>
              <w:bottom w:w="70" w:type="dxa"/>
              <w:right w:w="80" w:type="dxa"/>
            </w:tcMar>
            <w:vAlign w:val="center"/>
          </w:tcPr>
          <w:p w14:paraId="78FCCD3D" w14:textId="77777777" w:rsidR="00650973" w:rsidRDefault="00080072">
            <w:r>
              <w:rPr>
                <w:rFonts w:ascii="Arial" w:hAnsi="Arial"/>
                <w:sz w:val="21"/>
              </w:rPr>
              <w:t>7,50 €</w:t>
            </w:r>
          </w:p>
        </w:tc>
      </w:tr>
      <w:tr w:rsidR="00650973" w14:paraId="550FC7C8" w14:textId="77777777">
        <w:trPr>
          <w:cantSplit/>
          <w:jc w:val="center"/>
        </w:trPr>
        <w:tc>
          <w:tcPr>
            <w:tcW w:w="5103" w:type="dxa"/>
            <w:tcMar>
              <w:top w:w="70" w:type="dxa"/>
              <w:left w:w="80" w:type="dxa"/>
              <w:bottom w:w="70" w:type="dxa"/>
              <w:right w:w="80" w:type="dxa"/>
            </w:tcMar>
            <w:vAlign w:val="center"/>
          </w:tcPr>
          <w:p w14:paraId="511461F1" w14:textId="77777777" w:rsidR="00650973" w:rsidRDefault="00080072">
            <w:r>
              <w:rPr>
                <w:rFonts w:ascii="Arial" w:hAnsi="Arial"/>
                <w:sz w:val="21"/>
              </w:rPr>
              <w:t>Affogato Illy + Frangelico + vanille</w:t>
            </w:r>
          </w:p>
        </w:tc>
        <w:tc>
          <w:tcPr>
            <w:tcW w:w="5103" w:type="dxa"/>
            <w:tcMar>
              <w:top w:w="70" w:type="dxa"/>
              <w:left w:w="80" w:type="dxa"/>
              <w:bottom w:w="70" w:type="dxa"/>
              <w:right w:w="80" w:type="dxa"/>
            </w:tcMar>
            <w:vAlign w:val="center"/>
          </w:tcPr>
          <w:p w14:paraId="15FE3A50" w14:textId="77777777" w:rsidR="00650973" w:rsidRDefault="00080072">
            <w:r>
              <w:rPr>
                <w:rFonts w:ascii="Arial" w:hAnsi="Arial"/>
                <w:sz w:val="21"/>
              </w:rPr>
              <w:t>8,00 €</w:t>
            </w:r>
          </w:p>
        </w:tc>
      </w:tr>
      <w:tr w:rsidR="00650973" w14:paraId="0613C67E" w14:textId="77777777">
        <w:trPr>
          <w:cantSplit/>
          <w:jc w:val="center"/>
        </w:trPr>
        <w:tc>
          <w:tcPr>
            <w:tcW w:w="5103" w:type="dxa"/>
            <w:shd w:val="clear" w:color="auto" w:fill="F8FAF8"/>
            <w:tcMar>
              <w:top w:w="70" w:type="dxa"/>
              <w:left w:w="80" w:type="dxa"/>
              <w:bottom w:w="70" w:type="dxa"/>
              <w:right w:w="80" w:type="dxa"/>
            </w:tcMar>
            <w:vAlign w:val="center"/>
          </w:tcPr>
          <w:p w14:paraId="597030C0" w14:textId="77777777" w:rsidR="00650973" w:rsidRDefault="00080072">
            <w:r>
              <w:rPr>
                <w:rFonts w:ascii="Arial" w:hAnsi="Arial"/>
                <w:sz w:val="21"/>
              </w:rPr>
              <w:t>3 boules de glace italienne + sauces</w:t>
            </w:r>
          </w:p>
        </w:tc>
        <w:tc>
          <w:tcPr>
            <w:tcW w:w="5103" w:type="dxa"/>
            <w:shd w:val="clear" w:color="auto" w:fill="F8FAF8"/>
            <w:tcMar>
              <w:top w:w="70" w:type="dxa"/>
              <w:left w:w="80" w:type="dxa"/>
              <w:bottom w:w="70" w:type="dxa"/>
              <w:right w:w="80" w:type="dxa"/>
            </w:tcMar>
            <w:vAlign w:val="center"/>
          </w:tcPr>
          <w:p w14:paraId="400B2192" w14:textId="77777777" w:rsidR="00650973" w:rsidRDefault="00080072">
            <w:r>
              <w:rPr>
                <w:rFonts w:ascii="Arial" w:hAnsi="Arial"/>
                <w:sz w:val="21"/>
              </w:rPr>
              <w:t>7,50 €</w:t>
            </w:r>
          </w:p>
        </w:tc>
      </w:tr>
      <w:tr w:rsidR="00650973" w14:paraId="79CBB288" w14:textId="77777777">
        <w:trPr>
          <w:cantSplit/>
          <w:jc w:val="center"/>
        </w:trPr>
        <w:tc>
          <w:tcPr>
            <w:tcW w:w="5103" w:type="dxa"/>
            <w:tcMar>
              <w:top w:w="70" w:type="dxa"/>
              <w:left w:w="80" w:type="dxa"/>
              <w:bottom w:w="70" w:type="dxa"/>
              <w:right w:w="80" w:type="dxa"/>
            </w:tcMar>
            <w:vAlign w:val="center"/>
          </w:tcPr>
          <w:p w14:paraId="3FB28B31" w14:textId="77777777" w:rsidR="00650973" w:rsidRDefault="00080072">
            <w:r>
              <w:rPr>
                <w:rFonts w:ascii="Arial" w:hAnsi="Arial"/>
                <w:sz w:val="21"/>
              </w:rPr>
              <w:t>Brownie chocolat + glace</w:t>
            </w:r>
          </w:p>
        </w:tc>
        <w:tc>
          <w:tcPr>
            <w:tcW w:w="5103" w:type="dxa"/>
            <w:tcMar>
              <w:top w:w="70" w:type="dxa"/>
              <w:left w:w="80" w:type="dxa"/>
              <w:bottom w:w="70" w:type="dxa"/>
              <w:right w:w="80" w:type="dxa"/>
            </w:tcMar>
            <w:vAlign w:val="center"/>
          </w:tcPr>
          <w:p w14:paraId="3F92B237" w14:textId="77777777" w:rsidR="00650973" w:rsidRDefault="00080072">
            <w:r>
              <w:rPr>
                <w:rFonts w:ascii="Arial" w:hAnsi="Arial"/>
                <w:sz w:val="21"/>
              </w:rPr>
              <w:t>9,75 €</w:t>
            </w:r>
          </w:p>
        </w:tc>
      </w:tr>
    </w:tbl>
    <w:p w14:paraId="168D0159" w14:textId="77777777" w:rsidR="00650973" w:rsidRDefault="00650973">
      <w:pPr>
        <w:spacing w:after="40"/>
      </w:pPr>
    </w:p>
    <w:p w14:paraId="3A796336" w14:textId="77777777" w:rsidR="00650973" w:rsidRDefault="00080072">
      <w:pPr>
        <w:pStyle w:val="Titre3"/>
        <w:spacing w:before="120" w:after="100"/>
      </w:pPr>
      <w:r>
        <w:rPr>
          <w:rFonts w:ascii="Arial" w:hAnsi="Arial"/>
          <w:color w:val="2F6B4F"/>
          <w:sz w:val="23"/>
        </w:rPr>
        <w:t>Vins pétillants</w:t>
      </w:r>
    </w:p>
    <w:tbl>
      <w:tblPr>
        <w:tblStyle w:val="Grilledutableau"/>
        <w:tblW w:w="0" w:type="auto"/>
        <w:jc w:val="center"/>
        <w:tblLook w:val="04A0" w:firstRow="1" w:lastRow="0" w:firstColumn="1" w:lastColumn="0" w:noHBand="0" w:noVBand="1"/>
      </w:tblPr>
      <w:tblGrid>
        <w:gridCol w:w="5103"/>
        <w:gridCol w:w="5103"/>
      </w:tblGrid>
      <w:tr w:rsidR="00650973" w14:paraId="252BEBEA" w14:textId="77777777">
        <w:trPr>
          <w:cantSplit/>
          <w:tblHeader/>
          <w:jc w:val="center"/>
        </w:trPr>
        <w:tc>
          <w:tcPr>
            <w:tcW w:w="5103" w:type="dxa"/>
            <w:shd w:val="clear" w:color="auto" w:fill="2F6B4F"/>
            <w:tcMar>
              <w:top w:w="70" w:type="dxa"/>
              <w:left w:w="80" w:type="dxa"/>
              <w:bottom w:w="70" w:type="dxa"/>
              <w:right w:w="80" w:type="dxa"/>
            </w:tcMar>
            <w:vAlign w:val="center"/>
          </w:tcPr>
          <w:p w14:paraId="5DDFEB14"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724A3DA6" w14:textId="77777777" w:rsidR="00650973" w:rsidRDefault="00080072">
            <w:pPr>
              <w:jc w:val="center"/>
            </w:pPr>
            <w:r>
              <w:rPr>
                <w:rFonts w:ascii="Arial" w:hAnsi="Arial"/>
                <w:b/>
                <w:color w:val="FFFFFF"/>
                <w:sz w:val="21"/>
              </w:rPr>
              <w:t>Prix</w:t>
            </w:r>
          </w:p>
        </w:tc>
      </w:tr>
      <w:tr w:rsidR="00650973" w14:paraId="4EDD3B0C" w14:textId="77777777">
        <w:trPr>
          <w:cantSplit/>
          <w:jc w:val="center"/>
        </w:trPr>
        <w:tc>
          <w:tcPr>
            <w:tcW w:w="5103" w:type="dxa"/>
            <w:tcMar>
              <w:top w:w="70" w:type="dxa"/>
              <w:left w:w="80" w:type="dxa"/>
              <w:bottom w:w="70" w:type="dxa"/>
              <w:right w:w="80" w:type="dxa"/>
            </w:tcMar>
            <w:vAlign w:val="center"/>
          </w:tcPr>
          <w:p w14:paraId="210624FC" w14:textId="77777777" w:rsidR="00650973" w:rsidRDefault="00080072">
            <w:r>
              <w:rPr>
                <w:rFonts w:ascii="Arial" w:hAnsi="Arial"/>
                <w:sz w:val="21"/>
              </w:rPr>
              <w:lastRenderedPageBreak/>
              <w:t>Bollinger Special Cuvée – Champagne</w:t>
            </w:r>
          </w:p>
        </w:tc>
        <w:tc>
          <w:tcPr>
            <w:tcW w:w="5103" w:type="dxa"/>
            <w:tcMar>
              <w:top w:w="70" w:type="dxa"/>
              <w:left w:w="80" w:type="dxa"/>
              <w:bottom w:w="70" w:type="dxa"/>
              <w:right w:w="80" w:type="dxa"/>
            </w:tcMar>
            <w:vAlign w:val="center"/>
          </w:tcPr>
          <w:p w14:paraId="03C59B23" w14:textId="77777777" w:rsidR="00650973" w:rsidRDefault="00080072">
            <w:r>
              <w:rPr>
                <w:rFonts w:ascii="Arial" w:hAnsi="Arial"/>
                <w:sz w:val="21"/>
              </w:rPr>
              <w:t>110 €</w:t>
            </w:r>
          </w:p>
        </w:tc>
      </w:tr>
      <w:tr w:rsidR="00650973" w14:paraId="345F18EE" w14:textId="77777777">
        <w:trPr>
          <w:cantSplit/>
          <w:jc w:val="center"/>
        </w:trPr>
        <w:tc>
          <w:tcPr>
            <w:tcW w:w="5103" w:type="dxa"/>
            <w:shd w:val="clear" w:color="auto" w:fill="F8FAF8"/>
            <w:tcMar>
              <w:top w:w="70" w:type="dxa"/>
              <w:left w:w="80" w:type="dxa"/>
              <w:bottom w:w="70" w:type="dxa"/>
              <w:right w:w="80" w:type="dxa"/>
            </w:tcMar>
            <w:vAlign w:val="center"/>
          </w:tcPr>
          <w:p w14:paraId="182F1115" w14:textId="77777777" w:rsidR="00650973" w:rsidRDefault="00080072">
            <w:r>
              <w:rPr>
                <w:rFonts w:ascii="Arial" w:hAnsi="Arial"/>
                <w:sz w:val="21"/>
              </w:rPr>
              <w:t>Veuve Clicquot Brut – Champagne</w:t>
            </w:r>
          </w:p>
        </w:tc>
        <w:tc>
          <w:tcPr>
            <w:tcW w:w="5103" w:type="dxa"/>
            <w:shd w:val="clear" w:color="auto" w:fill="F8FAF8"/>
            <w:tcMar>
              <w:top w:w="70" w:type="dxa"/>
              <w:left w:w="80" w:type="dxa"/>
              <w:bottom w:w="70" w:type="dxa"/>
              <w:right w:w="80" w:type="dxa"/>
            </w:tcMar>
            <w:vAlign w:val="center"/>
          </w:tcPr>
          <w:p w14:paraId="60AEFE4F" w14:textId="77777777" w:rsidR="00650973" w:rsidRDefault="00080072">
            <w:r>
              <w:rPr>
                <w:rFonts w:ascii="Arial" w:hAnsi="Arial"/>
                <w:sz w:val="21"/>
              </w:rPr>
              <w:t>90 €</w:t>
            </w:r>
          </w:p>
        </w:tc>
      </w:tr>
      <w:tr w:rsidR="00650973" w14:paraId="2235A95E" w14:textId="77777777">
        <w:trPr>
          <w:cantSplit/>
          <w:jc w:val="center"/>
        </w:trPr>
        <w:tc>
          <w:tcPr>
            <w:tcW w:w="5103" w:type="dxa"/>
            <w:tcMar>
              <w:top w:w="70" w:type="dxa"/>
              <w:left w:w="80" w:type="dxa"/>
              <w:bottom w:w="70" w:type="dxa"/>
              <w:right w:w="80" w:type="dxa"/>
            </w:tcMar>
            <w:vAlign w:val="center"/>
          </w:tcPr>
          <w:p w14:paraId="3F4C4272" w14:textId="77777777" w:rsidR="00650973" w:rsidRDefault="00080072">
            <w:r>
              <w:rPr>
                <w:rFonts w:ascii="Arial" w:hAnsi="Arial"/>
                <w:sz w:val="21"/>
              </w:rPr>
              <w:t>Muga Conde de Haro Brut – Cava</w:t>
            </w:r>
          </w:p>
        </w:tc>
        <w:tc>
          <w:tcPr>
            <w:tcW w:w="5103" w:type="dxa"/>
            <w:tcMar>
              <w:top w:w="70" w:type="dxa"/>
              <w:left w:w="80" w:type="dxa"/>
              <w:bottom w:w="70" w:type="dxa"/>
              <w:right w:w="80" w:type="dxa"/>
            </w:tcMar>
            <w:vAlign w:val="center"/>
          </w:tcPr>
          <w:p w14:paraId="6B9DDD0A" w14:textId="77777777" w:rsidR="00650973" w:rsidRDefault="00080072">
            <w:r>
              <w:rPr>
                <w:rFonts w:ascii="Arial" w:hAnsi="Arial"/>
                <w:sz w:val="21"/>
              </w:rPr>
              <w:t>38,50 €</w:t>
            </w:r>
          </w:p>
        </w:tc>
      </w:tr>
      <w:tr w:rsidR="00650973" w14:paraId="1B962CA9" w14:textId="77777777">
        <w:trPr>
          <w:cantSplit/>
          <w:jc w:val="center"/>
        </w:trPr>
        <w:tc>
          <w:tcPr>
            <w:tcW w:w="5103" w:type="dxa"/>
            <w:shd w:val="clear" w:color="auto" w:fill="F8FAF8"/>
            <w:tcMar>
              <w:top w:w="70" w:type="dxa"/>
              <w:left w:w="80" w:type="dxa"/>
              <w:bottom w:w="70" w:type="dxa"/>
              <w:right w:w="80" w:type="dxa"/>
            </w:tcMar>
            <w:vAlign w:val="center"/>
          </w:tcPr>
          <w:p w14:paraId="7FAF41CD" w14:textId="77777777" w:rsidR="00650973" w:rsidRDefault="00080072">
            <w:r>
              <w:rPr>
                <w:rFonts w:ascii="Arial" w:hAnsi="Arial"/>
                <w:sz w:val="21"/>
              </w:rPr>
              <w:t>Pere Ventura Tresor Reserva – Cava</w:t>
            </w:r>
          </w:p>
        </w:tc>
        <w:tc>
          <w:tcPr>
            <w:tcW w:w="5103" w:type="dxa"/>
            <w:shd w:val="clear" w:color="auto" w:fill="F8FAF8"/>
            <w:tcMar>
              <w:top w:w="70" w:type="dxa"/>
              <w:left w:w="80" w:type="dxa"/>
              <w:bottom w:w="70" w:type="dxa"/>
              <w:right w:w="80" w:type="dxa"/>
            </w:tcMar>
            <w:vAlign w:val="center"/>
          </w:tcPr>
          <w:p w14:paraId="017C60B2" w14:textId="77777777" w:rsidR="00650973" w:rsidRDefault="00080072">
            <w:r>
              <w:rPr>
                <w:rFonts w:ascii="Arial" w:hAnsi="Arial"/>
                <w:sz w:val="21"/>
              </w:rPr>
              <w:t>7 € verre / 32 € bouteille</w:t>
            </w:r>
          </w:p>
        </w:tc>
      </w:tr>
      <w:tr w:rsidR="00650973" w14:paraId="781C63D7" w14:textId="77777777">
        <w:trPr>
          <w:cantSplit/>
          <w:jc w:val="center"/>
        </w:trPr>
        <w:tc>
          <w:tcPr>
            <w:tcW w:w="5103" w:type="dxa"/>
            <w:tcMar>
              <w:top w:w="70" w:type="dxa"/>
              <w:left w:w="80" w:type="dxa"/>
              <w:bottom w:w="70" w:type="dxa"/>
              <w:right w:w="80" w:type="dxa"/>
            </w:tcMar>
            <w:vAlign w:val="center"/>
          </w:tcPr>
          <w:p w14:paraId="6B3C1860" w14:textId="77777777" w:rsidR="00650973" w:rsidRDefault="00080072">
            <w:r>
              <w:rPr>
                <w:rFonts w:ascii="Arial" w:hAnsi="Arial"/>
                <w:sz w:val="21"/>
              </w:rPr>
              <w:t>Cinzano Pro-Spritz – Prosecco</w:t>
            </w:r>
          </w:p>
        </w:tc>
        <w:tc>
          <w:tcPr>
            <w:tcW w:w="5103" w:type="dxa"/>
            <w:tcMar>
              <w:top w:w="70" w:type="dxa"/>
              <w:left w:w="80" w:type="dxa"/>
              <w:bottom w:w="70" w:type="dxa"/>
              <w:right w:w="80" w:type="dxa"/>
            </w:tcMar>
            <w:vAlign w:val="center"/>
          </w:tcPr>
          <w:p w14:paraId="7B7FFD11" w14:textId="77777777" w:rsidR="00650973" w:rsidRDefault="00080072">
            <w:r>
              <w:rPr>
                <w:rFonts w:ascii="Arial" w:hAnsi="Arial"/>
                <w:sz w:val="21"/>
              </w:rPr>
              <w:t>5,50 € / 25 €</w:t>
            </w:r>
          </w:p>
        </w:tc>
      </w:tr>
    </w:tbl>
    <w:p w14:paraId="742F3A3F" w14:textId="77777777" w:rsidR="00650973" w:rsidRDefault="00650973">
      <w:pPr>
        <w:spacing w:after="40"/>
      </w:pPr>
    </w:p>
    <w:p w14:paraId="52DA6890" w14:textId="77777777" w:rsidR="00650973" w:rsidRDefault="00080072">
      <w:pPr>
        <w:pStyle w:val="Titre3"/>
        <w:spacing w:before="120" w:after="100"/>
      </w:pPr>
      <w:r>
        <w:rPr>
          <w:rFonts w:ascii="Arial" w:hAnsi="Arial"/>
          <w:color w:val="2F6B4F"/>
          <w:sz w:val="23"/>
        </w:rPr>
        <w:t>Vins au verre</w:t>
      </w:r>
    </w:p>
    <w:tbl>
      <w:tblPr>
        <w:tblStyle w:val="Grilledutableau"/>
        <w:tblW w:w="0" w:type="auto"/>
        <w:jc w:val="center"/>
        <w:tblLook w:val="04A0" w:firstRow="1" w:lastRow="0" w:firstColumn="1" w:lastColumn="0" w:noHBand="0" w:noVBand="1"/>
      </w:tblPr>
      <w:tblGrid>
        <w:gridCol w:w="5103"/>
        <w:gridCol w:w="5103"/>
      </w:tblGrid>
      <w:tr w:rsidR="00650973" w14:paraId="2990452A" w14:textId="77777777">
        <w:trPr>
          <w:cantSplit/>
          <w:tblHeader/>
          <w:jc w:val="center"/>
        </w:trPr>
        <w:tc>
          <w:tcPr>
            <w:tcW w:w="5103" w:type="dxa"/>
            <w:shd w:val="clear" w:color="auto" w:fill="2F6B4F"/>
            <w:tcMar>
              <w:top w:w="70" w:type="dxa"/>
              <w:left w:w="80" w:type="dxa"/>
              <w:bottom w:w="70" w:type="dxa"/>
              <w:right w:w="80" w:type="dxa"/>
            </w:tcMar>
            <w:vAlign w:val="center"/>
          </w:tcPr>
          <w:p w14:paraId="1FEA48E3"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79FAE781" w14:textId="77777777" w:rsidR="00650973" w:rsidRDefault="00080072">
            <w:pPr>
              <w:jc w:val="center"/>
            </w:pPr>
            <w:r>
              <w:rPr>
                <w:rFonts w:ascii="Arial" w:hAnsi="Arial"/>
                <w:b/>
                <w:color w:val="FFFFFF"/>
                <w:sz w:val="21"/>
              </w:rPr>
              <w:t>Prix</w:t>
            </w:r>
          </w:p>
        </w:tc>
      </w:tr>
      <w:tr w:rsidR="00650973" w14:paraId="409A7B9C" w14:textId="77777777">
        <w:trPr>
          <w:cantSplit/>
          <w:jc w:val="center"/>
        </w:trPr>
        <w:tc>
          <w:tcPr>
            <w:tcW w:w="5103" w:type="dxa"/>
            <w:tcMar>
              <w:top w:w="70" w:type="dxa"/>
              <w:left w:w="80" w:type="dxa"/>
              <w:bottom w:w="70" w:type="dxa"/>
              <w:right w:w="80" w:type="dxa"/>
            </w:tcMar>
            <w:vAlign w:val="center"/>
          </w:tcPr>
          <w:p w14:paraId="1EBA1521" w14:textId="77777777" w:rsidR="00650973" w:rsidRDefault="00080072">
            <w:r>
              <w:rPr>
                <w:rFonts w:ascii="Arial" w:hAnsi="Arial"/>
                <w:sz w:val="21"/>
              </w:rPr>
              <w:t>Marqués del Altillo Blanco – Rioja, Viura</w:t>
            </w:r>
          </w:p>
        </w:tc>
        <w:tc>
          <w:tcPr>
            <w:tcW w:w="5103" w:type="dxa"/>
            <w:tcMar>
              <w:top w:w="70" w:type="dxa"/>
              <w:left w:w="80" w:type="dxa"/>
              <w:bottom w:w="70" w:type="dxa"/>
              <w:right w:w="80" w:type="dxa"/>
            </w:tcMar>
            <w:vAlign w:val="center"/>
          </w:tcPr>
          <w:p w14:paraId="63C967A8" w14:textId="77777777" w:rsidR="00650973" w:rsidRDefault="00080072">
            <w:r>
              <w:rPr>
                <w:rFonts w:ascii="Arial" w:hAnsi="Arial"/>
                <w:sz w:val="21"/>
              </w:rPr>
              <w:t>5,50 €</w:t>
            </w:r>
          </w:p>
        </w:tc>
      </w:tr>
      <w:tr w:rsidR="00650973" w14:paraId="3DB56751" w14:textId="77777777">
        <w:trPr>
          <w:cantSplit/>
          <w:jc w:val="center"/>
        </w:trPr>
        <w:tc>
          <w:tcPr>
            <w:tcW w:w="5103" w:type="dxa"/>
            <w:shd w:val="clear" w:color="auto" w:fill="F8FAF8"/>
            <w:tcMar>
              <w:top w:w="70" w:type="dxa"/>
              <w:left w:w="80" w:type="dxa"/>
              <w:bottom w:w="70" w:type="dxa"/>
              <w:right w:w="80" w:type="dxa"/>
            </w:tcMar>
            <w:vAlign w:val="center"/>
          </w:tcPr>
          <w:p w14:paraId="0184F8E0" w14:textId="77777777" w:rsidR="00650973" w:rsidRDefault="00080072">
            <w:r>
              <w:rPr>
                <w:rFonts w:ascii="Arial" w:hAnsi="Arial"/>
                <w:sz w:val="21"/>
              </w:rPr>
              <w:t>Marqués de Frías – Rías Baixas, Albariño</w:t>
            </w:r>
          </w:p>
        </w:tc>
        <w:tc>
          <w:tcPr>
            <w:tcW w:w="5103" w:type="dxa"/>
            <w:shd w:val="clear" w:color="auto" w:fill="F8FAF8"/>
            <w:tcMar>
              <w:top w:w="70" w:type="dxa"/>
              <w:left w:w="80" w:type="dxa"/>
              <w:bottom w:w="70" w:type="dxa"/>
              <w:right w:w="80" w:type="dxa"/>
            </w:tcMar>
            <w:vAlign w:val="center"/>
          </w:tcPr>
          <w:p w14:paraId="654C5DBF" w14:textId="77777777" w:rsidR="00650973" w:rsidRDefault="00080072">
            <w:r>
              <w:rPr>
                <w:rFonts w:ascii="Arial" w:hAnsi="Arial"/>
                <w:sz w:val="21"/>
              </w:rPr>
              <w:t>6,50 €</w:t>
            </w:r>
          </w:p>
        </w:tc>
      </w:tr>
      <w:tr w:rsidR="00650973" w14:paraId="3CE73473" w14:textId="77777777">
        <w:trPr>
          <w:cantSplit/>
          <w:jc w:val="center"/>
        </w:trPr>
        <w:tc>
          <w:tcPr>
            <w:tcW w:w="5103" w:type="dxa"/>
            <w:tcMar>
              <w:top w:w="70" w:type="dxa"/>
              <w:left w:w="80" w:type="dxa"/>
              <w:bottom w:w="70" w:type="dxa"/>
              <w:right w:w="80" w:type="dxa"/>
            </w:tcMar>
            <w:vAlign w:val="center"/>
          </w:tcPr>
          <w:p w14:paraId="73496830" w14:textId="77777777" w:rsidR="00650973" w:rsidRDefault="00080072">
            <w:r>
              <w:rPr>
                <w:rFonts w:ascii="Arial" w:hAnsi="Arial"/>
                <w:sz w:val="21"/>
              </w:rPr>
              <w:t>Montespina – Rueda, Sauvignon</w:t>
            </w:r>
          </w:p>
        </w:tc>
        <w:tc>
          <w:tcPr>
            <w:tcW w:w="5103" w:type="dxa"/>
            <w:tcMar>
              <w:top w:w="70" w:type="dxa"/>
              <w:left w:w="80" w:type="dxa"/>
              <w:bottom w:w="70" w:type="dxa"/>
              <w:right w:w="80" w:type="dxa"/>
            </w:tcMar>
            <w:vAlign w:val="center"/>
          </w:tcPr>
          <w:p w14:paraId="622EEA81" w14:textId="77777777" w:rsidR="00650973" w:rsidRDefault="00080072">
            <w:r>
              <w:rPr>
                <w:rFonts w:ascii="Arial" w:hAnsi="Arial"/>
                <w:sz w:val="21"/>
              </w:rPr>
              <w:t>6,00 €</w:t>
            </w:r>
          </w:p>
        </w:tc>
      </w:tr>
      <w:tr w:rsidR="00650973" w14:paraId="5E017941" w14:textId="77777777">
        <w:trPr>
          <w:cantSplit/>
          <w:jc w:val="center"/>
        </w:trPr>
        <w:tc>
          <w:tcPr>
            <w:tcW w:w="5103" w:type="dxa"/>
            <w:shd w:val="clear" w:color="auto" w:fill="F8FAF8"/>
            <w:tcMar>
              <w:top w:w="70" w:type="dxa"/>
              <w:left w:w="80" w:type="dxa"/>
              <w:bottom w:w="70" w:type="dxa"/>
              <w:right w:w="80" w:type="dxa"/>
            </w:tcMar>
            <w:vAlign w:val="center"/>
          </w:tcPr>
          <w:p w14:paraId="0CD3F49A" w14:textId="77777777" w:rsidR="00650973" w:rsidRDefault="00080072">
            <w:r>
              <w:rPr>
                <w:rFonts w:ascii="Arial" w:hAnsi="Arial"/>
                <w:sz w:val="21"/>
              </w:rPr>
              <w:t>Analivia Verdejo Selección – Rueda</w:t>
            </w:r>
          </w:p>
        </w:tc>
        <w:tc>
          <w:tcPr>
            <w:tcW w:w="5103" w:type="dxa"/>
            <w:shd w:val="clear" w:color="auto" w:fill="F8FAF8"/>
            <w:tcMar>
              <w:top w:w="70" w:type="dxa"/>
              <w:left w:w="80" w:type="dxa"/>
              <w:bottom w:w="70" w:type="dxa"/>
              <w:right w:w="80" w:type="dxa"/>
            </w:tcMar>
            <w:vAlign w:val="center"/>
          </w:tcPr>
          <w:p w14:paraId="3A5B5CBC" w14:textId="77777777" w:rsidR="00650973" w:rsidRDefault="00080072">
            <w:r>
              <w:rPr>
                <w:rFonts w:ascii="Arial" w:hAnsi="Arial"/>
                <w:sz w:val="21"/>
              </w:rPr>
              <w:t>6,50 €</w:t>
            </w:r>
          </w:p>
        </w:tc>
      </w:tr>
      <w:tr w:rsidR="00650973" w14:paraId="3D8A918C" w14:textId="77777777">
        <w:trPr>
          <w:cantSplit/>
          <w:jc w:val="center"/>
        </w:trPr>
        <w:tc>
          <w:tcPr>
            <w:tcW w:w="5103" w:type="dxa"/>
            <w:tcMar>
              <w:top w:w="70" w:type="dxa"/>
              <w:left w:w="80" w:type="dxa"/>
              <w:bottom w:w="70" w:type="dxa"/>
              <w:right w:w="80" w:type="dxa"/>
            </w:tcMar>
            <w:vAlign w:val="center"/>
          </w:tcPr>
          <w:p w14:paraId="79958E19" w14:textId="77777777" w:rsidR="00650973" w:rsidRDefault="00080072">
            <w:r>
              <w:rPr>
                <w:rFonts w:ascii="Arial" w:hAnsi="Arial"/>
                <w:sz w:val="21"/>
              </w:rPr>
              <w:t>Marqués del Altillo Tinto – Rioja, Tempranillo</w:t>
            </w:r>
          </w:p>
        </w:tc>
        <w:tc>
          <w:tcPr>
            <w:tcW w:w="5103" w:type="dxa"/>
            <w:tcMar>
              <w:top w:w="70" w:type="dxa"/>
              <w:left w:w="80" w:type="dxa"/>
              <w:bottom w:w="70" w:type="dxa"/>
              <w:right w:w="80" w:type="dxa"/>
            </w:tcMar>
            <w:vAlign w:val="center"/>
          </w:tcPr>
          <w:p w14:paraId="79794CF7" w14:textId="77777777" w:rsidR="00650973" w:rsidRDefault="00080072">
            <w:r>
              <w:rPr>
                <w:rFonts w:ascii="Arial" w:hAnsi="Arial"/>
                <w:sz w:val="21"/>
              </w:rPr>
              <w:t>5,50 €</w:t>
            </w:r>
          </w:p>
        </w:tc>
      </w:tr>
      <w:tr w:rsidR="00650973" w14:paraId="51DC563A" w14:textId="77777777">
        <w:trPr>
          <w:cantSplit/>
          <w:jc w:val="center"/>
        </w:trPr>
        <w:tc>
          <w:tcPr>
            <w:tcW w:w="5103" w:type="dxa"/>
            <w:shd w:val="clear" w:color="auto" w:fill="F8FAF8"/>
            <w:tcMar>
              <w:top w:w="70" w:type="dxa"/>
              <w:left w:w="80" w:type="dxa"/>
              <w:bottom w:w="70" w:type="dxa"/>
              <w:right w:w="80" w:type="dxa"/>
            </w:tcMar>
            <w:vAlign w:val="center"/>
          </w:tcPr>
          <w:p w14:paraId="07FE7E68" w14:textId="77777777" w:rsidR="00650973" w:rsidRDefault="00080072">
            <w:r>
              <w:rPr>
                <w:rFonts w:ascii="Arial" w:hAnsi="Arial"/>
                <w:sz w:val="21"/>
              </w:rPr>
              <w:t>Fuentespina Crianza – Ribera del Duero</w:t>
            </w:r>
          </w:p>
        </w:tc>
        <w:tc>
          <w:tcPr>
            <w:tcW w:w="5103" w:type="dxa"/>
            <w:shd w:val="clear" w:color="auto" w:fill="F8FAF8"/>
            <w:tcMar>
              <w:top w:w="70" w:type="dxa"/>
              <w:left w:w="80" w:type="dxa"/>
              <w:bottom w:w="70" w:type="dxa"/>
              <w:right w:w="80" w:type="dxa"/>
            </w:tcMar>
            <w:vAlign w:val="center"/>
          </w:tcPr>
          <w:p w14:paraId="49440764" w14:textId="77777777" w:rsidR="00650973" w:rsidRDefault="00080072">
            <w:r>
              <w:rPr>
                <w:rFonts w:ascii="Arial" w:hAnsi="Arial"/>
                <w:sz w:val="21"/>
              </w:rPr>
              <w:t>6,50 €</w:t>
            </w:r>
          </w:p>
        </w:tc>
      </w:tr>
      <w:tr w:rsidR="00650973" w14:paraId="544FFBD6" w14:textId="77777777">
        <w:trPr>
          <w:cantSplit/>
          <w:jc w:val="center"/>
        </w:trPr>
        <w:tc>
          <w:tcPr>
            <w:tcW w:w="5103" w:type="dxa"/>
            <w:tcMar>
              <w:top w:w="70" w:type="dxa"/>
              <w:left w:w="80" w:type="dxa"/>
              <w:bottom w:w="70" w:type="dxa"/>
              <w:right w:w="80" w:type="dxa"/>
            </w:tcMar>
            <w:vAlign w:val="center"/>
          </w:tcPr>
          <w:p w14:paraId="0CE4D32E" w14:textId="77777777" w:rsidR="00650973" w:rsidRDefault="00080072">
            <w:r>
              <w:rPr>
                <w:rFonts w:ascii="Arial" w:hAnsi="Arial"/>
                <w:sz w:val="21"/>
              </w:rPr>
              <w:t>Paco García Crianza – Rioja</w:t>
            </w:r>
          </w:p>
        </w:tc>
        <w:tc>
          <w:tcPr>
            <w:tcW w:w="5103" w:type="dxa"/>
            <w:tcMar>
              <w:top w:w="70" w:type="dxa"/>
              <w:left w:w="80" w:type="dxa"/>
              <w:bottom w:w="70" w:type="dxa"/>
              <w:right w:w="80" w:type="dxa"/>
            </w:tcMar>
            <w:vAlign w:val="center"/>
          </w:tcPr>
          <w:p w14:paraId="41863299" w14:textId="77777777" w:rsidR="00650973" w:rsidRDefault="00080072">
            <w:r>
              <w:rPr>
                <w:rFonts w:ascii="Arial" w:hAnsi="Arial"/>
                <w:sz w:val="21"/>
              </w:rPr>
              <w:t>7,00 €</w:t>
            </w:r>
          </w:p>
        </w:tc>
      </w:tr>
      <w:tr w:rsidR="00650973" w14:paraId="46CCDEE5" w14:textId="77777777">
        <w:trPr>
          <w:cantSplit/>
          <w:jc w:val="center"/>
        </w:trPr>
        <w:tc>
          <w:tcPr>
            <w:tcW w:w="5103" w:type="dxa"/>
            <w:shd w:val="clear" w:color="auto" w:fill="F8FAF8"/>
            <w:tcMar>
              <w:top w:w="70" w:type="dxa"/>
              <w:left w:w="80" w:type="dxa"/>
              <w:bottom w:w="70" w:type="dxa"/>
              <w:right w:w="80" w:type="dxa"/>
            </w:tcMar>
            <w:vAlign w:val="center"/>
          </w:tcPr>
          <w:p w14:paraId="1B7D1BEF" w14:textId="77777777" w:rsidR="00650973" w:rsidRDefault="00080072">
            <w:r>
              <w:rPr>
                <w:rFonts w:ascii="Arial" w:hAnsi="Arial"/>
                <w:sz w:val="21"/>
              </w:rPr>
              <w:t>Muga El Andén de la Estación – Rioja</w:t>
            </w:r>
          </w:p>
        </w:tc>
        <w:tc>
          <w:tcPr>
            <w:tcW w:w="5103" w:type="dxa"/>
            <w:shd w:val="clear" w:color="auto" w:fill="F8FAF8"/>
            <w:tcMar>
              <w:top w:w="70" w:type="dxa"/>
              <w:left w:w="80" w:type="dxa"/>
              <w:bottom w:w="70" w:type="dxa"/>
              <w:right w:w="80" w:type="dxa"/>
            </w:tcMar>
            <w:vAlign w:val="center"/>
          </w:tcPr>
          <w:p w14:paraId="29A55579" w14:textId="77777777" w:rsidR="00650973" w:rsidRDefault="00080072">
            <w:r>
              <w:rPr>
                <w:rFonts w:ascii="Arial" w:hAnsi="Arial"/>
                <w:sz w:val="21"/>
              </w:rPr>
              <w:t>7,00 €</w:t>
            </w:r>
          </w:p>
        </w:tc>
      </w:tr>
      <w:tr w:rsidR="00650973" w14:paraId="2D29B143" w14:textId="77777777">
        <w:trPr>
          <w:cantSplit/>
          <w:jc w:val="center"/>
        </w:trPr>
        <w:tc>
          <w:tcPr>
            <w:tcW w:w="5103" w:type="dxa"/>
            <w:tcMar>
              <w:top w:w="70" w:type="dxa"/>
              <w:left w:w="80" w:type="dxa"/>
              <w:bottom w:w="70" w:type="dxa"/>
              <w:right w:w="80" w:type="dxa"/>
            </w:tcMar>
            <w:vAlign w:val="center"/>
          </w:tcPr>
          <w:p w14:paraId="3C8FCC29" w14:textId="77777777" w:rsidR="00650973" w:rsidRDefault="00080072">
            <w:r>
              <w:rPr>
                <w:rFonts w:ascii="Arial" w:hAnsi="Arial"/>
                <w:sz w:val="21"/>
              </w:rPr>
              <w:t>Muga Rosado – Rioja</w:t>
            </w:r>
          </w:p>
        </w:tc>
        <w:tc>
          <w:tcPr>
            <w:tcW w:w="5103" w:type="dxa"/>
            <w:tcMar>
              <w:top w:w="70" w:type="dxa"/>
              <w:left w:w="80" w:type="dxa"/>
              <w:bottom w:w="70" w:type="dxa"/>
              <w:right w:w="80" w:type="dxa"/>
            </w:tcMar>
            <w:vAlign w:val="center"/>
          </w:tcPr>
          <w:p w14:paraId="739819FB" w14:textId="77777777" w:rsidR="00650973" w:rsidRDefault="00080072">
            <w:r>
              <w:rPr>
                <w:rFonts w:ascii="Arial" w:hAnsi="Arial"/>
                <w:sz w:val="21"/>
              </w:rPr>
              <w:t>6,50 €</w:t>
            </w:r>
          </w:p>
        </w:tc>
      </w:tr>
    </w:tbl>
    <w:p w14:paraId="33823394" w14:textId="77777777" w:rsidR="00650973" w:rsidRDefault="00650973">
      <w:pPr>
        <w:spacing w:after="40"/>
      </w:pPr>
    </w:p>
    <w:p w14:paraId="25017F3F" w14:textId="77777777" w:rsidR="00650973" w:rsidRDefault="00080072">
      <w:pPr>
        <w:pStyle w:val="Titre3"/>
        <w:spacing w:before="120" w:after="100"/>
      </w:pPr>
      <w:r>
        <w:rPr>
          <w:rFonts w:ascii="Arial" w:hAnsi="Arial"/>
          <w:color w:val="2F6B4F"/>
          <w:sz w:val="23"/>
        </w:rPr>
        <w:t>Vins blancs – bouteilles</w:t>
      </w:r>
    </w:p>
    <w:tbl>
      <w:tblPr>
        <w:tblStyle w:val="Grilledutableau"/>
        <w:tblW w:w="0" w:type="auto"/>
        <w:jc w:val="center"/>
        <w:tblLook w:val="04A0" w:firstRow="1" w:lastRow="0" w:firstColumn="1" w:lastColumn="0" w:noHBand="0" w:noVBand="1"/>
      </w:tblPr>
      <w:tblGrid>
        <w:gridCol w:w="5103"/>
        <w:gridCol w:w="5103"/>
      </w:tblGrid>
      <w:tr w:rsidR="00650973" w14:paraId="7042E30F" w14:textId="77777777">
        <w:trPr>
          <w:cantSplit/>
          <w:tblHeader/>
          <w:jc w:val="center"/>
        </w:trPr>
        <w:tc>
          <w:tcPr>
            <w:tcW w:w="5103" w:type="dxa"/>
            <w:shd w:val="clear" w:color="auto" w:fill="2F6B4F"/>
            <w:tcMar>
              <w:top w:w="70" w:type="dxa"/>
              <w:left w:w="80" w:type="dxa"/>
              <w:bottom w:w="70" w:type="dxa"/>
              <w:right w:w="80" w:type="dxa"/>
            </w:tcMar>
            <w:vAlign w:val="center"/>
          </w:tcPr>
          <w:p w14:paraId="457B5C7E"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289827FD" w14:textId="77777777" w:rsidR="00650973" w:rsidRDefault="00080072">
            <w:pPr>
              <w:jc w:val="center"/>
            </w:pPr>
            <w:r>
              <w:rPr>
                <w:rFonts w:ascii="Arial" w:hAnsi="Arial"/>
                <w:b/>
                <w:color w:val="FFFFFF"/>
                <w:sz w:val="21"/>
              </w:rPr>
              <w:t>Prix</w:t>
            </w:r>
          </w:p>
        </w:tc>
      </w:tr>
      <w:tr w:rsidR="00650973" w14:paraId="17C6C576" w14:textId="77777777">
        <w:trPr>
          <w:cantSplit/>
          <w:jc w:val="center"/>
        </w:trPr>
        <w:tc>
          <w:tcPr>
            <w:tcW w:w="5103" w:type="dxa"/>
            <w:tcMar>
              <w:top w:w="70" w:type="dxa"/>
              <w:left w:w="80" w:type="dxa"/>
              <w:bottom w:w="70" w:type="dxa"/>
              <w:right w:w="80" w:type="dxa"/>
            </w:tcMar>
            <w:vAlign w:val="center"/>
          </w:tcPr>
          <w:p w14:paraId="510DA199" w14:textId="77777777" w:rsidR="00650973" w:rsidRDefault="00080072">
            <w:r>
              <w:rPr>
                <w:rFonts w:ascii="Arial" w:hAnsi="Arial"/>
                <w:sz w:val="21"/>
              </w:rPr>
              <w:t>Marqués del Altillo Blanco – Rioja</w:t>
            </w:r>
          </w:p>
        </w:tc>
        <w:tc>
          <w:tcPr>
            <w:tcW w:w="5103" w:type="dxa"/>
            <w:tcMar>
              <w:top w:w="70" w:type="dxa"/>
              <w:left w:w="80" w:type="dxa"/>
              <w:bottom w:w="70" w:type="dxa"/>
              <w:right w:w="80" w:type="dxa"/>
            </w:tcMar>
            <w:vAlign w:val="center"/>
          </w:tcPr>
          <w:p w14:paraId="12FD3AD5" w14:textId="77777777" w:rsidR="00650973" w:rsidRDefault="00080072">
            <w:r>
              <w:rPr>
                <w:rFonts w:ascii="Arial" w:hAnsi="Arial"/>
                <w:sz w:val="21"/>
              </w:rPr>
              <w:t>22 €</w:t>
            </w:r>
          </w:p>
        </w:tc>
      </w:tr>
      <w:tr w:rsidR="00650973" w14:paraId="1AB4EFA4" w14:textId="77777777">
        <w:trPr>
          <w:cantSplit/>
          <w:jc w:val="center"/>
        </w:trPr>
        <w:tc>
          <w:tcPr>
            <w:tcW w:w="5103" w:type="dxa"/>
            <w:shd w:val="clear" w:color="auto" w:fill="F8FAF8"/>
            <w:tcMar>
              <w:top w:w="70" w:type="dxa"/>
              <w:left w:w="80" w:type="dxa"/>
              <w:bottom w:w="70" w:type="dxa"/>
              <w:right w:w="80" w:type="dxa"/>
            </w:tcMar>
            <w:vAlign w:val="center"/>
          </w:tcPr>
          <w:p w14:paraId="3F920FAB" w14:textId="77777777" w:rsidR="00650973" w:rsidRDefault="00080072">
            <w:r>
              <w:rPr>
                <w:rFonts w:ascii="Arial" w:hAnsi="Arial"/>
                <w:sz w:val="21"/>
              </w:rPr>
              <w:t>Analivia Verdejo Selección – Rueda</w:t>
            </w:r>
          </w:p>
        </w:tc>
        <w:tc>
          <w:tcPr>
            <w:tcW w:w="5103" w:type="dxa"/>
            <w:shd w:val="clear" w:color="auto" w:fill="F8FAF8"/>
            <w:tcMar>
              <w:top w:w="70" w:type="dxa"/>
              <w:left w:w="80" w:type="dxa"/>
              <w:bottom w:w="70" w:type="dxa"/>
              <w:right w:w="80" w:type="dxa"/>
            </w:tcMar>
            <w:vAlign w:val="center"/>
          </w:tcPr>
          <w:p w14:paraId="616FD7C1" w14:textId="77777777" w:rsidR="00650973" w:rsidRDefault="00080072">
            <w:r>
              <w:rPr>
                <w:rFonts w:ascii="Arial" w:hAnsi="Arial"/>
                <w:sz w:val="21"/>
              </w:rPr>
              <w:t>28,50 €</w:t>
            </w:r>
          </w:p>
        </w:tc>
      </w:tr>
      <w:tr w:rsidR="00650973" w14:paraId="0AFDA81D" w14:textId="77777777">
        <w:trPr>
          <w:cantSplit/>
          <w:jc w:val="center"/>
        </w:trPr>
        <w:tc>
          <w:tcPr>
            <w:tcW w:w="5103" w:type="dxa"/>
            <w:tcMar>
              <w:top w:w="70" w:type="dxa"/>
              <w:left w:w="80" w:type="dxa"/>
              <w:bottom w:w="70" w:type="dxa"/>
              <w:right w:w="80" w:type="dxa"/>
            </w:tcMar>
            <w:vAlign w:val="center"/>
          </w:tcPr>
          <w:p w14:paraId="2A5A28F7" w14:textId="77777777" w:rsidR="00650973" w:rsidRDefault="00080072">
            <w:r>
              <w:rPr>
                <w:rFonts w:ascii="Arial" w:hAnsi="Arial"/>
                <w:sz w:val="21"/>
              </w:rPr>
              <w:t>Muga Blanco – Rioja</w:t>
            </w:r>
          </w:p>
        </w:tc>
        <w:tc>
          <w:tcPr>
            <w:tcW w:w="5103" w:type="dxa"/>
            <w:tcMar>
              <w:top w:w="70" w:type="dxa"/>
              <w:left w:w="80" w:type="dxa"/>
              <w:bottom w:w="70" w:type="dxa"/>
              <w:right w:w="80" w:type="dxa"/>
            </w:tcMar>
            <w:vAlign w:val="center"/>
          </w:tcPr>
          <w:p w14:paraId="5FE26305" w14:textId="77777777" w:rsidR="00650973" w:rsidRDefault="00080072">
            <w:r>
              <w:rPr>
                <w:rFonts w:ascii="Arial" w:hAnsi="Arial"/>
                <w:sz w:val="21"/>
              </w:rPr>
              <w:t>30 €</w:t>
            </w:r>
          </w:p>
        </w:tc>
      </w:tr>
      <w:tr w:rsidR="00650973" w14:paraId="48EA5E59" w14:textId="77777777">
        <w:trPr>
          <w:cantSplit/>
          <w:jc w:val="center"/>
        </w:trPr>
        <w:tc>
          <w:tcPr>
            <w:tcW w:w="5103" w:type="dxa"/>
            <w:shd w:val="clear" w:color="auto" w:fill="F8FAF8"/>
            <w:tcMar>
              <w:top w:w="70" w:type="dxa"/>
              <w:left w:w="80" w:type="dxa"/>
              <w:bottom w:w="70" w:type="dxa"/>
              <w:right w:w="80" w:type="dxa"/>
            </w:tcMar>
            <w:vAlign w:val="center"/>
          </w:tcPr>
          <w:p w14:paraId="40270639" w14:textId="77777777" w:rsidR="00650973" w:rsidRDefault="00080072">
            <w:r>
              <w:rPr>
                <w:rFonts w:ascii="Arial" w:hAnsi="Arial"/>
                <w:sz w:val="21"/>
              </w:rPr>
              <w:t>Marqués de Frías – Rías Baixas</w:t>
            </w:r>
          </w:p>
        </w:tc>
        <w:tc>
          <w:tcPr>
            <w:tcW w:w="5103" w:type="dxa"/>
            <w:shd w:val="clear" w:color="auto" w:fill="F8FAF8"/>
            <w:tcMar>
              <w:top w:w="70" w:type="dxa"/>
              <w:left w:w="80" w:type="dxa"/>
              <w:bottom w:w="70" w:type="dxa"/>
              <w:right w:w="80" w:type="dxa"/>
            </w:tcMar>
            <w:vAlign w:val="center"/>
          </w:tcPr>
          <w:p w14:paraId="3426A08F" w14:textId="77777777" w:rsidR="00650973" w:rsidRDefault="00080072">
            <w:r>
              <w:rPr>
                <w:rFonts w:ascii="Arial" w:hAnsi="Arial"/>
                <w:sz w:val="21"/>
              </w:rPr>
              <w:t>28 €</w:t>
            </w:r>
          </w:p>
        </w:tc>
      </w:tr>
      <w:tr w:rsidR="00650973" w14:paraId="47C598FF" w14:textId="77777777">
        <w:trPr>
          <w:cantSplit/>
          <w:jc w:val="center"/>
        </w:trPr>
        <w:tc>
          <w:tcPr>
            <w:tcW w:w="5103" w:type="dxa"/>
            <w:tcMar>
              <w:top w:w="70" w:type="dxa"/>
              <w:left w:w="80" w:type="dxa"/>
              <w:bottom w:w="70" w:type="dxa"/>
              <w:right w:w="80" w:type="dxa"/>
            </w:tcMar>
            <w:vAlign w:val="center"/>
          </w:tcPr>
          <w:p w14:paraId="62325259" w14:textId="77777777" w:rsidR="00650973" w:rsidRDefault="00080072">
            <w:r>
              <w:rPr>
                <w:rFonts w:ascii="Arial" w:hAnsi="Arial"/>
                <w:sz w:val="21"/>
              </w:rPr>
              <w:t>Terras Gauda – Rías Baixas</w:t>
            </w:r>
          </w:p>
        </w:tc>
        <w:tc>
          <w:tcPr>
            <w:tcW w:w="5103" w:type="dxa"/>
            <w:tcMar>
              <w:top w:w="70" w:type="dxa"/>
              <w:left w:w="80" w:type="dxa"/>
              <w:bottom w:w="70" w:type="dxa"/>
              <w:right w:w="80" w:type="dxa"/>
            </w:tcMar>
            <w:vAlign w:val="center"/>
          </w:tcPr>
          <w:p w14:paraId="3F8E0E41" w14:textId="77777777" w:rsidR="00650973" w:rsidRDefault="00080072">
            <w:r>
              <w:rPr>
                <w:rFonts w:ascii="Arial" w:hAnsi="Arial"/>
                <w:sz w:val="21"/>
              </w:rPr>
              <w:t>35 €</w:t>
            </w:r>
          </w:p>
        </w:tc>
      </w:tr>
      <w:tr w:rsidR="00650973" w14:paraId="0EC6B784" w14:textId="77777777">
        <w:trPr>
          <w:cantSplit/>
          <w:jc w:val="center"/>
        </w:trPr>
        <w:tc>
          <w:tcPr>
            <w:tcW w:w="5103" w:type="dxa"/>
            <w:shd w:val="clear" w:color="auto" w:fill="F8FAF8"/>
            <w:tcMar>
              <w:top w:w="70" w:type="dxa"/>
              <w:left w:w="80" w:type="dxa"/>
              <w:bottom w:w="70" w:type="dxa"/>
              <w:right w:w="80" w:type="dxa"/>
            </w:tcMar>
            <w:vAlign w:val="center"/>
          </w:tcPr>
          <w:p w14:paraId="028B501F" w14:textId="77777777" w:rsidR="00650973" w:rsidRDefault="00080072">
            <w:r>
              <w:rPr>
                <w:rFonts w:ascii="Arial" w:hAnsi="Arial"/>
                <w:sz w:val="21"/>
              </w:rPr>
              <w:t>Mar de Frades – Rías Baixas</w:t>
            </w:r>
          </w:p>
        </w:tc>
        <w:tc>
          <w:tcPr>
            <w:tcW w:w="5103" w:type="dxa"/>
            <w:shd w:val="clear" w:color="auto" w:fill="F8FAF8"/>
            <w:tcMar>
              <w:top w:w="70" w:type="dxa"/>
              <w:left w:w="80" w:type="dxa"/>
              <w:bottom w:w="70" w:type="dxa"/>
              <w:right w:w="80" w:type="dxa"/>
            </w:tcMar>
            <w:vAlign w:val="center"/>
          </w:tcPr>
          <w:p w14:paraId="358D74CD" w14:textId="77777777" w:rsidR="00650973" w:rsidRDefault="00080072">
            <w:r>
              <w:rPr>
                <w:rFonts w:ascii="Arial" w:hAnsi="Arial"/>
                <w:sz w:val="21"/>
              </w:rPr>
              <w:t>39,50 €</w:t>
            </w:r>
          </w:p>
        </w:tc>
      </w:tr>
      <w:tr w:rsidR="00650973" w14:paraId="55A34AD7" w14:textId="77777777">
        <w:trPr>
          <w:cantSplit/>
          <w:jc w:val="center"/>
        </w:trPr>
        <w:tc>
          <w:tcPr>
            <w:tcW w:w="5103" w:type="dxa"/>
            <w:tcMar>
              <w:top w:w="70" w:type="dxa"/>
              <w:left w:w="80" w:type="dxa"/>
              <w:bottom w:w="70" w:type="dxa"/>
              <w:right w:w="80" w:type="dxa"/>
            </w:tcMar>
            <w:vAlign w:val="center"/>
          </w:tcPr>
          <w:p w14:paraId="787B01AA" w14:textId="77777777" w:rsidR="00650973" w:rsidRDefault="00080072">
            <w:r>
              <w:rPr>
                <w:rFonts w:ascii="Arial" w:hAnsi="Arial"/>
                <w:sz w:val="21"/>
              </w:rPr>
              <w:t>Montespina – Rueda</w:t>
            </w:r>
          </w:p>
        </w:tc>
        <w:tc>
          <w:tcPr>
            <w:tcW w:w="5103" w:type="dxa"/>
            <w:tcMar>
              <w:top w:w="70" w:type="dxa"/>
              <w:left w:w="80" w:type="dxa"/>
              <w:bottom w:w="70" w:type="dxa"/>
              <w:right w:w="80" w:type="dxa"/>
            </w:tcMar>
            <w:vAlign w:val="center"/>
          </w:tcPr>
          <w:p w14:paraId="21FBD83C" w14:textId="77777777" w:rsidR="00650973" w:rsidRDefault="00080072">
            <w:r>
              <w:rPr>
                <w:rFonts w:ascii="Arial" w:hAnsi="Arial"/>
                <w:sz w:val="21"/>
              </w:rPr>
              <w:t>26 €</w:t>
            </w:r>
          </w:p>
        </w:tc>
      </w:tr>
      <w:tr w:rsidR="00650973" w14:paraId="0CDA14E3" w14:textId="77777777">
        <w:trPr>
          <w:cantSplit/>
          <w:jc w:val="center"/>
        </w:trPr>
        <w:tc>
          <w:tcPr>
            <w:tcW w:w="5103" w:type="dxa"/>
            <w:shd w:val="clear" w:color="auto" w:fill="F8FAF8"/>
            <w:tcMar>
              <w:top w:w="70" w:type="dxa"/>
              <w:left w:w="80" w:type="dxa"/>
              <w:bottom w:w="70" w:type="dxa"/>
              <w:right w:w="80" w:type="dxa"/>
            </w:tcMar>
            <w:vAlign w:val="center"/>
          </w:tcPr>
          <w:p w14:paraId="747AFA29" w14:textId="77777777" w:rsidR="00650973" w:rsidRDefault="00080072">
            <w:r>
              <w:rPr>
                <w:rFonts w:ascii="Arial" w:hAnsi="Arial"/>
                <w:sz w:val="21"/>
              </w:rPr>
              <w:t>Circé – (zone donnée Costers del Segre dans le texte)</w:t>
            </w:r>
          </w:p>
        </w:tc>
        <w:tc>
          <w:tcPr>
            <w:tcW w:w="5103" w:type="dxa"/>
            <w:shd w:val="clear" w:color="auto" w:fill="F8FAF8"/>
            <w:tcMar>
              <w:top w:w="70" w:type="dxa"/>
              <w:left w:w="80" w:type="dxa"/>
              <w:bottom w:w="70" w:type="dxa"/>
              <w:right w:w="80" w:type="dxa"/>
            </w:tcMar>
            <w:vAlign w:val="center"/>
          </w:tcPr>
          <w:p w14:paraId="2CDBF1DA" w14:textId="77777777" w:rsidR="00650973" w:rsidRDefault="00080072">
            <w:r>
              <w:rPr>
                <w:rFonts w:ascii="Arial" w:hAnsi="Arial"/>
                <w:sz w:val="21"/>
              </w:rPr>
              <w:t>28,50 €</w:t>
            </w:r>
          </w:p>
        </w:tc>
      </w:tr>
      <w:tr w:rsidR="00650973" w14:paraId="3B45857B" w14:textId="77777777">
        <w:trPr>
          <w:cantSplit/>
          <w:jc w:val="center"/>
        </w:trPr>
        <w:tc>
          <w:tcPr>
            <w:tcW w:w="5103" w:type="dxa"/>
            <w:tcMar>
              <w:top w:w="70" w:type="dxa"/>
              <w:left w:w="80" w:type="dxa"/>
              <w:bottom w:w="70" w:type="dxa"/>
              <w:right w:w="80" w:type="dxa"/>
            </w:tcMar>
            <w:vAlign w:val="center"/>
          </w:tcPr>
          <w:p w14:paraId="255FF007" w14:textId="77777777" w:rsidR="00650973" w:rsidRDefault="00080072">
            <w:r>
              <w:rPr>
                <w:rFonts w:ascii="Arial" w:hAnsi="Arial"/>
                <w:sz w:val="21"/>
              </w:rPr>
              <w:t>Raimat Castell – Chardonnay</w:t>
            </w:r>
          </w:p>
        </w:tc>
        <w:tc>
          <w:tcPr>
            <w:tcW w:w="5103" w:type="dxa"/>
            <w:tcMar>
              <w:top w:w="70" w:type="dxa"/>
              <w:left w:w="80" w:type="dxa"/>
              <w:bottom w:w="70" w:type="dxa"/>
              <w:right w:w="80" w:type="dxa"/>
            </w:tcMar>
            <w:vAlign w:val="center"/>
          </w:tcPr>
          <w:p w14:paraId="6C8812C8" w14:textId="77777777" w:rsidR="00650973" w:rsidRDefault="00080072">
            <w:r>
              <w:rPr>
                <w:rFonts w:ascii="Arial" w:hAnsi="Arial"/>
                <w:sz w:val="21"/>
              </w:rPr>
              <w:t>29,50 €</w:t>
            </w:r>
          </w:p>
        </w:tc>
      </w:tr>
      <w:tr w:rsidR="00650973" w14:paraId="481474ED" w14:textId="77777777">
        <w:trPr>
          <w:cantSplit/>
          <w:jc w:val="center"/>
        </w:trPr>
        <w:tc>
          <w:tcPr>
            <w:tcW w:w="5103" w:type="dxa"/>
            <w:shd w:val="clear" w:color="auto" w:fill="F8FAF8"/>
            <w:tcMar>
              <w:top w:w="70" w:type="dxa"/>
              <w:left w:w="80" w:type="dxa"/>
              <w:bottom w:w="70" w:type="dxa"/>
              <w:right w:w="80" w:type="dxa"/>
            </w:tcMar>
            <w:vAlign w:val="center"/>
          </w:tcPr>
          <w:p w14:paraId="751E9F37" w14:textId="77777777" w:rsidR="00650973" w:rsidRDefault="00080072">
            <w:r>
              <w:rPr>
                <w:rFonts w:ascii="Arial" w:hAnsi="Arial"/>
                <w:sz w:val="21"/>
              </w:rPr>
              <w:t>Luna Blanco Fruité – Valle de Güímar, Listán Blanco/Moscatel</w:t>
            </w:r>
          </w:p>
        </w:tc>
        <w:tc>
          <w:tcPr>
            <w:tcW w:w="5103" w:type="dxa"/>
            <w:shd w:val="clear" w:color="auto" w:fill="F8FAF8"/>
            <w:tcMar>
              <w:top w:w="70" w:type="dxa"/>
              <w:left w:w="80" w:type="dxa"/>
              <w:bottom w:w="70" w:type="dxa"/>
              <w:right w:w="80" w:type="dxa"/>
            </w:tcMar>
            <w:vAlign w:val="center"/>
          </w:tcPr>
          <w:p w14:paraId="32CEF186" w14:textId="77777777" w:rsidR="00650973" w:rsidRDefault="00080072">
            <w:r>
              <w:rPr>
                <w:rFonts w:ascii="Arial" w:hAnsi="Arial"/>
                <w:sz w:val="21"/>
              </w:rPr>
              <w:t>29 €</w:t>
            </w:r>
          </w:p>
        </w:tc>
      </w:tr>
      <w:tr w:rsidR="00650973" w14:paraId="2776FB5B" w14:textId="77777777">
        <w:trPr>
          <w:cantSplit/>
          <w:jc w:val="center"/>
        </w:trPr>
        <w:tc>
          <w:tcPr>
            <w:tcW w:w="5103" w:type="dxa"/>
            <w:tcMar>
              <w:top w:w="70" w:type="dxa"/>
              <w:left w:w="80" w:type="dxa"/>
              <w:bottom w:w="70" w:type="dxa"/>
              <w:right w:w="80" w:type="dxa"/>
            </w:tcMar>
            <w:vAlign w:val="center"/>
          </w:tcPr>
          <w:p w14:paraId="53D67A5E" w14:textId="77777777" w:rsidR="00650973" w:rsidRDefault="00080072">
            <w:r>
              <w:rPr>
                <w:rFonts w:ascii="Arial" w:hAnsi="Arial"/>
                <w:sz w:val="21"/>
              </w:rPr>
              <w:t>Yaiza Malvasía Seco – Lanzarote</w:t>
            </w:r>
          </w:p>
        </w:tc>
        <w:tc>
          <w:tcPr>
            <w:tcW w:w="5103" w:type="dxa"/>
            <w:tcMar>
              <w:top w:w="70" w:type="dxa"/>
              <w:left w:w="80" w:type="dxa"/>
              <w:bottom w:w="70" w:type="dxa"/>
              <w:right w:w="80" w:type="dxa"/>
            </w:tcMar>
            <w:vAlign w:val="center"/>
          </w:tcPr>
          <w:p w14:paraId="662152EB" w14:textId="77777777" w:rsidR="00650973" w:rsidRDefault="00080072">
            <w:r>
              <w:rPr>
                <w:rFonts w:ascii="Arial" w:hAnsi="Arial"/>
                <w:sz w:val="21"/>
              </w:rPr>
              <w:t>39 €</w:t>
            </w:r>
          </w:p>
        </w:tc>
      </w:tr>
    </w:tbl>
    <w:p w14:paraId="1A95A0D0" w14:textId="77777777" w:rsidR="00650973" w:rsidRDefault="00650973">
      <w:pPr>
        <w:spacing w:after="40"/>
      </w:pPr>
    </w:p>
    <w:p w14:paraId="7946FB5D" w14:textId="77777777" w:rsidR="00650973" w:rsidRDefault="00080072">
      <w:pPr>
        <w:pStyle w:val="Titre3"/>
        <w:spacing w:before="120" w:after="100"/>
      </w:pPr>
      <w:r>
        <w:rPr>
          <w:rFonts w:ascii="Arial" w:hAnsi="Arial"/>
          <w:color w:val="2F6B4F"/>
          <w:sz w:val="23"/>
        </w:rPr>
        <w:t>Vins rouges – bouteilles</w:t>
      </w:r>
    </w:p>
    <w:tbl>
      <w:tblPr>
        <w:tblStyle w:val="Grilledutableau"/>
        <w:tblW w:w="0" w:type="auto"/>
        <w:jc w:val="center"/>
        <w:tblLook w:val="04A0" w:firstRow="1" w:lastRow="0" w:firstColumn="1" w:lastColumn="0" w:noHBand="0" w:noVBand="1"/>
      </w:tblPr>
      <w:tblGrid>
        <w:gridCol w:w="5103"/>
        <w:gridCol w:w="5103"/>
      </w:tblGrid>
      <w:tr w:rsidR="00650973" w14:paraId="37758CBB" w14:textId="77777777">
        <w:trPr>
          <w:cantSplit/>
          <w:tblHeader/>
          <w:jc w:val="center"/>
        </w:trPr>
        <w:tc>
          <w:tcPr>
            <w:tcW w:w="5103" w:type="dxa"/>
            <w:shd w:val="clear" w:color="auto" w:fill="2F6B4F"/>
            <w:tcMar>
              <w:top w:w="70" w:type="dxa"/>
              <w:left w:w="80" w:type="dxa"/>
              <w:bottom w:w="70" w:type="dxa"/>
              <w:right w:w="80" w:type="dxa"/>
            </w:tcMar>
            <w:vAlign w:val="center"/>
          </w:tcPr>
          <w:p w14:paraId="33261AA5"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57D8E928" w14:textId="77777777" w:rsidR="00650973" w:rsidRDefault="00080072">
            <w:pPr>
              <w:jc w:val="center"/>
            </w:pPr>
            <w:r>
              <w:rPr>
                <w:rFonts w:ascii="Arial" w:hAnsi="Arial"/>
                <w:b/>
                <w:color w:val="FFFFFF"/>
                <w:sz w:val="21"/>
              </w:rPr>
              <w:t>Prix</w:t>
            </w:r>
          </w:p>
        </w:tc>
      </w:tr>
      <w:tr w:rsidR="00650973" w14:paraId="22D42006" w14:textId="77777777">
        <w:trPr>
          <w:cantSplit/>
          <w:jc w:val="center"/>
        </w:trPr>
        <w:tc>
          <w:tcPr>
            <w:tcW w:w="5103" w:type="dxa"/>
            <w:tcMar>
              <w:top w:w="70" w:type="dxa"/>
              <w:left w:w="80" w:type="dxa"/>
              <w:bottom w:w="70" w:type="dxa"/>
              <w:right w:w="80" w:type="dxa"/>
            </w:tcMar>
            <w:vAlign w:val="center"/>
          </w:tcPr>
          <w:p w14:paraId="33A4BCAC" w14:textId="77777777" w:rsidR="00650973" w:rsidRDefault="00080072">
            <w:r>
              <w:rPr>
                <w:rFonts w:ascii="Arial" w:hAnsi="Arial"/>
                <w:sz w:val="21"/>
              </w:rPr>
              <w:t>Marqués del Altillo Tinto – Rioja</w:t>
            </w:r>
          </w:p>
        </w:tc>
        <w:tc>
          <w:tcPr>
            <w:tcW w:w="5103" w:type="dxa"/>
            <w:tcMar>
              <w:top w:w="70" w:type="dxa"/>
              <w:left w:w="80" w:type="dxa"/>
              <w:bottom w:w="70" w:type="dxa"/>
              <w:right w:w="80" w:type="dxa"/>
            </w:tcMar>
            <w:vAlign w:val="center"/>
          </w:tcPr>
          <w:p w14:paraId="51E6EB0D" w14:textId="77777777" w:rsidR="00650973" w:rsidRDefault="00080072">
            <w:r>
              <w:rPr>
                <w:rFonts w:ascii="Arial" w:hAnsi="Arial"/>
                <w:sz w:val="21"/>
              </w:rPr>
              <w:t>22 €</w:t>
            </w:r>
          </w:p>
        </w:tc>
      </w:tr>
      <w:tr w:rsidR="00650973" w14:paraId="7222562F" w14:textId="77777777">
        <w:trPr>
          <w:cantSplit/>
          <w:jc w:val="center"/>
        </w:trPr>
        <w:tc>
          <w:tcPr>
            <w:tcW w:w="5103" w:type="dxa"/>
            <w:shd w:val="clear" w:color="auto" w:fill="F8FAF8"/>
            <w:tcMar>
              <w:top w:w="70" w:type="dxa"/>
              <w:left w:w="80" w:type="dxa"/>
              <w:bottom w:w="70" w:type="dxa"/>
              <w:right w:w="80" w:type="dxa"/>
            </w:tcMar>
            <w:vAlign w:val="center"/>
          </w:tcPr>
          <w:p w14:paraId="3EDD58E7" w14:textId="77777777" w:rsidR="00650973" w:rsidRDefault="00080072">
            <w:r>
              <w:rPr>
                <w:rFonts w:ascii="Arial" w:hAnsi="Arial"/>
                <w:sz w:val="21"/>
              </w:rPr>
              <w:t>Azpilicueta Crianza – Rioja</w:t>
            </w:r>
          </w:p>
        </w:tc>
        <w:tc>
          <w:tcPr>
            <w:tcW w:w="5103" w:type="dxa"/>
            <w:shd w:val="clear" w:color="auto" w:fill="F8FAF8"/>
            <w:tcMar>
              <w:top w:w="70" w:type="dxa"/>
              <w:left w:w="80" w:type="dxa"/>
              <w:bottom w:w="70" w:type="dxa"/>
              <w:right w:w="80" w:type="dxa"/>
            </w:tcMar>
            <w:vAlign w:val="center"/>
          </w:tcPr>
          <w:p w14:paraId="4CA85DC6" w14:textId="77777777" w:rsidR="00650973" w:rsidRDefault="00080072">
            <w:r>
              <w:rPr>
                <w:rFonts w:ascii="Arial" w:hAnsi="Arial"/>
                <w:sz w:val="21"/>
              </w:rPr>
              <w:t>29 €</w:t>
            </w:r>
          </w:p>
        </w:tc>
      </w:tr>
      <w:tr w:rsidR="00650973" w14:paraId="4D479164" w14:textId="77777777">
        <w:trPr>
          <w:cantSplit/>
          <w:jc w:val="center"/>
        </w:trPr>
        <w:tc>
          <w:tcPr>
            <w:tcW w:w="5103" w:type="dxa"/>
            <w:tcMar>
              <w:top w:w="70" w:type="dxa"/>
              <w:left w:w="80" w:type="dxa"/>
              <w:bottom w:w="70" w:type="dxa"/>
              <w:right w:w="80" w:type="dxa"/>
            </w:tcMar>
            <w:vAlign w:val="center"/>
          </w:tcPr>
          <w:p w14:paraId="2A514070" w14:textId="77777777" w:rsidR="00650973" w:rsidRDefault="00080072">
            <w:r>
              <w:rPr>
                <w:rFonts w:ascii="Arial" w:hAnsi="Arial"/>
                <w:sz w:val="21"/>
              </w:rPr>
              <w:lastRenderedPageBreak/>
              <w:t>Castillo Albai Reserva – Rioja</w:t>
            </w:r>
          </w:p>
        </w:tc>
        <w:tc>
          <w:tcPr>
            <w:tcW w:w="5103" w:type="dxa"/>
            <w:tcMar>
              <w:top w:w="70" w:type="dxa"/>
              <w:left w:w="80" w:type="dxa"/>
              <w:bottom w:w="70" w:type="dxa"/>
              <w:right w:w="80" w:type="dxa"/>
            </w:tcMar>
            <w:vAlign w:val="center"/>
          </w:tcPr>
          <w:p w14:paraId="0A21C9CE" w14:textId="77777777" w:rsidR="00650973" w:rsidRDefault="00080072">
            <w:r>
              <w:rPr>
                <w:rFonts w:ascii="Arial" w:hAnsi="Arial"/>
                <w:sz w:val="21"/>
              </w:rPr>
              <w:t>33 €</w:t>
            </w:r>
          </w:p>
        </w:tc>
      </w:tr>
      <w:tr w:rsidR="00650973" w14:paraId="392CF025" w14:textId="77777777">
        <w:trPr>
          <w:cantSplit/>
          <w:jc w:val="center"/>
        </w:trPr>
        <w:tc>
          <w:tcPr>
            <w:tcW w:w="5103" w:type="dxa"/>
            <w:shd w:val="clear" w:color="auto" w:fill="F8FAF8"/>
            <w:tcMar>
              <w:top w:w="70" w:type="dxa"/>
              <w:left w:w="80" w:type="dxa"/>
              <w:bottom w:w="70" w:type="dxa"/>
              <w:right w:w="80" w:type="dxa"/>
            </w:tcMar>
            <w:vAlign w:val="center"/>
          </w:tcPr>
          <w:p w14:paraId="4DA193F3" w14:textId="77777777" w:rsidR="00650973" w:rsidRDefault="00080072">
            <w:r>
              <w:rPr>
                <w:rFonts w:ascii="Arial" w:hAnsi="Arial"/>
                <w:sz w:val="21"/>
              </w:rPr>
              <w:t>Muga Crianza – Rioja</w:t>
            </w:r>
          </w:p>
        </w:tc>
        <w:tc>
          <w:tcPr>
            <w:tcW w:w="5103" w:type="dxa"/>
            <w:shd w:val="clear" w:color="auto" w:fill="F8FAF8"/>
            <w:tcMar>
              <w:top w:w="70" w:type="dxa"/>
              <w:left w:w="80" w:type="dxa"/>
              <w:bottom w:w="70" w:type="dxa"/>
              <w:right w:w="80" w:type="dxa"/>
            </w:tcMar>
            <w:vAlign w:val="center"/>
          </w:tcPr>
          <w:p w14:paraId="4AB5BD53" w14:textId="77777777" w:rsidR="00650973" w:rsidRDefault="00080072">
            <w:r>
              <w:rPr>
                <w:rFonts w:ascii="Arial" w:hAnsi="Arial"/>
                <w:sz w:val="21"/>
              </w:rPr>
              <w:t>39,50 €</w:t>
            </w:r>
          </w:p>
        </w:tc>
      </w:tr>
      <w:tr w:rsidR="00650973" w14:paraId="43EA82DB" w14:textId="77777777">
        <w:trPr>
          <w:cantSplit/>
          <w:jc w:val="center"/>
        </w:trPr>
        <w:tc>
          <w:tcPr>
            <w:tcW w:w="5103" w:type="dxa"/>
            <w:tcMar>
              <w:top w:w="70" w:type="dxa"/>
              <w:left w:w="80" w:type="dxa"/>
              <w:bottom w:w="70" w:type="dxa"/>
              <w:right w:w="80" w:type="dxa"/>
            </w:tcMar>
            <w:vAlign w:val="center"/>
          </w:tcPr>
          <w:p w14:paraId="0C0590DD" w14:textId="77777777" w:rsidR="00650973" w:rsidRDefault="00080072">
            <w:r>
              <w:rPr>
                <w:rFonts w:ascii="Arial" w:hAnsi="Arial"/>
                <w:sz w:val="21"/>
              </w:rPr>
              <w:t>Muga El Andén de la Estación – Rioja</w:t>
            </w:r>
          </w:p>
        </w:tc>
        <w:tc>
          <w:tcPr>
            <w:tcW w:w="5103" w:type="dxa"/>
            <w:tcMar>
              <w:top w:w="70" w:type="dxa"/>
              <w:left w:w="80" w:type="dxa"/>
              <w:bottom w:w="70" w:type="dxa"/>
              <w:right w:w="80" w:type="dxa"/>
            </w:tcMar>
            <w:vAlign w:val="center"/>
          </w:tcPr>
          <w:p w14:paraId="4C932475" w14:textId="77777777" w:rsidR="00650973" w:rsidRDefault="00080072">
            <w:r>
              <w:rPr>
                <w:rFonts w:ascii="Arial" w:hAnsi="Arial"/>
                <w:sz w:val="21"/>
              </w:rPr>
              <w:t>33 €</w:t>
            </w:r>
          </w:p>
        </w:tc>
      </w:tr>
      <w:tr w:rsidR="00650973" w14:paraId="27869D2F" w14:textId="77777777">
        <w:trPr>
          <w:cantSplit/>
          <w:jc w:val="center"/>
        </w:trPr>
        <w:tc>
          <w:tcPr>
            <w:tcW w:w="5103" w:type="dxa"/>
            <w:shd w:val="clear" w:color="auto" w:fill="F8FAF8"/>
            <w:tcMar>
              <w:top w:w="70" w:type="dxa"/>
              <w:left w:w="80" w:type="dxa"/>
              <w:bottom w:w="70" w:type="dxa"/>
              <w:right w:w="80" w:type="dxa"/>
            </w:tcMar>
            <w:vAlign w:val="center"/>
          </w:tcPr>
          <w:p w14:paraId="16AAEA0C" w14:textId="77777777" w:rsidR="00650973" w:rsidRDefault="00080072">
            <w:r>
              <w:rPr>
                <w:rFonts w:ascii="Arial" w:hAnsi="Arial"/>
                <w:sz w:val="21"/>
              </w:rPr>
              <w:t>Fuentespina Crianza – Ribera del Duero</w:t>
            </w:r>
          </w:p>
        </w:tc>
        <w:tc>
          <w:tcPr>
            <w:tcW w:w="5103" w:type="dxa"/>
            <w:shd w:val="clear" w:color="auto" w:fill="F8FAF8"/>
            <w:tcMar>
              <w:top w:w="70" w:type="dxa"/>
              <w:left w:w="80" w:type="dxa"/>
              <w:bottom w:w="70" w:type="dxa"/>
              <w:right w:w="80" w:type="dxa"/>
            </w:tcMar>
            <w:vAlign w:val="center"/>
          </w:tcPr>
          <w:p w14:paraId="35E183B6" w14:textId="77777777" w:rsidR="00650973" w:rsidRDefault="00080072">
            <w:r>
              <w:rPr>
                <w:rFonts w:ascii="Arial" w:hAnsi="Arial"/>
                <w:sz w:val="21"/>
              </w:rPr>
              <w:t>29 €</w:t>
            </w:r>
          </w:p>
        </w:tc>
      </w:tr>
      <w:tr w:rsidR="00650973" w14:paraId="342170B6" w14:textId="77777777">
        <w:trPr>
          <w:cantSplit/>
          <w:jc w:val="center"/>
        </w:trPr>
        <w:tc>
          <w:tcPr>
            <w:tcW w:w="5103" w:type="dxa"/>
            <w:tcMar>
              <w:top w:w="70" w:type="dxa"/>
              <w:left w:w="80" w:type="dxa"/>
              <w:bottom w:w="70" w:type="dxa"/>
              <w:right w:w="80" w:type="dxa"/>
            </w:tcMar>
            <w:vAlign w:val="center"/>
          </w:tcPr>
          <w:p w14:paraId="7248D329" w14:textId="77777777" w:rsidR="00650973" w:rsidRDefault="00080072">
            <w:r>
              <w:rPr>
                <w:rFonts w:ascii="Arial" w:hAnsi="Arial"/>
                <w:sz w:val="21"/>
              </w:rPr>
              <w:t>Paco García – Rioja</w:t>
            </w:r>
          </w:p>
        </w:tc>
        <w:tc>
          <w:tcPr>
            <w:tcW w:w="5103" w:type="dxa"/>
            <w:tcMar>
              <w:top w:w="70" w:type="dxa"/>
              <w:left w:w="80" w:type="dxa"/>
              <w:bottom w:w="70" w:type="dxa"/>
              <w:right w:w="80" w:type="dxa"/>
            </w:tcMar>
            <w:vAlign w:val="center"/>
          </w:tcPr>
          <w:p w14:paraId="6ED9C9D9" w14:textId="77777777" w:rsidR="00650973" w:rsidRDefault="00080072">
            <w:r>
              <w:rPr>
                <w:rFonts w:ascii="Arial" w:hAnsi="Arial"/>
                <w:sz w:val="21"/>
              </w:rPr>
              <w:t>34 €</w:t>
            </w:r>
          </w:p>
        </w:tc>
      </w:tr>
      <w:tr w:rsidR="00650973" w14:paraId="539B7B22" w14:textId="77777777">
        <w:trPr>
          <w:cantSplit/>
          <w:jc w:val="center"/>
        </w:trPr>
        <w:tc>
          <w:tcPr>
            <w:tcW w:w="5103" w:type="dxa"/>
            <w:shd w:val="clear" w:color="auto" w:fill="F8FAF8"/>
            <w:tcMar>
              <w:top w:w="70" w:type="dxa"/>
              <w:left w:w="80" w:type="dxa"/>
              <w:bottom w:w="70" w:type="dxa"/>
              <w:right w:w="80" w:type="dxa"/>
            </w:tcMar>
            <w:vAlign w:val="center"/>
          </w:tcPr>
          <w:p w14:paraId="01EDB8BC" w14:textId="77777777" w:rsidR="00650973" w:rsidRDefault="00080072">
            <w:r>
              <w:rPr>
                <w:rFonts w:ascii="Arial" w:hAnsi="Arial"/>
                <w:sz w:val="21"/>
              </w:rPr>
              <w:t>Emilio Moro – Ribera del Duero</w:t>
            </w:r>
          </w:p>
        </w:tc>
        <w:tc>
          <w:tcPr>
            <w:tcW w:w="5103" w:type="dxa"/>
            <w:shd w:val="clear" w:color="auto" w:fill="F8FAF8"/>
            <w:tcMar>
              <w:top w:w="70" w:type="dxa"/>
              <w:left w:w="80" w:type="dxa"/>
              <w:bottom w:w="70" w:type="dxa"/>
              <w:right w:w="80" w:type="dxa"/>
            </w:tcMar>
            <w:vAlign w:val="center"/>
          </w:tcPr>
          <w:p w14:paraId="17D4A3C5" w14:textId="77777777" w:rsidR="00650973" w:rsidRDefault="00080072">
            <w:r>
              <w:rPr>
                <w:rFonts w:ascii="Arial" w:hAnsi="Arial"/>
                <w:sz w:val="21"/>
              </w:rPr>
              <w:t>45 €</w:t>
            </w:r>
          </w:p>
        </w:tc>
      </w:tr>
      <w:tr w:rsidR="00650973" w14:paraId="6B5F5E41" w14:textId="77777777">
        <w:trPr>
          <w:cantSplit/>
          <w:jc w:val="center"/>
        </w:trPr>
        <w:tc>
          <w:tcPr>
            <w:tcW w:w="5103" w:type="dxa"/>
            <w:tcMar>
              <w:top w:w="70" w:type="dxa"/>
              <w:left w:w="80" w:type="dxa"/>
              <w:bottom w:w="70" w:type="dxa"/>
              <w:right w:w="80" w:type="dxa"/>
            </w:tcMar>
            <w:vAlign w:val="center"/>
          </w:tcPr>
          <w:p w14:paraId="0ECFAB89" w14:textId="77777777" w:rsidR="00650973" w:rsidRDefault="00080072">
            <w:r>
              <w:rPr>
                <w:rFonts w:ascii="Arial" w:hAnsi="Arial"/>
                <w:sz w:val="21"/>
              </w:rPr>
              <w:t>Malleolus – Ribera del Duero</w:t>
            </w:r>
          </w:p>
        </w:tc>
        <w:tc>
          <w:tcPr>
            <w:tcW w:w="5103" w:type="dxa"/>
            <w:tcMar>
              <w:top w:w="70" w:type="dxa"/>
              <w:left w:w="80" w:type="dxa"/>
              <w:bottom w:w="70" w:type="dxa"/>
              <w:right w:w="80" w:type="dxa"/>
            </w:tcMar>
            <w:vAlign w:val="center"/>
          </w:tcPr>
          <w:p w14:paraId="4FF454A0" w14:textId="77777777" w:rsidR="00650973" w:rsidRDefault="00080072">
            <w:r>
              <w:rPr>
                <w:rFonts w:ascii="Arial" w:hAnsi="Arial"/>
                <w:sz w:val="21"/>
              </w:rPr>
              <w:t>75 €</w:t>
            </w:r>
          </w:p>
        </w:tc>
      </w:tr>
      <w:tr w:rsidR="00650973" w14:paraId="1567FC33" w14:textId="77777777">
        <w:trPr>
          <w:cantSplit/>
          <w:jc w:val="center"/>
        </w:trPr>
        <w:tc>
          <w:tcPr>
            <w:tcW w:w="5103" w:type="dxa"/>
            <w:shd w:val="clear" w:color="auto" w:fill="F8FAF8"/>
            <w:tcMar>
              <w:top w:w="70" w:type="dxa"/>
              <w:left w:w="80" w:type="dxa"/>
              <w:bottom w:w="70" w:type="dxa"/>
              <w:right w:w="80" w:type="dxa"/>
            </w:tcMar>
            <w:vAlign w:val="center"/>
          </w:tcPr>
          <w:p w14:paraId="44AFE58A" w14:textId="77777777" w:rsidR="00650973" w:rsidRDefault="00080072">
            <w:r>
              <w:rPr>
                <w:rFonts w:ascii="Arial" w:hAnsi="Arial"/>
                <w:sz w:val="21"/>
              </w:rPr>
              <w:t>LAN a Mano Edición Limitada – Rioja</w:t>
            </w:r>
          </w:p>
        </w:tc>
        <w:tc>
          <w:tcPr>
            <w:tcW w:w="5103" w:type="dxa"/>
            <w:shd w:val="clear" w:color="auto" w:fill="F8FAF8"/>
            <w:tcMar>
              <w:top w:w="70" w:type="dxa"/>
              <w:left w:w="80" w:type="dxa"/>
              <w:bottom w:w="70" w:type="dxa"/>
              <w:right w:w="80" w:type="dxa"/>
            </w:tcMar>
            <w:vAlign w:val="center"/>
          </w:tcPr>
          <w:p w14:paraId="2B05B7C6" w14:textId="77777777" w:rsidR="00650973" w:rsidRDefault="00080072">
            <w:r>
              <w:rPr>
                <w:rFonts w:ascii="Arial" w:hAnsi="Arial"/>
                <w:sz w:val="21"/>
              </w:rPr>
              <w:t>59 €</w:t>
            </w:r>
          </w:p>
        </w:tc>
      </w:tr>
      <w:tr w:rsidR="00650973" w14:paraId="16FF0B15" w14:textId="77777777">
        <w:trPr>
          <w:cantSplit/>
          <w:jc w:val="center"/>
        </w:trPr>
        <w:tc>
          <w:tcPr>
            <w:tcW w:w="5103" w:type="dxa"/>
            <w:tcMar>
              <w:top w:w="70" w:type="dxa"/>
              <w:left w:w="80" w:type="dxa"/>
              <w:bottom w:w="70" w:type="dxa"/>
              <w:right w:w="80" w:type="dxa"/>
            </w:tcMar>
            <w:vAlign w:val="center"/>
          </w:tcPr>
          <w:p w14:paraId="5142FF20" w14:textId="77777777" w:rsidR="00650973" w:rsidRDefault="00080072">
            <w:r>
              <w:rPr>
                <w:rFonts w:ascii="Arial" w:hAnsi="Arial"/>
                <w:sz w:val="21"/>
              </w:rPr>
              <w:t>Prado Enea Gran Reserva – Rioja</w:t>
            </w:r>
          </w:p>
        </w:tc>
        <w:tc>
          <w:tcPr>
            <w:tcW w:w="5103" w:type="dxa"/>
            <w:tcMar>
              <w:top w:w="70" w:type="dxa"/>
              <w:left w:w="80" w:type="dxa"/>
              <w:bottom w:w="70" w:type="dxa"/>
              <w:right w:w="80" w:type="dxa"/>
            </w:tcMar>
            <w:vAlign w:val="center"/>
          </w:tcPr>
          <w:p w14:paraId="12425D39" w14:textId="77777777" w:rsidR="00650973" w:rsidRDefault="00080072">
            <w:r>
              <w:rPr>
                <w:rFonts w:ascii="Arial" w:hAnsi="Arial"/>
                <w:sz w:val="21"/>
              </w:rPr>
              <w:t>90 €</w:t>
            </w:r>
          </w:p>
        </w:tc>
      </w:tr>
    </w:tbl>
    <w:p w14:paraId="5158E105" w14:textId="77777777" w:rsidR="00650973" w:rsidRDefault="00650973">
      <w:pPr>
        <w:spacing w:after="40"/>
      </w:pPr>
    </w:p>
    <w:p w14:paraId="59BD6617" w14:textId="77777777" w:rsidR="00650973" w:rsidRDefault="00080072">
      <w:pPr>
        <w:pStyle w:val="Titre3"/>
        <w:spacing w:before="120" w:after="100"/>
      </w:pPr>
      <w:r>
        <w:rPr>
          <w:rFonts w:ascii="Arial" w:hAnsi="Arial"/>
          <w:color w:val="2F6B4F"/>
          <w:sz w:val="23"/>
        </w:rPr>
        <w:t>Rosés</w:t>
      </w:r>
    </w:p>
    <w:tbl>
      <w:tblPr>
        <w:tblStyle w:val="Grilledutableau"/>
        <w:tblW w:w="0" w:type="auto"/>
        <w:jc w:val="center"/>
        <w:tblLook w:val="04A0" w:firstRow="1" w:lastRow="0" w:firstColumn="1" w:lastColumn="0" w:noHBand="0" w:noVBand="1"/>
      </w:tblPr>
      <w:tblGrid>
        <w:gridCol w:w="5103"/>
        <w:gridCol w:w="5103"/>
      </w:tblGrid>
      <w:tr w:rsidR="00650973" w14:paraId="7673B6A6" w14:textId="77777777">
        <w:trPr>
          <w:cantSplit/>
          <w:tblHeader/>
          <w:jc w:val="center"/>
        </w:trPr>
        <w:tc>
          <w:tcPr>
            <w:tcW w:w="5103" w:type="dxa"/>
            <w:shd w:val="clear" w:color="auto" w:fill="2F6B4F"/>
            <w:tcMar>
              <w:top w:w="70" w:type="dxa"/>
              <w:left w:w="80" w:type="dxa"/>
              <w:bottom w:w="70" w:type="dxa"/>
              <w:right w:w="80" w:type="dxa"/>
            </w:tcMar>
            <w:vAlign w:val="center"/>
          </w:tcPr>
          <w:p w14:paraId="52026210"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4078D442" w14:textId="77777777" w:rsidR="00650973" w:rsidRDefault="00080072">
            <w:pPr>
              <w:jc w:val="center"/>
            </w:pPr>
            <w:r>
              <w:rPr>
                <w:rFonts w:ascii="Arial" w:hAnsi="Arial"/>
                <w:b/>
                <w:color w:val="FFFFFF"/>
                <w:sz w:val="21"/>
              </w:rPr>
              <w:t>Prix</w:t>
            </w:r>
          </w:p>
        </w:tc>
      </w:tr>
      <w:tr w:rsidR="00650973" w14:paraId="35B67E57" w14:textId="77777777">
        <w:trPr>
          <w:cantSplit/>
          <w:jc w:val="center"/>
        </w:trPr>
        <w:tc>
          <w:tcPr>
            <w:tcW w:w="5103" w:type="dxa"/>
            <w:tcMar>
              <w:top w:w="70" w:type="dxa"/>
              <w:left w:w="80" w:type="dxa"/>
              <w:bottom w:w="70" w:type="dxa"/>
              <w:right w:w="80" w:type="dxa"/>
            </w:tcMar>
            <w:vAlign w:val="center"/>
          </w:tcPr>
          <w:p w14:paraId="5032F3DE" w14:textId="77777777" w:rsidR="00650973" w:rsidRDefault="00080072">
            <w:r>
              <w:rPr>
                <w:rFonts w:ascii="Arial" w:hAnsi="Arial"/>
                <w:sz w:val="21"/>
              </w:rPr>
              <w:t>Marqués del Altillo Rosado – Rioja</w:t>
            </w:r>
          </w:p>
        </w:tc>
        <w:tc>
          <w:tcPr>
            <w:tcW w:w="5103" w:type="dxa"/>
            <w:tcMar>
              <w:top w:w="70" w:type="dxa"/>
              <w:left w:w="80" w:type="dxa"/>
              <w:bottom w:w="70" w:type="dxa"/>
              <w:right w:w="80" w:type="dxa"/>
            </w:tcMar>
            <w:vAlign w:val="center"/>
          </w:tcPr>
          <w:p w14:paraId="4DC26556" w14:textId="77777777" w:rsidR="00650973" w:rsidRDefault="00080072">
            <w:r>
              <w:rPr>
                <w:rFonts w:ascii="Arial" w:hAnsi="Arial"/>
                <w:sz w:val="21"/>
              </w:rPr>
              <w:t>22 €</w:t>
            </w:r>
          </w:p>
        </w:tc>
      </w:tr>
      <w:tr w:rsidR="00650973" w14:paraId="6BBCC602" w14:textId="77777777">
        <w:trPr>
          <w:cantSplit/>
          <w:jc w:val="center"/>
        </w:trPr>
        <w:tc>
          <w:tcPr>
            <w:tcW w:w="5103" w:type="dxa"/>
            <w:shd w:val="clear" w:color="auto" w:fill="F8FAF8"/>
            <w:tcMar>
              <w:top w:w="70" w:type="dxa"/>
              <w:left w:w="80" w:type="dxa"/>
              <w:bottom w:w="70" w:type="dxa"/>
              <w:right w:w="80" w:type="dxa"/>
            </w:tcMar>
            <w:vAlign w:val="center"/>
          </w:tcPr>
          <w:p w14:paraId="3519B13D" w14:textId="77777777" w:rsidR="00650973" w:rsidRDefault="00080072">
            <w:r>
              <w:rPr>
                <w:rFonts w:ascii="Arial" w:hAnsi="Arial"/>
                <w:sz w:val="21"/>
              </w:rPr>
              <w:t>Muga Rosado – Rioja</w:t>
            </w:r>
          </w:p>
        </w:tc>
        <w:tc>
          <w:tcPr>
            <w:tcW w:w="5103" w:type="dxa"/>
            <w:shd w:val="clear" w:color="auto" w:fill="F8FAF8"/>
            <w:tcMar>
              <w:top w:w="70" w:type="dxa"/>
              <w:left w:w="80" w:type="dxa"/>
              <w:bottom w:w="70" w:type="dxa"/>
              <w:right w:w="80" w:type="dxa"/>
            </w:tcMar>
            <w:vAlign w:val="center"/>
          </w:tcPr>
          <w:p w14:paraId="35B13EA3" w14:textId="77777777" w:rsidR="00650973" w:rsidRDefault="00080072">
            <w:r>
              <w:rPr>
                <w:rFonts w:ascii="Arial" w:hAnsi="Arial"/>
                <w:sz w:val="21"/>
              </w:rPr>
              <w:t>29 €</w:t>
            </w:r>
          </w:p>
        </w:tc>
      </w:tr>
    </w:tbl>
    <w:p w14:paraId="44052FEA" w14:textId="77777777" w:rsidR="00650973" w:rsidRDefault="00650973">
      <w:pPr>
        <w:spacing w:after="40"/>
      </w:pPr>
    </w:p>
    <w:p w14:paraId="160C0126" w14:textId="77777777" w:rsidR="00650973" w:rsidRDefault="00080072">
      <w:pPr>
        <w:pStyle w:val="Titre3"/>
        <w:spacing w:before="120" w:after="100"/>
      </w:pPr>
      <w:r>
        <w:rPr>
          <w:rFonts w:ascii="Arial" w:hAnsi="Arial"/>
          <w:color w:val="2F6B4F"/>
          <w:sz w:val="23"/>
        </w:rPr>
        <w:t>Vins doux / Porto</w:t>
      </w:r>
    </w:p>
    <w:tbl>
      <w:tblPr>
        <w:tblStyle w:val="Grilledutableau"/>
        <w:tblW w:w="0" w:type="auto"/>
        <w:jc w:val="center"/>
        <w:tblLook w:val="04A0" w:firstRow="1" w:lastRow="0" w:firstColumn="1" w:lastColumn="0" w:noHBand="0" w:noVBand="1"/>
      </w:tblPr>
      <w:tblGrid>
        <w:gridCol w:w="5103"/>
        <w:gridCol w:w="5103"/>
      </w:tblGrid>
      <w:tr w:rsidR="00650973" w14:paraId="19B381C3" w14:textId="77777777">
        <w:trPr>
          <w:cantSplit/>
          <w:tblHeader/>
          <w:jc w:val="center"/>
        </w:trPr>
        <w:tc>
          <w:tcPr>
            <w:tcW w:w="5103" w:type="dxa"/>
            <w:shd w:val="clear" w:color="auto" w:fill="2F6B4F"/>
            <w:tcMar>
              <w:top w:w="70" w:type="dxa"/>
              <w:left w:w="80" w:type="dxa"/>
              <w:bottom w:w="70" w:type="dxa"/>
              <w:right w:w="80" w:type="dxa"/>
            </w:tcMar>
            <w:vAlign w:val="center"/>
          </w:tcPr>
          <w:p w14:paraId="6594B9D0"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15A94472" w14:textId="77777777" w:rsidR="00650973" w:rsidRDefault="00080072">
            <w:pPr>
              <w:jc w:val="center"/>
            </w:pPr>
            <w:r>
              <w:rPr>
                <w:rFonts w:ascii="Arial" w:hAnsi="Arial"/>
                <w:b/>
                <w:color w:val="FFFFFF"/>
                <w:sz w:val="21"/>
              </w:rPr>
              <w:t>Prix</w:t>
            </w:r>
          </w:p>
        </w:tc>
      </w:tr>
      <w:tr w:rsidR="00650973" w14:paraId="068D293D" w14:textId="77777777">
        <w:trPr>
          <w:cantSplit/>
          <w:jc w:val="center"/>
        </w:trPr>
        <w:tc>
          <w:tcPr>
            <w:tcW w:w="5103" w:type="dxa"/>
            <w:tcMar>
              <w:top w:w="70" w:type="dxa"/>
              <w:left w:w="80" w:type="dxa"/>
              <w:bottom w:w="70" w:type="dxa"/>
              <w:right w:w="80" w:type="dxa"/>
            </w:tcMar>
            <w:vAlign w:val="center"/>
          </w:tcPr>
          <w:p w14:paraId="1685E019" w14:textId="77777777" w:rsidR="00650973" w:rsidRDefault="00080072">
            <w:r>
              <w:rPr>
                <w:rFonts w:ascii="Arial" w:hAnsi="Arial"/>
                <w:sz w:val="21"/>
              </w:rPr>
              <w:t>Gran Feudo Moscatel – Navarre</w:t>
            </w:r>
          </w:p>
        </w:tc>
        <w:tc>
          <w:tcPr>
            <w:tcW w:w="5103" w:type="dxa"/>
            <w:tcMar>
              <w:top w:w="70" w:type="dxa"/>
              <w:left w:w="80" w:type="dxa"/>
              <w:bottom w:w="70" w:type="dxa"/>
              <w:right w:w="80" w:type="dxa"/>
            </w:tcMar>
            <w:vAlign w:val="center"/>
          </w:tcPr>
          <w:p w14:paraId="28F2D2C9" w14:textId="77777777" w:rsidR="00650973" w:rsidRDefault="00080072">
            <w:r>
              <w:rPr>
                <w:rFonts w:ascii="Arial" w:hAnsi="Arial"/>
                <w:sz w:val="21"/>
              </w:rPr>
              <w:t>5 €</w:t>
            </w:r>
          </w:p>
        </w:tc>
      </w:tr>
      <w:tr w:rsidR="00650973" w14:paraId="568C44A0" w14:textId="77777777">
        <w:trPr>
          <w:cantSplit/>
          <w:jc w:val="center"/>
        </w:trPr>
        <w:tc>
          <w:tcPr>
            <w:tcW w:w="5103" w:type="dxa"/>
            <w:shd w:val="clear" w:color="auto" w:fill="F8FAF8"/>
            <w:tcMar>
              <w:top w:w="70" w:type="dxa"/>
              <w:left w:w="80" w:type="dxa"/>
              <w:bottom w:w="70" w:type="dxa"/>
              <w:right w:w="80" w:type="dxa"/>
            </w:tcMar>
            <w:vAlign w:val="center"/>
          </w:tcPr>
          <w:p w14:paraId="7073AFD2" w14:textId="77777777" w:rsidR="00650973" w:rsidRDefault="00080072">
            <w:r>
              <w:rPr>
                <w:rFonts w:ascii="Arial" w:hAnsi="Arial"/>
                <w:sz w:val="21"/>
              </w:rPr>
              <w:t>Néctar Pedro Ximénez – Xérès</w:t>
            </w:r>
          </w:p>
        </w:tc>
        <w:tc>
          <w:tcPr>
            <w:tcW w:w="5103" w:type="dxa"/>
            <w:shd w:val="clear" w:color="auto" w:fill="F8FAF8"/>
            <w:tcMar>
              <w:top w:w="70" w:type="dxa"/>
              <w:left w:w="80" w:type="dxa"/>
              <w:bottom w:w="70" w:type="dxa"/>
              <w:right w:w="80" w:type="dxa"/>
            </w:tcMar>
            <w:vAlign w:val="center"/>
          </w:tcPr>
          <w:p w14:paraId="212D0101" w14:textId="77777777" w:rsidR="00650973" w:rsidRDefault="00080072">
            <w:r>
              <w:rPr>
                <w:rFonts w:ascii="Arial" w:hAnsi="Arial"/>
                <w:sz w:val="21"/>
              </w:rPr>
              <w:t>5 €</w:t>
            </w:r>
          </w:p>
        </w:tc>
      </w:tr>
      <w:tr w:rsidR="00650973" w14:paraId="37D0EB1C" w14:textId="77777777">
        <w:trPr>
          <w:cantSplit/>
          <w:jc w:val="center"/>
        </w:trPr>
        <w:tc>
          <w:tcPr>
            <w:tcW w:w="5103" w:type="dxa"/>
            <w:tcMar>
              <w:top w:w="70" w:type="dxa"/>
              <w:left w:w="80" w:type="dxa"/>
              <w:bottom w:w="70" w:type="dxa"/>
              <w:right w:w="80" w:type="dxa"/>
            </w:tcMar>
            <w:vAlign w:val="center"/>
          </w:tcPr>
          <w:p w14:paraId="5E318FFB" w14:textId="77777777" w:rsidR="00650973" w:rsidRDefault="00080072">
            <w:r>
              <w:rPr>
                <w:rFonts w:ascii="Arial" w:hAnsi="Arial"/>
                <w:sz w:val="21"/>
              </w:rPr>
              <w:t>Justino’s Madeira Fine Medium Rich – Madère</w:t>
            </w:r>
          </w:p>
        </w:tc>
        <w:tc>
          <w:tcPr>
            <w:tcW w:w="5103" w:type="dxa"/>
            <w:tcMar>
              <w:top w:w="70" w:type="dxa"/>
              <w:left w:w="80" w:type="dxa"/>
              <w:bottom w:w="70" w:type="dxa"/>
              <w:right w:w="80" w:type="dxa"/>
            </w:tcMar>
            <w:vAlign w:val="center"/>
          </w:tcPr>
          <w:p w14:paraId="2E6D7291" w14:textId="77777777" w:rsidR="00650973" w:rsidRDefault="00080072">
            <w:r>
              <w:rPr>
                <w:rFonts w:ascii="Arial" w:hAnsi="Arial"/>
                <w:sz w:val="21"/>
              </w:rPr>
              <w:t>5 €</w:t>
            </w:r>
          </w:p>
        </w:tc>
      </w:tr>
      <w:tr w:rsidR="00650973" w14:paraId="54B02FA9" w14:textId="77777777">
        <w:trPr>
          <w:cantSplit/>
          <w:jc w:val="center"/>
        </w:trPr>
        <w:tc>
          <w:tcPr>
            <w:tcW w:w="5103" w:type="dxa"/>
            <w:shd w:val="clear" w:color="auto" w:fill="F8FAF8"/>
            <w:tcMar>
              <w:top w:w="70" w:type="dxa"/>
              <w:left w:w="80" w:type="dxa"/>
              <w:bottom w:w="70" w:type="dxa"/>
              <w:right w:w="80" w:type="dxa"/>
            </w:tcMar>
            <w:vAlign w:val="center"/>
          </w:tcPr>
          <w:p w14:paraId="64D8611E" w14:textId="77777777" w:rsidR="00650973" w:rsidRDefault="00080072">
            <w:r>
              <w:rPr>
                <w:rFonts w:ascii="Arial" w:hAnsi="Arial"/>
                <w:sz w:val="21"/>
              </w:rPr>
              <w:t>Porto Osborne Ruby/Tawny</w:t>
            </w:r>
          </w:p>
        </w:tc>
        <w:tc>
          <w:tcPr>
            <w:tcW w:w="5103" w:type="dxa"/>
            <w:shd w:val="clear" w:color="auto" w:fill="F8FAF8"/>
            <w:tcMar>
              <w:top w:w="70" w:type="dxa"/>
              <w:left w:w="80" w:type="dxa"/>
              <w:bottom w:w="70" w:type="dxa"/>
              <w:right w:w="80" w:type="dxa"/>
            </w:tcMar>
            <w:vAlign w:val="center"/>
          </w:tcPr>
          <w:p w14:paraId="5C12B4D5" w14:textId="77777777" w:rsidR="00650973" w:rsidRDefault="00080072">
            <w:r>
              <w:rPr>
                <w:rFonts w:ascii="Arial" w:hAnsi="Arial"/>
                <w:sz w:val="21"/>
              </w:rPr>
              <w:t>5,50 €</w:t>
            </w:r>
          </w:p>
        </w:tc>
      </w:tr>
      <w:tr w:rsidR="00650973" w14:paraId="529CBB22" w14:textId="77777777">
        <w:trPr>
          <w:cantSplit/>
          <w:jc w:val="center"/>
        </w:trPr>
        <w:tc>
          <w:tcPr>
            <w:tcW w:w="5103" w:type="dxa"/>
            <w:tcMar>
              <w:top w:w="70" w:type="dxa"/>
              <w:left w:w="80" w:type="dxa"/>
              <w:bottom w:w="70" w:type="dxa"/>
              <w:right w:w="80" w:type="dxa"/>
            </w:tcMar>
            <w:vAlign w:val="center"/>
          </w:tcPr>
          <w:p w14:paraId="06214FE6" w14:textId="77777777" w:rsidR="00650973" w:rsidRDefault="00080072">
            <w:r>
              <w:rPr>
                <w:rFonts w:ascii="Arial" w:hAnsi="Arial"/>
                <w:sz w:val="21"/>
              </w:rPr>
              <w:t>Osborne Tawny 10 ans</w:t>
            </w:r>
          </w:p>
        </w:tc>
        <w:tc>
          <w:tcPr>
            <w:tcW w:w="5103" w:type="dxa"/>
            <w:tcMar>
              <w:top w:w="70" w:type="dxa"/>
              <w:left w:w="80" w:type="dxa"/>
              <w:bottom w:w="70" w:type="dxa"/>
              <w:right w:w="80" w:type="dxa"/>
            </w:tcMar>
            <w:vAlign w:val="center"/>
          </w:tcPr>
          <w:p w14:paraId="4702D471" w14:textId="77777777" w:rsidR="00650973" w:rsidRDefault="00080072">
            <w:r>
              <w:rPr>
                <w:rFonts w:ascii="Arial" w:hAnsi="Arial"/>
                <w:sz w:val="21"/>
              </w:rPr>
              <w:t>8 €</w:t>
            </w:r>
          </w:p>
        </w:tc>
      </w:tr>
      <w:tr w:rsidR="00650973" w14:paraId="75951BFF" w14:textId="77777777">
        <w:trPr>
          <w:cantSplit/>
          <w:jc w:val="center"/>
        </w:trPr>
        <w:tc>
          <w:tcPr>
            <w:tcW w:w="5103" w:type="dxa"/>
            <w:shd w:val="clear" w:color="auto" w:fill="F8FAF8"/>
            <w:tcMar>
              <w:top w:w="70" w:type="dxa"/>
              <w:left w:w="80" w:type="dxa"/>
              <w:bottom w:w="70" w:type="dxa"/>
              <w:right w:w="80" w:type="dxa"/>
            </w:tcMar>
            <w:vAlign w:val="center"/>
          </w:tcPr>
          <w:p w14:paraId="61C3D726" w14:textId="77777777" w:rsidR="00650973" w:rsidRDefault="00080072">
            <w:r>
              <w:rPr>
                <w:rFonts w:ascii="Arial" w:hAnsi="Arial"/>
                <w:sz w:val="21"/>
              </w:rPr>
              <w:t>Osborne Tawny 20 ans</w:t>
            </w:r>
          </w:p>
        </w:tc>
        <w:tc>
          <w:tcPr>
            <w:tcW w:w="5103" w:type="dxa"/>
            <w:shd w:val="clear" w:color="auto" w:fill="F8FAF8"/>
            <w:tcMar>
              <w:top w:w="70" w:type="dxa"/>
              <w:left w:w="80" w:type="dxa"/>
              <w:bottom w:w="70" w:type="dxa"/>
              <w:right w:w="80" w:type="dxa"/>
            </w:tcMar>
            <w:vAlign w:val="center"/>
          </w:tcPr>
          <w:p w14:paraId="3121B7CE" w14:textId="77777777" w:rsidR="00650973" w:rsidRDefault="00080072">
            <w:r>
              <w:rPr>
                <w:rFonts w:ascii="Arial" w:hAnsi="Arial"/>
                <w:sz w:val="21"/>
              </w:rPr>
              <w:t>12 €</w:t>
            </w:r>
          </w:p>
        </w:tc>
      </w:tr>
    </w:tbl>
    <w:p w14:paraId="745FEE62" w14:textId="77777777" w:rsidR="00650973" w:rsidRDefault="00650973">
      <w:pPr>
        <w:spacing w:after="40"/>
      </w:pPr>
    </w:p>
    <w:p w14:paraId="1F492369" w14:textId="77777777" w:rsidR="00650973" w:rsidRDefault="00080072">
      <w:pPr>
        <w:pStyle w:val="Titre3"/>
        <w:spacing w:before="120" w:after="100"/>
      </w:pPr>
      <w:r>
        <w:rPr>
          <w:rFonts w:ascii="Arial" w:hAnsi="Arial"/>
          <w:color w:val="2F6B4F"/>
          <w:sz w:val="23"/>
        </w:rPr>
        <w:t>Boissons sans alcool</w:t>
      </w:r>
    </w:p>
    <w:tbl>
      <w:tblPr>
        <w:tblStyle w:val="Grilledutableau"/>
        <w:tblW w:w="0" w:type="auto"/>
        <w:jc w:val="center"/>
        <w:tblLook w:val="04A0" w:firstRow="1" w:lastRow="0" w:firstColumn="1" w:lastColumn="0" w:noHBand="0" w:noVBand="1"/>
      </w:tblPr>
      <w:tblGrid>
        <w:gridCol w:w="5103"/>
        <w:gridCol w:w="5103"/>
      </w:tblGrid>
      <w:tr w:rsidR="00650973" w14:paraId="6DAA4C06" w14:textId="77777777">
        <w:trPr>
          <w:cantSplit/>
          <w:tblHeader/>
          <w:jc w:val="center"/>
        </w:trPr>
        <w:tc>
          <w:tcPr>
            <w:tcW w:w="5103" w:type="dxa"/>
            <w:shd w:val="clear" w:color="auto" w:fill="2F6B4F"/>
            <w:tcMar>
              <w:top w:w="70" w:type="dxa"/>
              <w:left w:w="80" w:type="dxa"/>
              <w:bottom w:w="70" w:type="dxa"/>
              <w:right w:w="80" w:type="dxa"/>
            </w:tcMar>
            <w:vAlign w:val="center"/>
          </w:tcPr>
          <w:p w14:paraId="53E025B8" w14:textId="77777777" w:rsidR="00650973" w:rsidRDefault="00080072">
            <w:pPr>
              <w:jc w:val="center"/>
            </w:pPr>
            <w:r>
              <w:rPr>
                <w:rFonts w:ascii="Arial" w:hAnsi="Arial"/>
                <w:b/>
                <w:color w:val="FFFFFF"/>
                <w:sz w:val="21"/>
              </w:rPr>
              <w:t>Boisson</w:t>
            </w:r>
          </w:p>
        </w:tc>
        <w:tc>
          <w:tcPr>
            <w:tcW w:w="5103" w:type="dxa"/>
            <w:shd w:val="clear" w:color="auto" w:fill="2F6B4F"/>
            <w:tcMar>
              <w:top w:w="70" w:type="dxa"/>
              <w:left w:w="80" w:type="dxa"/>
              <w:bottom w:w="70" w:type="dxa"/>
              <w:right w:w="80" w:type="dxa"/>
            </w:tcMar>
            <w:vAlign w:val="center"/>
          </w:tcPr>
          <w:p w14:paraId="5913F4FC" w14:textId="77777777" w:rsidR="00650973" w:rsidRDefault="00080072">
            <w:pPr>
              <w:jc w:val="center"/>
            </w:pPr>
            <w:r>
              <w:rPr>
                <w:rFonts w:ascii="Arial" w:hAnsi="Arial"/>
                <w:b/>
                <w:color w:val="FFFFFF"/>
                <w:sz w:val="21"/>
              </w:rPr>
              <w:t>Prix</w:t>
            </w:r>
          </w:p>
        </w:tc>
      </w:tr>
      <w:tr w:rsidR="00650973" w14:paraId="5A835753" w14:textId="77777777">
        <w:trPr>
          <w:cantSplit/>
          <w:jc w:val="center"/>
        </w:trPr>
        <w:tc>
          <w:tcPr>
            <w:tcW w:w="5103" w:type="dxa"/>
            <w:tcMar>
              <w:top w:w="70" w:type="dxa"/>
              <w:left w:w="80" w:type="dxa"/>
              <w:bottom w:w="70" w:type="dxa"/>
              <w:right w:w="80" w:type="dxa"/>
            </w:tcMar>
            <w:vAlign w:val="center"/>
          </w:tcPr>
          <w:p w14:paraId="39337246" w14:textId="77777777" w:rsidR="00650973" w:rsidRDefault="00080072">
            <w:r>
              <w:rPr>
                <w:rFonts w:ascii="Arial" w:hAnsi="Arial"/>
                <w:sz w:val="21"/>
              </w:rPr>
              <w:t>Eau plate ou gazeuse 500 ml</w:t>
            </w:r>
          </w:p>
        </w:tc>
        <w:tc>
          <w:tcPr>
            <w:tcW w:w="5103" w:type="dxa"/>
            <w:tcMar>
              <w:top w:w="70" w:type="dxa"/>
              <w:left w:w="80" w:type="dxa"/>
              <w:bottom w:w="70" w:type="dxa"/>
              <w:right w:w="80" w:type="dxa"/>
            </w:tcMar>
            <w:vAlign w:val="center"/>
          </w:tcPr>
          <w:p w14:paraId="05B3B715" w14:textId="77777777" w:rsidR="00650973" w:rsidRDefault="00080072">
            <w:r>
              <w:rPr>
                <w:rFonts w:ascii="Arial" w:hAnsi="Arial"/>
                <w:sz w:val="21"/>
              </w:rPr>
              <w:t>3,00 €</w:t>
            </w:r>
          </w:p>
        </w:tc>
      </w:tr>
      <w:tr w:rsidR="00650973" w14:paraId="588570D8" w14:textId="77777777">
        <w:trPr>
          <w:cantSplit/>
          <w:jc w:val="center"/>
        </w:trPr>
        <w:tc>
          <w:tcPr>
            <w:tcW w:w="5103" w:type="dxa"/>
            <w:shd w:val="clear" w:color="auto" w:fill="F8FAF8"/>
            <w:tcMar>
              <w:top w:w="70" w:type="dxa"/>
              <w:left w:w="80" w:type="dxa"/>
              <w:bottom w:w="70" w:type="dxa"/>
              <w:right w:w="80" w:type="dxa"/>
            </w:tcMar>
            <w:vAlign w:val="center"/>
          </w:tcPr>
          <w:p w14:paraId="7BB9FBEB" w14:textId="77777777" w:rsidR="00650973" w:rsidRDefault="00080072">
            <w:r>
              <w:rPr>
                <w:rFonts w:ascii="Arial" w:hAnsi="Arial"/>
                <w:sz w:val="21"/>
              </w:rPr>
              <w:t>Coca-Cola / Zero / Fanta citron / Fanta orange / Sprite</w:t>
            </w:r>
          </w:p>
        </w:tc>
        <w:tc>
          <w:tcPr>
            <w:tcW w:w="5103" w:type="dxa"/>
            <w:shd w:val="clear" w:color="auto" w:fill="F8FAF8"/>
            <w:tcMar>
              <w:top w:w="70" w:type="dxa"/>
              <w:left w:w="80" w:type="dxa"/>
              <w:bottom w:w="70" w:type="dxa"/>
              <w:right w:w="80" w:type="dxa"/>
            </w:tcMar>
            <w:vAlign w:val="center"/>
          </w:tcPr>
          <w:p w14:paraId="29024E60" w14:textId="77777777" w:rsidR="00650973" w:rsidRDefault="00080072">
            <w:r>
              <w:rPr>
                <w:rFonts w:ascii="Arial" w:hAnsi="Arial"/>
                <w:sz w:val="21"/>
              </w:rPr>
              <w:t>3,40 €</w:t>
            </w:r>
          </w:p>
        </w:tc>
      </w:tr>
      <w:tr w:rsidR="00650973" w14:paraId="197F7587" w14:textId="77777777">
        <w:trPr>
          <w:cantSplit/>
          <w:jc w:val="center"/>
        </w:trPr>
        <w:tc>
          <w:tcPr>
            <w:tcW w:w="5103" w:type="dxa"/>
            <w:tcMar>
              <w:top w:w="70" w:type="dxa"/>
              <w:left w:w="80" w:type="dxa"/>
              <w:bottom w:w="70" w:type="dxa"/>
              <w:right w:w="80" w:type="dxa"/>
            </w:tcMar>
            <w:vAlign w:val="center"/>
          </w:tcPr>
          <w:p w14:paraId="1247029C" w14:textId="77777777" w:rsidR="00650973" w:rsidRDefault="00080072">
            <w:r>
              <w:rPr>
                <w:rFonts w:ascii="Arial" w:hAnsi="Arial"/>
                <w:sz w:val="21"/>
              </w:rPr>
              <w:t>Appletiser</w:t>
            </w:r>
          </w:p>
        </w:tc>
        <w:tc>
          <w:tcPr>
            <w:tcW w:w="5103" w:type="dxa"/>
            <w:tcMar>
              <w:top w:w="70" w:type="dxa"/>
              <w:left w:w="80" w:type="dxa"/>
              <w:bottom w:w="70" w:type="dxa"/>
              <w:right w:w="80" w:type="dxa"/>
            </w:tcMar>
            <w:vAlign w:val="center"/>
          </w:tcPr>
          <w:p w14:paraId="493BE2FA" w14:textId="77777777" w:rsidR="00650973" w:rsidRDefault="00080072">
            <w:r>
              <w:rPr>
                <w:rFonts w:ascii="Arial" w:hAnsi="Arial"/>
                <w:sz w:val="21"/>
              </w:rPr>
              <w:t>3,50 €</w:t>
            </w:r>
          </w:p>
        </w:tc>
      </w:tr>
      <w:tr w:rsidR="00650973" w14:paraId="1482C64E" w14:textId="77777777">
        <w:trPr>
          <w:cantSplit/>
          <w:jc w:val="center"/>
        </w:trPr>
        <w:tc>
          <w:tcPr>
            <w:tcW w:w="5103" w:type="dxa"/>
            <w:shd w:val="clear" w:color="auto" w:fill="F8FAF8"/>
            <w:tcMar>
              <w:top w:w="70" w:type="dxa"/>
              <w:left w:w="80" w:type="dxa"/>
              <w:bottom w:w="70" w:type="dxa"/>
              <w:right w:w="80" w:type="dxa"/>
            </w:tcMar>
            <w:vAlign w:val="center"/>
          </w:tcPr>
          <w:p w14:paraId="49CC7450" w14:textId="77777777" w:rsidR="00650973" w:rsidRDefault="00080072">
            <w:r>
              <w:rPr>
                <w:rFonts w:ascii="Arial" w:hAnsi="Arial"/>
                <w:sz w:val="21"/>
              </w:rPr>
              <w:t>Jus orange / pomme</w:t>
            </w:r>
          </w:p>
        </w:tc>
        <w:tc>
          <w:tcPr>
            <w:tcW w:w="5103" w:type="dxa"/>
            <w:shd w:val="clear" w:color="auto" w:fill="F8FAF8"/>
            <w:tcMar>
              <w:top w:w="70" w:type="dxa"/>
              <w:left w:w="80" w:type="dxa"/>
              <w:bottom w:w="70" w:type="dxa"/>
              <w:right w:w="80" w:type="dxa"/>
            </w:tcMar>
            <w:vAlign w:val="center"/>
          </w:tcPr>
          <w:p w14:paraId="43970AB6" w14:textId="77777777" w:rsidR="00650973" w:rsidRDefault="00080072">
            <w:r>
              <w:rPr>
                <w:rFonts w:ascii="Arial" w:hAnsi="Arial"/>
                <w:sz w:val="21"/>
              </w:rPr>
              <w:t>3,50 €</w:t>
            </w:r>
          </w:p>
        </w:tc>
      </w:tr>
      <w:tr w:rsidR="00650973" w14:paraId="7C7B9938" w14:textId="77777777">
        <w:trPr>
          <w:cantSplit/>
          <w:jc w:val="center"/>
        </w:trPr>
        <w:tc>
          <w:tcPr>
            <w:tcW w:w="5103" w:type="dxa"/>
            <w:tcMar>
              <w:top w:w="70" w:type="dxa"/>
              <w:left w:w="80" w:type="dxa"/>
              <w:bottom w:w="70" w:type="dxa"/>
              <w:right w:w="80" w:type="dxa"/>
            </w:tcMar>
            <w:vAlign w:val="center"/>
          </w:tcPr>
          <w:p w14:paraId="77FE5E2C" w14:textId="77777777" w:rsidR="00650973" w:rsidRDefault="00080072">
            <w:r>
              <w:rPr>
                <w:rFonts w:ascii="Arial" w:hAnsi="Arial"/>
                <w:sz w:val="21"/>
              </w:rPr>
              <w:t>Red Bull</w:t>
            </w:r>
          </w:p>
        </w:tc>
        <w:tc>
          <w:tcPr>
            <w:tcW w:w="5103" w:type="dxa"/>
            <w:tcMar>
              <w:top w:w="70" w:type="dxa"/>
              <w:left w:w="80" w:type="dxa"/>
              <w:bottom w:w="70" w:type="dxa"/>
              <w:right w:w="80" w:type="dxa"/>
            </w:tcMar>
            <w:vAlign w:val="center"/>
          </w:tcPr>
          <w:p w14:paraId="746FB4E5" w14:textId="77777777" w:rsidR="00650973" w:rsidRDefault="00080072">
            <w:r>
              <w:rPr>
                <w:rFonts w:ascii="Arial" w:hAnsi="Arial"/>
                <w:sz w:val="21"/>
              </w:rPr>
              <w:t>4,00 €</w:t>
            </w:r>
          </w:p>
        </w:tc>
      </w:tr>
      <w:tr w:rsidR="00650973" w14:paraId="3EC12C18" w14:textId="77777777">
        <w:trPr>
          <w:cantSplit/>
          <w:jc w:val="center"/>
        </w:trPr>
        <w:tc>
          <w:tcPr>
            <w:tcW w:w="5103" w:type="dxa"/>
            <w:shd w:val="clear" w:color="auto" w:fill="F8FAF8"/>
            <w:tcMar>
              <w:top w:w="70" w:type="dxa"/>
              <w:left w:w="80" w:type="dxa"/>
              <w:bottom w:w="70" w:type="dxa"/>
              <w:right w:w="80" w:type="dxa"/>
            </w:tcMar>
            <w:vAlign w:val="center"/>
          </w:tcPr>
          <w:p w14:paraId="2CB1E611" w14:textId="77777777" w:rsidR="00650973" w:rsidRDefault="00080072">
            <w:r>
              <w:rPr>
                <w:rFonts w:ascii="Arial" w:hAnsi="Arial"/>
                <w:sz w:val="21"/>
              </w:rPr>
              <w:t>Fever-Tree Tonic</w:t>
            </w:r>
          </w:p>
        </w:tc>
        <w:tc>
          <w:tcPr>
            <w:tcW w:w="5103" w:type="dxa"/>
            <w:shd w:val="clear" w:color="auto" w:fill="F8FAF8"/>
            <w:tcMar>
              <w:top w:w="70" w:type="dxa"/>
              <w:left w:w="80" w:type="dxa"/>
              <w:bottom w:w="70" w:type="dxa"/>
              <w:right w:w="80" w:type="dxa"/>
            </w:tcMar>
            <w:vAlign w:val="center"/>
          </w:tcPr>
          <w:p w14:paraId="3FD3E33B" w14:textId="77777777" w:rsidR="00650973" w:rsidRDefault="00080072">
            <w:r>
              <w:rPr>
                <w:rFonts w:ascii="Arial" w:hAnsi="Arial"/>
                <w:sz w:val="21"/>
              </w:rPr>
              <w:t>3,50 €</w:t>
            </w:r>
          </w:p>
        </w:tc>
      </w:tr>
      <w:tr w:rsidR="00650973" w14:paraId="194FAF50" w14:textId="77777777">
        <w:trPr>
          <w:cantSplit/>
          <w:jc w:val="center"/>
        </w:trPr>
        <w:tc>
          <w:tcPr>
            <w:tcW w:w="5103" w:type="dxa"/>
            <w:tcMar>
              <w:top w:w="70" w:type="dxa"/>
              <w:left w:w="80" w:type="dxa"/>
              <w:bottom w:w="70" w:type="dxa"/>
              <w:right w:w="80" w:type="dxa"/>
            </w:tcMar>
            <w:vAlign w:val="center"/>
          </w:tcPr>
          <w:p w14:paraId="13C57082" w14:textId="77777777" w:rsidR="00650973" w:rsidRDefault="00080072">
            <w:r>
              <w:rPr>
                <w:rFonts w:ascii="Arial" w:hAnsi="Arial"/>
                <w:sz w:val="21"/>
              </w:rPr>
              <w:t>Fuze Tea mangue-ananas / passion / citron</w:t>
            </w:r>
          </w:p>
        </w:tc>
        <w:tc>
          <w:tcPr>
            <w:tcW w:w="5103" w:type="dxa"/>
            <w:tcMar>
              <w:top w:w="70" w:type="dxa"/>
              <w:left w:w="80" w:type="dxa"/>
              <w:bottom w:w="70" w:type="dxa"/>
              <w:right w:w="80" w:type="dxa"/>
            </w:tcMar>
            <w:vAlign w:val="center"/>
          </w:tcPr>
          <w:p w14:paraId="1879F243" w14:textId="77777777" w:rsidR="00650973" w:rsidRDefault="00080072">
            <w:r>
              <w:rPr>
                <w:rFonts w:ascii="Arial" w:hAnsi="Arial"/>
                <w:sz w:val="21"/>
              </w:rPr>
              <w:t>3,50 €</w:t>
            </w:r>
          </w:p>
        </w:tc>
      </w:tr>
    </w:tbl>
    <w:p w14:paraId="210541AB" w14:textId="77777777" w:rsidR="00650973" w:rsidRDefault="00650973">
      <w:pPr>
        <w:spacing w:after="40"/>
      </w:pPr>
    </w:p>
    <w:p w14:paraId="61B4FA09" w14:textId="77777777" w:rsidR="00650973" w:rsidRDefault="00080072">
      <w:pPr>
        <w:pStyle w:val="Titre3"/>
        <w:spacing w:before="120" w:after="100"/>
      </w:pPr>
      <w:r>
        <w:rPr>
          <w:rFonts w:ascii="Arial" w:hAnsi="Arial"/>
          <w:color w:val="2F6B4F"/>
          <w:sz w:val="23"/>
        </w:rPr>
        <w:t>Bières</w:t>
      </w:r>
    </w:p>
    <w:tbl>
      <w:tblPr>
        <w:tblStyle w:val="Grilledutableau"/>
        <w:tblW w:w="0" w:type="auto"/>
        <w:jc w:val="center"/>
        <w:tblLook w:val="04A0" w:firstRow="1" w:lastRow="0" w:firstColumn="1" w:lastColumn="0" w:noHBand="0" w:noVBand="1"/>
      </w:tblPr>
      <w:tblGrid>
        <w:gridCol w:w="5103"/>
        <w:gridCol w:w="5103"/>
      </w:tblGrid>
      <w:tr w:rsidR="00650973" w14:paraId="3457F037" w14:textId="77777777">
        <w:trPr>
          <w:cantSplit/>
          <w:tblHeader/>
          <w:jc w:val="center"/>
        </w:trPr>
        <w:tc>
          <w:tcPr>
            <w:tcW w:w="5103" w:type="dxa"/>
            <w:shd w:val="clear" w:color="auto" w:fill="2F6B4F"/>
            <w:tcMar>
              <w:top w:w="70" w:type="dxa"/>
              <w:left w:w="80" w:type="dxa"/>
              <w:bottom w:w="70" w:type="dxa"/>
              <w:right w:w="80" w:type="dxa"/>
            </w:tcMar>
            <w:vAlign w:val="center"/>
          </w:tcPr>
          <w:p w14:paraId="76E91EF5" w14:textId="77777777" w:rsidR="00650973" w:rsidRDefault="00080072">
            <w:pPr>
              <w:jc w:val="center"/>
            </w:pPr>
            <w:r>
              <w:rPr>
                <w:rFonts w:ascii="Arial" w:hAnsi="Arial"/>
                <w:b/>
                <w:color w:val="FFFFFF"/>
                <w:sz w:val="21"/>
              </w:rPr>
              <w:t>Bière</w:t>
            </w:r>
          </w:p>
        </w:tc>
        <w:tc>
          <w:tcPr>
            <w:tcW w:w="5103" w:type="dxa"/>
            <w:shd w:val="clear" w:color="auto" w:fill="2F6B4F"/>
            <w:tcMar>
              <w:top w:w="70" w:type="dxa"/>
              <w:left w:w="80" w:type="dxa"/>
              <w:bottom w:w="70" w:type="dxa"/>
              <w:right w:w="80" w:type="dxa"/>
            </w:tcMar>
            <w:vAlign w:val="center"/>
          </w:tcPr>
          <w:p w14:paraId="68558839" w14:textId="77777777" w:rsidR="00650973" w:rsidRDefault="00080072">
            <w:pPr>
              <w:jc w:val="center"/>
            </w:pPr>
            <w:r>
              <w:rPr>
                <w:rFonts w:ascii="Arial" w:hAnsi="Arial"/>
                <w:b/>
                <w:color w:val="FFFFFF"/>
                <w:sz w:val="21"/>
              </w:rPr>
              <w:t>Prix</w:t>
            </w:r>
          </w:p>
        </w:tc>
      </w:tr>
      <w:tr w:rsidR="00650973" w14:paraId="3CFABADA" w14:textId="77777777">
        <w:trPr>
          <w:cantSplit/>
          <w:jc w:val="center"/>
        </w:trPr>
        <w:tc>
          <w:tcPr>
            <w:tcW w:w="5103" w:type="dxa"/>
            <w:tcMar>
              <w:top w:w="70" w:type="dxa"/>
              <w:left w:w="80" w:type="dxa"/>
              <w:bottom w:w="70" w:type="dxa"/>
              <w:right w:w="80" w:type="dxa"/>
            </w:tcMar>
            <w:vAlign w:val="center"/>
          </w:tcPr>
          <w:p w14:paraId="2CA72AF9" w14:textId="77777777" w:rsidR="00650973" w:rsidRDefault="00080072">
            <w:r>
              <w:rPr>
                <w:rFonts w:ascii="Arial" w:hAnsi="Arial"/>
                <w:sz w:val="21"/>
              </w:rPr>
              <w:lastRenderedPageBreak/>
              <w:t>Estrella Galicia pression 330 ml / 400 ml</w:t>
            </w:r>
          </w:p>
        </w:tc>
        <w:tc>
          <w:tcPr>
            <w:tcW w:w="5103" w:type="dxa"/>
            <w:tcMar>
              <w:top w:w="70" w:type="dxa"/>
              <w:left w:w="80" w:type="dxa"/>
              <w:bottom w:w="70" w:type="dxa"/>
              <w:right w:w="80" w:type="dxa"/>
            </w:tcMar>
            <w:vAlign w:val="center"/>
          </w:tcPr>
          <w:p w14:paraId="242866C1" w14:textId="77777777" w:rsidR="00650973" w:rsidRDefault="00080072">
            <w:r>
              <w:rPr>
                <w:rFonts w:ascii="Arial" w:hAnsi="Arial"/>
                <w:sz w:val="21"/>
              </w:rPr>
              <w:t>3,80 € / 4,50 €</w:t>
            </w:r>
          </w:p>
        </w:tc>
      </w:tr>
      <w:tr w:rsidR="00650973" w14:paraId="4DE90B97" w14:textId="77777777">
        <w:trPr>
          <w:cantSplit/>
          <w:jc w:val="center"/>
        </w:trPr>
        <w:tc>
          <w:tcPr>
            <w:tcW w:w="5103" w:type="dxa"/>
            <w:shd w:val="clear" w:color="auto" w:fill="F8FAF8"/>
            <w:tcMar>
              <w:top w:w="70" w:type="dxa"/>
              <w:left w:w="80" w:type="dxa"/>
              <w:bottom w:w="70" w:type="dxa"/>
              <w:right w:w="80" w:type="dxa"/>
            </w:tcMar>
            <w:vAlign w:val="center"/>
          </w:tcPr>
          <w:p w14:paraId="79DF14A2" w14:textId="77777777" w:rsidR="00650973" w:rsidRDefault="00080072">
            <w:r>
              <w:rPr>
                <w:rFonts w:ascii="Arial" w:hAnsi="Arial"/>
                <w:sz w:val="21"/>
              </w:rPr>
              <w:t>1906 Reserva Especial 330 ml</w:t>
            </w:r>
          </w:p>
        </w:tc>
        <w:tc>
          <w:tcPr>
            <w:tcW w:w="5103" w:type="dxa"/>
            <w:shd w:val="clear" w:color="auto" w:fill="F8FAF8"/>
            <w:tcMar>
              <w:top w:w="70" w:type="dxa"/>
              <w:left w:w="80" w:type="dxa"/>
              <w:bottom w:w="70" w:type="dxa"/>
              <w:right w:w="80" w:type="dxa"/>
            </w:tcMar>
            <w:vAlign w:val="center"/>
          </w:tcPr>
          <w:p w14:paraId="7E278A14" w14:textId="77777777" w:rsidR="00650973" w:rsidRDefault="00080072">
            <w:r>
              <w:rPr>
                <w:rFonts w:ascii="Arial" w:hAnsi="Arial"/>
                <w:sz w:val="21"/>
              </w:rPr>
              <w:t>4,00 €</w:t>
            </w:r>
          </w:p>
        </w:tc>
      </w:tr>
      <w:tr w:rsidR="00650973" w14:paraId="5F0391A0" w14:textId="77777777">
        <w:trPr>
          <w:cantSplit/>
          <w:jc w:val="center"/>
        </w:trPr>
        <w:tc>
          <w:tcPr>
            <w:tcW w:w="5103" w:type="dxa"/>
            <w:tcMar>
              <w:top w:w="70" w:type="dxa"/>
              <w:left w:w="80" w:type="dxa"/>
              <w:bottom w:w="70" w:type="dxa"/>
              <w:right w:w="80" w:type="dxa"/>
            </w:tcMar>
            <w:vAlign w:val="center"/>
          </w:tcPr>
          <w:p w14:paraId="006E701C" w14:textId="77777777" w:rsidR="00650973" w:rsidRDefault="00080072">
            <w:r>
              <w:rPr>
                <w:rFonts w:ascii="Arial" w:hAnsi="Arial"/>
                <w:sz w:val="21"/>
              </w:rPr>
              <w:t>Estrella Galicia sans alcool 250 ml</w:t>
            </w:r>
          </w:p>
        </w:tc>
        <w:tc>
          <w:tcPr>
            <w:tcW w:w="5103" w:type="dxa"/>
            <w:tcMar>
              <w:top w:w="70" w:type="dxa"/>
              <w:left w:w="80" w:type="dxa"/>
              <w:bottom w:w="70" w:type="dxa"/>
              <w:right w:w="80" w:type="dxa"/>
            </w:tcMar>
            <w:vAlign w:val="center"/>
          </w:tcPr>
          <w:p w14:paraId="27CF83E4" w14:textId="77777777" w:rsidR="00650973" w:rsidRDefault="00080072">
            <w:r>
              <w:rPr>
                <w:rFonts w:ascii="Arial" w:hAnsi="Arial"/>
                <w:sz w:val="21"/>
              </w:rPr>
              <w:t>3,00 €</w:t>
            </w:r>
          </w:p>
        </w:tc>
      </w:tr>
      <w:tr w:rsidR="00650973" w14:paraId="3A12F10D" w14:textId="77777777">
        <w:trPr>
          <w:cantSplit/>
          <w:jc w:val="center"/>
        </w:trPr>
        <w:tc>
          <w:tcPr>
            <w:tcW w:w="5103" w:type="dxa"/>
            <w:shd w:val="clear" w:color="auto" w:fill="F8FAF8"/>
            <w:tcMar>
              <w:top w:w="70" w:type="dxa"/>
              <w:left w:w="80" w:type="dxa"/>
              <w:bottom w:w="70" w:type="dxa"/>
              <w:right w:w="80" w:type="dxa"/>
            </w:tcMar>
            <w:vAlign w:val="center"/>
          </w:tcPr>
          <w:p w14:paraId="26F69DA0" w14:textId="77777777" w:rsidR="00650973" w:rsidRDefault="00080072">
            <w:r>
              <w:rPr>
                <w:rFonts w:ascii="Arial" w:hAnsi="Arial"/>
                <w:sz w:val="21"/>
              </w:rPr>
              <w:t>Estrella Galicia sans gluten 250 ml</w:t>
            </w:r>
          </w:p>
        </w:tc>
        <w:tc>
          <w:tcPr>
            <w:tcW w:w="5103" w:type="dxa"/>
            <w:shd w:val="clear" w:color="auto" w:fill="F8FAF8"/>
            <w:tcMar>
              <w:top w:w="70" w:type="dxa"/>
              <w:left w:w="80" w:type="dxa"/>
              <w:bottom w:w="70" w:type="dxa"/>
              <w:right w:w="80" w:type="dxa"/>
            </w:tcMar>
            <w:vAlign w:val="center"/>
          </w:tcPr>
          <w:p w14:paraId="5E09D3E5" w14:textId="77777777" w:rsidR="00650973" w:rsidRDefault="00080072">
            <w:r>
              <w:rPr>
                <w:rFonts w:ascii="Arial" w:hAnsi="Arial"/>
                <w:sz w:val="21"/>
              </w:rPr>
              <w:t>3,00 €</w:t>
            </w:r>
          </w:p>
        </w:tc>
      </w:tr>
      <w:tr w:rsidR="00650973" w14:paraId="7EA349B3" w14:textId="77777777">
        <w:trPr>
          <w:cantSplit/>
          <w:jc w:val="center"/>
        </w:trPr>
        <w:tc>
          <w:tcPr>
            <w:tcW w:w="5103" w:type="dxa"/>
            <w:tcMar>
              <w:top w:w="70" w:type="dxa"/>
              <w:left w:w="80" w:type="dxa"/>
              <w:bottom w:w="70" w:type="dxa"/>
              <w:right w:w="80" w:type="dxa"/>
            </w:tcMar>
            <w:vAlign w:val="center"/>
          </w:tcPr>
          <w:p w14:paraId="03B6590B" w14:textId="77777777" w:rsidR="00650973" w:rsidRDefault="00080072">
            <w:r>
              <w:rPr>
                <w:rFonts w:ascii="Arial" w:hAnsi="Arial"/>
                <w:sz w:val="21"/>
              </w:rPr>
              <w:t>Fever-Tree Ginger Beer 200 ml</w:t>
            </w:r>
          </w:p>
        </w:tc>
        <w:tc>
          <w:tcPr>
            <w:tcW w:w="5103" w:type="dxa"/>
            <w:tcMar>
              <w:top w:w="70" w:type="dxa"/>
              <w:left w:w="80" w:type="dxa"/>
              <w:bottom w:w="70" w:type="dxa"/>
              <w:right w:w="80" w:type="dxa"/>
            </w:tcMar>
            <w:vAlign w:val="center"/>
          </w:tcPr>
          <w:p w14:paraId="05829BE5" w14:textId="77777777" w:rsidR="00650973" w:rsidRDefault="00080072">
            <w:r>
              <w:rPr>
                <w:rFonts w:ascii="Arial" w:hAnsi="Arial"/>
                <w:sz w:val="21"/>
              </w:rPr>
              <w:t>4,00 €</w:t>
            </w:r>
          </w:p>
        </w:tc>
      </w:tr>
    </w:tbl>
    <w:p w14:paraId="594F49FE" w14:textId="77777777" w:rsidR="00650973" w:rsidRDefault="00650973">
      <w:pPr>
        <w:spacing w:after="40"/>
      </w:pPr>
    </w:p>
    <w:p w14:paraId="51D679C0" w14:textId="77777777" w:rsidR="00650973" w:rsidRDefault="00080072">
      <w:pPr>
        <w:pStyle w:val="Titre3"/>
        <w:spacing w:before="120" w:after="100"/>
      </w:pPr>
      <w:r>
        <w:rPr>
          <w:rFonts w:ascii="Arial" w:hAnsi="Arial"/>
          <w:color w:val="2F6B4F"/>
          <w:sz w:val="23"/>
        </w:rPr>
        <w:t>Apéritifs</w:t>
      </w:r>
    </w:p>
    <w:tbl>
      <w:tblPr>
        <w:tblStyle w:val="Grilledutableau"/>
        <w:tblW w:w="0" w:type="auto"/>
        <w:jc w:val="center"/>
        <w:tblLook w:val="04A0" w:firstRow="1" w:lastRow="0" w:firstColumn="1" w:lastColumn="0" w:noHBand="0" w:noVBand="1"/>
      </w:tblPr>
      <w:tblGrid>
        <w:gridCol w:w="5103"/>
        <w:gridCol w:w="5103"/>
      </w:tblGrid>
      <w:tr w:rsidR="00650973" w14:paraId="3B678BF6" w14:textId="77777777">
        <w:trPr>
          <w:cantSplit/>
          <w:tblHeader/>
          <w:jc w:val="center"/>
        </w:trPr>
        <w:tc>
          <w:tcPr>
            <w:tcW w:w="5103" w:type="dxa"/>
            <w:shd w:val="clear" w:color="auto" w:fill="2F6B4F"/>
            <w:tcMar>
              <w:top w:w="70" w:type="dxa"/>
              <w:left w:w="80" w:type="dxa"/>
              <w:bottom w:w="70" w:type="dxa"/>
              <w:right w:w="80" w:type="dxa"/>
            </w:tcMar>
            <w:vAlign w:val="center"/>
          </w:tcPr>
          <w:p w14:paraId="2C09AAD8" w14:textId="77777777" w:rsidR="00650973" w:rsidRDefault="00080072">
            <w:pPr>
              <w:jc w:val="center"/>
            </w:pPr>
            <w:r>
              <w:rPr>
                <w:rFonts w:ascii="Arial" w:hAnsi="Arial"/>
                <w:b/>
                <w:color w:val="FFFFFF"/>
                <w:sz w:val="21"/>
              </w:rPr>
              <w:t>Apéritif</w:t>
            </w:r>
          </w:p>
        </w:tc>
        <w:tc>
          <w:tcPr>
            <w:tcW w:w="5103" w:type="dxa"/>
            <w:shd w:val="clear" w:color="auto" w:fill="2F6B4F"/>
            <w:tcMar>
              <w:top w:w="70" w:type="dxa"/>
              <w:left w:w="80" w:type="dxa"/>
              <w:bottom w:w="70" w:type="dxa"/>
              <w:right w:w="80" w:type="dxa"/>
            </w:tcMar>
            <w:vAlign w:val="center"/>
          </w:tcPr>
          <w:p w14:paraId="09EBF01F" w14:textId="77777777" w:rsidR="00650973" w:rsidRDefault="00080072">
            <w:pPr>
              <w:jc w:val="center"/>
            </w:pPr>
            <w:r>
              <w:rPr>
                <w:rFonts w:ascii="Arial" w:hAnsi="Arial"/>
                <w:b/>
                <w:color w:val="FFFFFF"/>
                <w:sz w:val="21"/>
              </w:rPr>
              <w:t>Prix</w:t>
            </w:r>
          </w:p>
        </w:tc>
      </w:tr>
      <w:tr w:rsidR="00650973" w14:paraId="7F9F0802" w14:textId="77777777">
        <w:trPr>
          <w:cantSplit/>
          <w:jc w:val="center"/>
        </w:trPr>
        <w:tc>
          <w:tcPr>
            <w:tcW w:w="5103" w:type="dxa"/>
            <w:tcMar>
              <w:top w:w="70" w:type="dxa"/>
              <w:left w:w="80" w:type="dxa"/>
              <w:bottom w:w="70" w:type="dxa"/>
              <w:right w:w="80" w:type="dxa"/>
            </w:tcMar>
            <w:vAlign w:val="center"/>
          </w:tcPr>
          <w:p w14:paraId="0E7126C6" w14:textId="77777777" w:rsidR="00650973" w:rsidRDefault="00080072">
            <w:r>
              <w:rPr>
                <w:rFonts w:ascii="Arial" w:hAnsi="Arial"/>
                <w:sz w:val="21"/>
              </w:rPr>
              <w:t>Manzanilla Zuleta</w:t>
            </w:r>
          </w:p>
        </w:tc>
        <w:tc>
          <w:tcPr>
            <w:tcW w:w="5103" w:type="dxa"/>
            <w:tcMar>
              <w:top w:w="70" w:type="dxa"/>
              <w:left w:w="80" w:type="dxa"/>
              <w:bottom w:w="70" w:type="dxa"/>
              <w:right w:w="80" w:type="dxa"/>
            </w:tcMar>
            <w:vAlign w:val="center"/>
          </w:tcPr>
          <w:p w14:paraId="25E93B92" w14:textId="77777777" w:rsidR="00650973" w:rsidRDefault="00080072">
            <w:r>
              <w:rPr>
                <w:rFonts w:ascii="Arial" w:hAnsi="Arial"/>
                <w:sz w:val="21"/>
              </w:rPr>
              <w:t>4,00 €</w:t>
            </w:r>
          </w:p>
        </w:tc>
      </w:tr>
      <w:tr w:rsidR="00650973" w14:paraId="6ABBF915" w14:textId="77777777">
        <w:trPr>
          <w:cantSplit/>
          <w:jc w:val="center"/>
        </w:trPr>
        <w:tc>
          <w:tcPr>
            <w:tcW w:w="5103" w:type="dxa"/>
            <w:shd w:val="clear" w:color="auto" w:fill="F8FAF8"/>
            <w:tcMar>
              <w:top w:w="70" w:type="dxa"/>
              <w:left w:w="80" w:type="dxa"/>
              <w:bottom w:w="70" w:type="dxa"/>
              <w:right w:w="80" w:type="dxa"/>
            </w:tcMar>
            <w:vAlign w:val="center"/>
          </w:tcPr>
          <w:p w14:paraId="130328DE" w14:textId="77777777" w:rsidR="00650973" w:rsidRDefault="00080072">
            <w:r>
              <w:rPr>
                <w:rFonts w:ascii="Arial" w:hAnsi="Arial"/>
                <w:sz w:val="21"/>
              </w:rPr>
              <w:t>Fino Tío Pepe</w:t>
            </w:r>
          </w:p>
        </w:tc>
        <w:tc>
          <w:tcPr>
            <w:tcW w:w="5103" w:type="dxa"/>
            <w:shd w:val="clear" w:color="auto" w:fill="F8FAF8"/>
            <w:tcMar>
              <w:top w:w="70" w:type="dxa"/>
              <w:left w:w="80" w:type="dxa"/>
              <w:bottom w:w="70" w:type="dxa"/>
              <w:right w:w="80" w:type="dxa"/>
            </w:tcMar>
            <w:vAlign w:val="center"/>
          </w:tcPr>
          <w:p w14:paraId="7B43951A" w14:textId="77777777" w:rsidR="00650973" w:rsidRDefault="00080072">
            <w:r>
              <w:rPr>
                <w:rFonts w:ascii="Arial" w:hAnsi="Arial"/>
                <w:sz w:val="21"/>
              </w:rPr>
              <w:t>4,00 €</w:t>
            </w:r>
          </w:p>
        </w:tc>
      </w:tr>
      <w:tr w:rsidR="00650973" w14:paraId="1B752BED" w14:textId="77777777">
        <w:trPr>
          <w:cantSplit/>
          <w:jc w:val="center"/>
        </w:trPr>
        <w:tc>
          <w:tcPr>
            <w:tcW w:w="5103" w:type="dxa"/>
            <w:tcMar>
              <w:top w:w="70" w:type="dxa"/>
              <w:left w:w="80" w:type="dxa"/>
              <w:bottom w:w="70" w:type="dxa"/>
              <w:right w:w="80" w:type="dxa"/>
            </w:tcMar>
            <w:vAlign w:val="center"/>
          </w:tcPr>
          <w:p w14:paraId="484F9789" w14:textId="77777777" w:rsidR="00650973" w:rsidRDefault="00080072">
            <w:r>
              <w:rPr>
                <w:rFonts w:ascii="Arial" w:hAnsi="Arial"/>
                <w:sz w:val="21"/>
              </w:rPr>
              <w:t>Martini Rosso / Bianco</w:t>
            </w:r>
          </w:p>
        </w:tc>
        <w:tc>
          <w:tcPr>
            <w:tcW w:w="5103" w:type="dxa"/>
            <w:tcMar>
              <w:top w:w="70" w:type="dxa"/>
              <w:left w:w="80" w:type="dxa"/>
              <w:bottom w:w="70" w:type="dxa"/>
              <w:right w:w="80" w:type="dxa"/>
            </w:tcMar>
            <w:vAlign w:val="center"/>
          </w:tcPr>
          <w:p w14:paraId="307534BE" w14:textId="77777777" w:rsidR="00650973" w:rsidRDefault="00080072">
            <w:r>
              <w:rPr>
                <w:rFonts w:ascii="Arial" w:hAnsi="Arial"/>
                <w:sz w:val="21"/>
              </w:rPr>
              <w:t>5,50 €</w:t>
            </w:r>
          </w:p>
        </w:tc>
      </w:tr>
      <w:tr w:rsidR="00650973" w14:paraId="24F53864" w14:textId="77777777">
        <w:trPr>
          <w:cantSplit/>
          <w:jc w:val="center"/>
        </w:trPr>
        <w:tc>
          <w:tcPr>
            <w:tcW w:w="5103" w:type="dxa"/>
            <w:shd w:val="clear" w:color="auto" w:fill="F8FAF8"/>
            <w:tcMar>
              <w:top w:w="70" w:type="dxa"/>
              <w:left w:w="80" w:type="dxa"/>
              <w:bottom w:w="70" w:type="dxa"/>
              <w:right w:w="80" w:type="dxa"/>
            </w:tcMar>
            <w:vAlign w:val="center"/>
          </w:tcPr>
          <w:p w14:paraId="7922E0D6" w14:textId="77777777" w:rsidR="00650973" w:rsidRDefault="00080072">
            <w:r>
              <w:rPr>
                <w:rFonts w:ascii="Arial" w:hAnsi="Arial"/>
                <w:sz w:val="21"/>
              </w:rPr>
              <w:t>Campari</w:t>
            </w:r>
          </w:p>
        </w:tc>
        <w:tc>
          <w:tcPr>
            <w:tcW w:w="5103" w:type="dxa"/>
            <w:shd w:val="clear" w:color="auto" w:fill="F8FAF8"/>
            <w:tcMar>
              <w:top w:w="70" w:type="dxa"/>
              <w:left w:w="80" w:type="dxa"/>
              <w:bottom w:w="70" w:type="dxa"/>
              <w:right w:w="80" w:type="dxa"/>
            </w:tcMar>
            <w:vAlign w:val="center"/>
          </w:tcPr>
          <w:p w14:paraId="4A18655B" w14:textId="77777777" w:rsidR="00650973" w:rsidRDefault="00080072">
            <w:r>
              <w:rPr>
                <w:rFonts w:ascii="Arial" w:hAnsi="Arial"/>
                <w:sz w:val="21"/>
              </w:rPr>
              <w:t>7,00 €</w:t>
            </w:r>
          </w:p>
        </w:tc>
      </w:tr>
      <w:tr w:rsidR="00650973" w14:paraId="0520AD8F" w14:textId="77777777">
        <w:trPr>
          <w:cantSplit/>
          <w:jc w:val="center"/>
        </w:trPr>
        <w:tc>
          <w:tcPr>
            <w:tcW w:w="5103" w:type="dxa"/>
            <w:tcMar>
              <w:top w:w="70" w:type="dxa"/>
              <w:left w:w="80" w:type="dxa"/>
              <w:bottom w:w="70" w:type="dxa"/>
              <w:right w:w="80" w:type="dxa"/>
            </w:tcMar>
            <w:vAlign w:val="center"/>
          </w:tcPr>
          <w:p w14:paraId="6E81101E" w14:textId="77777777" w:rsidR="00650973" w:rsidRDefault="00080072">
            <w:r>
              <w:rPr>
                <w:rFonts w:ascii="Arial" w:hAnsi="Arial"/>
                <w:sz w:val="21"/>
              </w:rPr>
              <w:t>Ricard</w:t>
            </w:r>
          </w:p>
        </w:tc>
        <w:tc>
          <w:tcPr>
            <w:tcW w:w="5103" w:type="dxa"/>
            <w:tcMar>
              <w:top w:w="70" w:type="dxa"/>
              <w:left w:w="80" w:type="dxa"/>
              <w:bottom w:w="70" w:type="dxa"/>
              <w:right w:w="80" w:type="dxa"/>
            </w:tcMar>
            <w:vAlign w:val="center"/>
          </w:tcPr>
          <w:p w14:paraId="68544D27" w14:textId="77777777" w:rsidR="00650973" w:rsidRDefault="00080072">
            <w:r>
              <w:rPr>
                <w:rFonts w:ascii="Arial" w:hAnsi="Arial"/>
                <w:sz w:val="21"/>
              </w:rPr>
              <w:t>7,00 €</w:t>
            </w:r>
          </w:p>
        </w:tc>
      </w:tr>
    </w:tbl>
    <w:p w14:paraId="51AEF900" w14:textId="77777777" w:rsidR="00650973" w:rsidRDefault="00650973">
      <w:pPr>
        <w:spacing w:after="40"/>
      </w:pPr>
    </w:p>
    <w:p w14:paraId="40935BBA" w14:textId="77777777" w:rsidR="00650973" w:rsidRDefault="00080072">
      <w:pPr>
        <w:pStyle w:val="Titre3"/>
        <w:spacing w:before="120" w:after="100"/>
      </w:pPr>
      <w:r>
        <w:rPr>
          <w:rFonts w:ascii="Arial" w:hAnsi="Arial"/>
          <w:color w:val="2F6B4F"/>
          <w:sz w:val="23"/>
        </w:rPr>
        <w:t>Cocktails</w:t>
      </w:r>
    </w:p>
    <w:tbl>
      <w:tblPr>
        <w:tblStyle w:val="Grilledutableau"/>
        <w:tblW w:w="0" w:type="auto"/>
        <w:jc w:val="center"/>
        <w:tblLook w:val="04A0" w:firstRow="1" w:lastRow="0" w:firstColumn="1" w:lastColumn="0" w:noHBand="0" w:noVBand="1"/>
      </w:tblPr>
      <w:tblGrid>
        <w:gridCol w:w="5103"/>
        <w:gridCol w:w="5103"/>
      </w:tblGrid>
      <w:tr w:rsidR="00650973" w14:paraId="7520A0BF" w14:textId="77777777">
        <w:trPr>
          <w:cantSplit/>
          <w:tblHeader/>
          <w:jc w:val="center"/>
        </w:trPr>
        <w:tc>
          <w:tcPr>
            <w:tcW w:w="5103" w:type="dxa"/>
            <w:shd w:val="clear" w:color="auto" w:fill="2F6B4F"/>
            <w:tcMar>
              <w:top w:w="70" w:type="dxa"/>
              <w:left w:w="80" w:type="dxa"/>
              <w:bottom w:w="70" w:type="dxa"/>
              <w:right w:w="80" w:type="dxa"/>
            </w:tcMar>
            <w:vAlign w:val="center"/>
          </w:tcPr>
          <w:p w14:paraId="7032C988" w14:textId="77777777" w:rsidR="00650973" w:rsidRDefault="00080072">
            <w:pPr>
              <w:jc w:val="center"/>
            </w:pPr>
            <w:r>
              <w:rPr>
                <w:rFonts w:ascii="Arial" w:hAnsi="Arial"/>
                <w:b/>
                <w:color w:val="FFFFFF"/>
                <w:sz w:val="21"/>
              </w:rPr>
              <w:t>Cocktail</w:t>
            </w:r>
          </w:p>
        </w:tc>
        <w:tc>
          <w:tcPr>
            <w:tcW w:w="5103" w:type="dxa"/>
            <w:shd w:val="clear" w:color="auto" w:fill="2F6B4F"/>
            <w:tcMar>
              <w:top w:w="70" w:type="dxa"/>
              <w:left w:w="80" w:type="dxa"/>
              <w:bottom w:w="70" w:type="dxa"/>
              <w:right w:w="80" w:type="dxa"/>
            </w:tcMar>
            <w:vAlign w:val="center"/>
          </w:tcPr>
          <w:p w14:paraId="676A53E0" w14:textId="77777777" w:rsidR="00650973" w:rsidRDefault="00080072">
            <w:pPr>
              <w:jc w:val="center"/>
            </w:pPr>
            <w:r>
              <w:rPr>
                <w:rFonts w:ascii="Arial" w:hAnsi="Arial"/>
                <w:b/>
                <w:color w:val="FFFFFF"/>
                <w:sz w:val="21"/>
              </w:rPr>
              <w:t>Prix</w:t>
            </w:r>
          </w:p>
        </w:tc>
      </w:tr>
      <w:tr w:rsidR="00650973" w14:paraId="2934D616" w14:textId="77777777">
        <w:trPr>
          <w:cantSplit/>
          <w:jc w:val="center"/>
        </w:trPr>
        <w:tc>
          <w:tcPr>
            <w:tcW w:w="5103" w:type="dxa"/>
            <w:tcMar>
              <w:top w:w="70" w:type="dxa"/>
              <w:left w:w="80" w:type="dxa"/>
              <w:bottom w:w="70" w:type="dxa"/>
              <w:right w:w="80" w:type="dxa"/>
            </w:tcMar>
            <w:vAlign w:val="center"/>
          </w:tcPr>
          <w:p w14:paraId="7FC3C08F" w14:textId="77777777" w:rsidR="00650973" w:rsidRDefault="00080072">
            <w:r>
              <w:rPr>
                <w:rFonts w:ascii="Arial" w:hAnsi="Arial"/>
                <w:sz w:val="21"/>
              </w:rPr>
              <w:t>Espresso Martini / Hugo</w:t>
            </w:r>
          </w:p>
        </w:tc>
        <w:tc>
          <w:tcPr>
            <w:tcW w:w="5103" w:type="dxa"/>
            <w:tcMar>
              <w:top w:w="70" w:type="dxa"/>
              <w:left w:w="80" w:type="dxa"/>
              <w:bottom w:w="70" w:type="dxa"/>
              <w:right w:w="80" w:type="dxa"/>
            </w:tcMar>
            <w:vAlign w:val="center"/>
          </w:tcPr>
          <w:p w14:paraId="13BF33D9" w14:textId="77777777" w:rsidR="00650973" w:rsidRDefault="00080072">
            <w:r>
              <w:rPr>
                <w:rFonts w:ascii="Arial" w:hAnsi="Arial"/>
                <w:sz w:val="21"/>
              </w:rPr>
              <w:t>9,00 €</w:t>
            </w:r>
          </w:p>
        </w:tc>
      </w:tr>
      <w:tr w:rsidR="00650973" w14:paraId="2666EDDC" w14:textId="77777777">
        <w:trPr>
          <w:cantSplit/>
          <w:jc w:val="center"/>
        </w:trPr>
        <w:tc>
          <w:tcPr>
            <w:tcW w:w="5103" w:type="dxa"/>
            <w:shd w:val="clear" w:color="auto" w:fill="F8FAF8"/>
            <w:tcMar>
              <w:top w:w="70" w:type="dxa"/>
              <w:left w:w="80" w:type="dxa"/>
              <w:bottom w:w="70" w:type="dxa"/>
              <w:right w:w="80" w:type="dxa"/>
            </w:tcMar>
            <w:vAlign w:val="center"/>
          </w:tcPr>
          <w:p w14:paraId="6B05E40E" w14:textId="77777777" w:rsidR="00650973" w:rsidRDefault="00080072">
            <w:r>
              <w:rPr>
                <w:rFonts w:ascii="Arial" w:hAnsi="Arial"/>
                <w:sz w:val="21"/>
              </w:rPr>
              <w:t>Aperol Spritz / Campari Spritz</w:t>
            </w:r>
          </w:p>
        </w:tc>
        <w:tc>
          <w:tcPr>
            <w:tcW w:w="5103" w:type="dxa"/>
            <w:shd w:val="clear" w:color="auto" w:fill="F8FAF8"/>
            <w:tcMar>
              <w:top w:w="70" w:type="dxa"/>
              <w:left w:w="80" w:type="dxa"/>
              <w:bottom w:w="70" w:type="dxa"/>
              <w:right w:w="80" w:type="dxa"/>
            </w:tcMar>
            <w:vAlign w:val="center"/>
          </w:tcPr>
          <w:p w14:paraId="5C0AD3A9" w14:textId="77777777" w:rsidR="00650973" w:rsidRDefault="00080072">
            <w:r>
              <w:rPr>
                <w:rFonts w:ascii="Arial" w:hAnsi="Arial"/>
                <w:sz w:val="21"/>
              </w:rPr>
              <w:t>8,50 €</w:t>
            </w:r>
          </w:p>
        </w:tc>
      </w:tr>
      <w:tr w:rsidR="00650973" w14:paraId="1165661F" w14:textId="77777777">
        <w:trPr>
          <w:cantSplit/>
          <w:jc w:val="center"/>
        </w:trPr>
        <w:tc>
          <w:tcPr>
            <w:tcW w:w="5103" w:type="dxa"/>
            <w:tcMar>
              <w:top w:w="70" w:type="dxa"/>
              <w:left w:w="80" w:type="dxa"/>
              <w:bottom w:w="70" w:type="dxa"/>
              <w:right w:w="80" w:type="dxa"/>
            </w:tcMar>
            <w:vAlign w:val="center"/>
          </w:tcPr>
          <w:p w14:paraId="55BFE73D" w14:textId="77777777" w:rsidR="00650973" w:rsidRDefault="00080072">
            <w:r>
              <w:rPr>
                <w:rFonts w:ascii="Arial" w:hAnsi="Arial"/>
                <w:sz w:val="21"/>
              </w:rPr>
              <w:t>Tinto de Verano</w:t>
            </w:r>
          </w:p>
        </w:tc>
        <w:tc>
          <w:tcPr>
            <w:tcW w:w="5103" w:type="dxa"/>
            <w:tcMar>
              <w:top w:w="70" w:type="dxa"/>
              <w:left w:w="80" w:type="dxa"/>
              <w:bottom w:w="70" w:type="dxa"/>
              <w:right w:w="80" w:type="dxa"/>
            </w:tcMar>
            <w:vAlign w:val="center"/>
          </w:tcPr>
          <w:p w14:paraId="3E16F297" w14:textId="77777777" w:rsidR="00650973" w:rsidRDefault="00080072">
            <w:r>
              <w:rPr>
                <w:rFonts w:ascii="Arial" w:hAnsi="Arial"/>
                <w:sz w:val="21"/>
              </w:rPr>
              <w:t>7 € verre / 20 € pichet</w:t>
            </w:r>
          </w:p>
        </w:tc>
      </w:tr>
      <w:tr w:rsidR="00650973" w14:paraId="793336ED" w14:textId="77777777">
        <w:trPr>
          <w:cantSplit/>
          <w:jc w:val="center"/>
        </w:trPr>
        <w:tc>
          <w:tcPr>
            <w:tcW w:w="5103" w:type="dxa"/>
            <w:shd w:val="clear" w:color="auto" w:fill="F8FAF8"/>
            <w:tcMar>
              <w:top w:w="70" w:type="dxa"/>
              <w:left w:w="80" w:type="dxa"/>
              <w:bottom w:w="70" w:type="dxa"/>
              <w:right w:w="80" w:type="dxa"/>
            </w:tcMar>
            <w:vAlign w:val="center"/>
          </w:tcPr>
          <w:p w14:paraId="7A0B6FE0" w14:textId="77777777" w:rsidR="00650973" w:rsidRDefault="00080072">
            <w:r>
              <w:rPr>
                <w:rFonts w:ascii="Arial" w:hAnsi="Arial"/>
                <w:sz w:val="21"/>
              </w:rPr>
              <w:t>Wapa Tapa Sangría rouge ou blanche</w:t>
            </w:r>
          </w:p>
        </w:tc>
        <w:tc>
          <w:tcPr>
            <w:tcW w:w="5103" w:type="dxa"/>
            <w:shd w:val="clear" w:color="auto" w:fill="F8FAF8"/>
            <w:tcMar>
              <w:top w:w="70" w:type="dxa"/>
              <w:left w:w="80" w:type="dxa"/>
              <w:bottom w:w="70" w:type="dxa"/>
              <w:right w:w="80" w:type="dxa"/>
            </w:tcMar>
            <w:vAlign w:val="center"/>
          </w:tcPr>
          <w:p w14:paraId="23CFE28E" w14:textId="77777777" w:rsidR="00650973" w:rsidRDefault="00080072">
            <w:r>
              <w:rPr>
                <w:rFonts w:ascii="Arial" w:hAnsi="Arial"/>
                <w:sz w:val="21"/>
              </w:rPr>
              <w:t>8 € / 23 €</w:t>
            </w:r>
          </w:p>
        </w:tc>
      </w:tr>
      <w:tr w:rsidR="00650973" w14:paraId="0B94804F" w14:textId="77777777">
        <w:trPr>
          <w:cantSplit/>
          <w:jc w:val="center"/>
        </w:trPr>
        <w:tc>
          <w:tcPr>
            <w:tcW w:w="5103" w:type="dxa"/>
            <w:tcMar>
              <w:top w:w="70" w:type="dxa"/>
              <w:left w:w="80" w:type="dxa"/>
              <w:bottom w:w="70" w:type="dxa"/>
              <w:right w:w="80" w:type="dxa"/>
            </w:tcMar>
            <w:vAlign w:val="center"/>
          </w:tcPr>
          <w:p w14:paraId="3CCF1E08" w14:textId="77777777" w:rsidR="00650973" w:rsidRDefault="00080072">
            <w:r>
              <w:rPr>
                <w:rFonts w:ascii="Arial" w:hAnsi="Arial"/>
                <w:sz w:val="21"/>
              </w:rPr>
              <w:t>Wapa Tapa Cava Sangría</w:t>
            </w:r>
          </w:p>
        </w:tc>
        <w:tc>
          <w:tcPr>
            <w:tcW w:w="5103" w:type="dxa"/>
            <w:tcMar>
              <w:top w:w="70" w:type="dxa"/>
              <w:left w:w="80" w:type="dxa"/>
              <w:bottom w:w="70" w:type="dxa"/>
              <w:right w:w="80" w:type="dxa"/>
            </w:tcMar>
            <w:vAlign w:val="center"/>
          </w:tcPr>
          <w:p w14:paraId="70BFDD2A" w14:textId="77777777" w:rsidR="00650973" w:rsidRDefault="00080072">
            <w:r>
              <w:rPr>
                <w:rFonts w:ascii="Arial" w:hAnsi="Arial"/>
                <w:sz w:val="21"/>
              </w:rPr>
              <w:t>8,75 € / 25 €</w:t>
            </w:r>
          </w:p>
        </w:tc>
      </w:tr>
    </w:tbl>
    <w:p w14:paraId="5B0B077A" w14:textId="77777777" w:rsidR="00650973" w:rsidRDefault="00650973">
      <w:pPr>
        <w:spacing w:after="40"/>
      </w:pPr>
    </w:p>
    <w:p w14:paraId="512AB6AD" w14:textId="77777777" w:rsidR="00650973" w:rsidRDefault="00080072">
      <w:pPr>
        <w:pStyle w:val="Titre3"/>
        <w:spacing w:before="120" w:after="100"/>
      </w:pPr>
      <w:r>
        <w:rPr>
          <w:rFonts w:ascii="Arial" w:hAnsi="Arial"/>
          <w:color w:val="2F6B4F"/>
          <w:sz w:val="23"/>
        </w:rPr>
        <w:t>Gin</w:t>
      </w:r>
    </w:p>
    <w:tbl>
      <w:tblPr>
        <w:tblStyle w:val="Grilledutableau"/>
        <w:tblW w:w="0" w:type="auto"/>
        <w:jc w:val="center"/>
        <w:tblLook w:val="04A0" w:firstRow="1" w:lastRow="0" w:firstColumn="1" w:lastColumn="0" w:noHBand="0" w:noVBand="1"/>
      </w:tblPr>
      <w:tblGrid>
        <w:gridCol w:w="5103"/>
        <w:gridCol w:w="5103"/>
      </w:tblGrid>
      <w:tr w:rsidR="00650973" w14:paraId="0AF16F28" w14:textId="77777777">
        <w:trPr>
          <w:cantSplit/>
          <w:tblHeader/>
          <w:jc w:val="center"/>
        </w:trPr>
        <w:tc>
          <w:tcPr>
            <w:tcW w:w="5103" w:type="dxa"/>
            <w:shd w:val="clear" w:color="auto" w:fill="2F6B4F"/>
            <w:tcMar>
              <w:top w:w="70" w:type="dxa"/>
              <w:left w:w="80" w:type="dxa"/>
              <w:bottom w:w="70" w:type="dxa"/>
              <w:right w:w="80" w:type="dxa"/>
            </w:tcMar>
            <w:vAlign w:val="center"/>
          </w:tcPr>
          <w:p w14:paraId="6EAEDF24" w14:textId="77777777" w:rsidR="00650973" w:rsidRDefault="00080072">
            <w:pPr>
              <w:jc w:val="center"/>
            </w:pPr>
            <w:r>
              <w:rPr>
                <w:rFonts w:ascii="Arial" w:hAnsi="Arial"/>
                <w:b/>
                <w:color w:val="FFFFFF"/>
                <w:sz w:val="21"/>
              </w:rPr>
              <w:t>Gin</w:t>
            </w:r>
          </w:p>
        </w:tc>
        <w:tc>
          <w:tcPr>
            <w:tcW w:w="5103" w:type="dxa"/>
            <w:shd w:val="clear" w:color="auto" w:fill="2F6B4F"/>
            <w:tcMar>
              <w:top w:w="70" w:type="dxa"/>
              <w:left w:w="80" w:type="dxa"/>
              <w:bottom w:w="70" w:type="dxa"/>
              <w:right w:w="80" w:type="dxa"/>
            </w:tcMar>
            <w:vAlign w:val="center"/>
          </w:tcPr>
          <w:p w14:paraId="45B34F2E" w14:textId="77777777" w:rsidR="00650973" w:rsidRDefault="00080072">
            <w:pPr>
              <w:jc w:val="center"/>
            </w:pPr>
            <w:r>
              <w:rPr>
                <w:rFonts w:ascii="Arial" w:hAnsi="Arial"/>
                <w:b/>
                <w:color w:val="FFFFFF"/>
                <w:sz w:val="21"/>
              </w:rPr>
              <w:t>Prix (mixer inclus)</w:t>
            </w:r>
          </w:p>
        </w:tc>
      </w:tr>
      <w:tr w:rsidR="00650973" w14:paraId="774794F0" w14:textId="77777777">
        <w:trPr>
          <w:cantSplit/>
          <w:jc w:val="center"/>
        </w:trPr>
        <w:tc>
          <w:tcPr>
            <w:tcW w:w="5103" w:type="dxa"/>
            <w:tcMar>
              <w:top w:w="70" w:type="dxa"/>
              <w:left w:w="80" w:type="dxa"/>
              <w:bottom w:w="70" w:type="dxa"/>
              <w:right w:w="80" w:type="dxa"/>
            </w:tcMar>
            <w:vAlign w:val="center"/>
          </w:tcPr>
          <w:p w14:paraId="6B420408" w14:textId="77777777" w:rsidR="00650973" w:rsidRDefault="00080072">
            <w:r>
              <w:rPr>
                <w:rFonts w:ascii="Arial" w:hAnsi="Arial"/>
                <w:sz w:val="21"/>
              </w:rPr>
              <w:t>Gordon’s / Beefeater / Tanqueray / Ampersand</w:t>
            </w:r>
          </w:p>
        </w:tc>
        <w:tc>
          <w:tcPr>
            <w:tcW w:w="5103" w:type="dxa"/>
            <w:tcMar>
              <w:top w:w="70" w:type="dxa"/>
              <w:left w:w="80" w:type="dxa"/>
              <w:bottom w:w="70" w:type="dxa"/>
              <w:right w:w="80" w:type="dxa"/>
            </w:tcMar>
            <w:vAlign w:val="center"/>
          </w:tcPr>
          <w:p w14:paraId="5EA19114" w14:textId="77777777" w:rsidR="00650973" w:rsidRDefault="00080072">
            <w:r>
              <w:rPr>
                <w:rFonts w:ascii="Arial" w:hAnsi="Arial"/>
                <w:sz w:val="21"/>
              </w:rPr>
              <w:t>8,50 €</w:t>
            </w:r>
          </w:p>
        </w:tc>
      </w:tr>
      <w:tr w:rsidR="00650973" w14:paraId="649EFA46" w14:textId="77777777">
        <w:trPr>
          <w:cantSplit/>
          <w:jc w:val="center"/>
        </w:trPr>
        <w:tc>
          <w:tcPr>
            <w:tcW w:w="5103" w:type="dxa"/>
            <w:shd w:val="clear" w:color="auto" w:fill="F8FAF8"/>
            <w:tcMar>
              <w:top w:w="70" w:type="dxa"/>
              <w:left w:w="80" w:type="dxa"/>
              <w:bottom w:w="70" w:type="dxa"/>
              <w:right w:w="80" w:type="dxa"/>
            </w:tcMar>
            <w:vAlign w:val="center"/>
          </w:tcPr>
          <w:p w14:paraId="1029B1E1" w14:textId="77777777" w:rsidR="00650973" w:rsidRDefault="00080072">
            <w:r>
              <w:rPr>
                <w:rFonts w:ascii="Arial" w:hAnsi="Arial"/>
                <w:sz w:val="21"/>
              </w:rPr>
              <w:t>Bombay Sapphire / Bulldog / Tanqueray 10 / Puerto de Indias Strawberry</w:t>
            </w:r>
          </w:p>
        </w:tc>
        <w:tc>
          <w:tcPr>
            <w:tcW w:w="5103" w:type="dxa"/>
            <w:shd w:val="clear" w:color="auto" w:fill="F8FAF8"/>
            <w:tcMar>
              <w:top w:w="70" w:type="dxa"/>
              <w:left w:w="80" w:type="dxa"/>
              <w:bottom w:w="70" w:type="dxa"/>
              <w:right w:w="80" w:type="dxa"/>
            </w:tcMar>
            <w:vAlign w:val="center"/>
          </w:tcPr>
          <w:p w14:paraId="2A99AD6D" w14:textId="77777777" w:rsidR="00650973" w:rsidRDefault="00080072">
            <w:r>
              <w:rPr>
                <w:rFonts w:ascii="Arial" w:hAnsi="Arial"/>
                <w:sz w:val="21"/>
              </w:rPr>
              <w:t>9,50 €</w:t>
            </w:r>
          </w:p>
        </w:tc>
      </w:tr>
      <w:tr w:rsidR="00650973" w14:paraId="50D8AF77" w14:textId="77777777">
        <w:trPr>
          <w:cantSplit/>
          <w:jc w:val="center"/>
        </w:trPr>
        <w:tc>
          <w:tcPr>
            <w:tcW w:w="5103" w:type="dxa"/>
            <w:tcMar>
              <w:top w:w="70" w:type="dxa"/>
              <w:left w:w="80" w:type="dxa"/>
              <w:bottom w:w="70" w:type="dxa"/>
              <w:right w:w="80" w:type="dxa"/>
            </w:tcMar>
            <w:vAlign w:val="center"/>
          </w:tcPr>
          <w:p w14:paraId="41F43ACD" w14:textId="77777777" w:rsidR="00650973" w:rsidRDefault="00080072">
            <w:r>
              <w:rPr>
                <w:rFonts w:ascii="Arial" w:hAnsi="Arial"/>
                <w:sz w:val="21"/>
              </w:rPr>
              <w:t>Nordés</w:t>
            </w:r>
          </w:p>
        </w:tc>
        <w:tc>
          <w:tcPr>
            <w:tcW w:w="5103" w:type="dxa"/>
            <w:tcMar>
              <w:top w:w="70" w:type="dxa"/>
              <w:left w:w="80" w:type="dxa"/>
              <w:bottom w:w="70" w:type="dxa"/>
              <w:right w:w="80" w:type="dxa"/>
            </w:tcMar>
            <w:vAlign w:val="center"/>
          </w:tcPr>
          <w:p w14:paraId="5180AF7A" w14:textId="77777777" w:rsidR="00650973" w:rsidRDefault="00080072">
            <w:r>
              <w:rPr>
                <w:rFonts w:ascii="Arial" w:hAnsi="Arial"/>
                <w:sz w:val="21"/>
              </w:rPr>
              <w:t>10,00 €</w:t>
            </w:r>
          </w:p>
        </w:tc>
      </w:tr>
      <w:tr w:rsidR="00650973" w14:paraId="7A13FDFD" w14:textId="77777777">
        <w:trPr>
          <w:cantSplit/>
          <w:jc w:val="center"/>
        </w:trPr>
        <w:tc>
          <w:tcPr>
            <w:tcW w:w="5103" w:type="dxa"/>
            <w:shd w:val="clear" w:color="auto" w:fill="F8FAF8"/>
            <w:tcMar>
              <w:top w:w="70" w:type="dxa"/>
              <w:left w:w="80" w:type="dxa"/>
              <w:bottom w:w="70" w:type="dxa"/>
              <w:right w:w="80" w:type="dxa"/>
            </w:tcMar>
            <w:vAlign w:val="center"/>
          </w:tcPr>
          <w:p w14:paraId="23D04166" w14:textId="77777777" w:rsidR="00650973" w:rsidRDefault="00080072">
            <w:r>
              <w:rPr>
                <w:rFonts w:ascii="Arial" w:hAnsi="Arial"/>
                <w:sz w:val="21"/>
              </w:rPr>
              <w:t>Hendrick’s</w:t>
            </w:r>
          </w:p>
        </w:tc>
        <w:tc>
          <w:tcPr>
            <w:tcW w:w="5103" w:type="dxa"/>
            <w:shd w:val="clear" w:color="auto" w:fill="F8FAF8"/>
            <w:tcMar>
              <w:top w:w="70" w:type="dxa"/>
              <w:left w:w="80" w:type="dxa"/>
              <w:bottom w:w="70" w:type="dxa"/>
              <w:right w:w="80" w:type="dxa"/>
            </w:tcMar>
            <w:vAlign w:val="center"/>
          </w:tcPr>
          <w:p w14:paraId="07699F61" w14:textId="77777777" w:rsidR="00650973" w:rsidRDefault="00080072">
            <w:r>
              <w:rPr>
                <w:rFonts w:ascii="Arial" w:hAnsi="Arial"/>
                <w:sz w:val="21"/>
              </w:rPr>
              <w:t>11,00 €</w:t>
            </w:r>
          </w:p>
        </w:tc>
      </w:tr>
    </w:tbl>
    <w:p w14:paraId="6C03C420" w14:textId="77777777" w:rsidR="00650973" w:rsidRDefault="00650973">
      <w:pPr>
        <w:spacing w:after="40"/>
      </w:pPr>
    </w:p>
    <w:p w14:paraId="6787EB25" w14:textId="77777777" w:rsidR="00650973" w:rsidRDefault="00080072">
      <w:pPr>
        <w:pStyle w:val="Titre3"/>
        <w:spacing w:before="120" w:after="100"/>
      </w:pPr>
      <w:r>
        <w:rPr>
          <w:rFonts w:ascii="Arial" w:hAnsi="Arial"/>
          <w:color w:val="2F6B4F"/>
          <w:sz w:val="23"/>
        </w:rPr>
        <w:t>Vodka</w:t>
      </w:r>
    </w:p>
    <w:tbl>
      <w:tblPr>
        <w:tblStyle w:val="Grilledutableau"/>
        <w:tblW w:w="0" w:type="auto"/>
        <w:jc w:val="center"/>
        <w:tblLook w:val="04A0" w:firstRow="1" w:lastRow="0" w:firstColumn="1" w:lastColumn="0" w:noHBand="0" w:noVBand="1"/>
      </w:tblPr>
      <w:tblGrid>
        <w:gridCol w:w="5103"/>
        <w:gridCol w:w="5103"/>
      </w:tblGrid>
      <w:tr w:rsidR="00650973" w14:paraId="476ECCAB" w14:textId="77777777">
        <w:trPr>
          <w:cantSplit/>
          <w:tblHeader/>
          <w:jc w:val="center"/>
        </w:trPr>
        <w:tc>
          <w:tcPr>
            <w:tcW w:w="5103" w:type="dxa"/>
            <w:shd w:val="clear" w:color="auto" w:fill="2F6B4F"/>
            <w:tcMar>
              <w:top w:w="70" w:type="dxa"/>
              <w:left w:w="80" w:type="dxa"/>
              <w:bottom w:w="70" w:type="dxa"/>
              <w:right w:w="80" w:type="dxa"/>
            </w:tcMar>
            <w:vAlign w:val="center"/>
          </w:tcPr>
          <w:p w14:paraId="6454DD74" w14:textId="77777777" w:rsidR="00650973" w:rsidRDefault="00080072">
            <w:pPr>
              <w:jc w:val="center"/>
            </w:pPr>
            <w:r>
              <w:rPr>
                <w:rFonts w:ascii="Arial" w:hAnsi="Arial"/>
                <w:b/>
                <w:color w:val="FFFFFF"/>
                <w:sz w:val="21"/>
              </w:rPr>
              <w:t>Vodka</w:t>
            </w:r>
          </w:p>
        </w:tc>
        <w:tc>
          <w:tcPr>
            <w:tcW w:w="5103" w:type="dxa"/>
            <w:shd w:val="clear" w:color="auto" w:fill="2F6B4F"/>
            <w:tcMar>
              <w:top w:w="70" w:type="dxa"/>
              <w:left w:w="80" w:type="dxa"/>
              <w:bottom w:w="70" w:type="dxa"/>
              <w:right w:w="80" w:type="dxa"/>
            </w:tcMar>
            <w:vAlign w:val="center"/>
          </w:tcPr>
          <w:p w14:paraId="26C0A460" w14:textId="77777777" w:rsidR="00650973" w:rsidRDefault="00080072">
            <w:pPr>
              <w:jc w:val="center"/>
            </w:pPr>
            <w:r>
              <w:rPr>
                <w:rFonts w:ascii="Arial" w:hAnsi="Arial"/>
                <w:b/>
                <w:color w:val="FFFFFF"/>
                <w:sz w:val="21"/>
              </w:rPr>
              <w:t>Prix (mixer inclus)</w:t>
            </w:r>
          </w:p>
        </w:tc>
      </w:tr>
      <w:tr w:rsidR="00650973" w14:paraId="37225C3A" w14:textId="77777777">
        <w:trPr>
          <w:cantSplit/>
          <w:jc w:val="center"/>
        </w:trPr>
        <w:tc>
          <w:tcPr>
            <w:tcW w:w="5103" w:type="dxa"/>
            <w:tcMar>
              <w:top w:w="70" w:type="dxa"/>
              <w:left w:w="80" w:type="dxa"/>
              <w:bottom w:w="70" w:type="dxa"/>
              <w:right w:w="80" w:type="dxa"/>
            </w:tcMar>
            <w:vAlign w:val="center"/>
          </w:tcPr>
          <w:p w14:paraId="00AE9524" w14:textId="77777777" w:rsidR="00650973" w:rsidRDefault="00080072">
            <w:r>
              <w:rPr>
                <w:rFonts w:ascii="Arial" w:hAnsi="Arial"/>
                <w:sz w:val="21"/>
              </w:rPr>
              <w:t>Smirnoff / Absolut</w:t>
            </w:r>
          </w:p>
        </w:tc>
        <w:tc>
          <w:tcPr>
            <w:tcW w:w="5103" w:type="dxa"/>
            <w:tcMar>
              <w:top w:w="70" w:type="dxa"/>
              <w:left w:w="80" w:type="dxa"/>
              <w:bottom w:w="70" w:type="dxa"/>
              <w:right w:w="80" w:type="dxa"/>
            </w:tcMar>
            <w:vAlign w:val="center"/>
          </w:tcPr>
          <w:p w14:paraId="449C3176" w14:textId="77777777" w:rsidR="00650973" w:rsidRDefault="00080072">
            <w:r>
              <w:rPr>
                <w:rFonts w:ascii="Arial" w:hAnsi="Arial"/>
                <w:sz w:val="21"/>
              </w:rPr>
              <w:t>8,50 €</w:t>
            </w:r>
          </w:p>
        </w:tc>
      </w:tr>
      <w:tr w:rsidR="00650973" w14:paraId="6401DB0C" w14:textId="77777777">
        <w:trPr>
          <w:cantSplit/>
          <w:jc w:val="center"/>
        </w:trPr>
        <w:tc>
          <w:tcPr>
            <w:tcW w:w="5103" w:type="dxa"/>
            <w:shd w:val="clear" w:color="auto" w:fill="F8FAF8"/>
            <w:tcMar>
              <w:top w:w="70" w:type="dxa"/>
              <w:left w:w="80" w:type="dxa"/>
              <w:bottom w:w="70" w:type="dxa"/>
              <w:right w:w="80" w:type="dxa"/>
            </w:tcMar>
            <w:vAlign w:val="center"/>
          </w:tcPr>
          <w:p w14:paraId="3C38F2A4" w14:textId="77777777" w:rsidR="00650973" w:rsidRDefault="00080072">
            <w:r>
              <w:rPr>
                <w:rFonts w:ascii="Arial" w:hAnsi="Arial"/>
                <w:sz w:val="21"/>
              </w:rPr>
              <w:t>Belvedere</w:t>
            </w:r>
          </w:p>
        </w:tc>
        <w:tc>
          <w:tcPr>
            <w:tcW w:w="5103" w:type="dxa"/>
            <w:shd w:val="clear" w:color="auto" w:fill="F8FAF8"/>
            <w:tcMar>
              <w:top w:w="70" w:type="dxa"/>
              <w:left w:w="80" w:type="dxa"/>
              <w:bottom w:w="70" w:type="dxa"/>
              <w:right w:w="80" w:type="dxa"/>
            </w:tcMar>
            <w:vAlign w:val="center"/>
          </w:tcPr>
          <w:p w14:paraId="6FC141AF" w14:textId="77777777" w:rsidR="00650973" w:rsidRDefault="00080072">
            <w:r>
              <w:rPr>
                <w:rFonts w:ascii="Arial" w:hAnsi="Arial"/>
                <w:sz w:val="21"/>
              </w:rPr>
              <w:t>11,00 €</w:t>
            </w:r>
          </w:p>
        </w:tc>
      </w:tr>
    </w:tbl>
    <w:p w14:paraId="363D3A98" w14:textId="77777777" w:rsidR="00650973" w:rsidRDefault="00650973">
      <w:pPr>
        <w:spacing w:after="40"/>
      </w:pPr>
    </w:p>
    <w:p w14:paraId="65FDADE3" w14:textId="77777777" w:rsidR="00650973" w:rsidRDefault="00080072">
      <w:pPr>
        <w:pStyle w:val="Titre3"/>
        <w:spacing w:before="120" w:after="100"/>
      </w:pPr>
      <w:r>
        <w:rPr>
          <w:rFonts w:ascii="Arial" w:hAnsi="Arial"/>
          <w:color w:val="2F6B4F"/>
          <w:sz w:val="23"/>
        </w:rPr>
        <w:t>Rhum</w:t>
      </w:r>
    </w:p>
    <w:tbl>
      <w:tblPr>
        <w:tblStyle w:val="Grilledutableau"/>
        <w:tblW w:w="0" w:type="auto"/>
        <w:jc w:val="center"/>
        <w:tblLook w:val="04A0" w:firstRow="1" w:lastRow="0" w:firstColumn="1" w:lastColumn="0" w:noHBand="0" w:noVBand="1"/>
      </w:tblPr>
      <w:tblGrid>
        <w:gridCol w:w="5103"/>
        <w:gridCol w:w="5103"/>
      </w:tblGrid>
      <w:tr w:rsidR="00650973" w14:paraId="6DD0D4E6" w14:textId="77777777">
        <w:trPr>
          <w:cantSplit/>
          <w:tblHeader/>
          <w:jc w:val="center"/>
        </w:trPr>
        <w:tc>
          <w:tcPr>
            <w:tcW w:w="5103" w:type="dxa"/>
            <w:shd w:val="clear" w:color="auto" w:fill="2F6B4F"/>
            <w:tcMar>
              <w:top w:w="70" w:type="dxa"/>
              <w:left w:w="80" w:type="dxa"/>
              <w:bottom w:w="70" w:type="dxa"/>
              <w:right w:w="80" w:type="dxa"/>
            </w:tcMar>
            <w:vAlign w:val="center"/>
          </w:tcPr>
          <w:p w14:paraId="5004C10B" w14:textId="77777777" w:rsidR="00650973" w:rsidRDefault="00080072">
            <w:pPr>
              <w:jc w:val="center"/>
            </w:pPr>
            <w:r>
              <w:rPr>
                <w:rFonts w:ascii="Arial" w:hAnsi="Arial"/>
                <w:b/>
                <w:color w:val="FFFFFF"/>
                <w:sz w:val="21"/>
              </w:rPr>
              <w:t>Rhum</w:t>
            </w:r>
          </w:p>
        </w:tc>
        <w:tc>
          <w:tcPr>
            <w:tcW w:w="5103" w:type="dxa"/>
            <w:shd w:val="clear" w:color="auto" w:fill="2F6B4F"/>
            <w:tcMar>
              <w:top w:w="70" w:type="dxa"/>
              <w:left w:w="80" w:type="dxa"/>
              <w:bottom w:w="70" w:type="dxa"/>
              <w:right w:w="80" w:type="dxa"/>
            </w:tcMar>
            <w:vAlign w:val="center"/>
          </w:tcPr>
          <w:p w14:paraId="616EAC32" w14:textId="77777777" w:rsidR="00650973" w:rsidRDefault="00080072">
            <w:pPr>
              <w:jc w:val="center"/>
            </w:pPr>
            <w:r>
              <w:rPr>
                <w:rFonts w:ascii="Arial" w:hAnsi="Arial"/>
                <w:b/>
                <w:color w:val="FFFFFF"/>
                <w:sz w:val="21"/>
              </w:rPr>
              <w:t>Prix (mixer inclus)</w:t>
            </w:r>
          </w:p>
        </w:tc>
      </w:tr>
      <w:tr w:rsidR="00650973" w14:paraId="114EA9DF" w14:textId="77777777">
        <w:trPr>
          <w:cantSplit/>
          <w:jc w:val="center"/>
        </w:trPr>
        <w:tc>
          <w:tcPr>
            <w:tcW w:w="5103" w:type="dxa"/>
            <w:tcMar>
              <w:top w:w="70" w:type="dxa"/>
              <w:left w:w="80" w:type="dxa"/>
              <w:bottom w:w="70" w:type="dxa"/>
              <w:right w:w="80" w:type="dxa"/>
            </w:tcMar>
            <w:vAlign w:val="center"/>
          </w:tcPr>
          <w:p w14:paraId="7F847A7B" w14:textId="77777777" w:rsidR="00650973" w:rsidRDefault="00080072">
            <w:r>
              <w:rPr>
                <w:rFonts w:ascii="Arial" w:hAnsi="Arial"/>
                <w:sz w:val="21"/>
              </w:rPr>
              <w:lastRenderedPageBreak/>
              <w:t>Arehucas Carta Blanca / Carta Oro / Malibu</w:t>
            </w:r>
          </w:p>
        </w:tc>
        <w:tc>
          <w:tcPr>
            <w:tcW w:w="5103" w:type="dxa"/>
            <w:tcMar>
              <w:top w:w="70" w:type="dxa"/>
              <w:left w:w="80" w:type="dxa"/>
              <w:bottom w:w="70" w:type="dxa"/>
              <w:right w:w="80" w:type="dxa"/>
            </w:tcMar>
            <w:vAlign w:val="center"/>
          </w:tcPr>
          <w:p w14:paraId="185BB580" w14:textId="77777777" w:rsidR="00650973" w:rsidRDefault="00080072">
            <w:r>
              <w:rPr>
                <w:rFonts w:ascii="Arial" w:hAnsi="Arial"/>
                <w:sz w:val="21"/>
              </w:rPr>
              <w:t>7,50 €</w:t>
            </w:r>
          </w:p>
        </w:tc>
      </w:tr>
      <w:tr w:rsidR="00650973" w14:paraId="57848D23" w14:textId="77777777">
        <w:trPr>
          <w:cantSplit/>
          <w:jc w:val="center"/>
        </w:trPr>
        <w:tc>
          <w:tcPr>
            <w:tcW w:w="5103" w:type="dxa"/>
            <w:shd w:val="clear" w:color="auto" w:fill="F8FAF8"/>
            <w:tcMar>
              <w:top w:w="70" w:type="dxa"/>
              <w:left w:w="80" w:type="dxa"/>
              <w:bottom w:w="70" w:type="dxa"/>
              <w:right w:w="80" w:type="dxa"/>
            </w:tcMar>
            <w:vAlign w:val="center"/>
          </w:tcPr>
          <w:p w14:paraId="11D79699" w14:textId="77777777" w:rsidR="00650973" w:rsidRDefault="00080072">
            <w:r>
              <w:rPr>
                <w:rFonts w:ascii="Arial" w:hAnsi="Arial"/>
                <w:sz w:val="21"/>
              </w:rPr>
              <w:t>Bacardi / Havana Club 3</w:t>
            </w:r>
          </w:p>
        </w:tc>
        <w:tc>
          <w:tcPr>
            <w:tcW w:w="5103" w:type="dxa"/>
            <w:shd w:val="clear" w:color="auto" w:fill="F8FAF8"/>
            <w:tcMar>
              <w:top w:w="70" w:type="dxa"/>
              <w:left w:w="80" w:type="dxa"/>
              <w:bottom w:w="70" w:type="dxa"/>
              <w:right w:w="80" w:type="dxa"/>
            </w:tcMar>
            <w:vAlign w:val="center"/>
          </w:tcPr>
          <w:p w14:paraId="16B9231B" w14:textId="77777777" w:rsidR="00650973" w:rsidRDefault="00080072">
            <w:r>
              <w:rPr>
                <w:rFonts w:ascii="Arial" w:hAnsi="Arial"/>
                <w:sz w:val="21"/>
              </w:rPr>
              <w:t>8,50 €</w:t>
            </w:r>
          </w:p>
        </w:tc>
      </w:tr>
      <w:tr w:rsidR="00650973" w14:paraId="604320DE" w14:textId="77777777">
        <w:trPr>
          <w:cantSplit/>
          <w:jc w:val="center"/>
        </w:trPr>
        <w:tc>
          <w:tcPr>
            <w:tcW w:w="5103" w:type="dxa"/>
            <w:tcMar>
              <w:top w:w="70" w:type="dxa"/>
              <w:left w:w="80" w:type="dxa"/>
              <w:bottom w:w="70" w:type="dxa"/>
              <w:right w:w="80" w:type="dxa"/>
            </w:tcMar>
            <w:vAlign w:val="center"/>
          </w:tcPr>
          <w:p w14:paraId="132758C0" w14:textId="77777777" w:rsidR="00650973" w:rsidRDefault="00080072">
            <w:r>
              <w:rPr>
                <w:rFonts w:ascii="Arial" w:hAnsi="Arial"/>
                <w:sz w:val="21"/>
              </w:rPr>
              <w:t>Matusalem 15 / Havana Club 7</w:t>
            </w:r>
          </w:p>
        </w:tc>
        <w:tc>
          <w:tcPr>
            <w:tcW w:w="5103" w:type="dxa"/>
            <w:tcMar>
              <w:top w:w="70" w:type="dxa"/>
              <w:left w:w="80" w:type="dxa"/>
              <w:bottom w:w="70" w:type="dxa"/>
              <w:right w:w="80" w:type="dxa"/>
            </w:tcMar>
            <w:vAlign w:val="center"/>
          </w:tcPr>
          <w:p w14:paraId="678479D7" w14:textId="77777777" w:rsidR="00650973" w:rsidRDefault="00080072">
            <w:r>
              <w:rPr>
                <w:rFonts w:ascii="Arial" w:hAnsi="Arial"/>
                <w:sz w:val="21"/>
              </w:rPr>
              <w:t>10,00 €</w:t>
            </w:r>
          </w:p>
        </w:tc>
      </w:tr>
      <w:tr w:rsidR="00650973" w14:paraId="1B83D47D" w14:textId="77777777">
        <w:trPr>
          <w:cantSplit/>
          <w:jc w:val="center"/>
        </w:trPr>
        <w:tc>
          <w:tcPr>
            <w:tcW w:w="5103" w:type="dxa"/>
            <w:shd w:val="clear" w:color="auto" w:fill="F8FAF8"/>
            <w:tcMar>
              <w:top w:w="70" w:type="dxa"/>
              <w:left w:w="80" w:type="dxa"/>
              <w:bottom w:w="70" w:type="dxa"/>
              <w:right w:w="80" w:type="dxa"/>
            </w:tcMar>
            <w:vAlign w:val="center"/>
          </w:tcPr>
          <w:p w14:paraId="0A50D6D8" w14:textId="77777777" w:rsidR="00650973" w:rsidRDefault="00080072">
            <w:r>
              <w:rPr>
                <w:rFonts w:ascii="Arial" w:hAnsi="Arial"/>
                <w:sz w:val="21"/>
              </w:rPr>
              <w:t>Cacique 500</w:t>
            </w:r>
          </w:p>
        </w:tc>
        <w:tc>
          <w:tcPr>
            <w:tcW w:w="5103" w:type="dxa"/>
            <w:shd w:val="clear" w:color="auto" w:fill="F8FAF8"/>
            <w:tcMar>
              <w:top w:w="70" w:type="dxa"/>
              <w:left w:w="80" w:type="dxa"/>
              <w:bottom w:w="70" w:type="dxa"/>
              <w:right w:w="80" w:type="dxa"/>
            </w:tcMar>
            <w:vAlign w:val="center"/>
          </w:tcPr>
          <w:p w14:paraId="5A4EC90D" w14:textId="77777777" w:rsidR="00650973" w:rsidRDefault="00080072">
            <w:r>
              <w:rPr>
                <w:rFonts w:ascii="Arial" w:hAnsi="Arial"/>
                <w:sz w:val="21"/>
              </w:rPr>
              <w:t>11,00 €</w:t>
            </w:r>
          </w:p>
        </w:tc>
      </w:tr>
    </w:tbl>
    <w:p w14:paraId="2B7B6DF1" w14:textId="77777777" w:rsidR="00650973" w:rsidRDefault="00650973">
      <w:pPr>
        <w:spacing w:after="40"/>
      </w:pPr>
    </w:p>
    <w:p w14:paraId="393588AC" w14:textId="77777777" w:rsidR="00650973" w:rsidRDefault="00080072">
      <w:pPr>
        <w:pStyle w:val="Titre3"/>
        <w:spacing w:before="120" w:after="100"/>
      </w:pPr>
      <w:r>
        <w:rPr>
          <w:rFonts w:ascii="Arial" w:hAnsi="Arial"/>
          <w:color w:val="2F6B4F"/>
          <w:sz w:val="23"/>
        </w:rPr>
        <w:t>Brandy / Cognac</w:t>
      </w:r>
    </w:p>
    <w:tbl>
      <w:tblPr>
        <w:tblStyle w:val="Grilledutableau"/>
        <w:tblW w:w="0" w:type="auto"/>
        <w:jc w:val="center"/>
        <w:tblLook w:val="04A0" w:firstRow="1" w:lastRow="0" w:firstColumn="1" w:lastColumn="0" w:noHBand="0" w:noVBand="1"/>
      </w:tblPr>
      <w:tblGrid>
        <w:gridCol w:w="5103"/>
        <w:gridCol w:w="5103"/>
      </w:tblGrid>
      <w:tr w:rsidR="00650973" w14:paraId="2BBEE8AB" w14:textId="77777777">
        <w:trPr>
          <w:cantSplit/>
          <w:tblHeader/>
          <w:jc w:val="center"/>
        </w:trPr>
        <w:tc>
          <w:tcPr>
            <w:tcW w:w="5103" w:type="dxa"/>
            <w:shd w:val="clear" w:color="auto" w:fill="2F6B4F"/>
            <w:tcMar>
              <w:top w:w="70" w:type="dxa"/>
              <w:left w:w="80" w:type="dxa"/>
              <w:bottom w:w="70" w:type="dxa"/>
              <w:right w:w="80" w:type="dxa"/>
            </w:tcMar>
            <w:vAlign w:val="center"/>
          </w:tcPr>
          <w:p w14:paraId="55C90B52"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1CC424A7" w14:textId="77777777" w:rsidR="00650973" w:rsidRDefault="00080072">
            <w:pPr>
              <w:jc w:val="center"/>
            </w:pPr>
            <w:r>
              <w:rPr>
                <w:rFonts w:ascii="Arial" w:hAnsi="Arial"/>
                <w:b/>
                <w:color w:val="FFFFFF"/>
                <w:sz w:val="21"/>
              </w:rPr>
              <w:t>Prix</w:t>
            </w:r>
          </w:p>
        </w:tc>
      </w:tr>
      <w:tr w:rsidR="00650973" w14:paraId="75FA1219" w14:textId="77777777">
        <w:trPr>
          <w:cantSplit/>
          <w:jc w:val="center"/>
        </w:trPr>
        <w:tc>
          <w:tcPr>
            <w:tcW w:w="5103" w:type="dxa"/>
            <w:tcMar>
              <w:top w:w="70" w:type="dxa"/>
              <w:left w:w="80" w:type="dxa"/>
              <w:bottom w:w="70" w:type="dxa"/>
              <w:right w:w="80" w:type="dxa"/>
            </w:tcMar>
            <w:vAlign w:val="center"/>
          </w:tcPr>
          <w:p w14:paraId="55F0C555" w14:textId="77777777" w:rsidR="00650973" w:rsidRDefault="00080072">
            <w:r>
              <w:rPr>
                <w:rFonts w:ascii="Arial" w:hAnsi="Arial"/>
                <w:sz w:val="21"/>
              </w:rPr>
              <w:t>Veterano</w:t>
            </w:r>
          </w:p>
        </w:tc>
        <w:tc>
          <w:tcPr>
            <w:tcW w:w="5103" w:type="dxa"/>
            <w:tcMar>
              <w:top w:w="70" w:type="dxa"/>
              <w:left w:w="80" w:type="dxa"/>
              <w:bottom w:w="70" w:type="dxa"/>
              <w:right w:w="80" w:type="dxa"/>
            </w:tcMar>
            <w:vAlign w:val="center"/>
          </w:tcPr>
          <w:p w14:paraId="10CF2639" w14:textId="77777777" w:rsidR="00650973" w:rsidRDefault="00080072">
            <w:r>
              <w:rPr>
                <w:rFonts w:ascii="Arial" w:hAnsi="Arial"/>
                <w:sz w:val="21"/>
              </w:rPr>
              <w:t>6,00 €</w:t>
            </w:r>
          </w:p>
        </w:tc>
      </w:tr>
      <w:tr w:rsidR="00650973" w14:paraId="40E0D068" w14:textId="77777777">
        <w:trPr>
          <w:cantSplit/>
          <w:jc w:val="center"/>
        </w:trPr>
        <w:tc>
          <w:tcPr>
            <w:tcW w:w="5103" w:type="dxa"/>
            <w:shd w:val="clear" w:color="auto" w:fill="F8FAF8"/>
            <w:tcMar>
              <w:top w:w="70" w:type="dxa"/>
              <w:left w:w="80" w:type="dxa"/>
              <w:bottom w:w="70" w:type="dxa"/>
              <w:right w:w="80" w:type="dxa"/>
            </w:tcMar>
            <w:vAlign w:val="center"/>
          </w:tcPr>
          <w:p w14:paraId="15954E88" w14:textId="77777777" w:rsidR="00650973" w:rsidRDefault="00080072">
            <w:r>
              <w:rPr>
                <w:rFonts w:ascii="Arial" w:hAnsi="Arial"/>
                <w:sz w:val="21"/>
              </w:rPr>
              <w:t>Carlos I / Gran Duque de Alba / Lepanto</w:t>
            </w:r>
          </w:p>
        </w:tc>
        <w:tc>
          <w:tcPr>
            <w:tcW w:w="5103" w:type="dxa"/>
            <w:shd w:val="clear" w:color="auto" w:fill="F8FAF8"/>
            <w:tcMar>
              <w:top w:w="70" w:type="dxa"/>
              <w:left w:w="80" w:type="dxa"/>
              <w:bottom w:w="70" w:type="dxa"/>
              <w:right w:w="80" w:type="dxa"/>
            </w:tcMar>
            <w:vAlign w:val="center"/>
          </w:tcPr>
          <w:p w14:paraId="1BF27E37" w14:textId="77777777" w:rsidR="00650973" w:rsidRDefault="00080072">
            <w:r>
              <w:rPr>
                <w:rFonts w:ascii="Arial" w:hAnsi="Arial"/>
                <w:sz w:val="21"/>
              </w:rPr>
              <w:t>9,00 €</w:t>
            </w:r>
          </w:p>
        </w:tc>
      </w:tr>
      <w:tr w:rsidR="00650973" w14:paraId="25978C69" w14:textId="77777777">
        <w:trPr>
          <w:cantSplit/>
          <w:jc w:val="center"/>
        </w:trPr>
        <w:tc>
          <w:tcPr>
            <w:tcW w:w="5103" w:type="dxa"/>
            <w:tcMar>
              <w:top w:w="70" w:type="dxa"/>
              <w:left w:w="80" w:type="dxa"/>
              <w:bottom w:w="70" w:type="dxa"/>
              <w:right w:w="80" w:type="dxa"/>
            </w:tcMar>
            <w:vAlign w:val="center"/>
          </w:tcPr>
          <w:p w14:paraId="0BA80A1D" w14:textId="77777777" w:rsidR="00650973" w:rsidRDefault="00080072">
            <w:r>
              <w:rPr>
                <w:rFonts w:ascii="Arial" w:hAnsi="Arial"/>
                <w:sz w:val="21"/>
              </w:rPr>
              <w:t>Hennessy VS (texte du chat : « contre »)</w:t>
            </w:r>
          </w:p>
        </w:tc>
        <w:tc>
          <w:tcPr>
            <w:tcW w:w="5103" w:type="dxa"/>
            <w:tcMar>
              <w:top w:w="70" w:type="dxa"/>
              <w:left w:w="80" w:type="dxa"/>
              <w:bottom w:w="70" w:type="dxa"/>
              <w:right w:w="80" w:type="dxa"/>
            </w:tcMar>
            <w:vAlign w:val="center"/>
          </w:tcPr>
          <w:p w14:paraId="4898B654" w14:textId="77777777" w:rsidR="00650973" w:rsidRDefault="00080072">
            <w:r>
              <w:rPr>
                <w:rFonts w:ascii="Arial" w:hAnsi="Arial"/>
                <w:sz w:val="21"/>
              </w:rPr>
              <w:t>10,00 €</w:t>
            </w:r>
          </w:p>
        </w:tc>
      </w:tr>
      <w:tr w:rsidR="00650973" w14:paraId="3C9AF61B" w14:textId="77777777">
        <w:trPr>
          <w:cantSplit/>
          <w:jc w:val="center"/>
        </w:trPr>
        <w:tc>
          <w:tcPr>
            <w:tcW w:w="5103" w:type="dxa"/>
            <w:shd w:val="clear" w:color="auto" w:fill="F8FAF8"/>
            <w:tcMar>
              <w:top w:w="70" w:type="dxa"/>
              <w:left w:w="80" w:type="dxa"/>
              <w:bottom w:w="70" w:type="dxa"/>
              <w:right w:w="80" w:type="dxa"/>
            </w:tcMar>
            <w:vAlign w:val="center"/>
          </w:tcPr>
          <w:p w14:paraId="41F24E18" w14:textId="77777777" w:rsidR="00650973" w:rsidRDefault="00080072">
            <w:r>
              <w:rPr>
                <w:rFonts w:ascii="Arial" w:hAnsi="Arial"/>
                <w:sz w:val="21"/>
              </w:rPr>
              <w:t>Rémy Martin VSOP</w:t>
            </w:r>
          </w:p>
        </w:tc>
        <w:tc>
          <w:tcPr>
            <w:tcW w:w="5103" w:type="dxa"/>
            <w:shd w:val="clear" w:color="auto" w:fill="F8FAF8"/>
            <w:tcMar>
              <w:top w:w="70" w:type="dxa"/>
              <w:left w:w="80" w:type="dxa"/>
              <w:bottom w:w="70" w:type="dxa"/>
              <w:right w:w="80" w:type="dxa"/>
            </w:tcMar>
            <w:vAlign w:val="center"/>
          </w:tcPr>
          <w:p w14:paraId="07AAC02B" w14:textId="77777777" w:rsidR="00650973" w:rsidRDefault="00080072">
            <w:r>
              <w:rPr>
                <w:rFonts w:ascii="Arial" w:hAnsi="Arial"/>
                <w:sz w:val="21"/>
              </w:rPr>
              <w:t>12,00 €</w:t>
            </w:r>
          </w:p>
        </w:tc>
      </w:tr>
    </w:tbl>
    <w:p w14:paraId="1FE04466" w14:textId="77777777" w:rsidR="00650973" w:rsidRDefault="00650973">
      <w:pPr>
        <w:spacing w:after="40"/>
      </w:pPr>
    </w:p>
    <w:p w14:paraId="79ACC7AE" w14:textId="77777777" w:rsidR="00650973" w:rsidRDefault="00080072">
      <w:pPr>
        <w:pStyle w:val="Titre3"/>
        <w:spacing w:before="120" w:after="100"/>
      </w:pPr>
      <w:r>
        <w:rPr>
          <w:rFonts w:ascii="Arial" w:hAnsi="Arial"/>
          <w:color w:val="2F6B4F"/>
          <w:sz w:val="23"/>
        </w:rPr>
        <w:t>Whisky</w:t>
      </w:r>
    </w:p>
    <w:tbl>
      <w:tblPr>
        <w:tblStyle w:val="Grilledutableau"/>
        <w:tblW w:w="0" w:type="auto"/>
        <w:jc w:val="center"/>
        <w:tblLook w:val="04A0" w:firstRow="1" w:lastRow="0" w:firstColumn="1" w:lastColumn="0" w:noHBand="0" w:noVBand="1"/>
      </w:tblPr>
      <w:tblGrid>
        <w:gridCol w:w="5103"/>
        <w:gridCol w:w="5103"/>
      </w:tblGrid>
      <w:tr w:rsidR="00650973" w14:paraId="7BAE9CDA" w14:textId="77777777">
        <w:trPr>
          <w:cantSplit/>
          <w:tblHeader/>
          <w:jc w:val="center"/>
        </w:trPr>
        <w:tc>
          <w:tcPr>
            <w:tcW w:w="5103" w:type="dxa"/>
            <w:shd w:val="clear" w:color="auto" w:fill="2F6B4F"/>
            <w:tcMar>
              <w:top w:w="70" w:type="dxa"/>
              <w:left w:w="80" w:type="dxa"/>
              <w:bottom w:w="70" w:type="dxa"/>
              <w:right w:w="80" w:type="dxa"/>
            </w:tcMar>
            <w:vAlign w:val="center"/>
          </w:tcPr>
          <w:p w14:paraId="74755B1D"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55355FF2" w14:textId="77777777" w:rsidR="00650973" w:rsidRDefault="00080072">
            <w:pPr>
              <w:jc w:val="center"/>
            </w:pPr>
            <w:r>
              <w:rPr>
                <w:rFonts w:ascii="Arial" w:hAnsi="Arial"/>
                <w:b/>
                <w:color w:val="FFFFFF"/>
                <w:sz w:val="21"/>
              </w:rPr>
              <w:t>Prix</w:t>
            </w:r>
          </w:p>
        </w:tc>
      </w:tr>
      <w:tr w:rsidR="00650973" w14:paraId="0DC59CA5" w14:textId="77777777">
        <w:trPr>
          <w:cantSplit/>
          <w:jc w:val="center"/>
        </w:trPr>
        <w:tc>
          <w:tcPr>
            <w:tcW w:w="5103" w:type="dxa"/>
            <w:tcMar>
              <w:top w:w="70" w:type="dxa"/>
              <w:left w:w="80" w:type="dxa"/>
              <w:bottom w:w="70" w:type="dxa"/>
              <w:right w:w="80" w:type="dxa"/>
            </w:tcMar>
            <w:vAlign w:val="center"/>
          </w:tcPr>
          <w:p w14:paraId="74C46482" w14:textId="77777777" w:rsidR="00650973" w:rsidRDefault="00080072">
            <w:r>
              <w:rPr>
                <w:rFonts w:ascii="Arial" w:hAnsi="Arial"/>
                <w:sz w:val="21"/>
              </w:rPr>
              <w:t>J&amp;B</w:t>
            </w:r>
          </w:p>
        </w:tc>
        <w:tc>
          <w:tcPr>
            <w:tcW w:w="5103" w:type="dxa"/>
            <w:tcMar>
              <w:top w:w="70" w:type="dxa"/>
              <w:left w:w="80" w:type="dxa"/>
              <w:bottom w:w="70" w:type="dxa"/>
              <w:right w:w="80" w:type="dxa"/>
            </w:tcMar>
            <w:vAlign w:val="center"/>
          </w:tcPr>
          <w:p w14:paraId="2D50BF3F" w14:textId="77777777" w:rsidR="00650973" w:rsidRDefault="00080072">
            <w:r>
              <w:rPr>
                <w:rFonts w:ascii="Arial" w:hAnsi="Arial"/>
                <w:sz w:val="21"/>
              </w:rPr>
              <w:t>8,00 €</w:t>
            </w:r>
          </w:p>
        </w:tc>
      </w:tr>
      <w:tr w:rsidR="00650973" w14:paraId="03198215" w14:textId="77777777">
        <w:trPr>
          <w:cantSplit/>
          <w:jc w:val="center"/>
        </w:trPr>
        <w:tc>
          <w:tcPr>
            <w:tcW w:w="5103" w:type="dxa"/>
            <w:shd w:val="clear" w:color="auto" w:fill="F8FAF8"/>
            <w:tcMar>
              <w:top w:w="70" w:type="dxa"/>
              <w:left w:w="80" w:type="dxa"/>
              <w:bottom w:w="70" w:type="dxa"/>
              <w:right w:w="80" w:type="dxa"/>
            </w:tcMar>
            <w:vAlign w:val="center"/>
          </w:tcPr>
          <w:p w14:paraId="711727BA" w14:textId="77777777" w:rsidR="00650973" w:rsidRDefault="00080072">
            <w:r>
              <w:rPr>
                <w:rFonts w:ascii="Arial" w:hAnsi="Arial"/>
                <w:sz w:val="21"/>
              </w:rPr>
              <w:t>Jameson / Jack Daniel’s</w:t>
            </w:r>
          </w:p>
        </w:tc>
        <w:tc>
          <w:tcPr>
            <w:tcW w:w="5103" w:type="dxa"/>
            <w:shd w:val="clear" w:color="auto" w:fill="F8FAF8"/>
            <w:tcMar>
              <w:top w:w="70" w:type="dxa"/>
              <w:left w:w="80" w:type="dxa"/>
              <w:bottom w:w="70" w:type="dxa"/>
              <w:right w:w="80" w:type="dxa"/>
            </w:tcMar>
            <w:vAlign w:val="center"/>
          </w:tcPr>
          <w:p w14:paraId="205BF6D8" w14:textId="77777777" w:rsidR="00650973" w:rsidRDefault="00080072">
            <w:r>
              <w:rPr>
                <w:rFonts w:ascii="Arial" w:hAnsi="Arial"/>
                <w:sz w:val="21"/>
              </w:rPr>
              <w:t>9,00 €</w:t>
            </w:r>
          </w:p>
        </w:tc>
      </w:tr>
      <w:tr w:rsidR="00650973" w14:paraId="7FBB6363" w14:textId="77777777">
        <w:trPr>
          <w:cantSplit/>
          <w:jc w:val="center"/>
        </w:trPr>
        <w:tc>
          <w:tcPr>
            <w:tcW w:w="5103" w:type="dxa"/>
            <w:tcMar>
              <w:top w:w="70" w:type="dxa"/>
              <w:left w:w="80" w:type="dxa"/>
              <w:bottom w:w="70" w:type="dxa"/>
              <w:right w:w="80" w:type="dxa"/>
            </w:tcMar>
            <w:vAlign w:val="center"/>
          </w:tcPr>
          <w:p w14:paraId="04A0094B" w14:textId="77777777" w:rsidR="00650973" w:rsidRDefault="00080072">
            <w:r>
              <w:rPr>
                <w:rFonts w:ascii="Arial" w:hAnsi="Arial"/>
                <w:sz w:val="21"/>
              </w:rPr>
              <w:t>Johnnie Walker Black Label</w:t>
            </w:r>
          </w:p>
        </w:tc>
        <w:tc>
          <w:tcPr>
            <w:tcW w:w="5103" w:type="dxa"/>
            <w:tcMar>
              <w:top w:w="70" w:type="dxa"/>
              <w:left w:w="80" w:type="dxa"/>
              <w:bottom w:w="70" w:type="dxa"/>
              <w:right w:w="80" w:type="dxa"/>
            </w:tcMar>
            <w:vAlign w:val="center"/>
          </w:tcPr>
          <w:p w14:paraId="0A91356E" w14:textId="77777777" w:rsidR="00650973" w:rsidRDefault="00080072">
            <w:r>
              <w:rPr>
                <w:rFonts w:ascii="Arial" w:hAnsi="Arial"/>
                <w:sz w:val="21"/>
              </w:rPr>
              <w:t>10,00 €</w:t>
            </w:r>
          </w:p>
        </w:tc>
      </w:tr>
    </w:tbl>
    <w:p w14:paraId="52E0C4E1" w14:textId="77777777" w:rsidR="00650973" w:rsidRDefault="00650973">
      <w:pPr>
        <w:spacing w:after="40"/>
      </w:pPr>
    </w:p>
    <w:p w14:paraId="13EDBEB0" w14:textId="77777777" w:rsidR="00650973" w:rsidRDefault="00080072">
      <w:pPr>
        <w:pStyle w:val="Titre3"/>
        <w:spacing w:before="120" w:after="100"/>
      </w:pPr>
      <w:r>
        <w:rPr>
          <w:rFonts w:ascii="Arial" w:hAnsi="Arial"/>
          <w:color w:val="2F6B4F"/>
          <w:sz w:val="23"/>
        </w:rPr>
        <w:t>Liqueurs</w:t>
      </w:r>
    </w:p>
    <w:tbl>
      <w:tblPr>
        <w:tblStyle w:val="Grilledutableau"/>
        <w:tblW w:w="0" w:type="auto"/>
        <w:jc w:val="center"/>
        <w:tblLook w:val="04A0" w:firstRow="1" w:lastRow="0" w:firstColumn="1" w:lastColumn="0" w:noHBand="0" w:noVBand="1"/>
      </w:tblPr>
      <w:tblGrid>
        <w:gridCol w:w="5103"/>
        <w:gridCol w:w="5103"/>
      </w:tblGrid>
      <w:tr w:rsidR="00650973" w14:paraId="15BCE4D7" w14:textId="77777777">
        <w:trPr>
          <w:cantSplit/>
          <w:tblHeader/>
          <w:jc w:val="center"/>
        </w:trPr>
        <w:tc>
          <w:tcPr>
            <w:tcW w:w="5103" w:type="dxa"/>
            <w:shd w:val="clear" w:color="auto" w:fill="2F6B4F"/>
            <w:tcMar>
              <w:top w:w="70" w:type="dxa"/>
              <w:left w:w="80" w:type="dxa"/>
              <w:bottom w:w="70" w:type="dxa"/>
              <w:right w:w="80" w:type="dxa"/>
            </w:tcMar>
            <w:vAlign w:val="center"/>
          </w:tcPr>
          <w:p w14:paraId="22B91C56" w14:textId="77777777" w:rsidR="00650973" w:rsidRDefault="00080072">
            <w:pPr>
              <w:jc w:val="center"/>
            </w:pPr>
            <w:r>
              <w:rPr>
                <w:rFonts w:ascii="Arial" w:hAnsi="Arial"/>
                <w:b/>
                <w:color w:val="FFFFFF"/>
                <w:sz w:val="21"/>
              </w:rPr>
              <w:t>Référence</w:t>
            </w:r>
          </w:p>
        </w:tc>
        <w:tc>
          <w:tcPr>
            <w:tcW w:w="5103" w:type="dxa"/>
            <w:shd w:val="clear" w:color="auto" w:fill="2F6B4F"/>
            <w:tcMar>
              <w:top w:w="70" w:type="dxa"/>
              <w:left w:w="80" w:type="dxa"/>
              <w:bottom w:w="70" w:type="dxa"/>
              <w:right w:w="80" w:type="dxa"/>
            </w:tcMar>
            <w:vAlign w:val="center"/>
          </w:tcPr>
          <w:p w14:paraId="3280E423" w14:textId="77777777" w:rsidR="00650973" w:rsidRDefault="00080072">
            <w:pPr>
              <w:jc w:val="center"/>
            </w:pPr>
            <w:r>
              <w:rPr>
                <w:rFonts w:ascii="Arial" w:hAnsi="Arial"/>
                <w:b/>
                <w:color w:val="FFFFFF"/>
                <w:sz w:val="21"/>
              </w:rPr>
              <w:t>Prix</w:t>
            </w:r>
          </w:p>
        </w:tc>
      </w:tr>
      <w:tr w:rsidR="00650973" w14:paraId="2902857E" w14:textId="77777777">
        <w:trPr>
          <w:cantSplit/>
          <w:jc w:val="center"/>
        </w:trPr>
        <w:tc>
          <w:tcPr>
            <w:tcW w:w="5103" w:type="dxa"/>
            <w:tcMar>
              <w:top w:w="70" w:type="dxa"/>
              <w:left w:w="80" w:type="dxa"/>
              <w:bottom w:w="70" w:type="dxa"/>
              <w:right w:w="80" w:type="dxa"/>
            </w:tcMar>
            <w:vAlign w:val="center"/>
          </w:tcPr>
          <w:p w14:paraId="0AA3C295" w14:textId="77777777" w:rsidR="00650973" w:rsidRDefault="00080072">
            <w:r>
              <w:rPr>
                <w:rFonts w:ascii="Arial" w:hAnsi="Arial"/>
                <w:sz w:val="21"/>
              </w:rPr>
              <w:t>Hierbas / Crema de Orujo / Vodka Caramelo / Orujo / Limoncello / Sambuca</w:t>
            </w:r>
          </w:p>
        </w:tc>
        <w:tc>
          <w:tcPr>
            <w:tcW w:w="5103" w:type="dxa"/>
            <w:tcMar>
              <w:top w:w="70" w:type="dxa"/>
              <w:left w:w="80" w:type="dxa"/>
              <w:bottom w:w="70" w:type="dxa"/>
              <w:right w:w="80" w:type="dxa"/>
            </w:tcMar>
            <w:vAlign w:val="center"/>
          </w:tcPr>
          <w:p w14:paraId="476C83A1" w14:textId="77777777" w:rsidR="00650973" w:rsidRDefault="00080072">
            <w:r>
              <w:rPr>
                <w:rFonts w:ascii="Arial" w:hAnsi="Arial"/>
                <w:sz w:val="21"/>
              </w:rPr>
              <w:t>4,50 €</w:t>
            </w:r>
          </w:p>
        </w:tc>
      </w:tr>
      <w:tr w:rsidR="00650973" w14:paraId="53E63234" w14:textId="77777777">
        <w:trPr>
          <w:cantSplit/>
          <w:jc w:val="center"/>
        </w:trPr>
        <w:tc>
          <w:tcPr>
            <w:tcW w:w="5103" w:type="dxa"/>
            <w:shd w:val="clear" w:color="auto" w:fill="F8FAF8"/>
            <w:tcMar>
              <w:top w:w="70" w:type="dxa"/>
              <w:left w:w="80" w:type="dxa"/>
              <w:bottom w:w="70" w:type="dxa"/>
              <w:right w:w="80" w:type="dxa"/>
            </w:tcMar>
            <w:vAlign w:val="center"/>
          </w:tcPr>
          <w:p w14:paraId="60C7E99F" w14:textId="77777777" w:rsidR="00650973" w:rsidRDefault="00080072">
            <w:r>
              <w:rPr>
                <w:rFonts w:ascii="Arial" w:hAnsi="Arial"/>
                <w:sz w:val="21"/>
              </w:rPr>
              <w:t>Jägermeister / Zoco Pacharán / Tia Maria / Ramazzotti / Licor 43 / Frangelico / Baileys</w:t>
            </w:r>
          </w:p>
        </w:tc>
        <w:tc>
          <w:tcPr>
            <w:tcW w:w="5103" w:type="dxa"/>
            <w:shd w:val="clear" w:color="auto" w:fill="F8FAF8"/>
            <w:tcMar>
              <w:top w:w="70" w:type="dxa"/>
              <w:left w:w="80" w:type="dxa"/>
              <w:bottom w:w="70" w:type="dxa"/>
              <w:right w:w="80" w:type="dxa"/>
            </w:tcMar>
            <w:vAlign w:val="center"/>
          </w:tcPr>
          <w:p w14:paraId="705A5119" w14:textId="77777777" w:rsidR="00650973" w:rsidRDefault="00080072">
            <w:r>
              <w:rPr>
                <w:rFonts w:ascii="Arial" w:hAnsi="Arial"/>
                <w:sz w:val="21"/>
              </w:rPr>
              <w:t>5,50 €</w:t>
            </w:r>
          </w:p>
        </w:tc>
      </w:tr>
      <w:tr w:rsidR="00650973" w14:paraId="1989B4D4" w14:textId="77777777">
        <w:trPr>
          <w:cantSplit/>
          <w:jc w:val="center"/>
        </w:trPr>
        <w:tc>
          <w:tcPr>
            <w:tcW w:w="5103" w:type="dxa"/>
            <w:tcMar>
              <w:top w:w="70" w:type="dxa"/>
              <w:left w:w="80" w:type="dxa"/>
              <w:bottom w:w="70" w:type="dxa"/>
              <w:right w:w="80" w:type="dxa"/>
            </w:tcMar>
            <w:vAlign w:val="center"/>
          </w:tcPr>
          <w:p w14:paraId="4120D420" w14:textId="77777777" w:rsidR="00650973" w:rsidRDefault="00080072">
            <w:r>
              <w:rPr>
                <w:rFonts w:ascii="Arial" w:hAnsi="Arial"/>
                <w:sz w:val="21"/>
              </w:rPr>
              <w:t>Cointreau / Disaronno</w:t>
            </w:r>
          </w:p>
        </w:tc>
        <w:tc>
          <w:tcPr>
            <w:tcW w:w="5103" w:type="dxa"/>
            <w:tcMar>
              <w:top w:w="70" w:type="dxa"/>
              <w:left w:w="80" w:type="dxa"/>
              <w:bottom w:w="70" w:type="dxa"/>
              <w:right w:w="80" w:type="dxa"/>
            </w:tcMar>
            <w:vAlign w:val="center"/>
          </w:tcPr>
          <w:p w14:paraId="2376A44C" w14:textId="77777777" w:rsidR="00650973" w:rsidRDefault="00080072">
            <w:r>
              <w:rPr>
                <w:rFonts w:ascii="Arial" w:hAnsi="Arial"/>
                <w:sz w:val="21"/>
              </w:rPr>
              <w:t>6,00 €</w:t>
            </w:r>
          </w:p>
        </w:tc>
      </w:tr>
      <w:tr w:rsidR="00650973" w14:paraId="1B697D64" w14:textId="77777777">
        <w:trPr>
          <w:cantSplit/>
          <w:jc w:val="center"/>
        </w:trPr>
        <w:tc>
          <w:tcPr>
            <w:tcW w:w="5103" w:type="dxa"/>
            <w:shd w:val="clear" w:color="auto" w:fill="F8FAF8"/>
            <w:tcMar>
              <w:top w:w="70" w:type="dxa"/>
              <w:left w:w="80" w:type="dxa"/>
              <w:bottom w:w="70" w:type="dxa"/>
              <w:right w:w="80" w:type="dxa"/>
            </w:tcMar>
            <w:vAlign w:val="center"/>
          </w:tcPr>
          <w:p w14:paraId="52EAEBDA" w14:textId="77777777" w:rsidR="00650973" w:rsidRDefault="00080072">
            <w:r>
              <w:rPr>
                <w:rFonts w:ascii="Arial" w:hAnsi="Arial"/>
                <w:sz w:val="21"/>
              </w:rPr>
              <w:t>Drambuie / Grand Marnier</w:t>
            </w:r>
          </w:p>
        </w:tc>
        <w:tc>
          <w:tcPr>
            <w:tcW w:w="5103" w:type="dxa"/>
            <w:shd w:val="clear" w:color="auto" w:fill="F8FAF8"/>
            <w:tcMar>
              <w:top w:w="70" w:type="dxa"/>
              <w:left w:w="80" w:type="dxa"/>
              <w:bottom w:w="70" w:type="dxa"/>
              <w:right w:w="80" w:type="dxa"/>
            </w:tcMar>
            <w:vAlign w:val="center"/>
          </w:tcPr>
          <w:p w14:paraId="1966E4F0" w14:textId="77777777" w:rsidR="00650973" w:rsidRDefault="00080072">
            <w:r>
              <w:rPr>
                <w:rFonts w:ascii="Arial" w:hAnsi="Arial"/>
                <w:sz w:val="21"/>
              </w:rPr>
              <w:t>7,00 €</w:t>
            </w:r>
          </w:p>
        </w:tc>
      </w:tr>
    </w:tbl>
    <w:p w14:paraId="38FC33A1" w14:textId="77777777" w:rsidR="00650973" w:rsidRDefault="00650973">
      <w:pPr>
        <w:spacing w:after="40"/>
      </w:pPr>
    </w:p>
    <w:p w14:paraId="3E557A36" w14:textId="77777777" w:rsidR="00650973" w:rsidRDefault="00080072">
      <w:pPr>
        <w:pStyle w:val="Titre3"/>
        <w:spacing w:before="120" w:after="100"/>
      </w:pPr>
      <w:r>
        <w:rPr>
          <w:rFonts w:ascii="Arial" w:hAnsi="Arial"/>
          <w:color w:val="2F6B4F"/>
          <w:sz w:val="23"/>
        </w:rPr>
        <w:t>Café / thé</w:t>
      </w:r>
    </w:p>
    <w:tbl>
      <w:tblPr>
        <w:tblStyle w:val="Grilledutableau"/>
        <w:tblW w:w="0" w:type="auto"/>
        <w:jc w:val="center"/>
        <w:tblLook w:val="04A0" w:firstRow="1" w:lastRow="0" w:firstColumn="1" w:lastColumn="0" w:noHBand="0" w:noVBand="1"/>
      </w:tblPr>
      <w:tblGrid>
        <w:gridCol w:w="5103"/>
        <w:gridCol w:w="5103"/>
      </w:tblGrid>
      <w:tr w:rsidR="00650973" w14:paraId="29CC9F21" w14:textId="77777777">
        <w:trPr>
          <w:cantSplit/>
          <w:tblHeader/>
          <w:jc w:val="center"/>
        </w:trPr>
        <w:tc>
          <w:tcPr>
            <w:tcW w:w="5103" w:type="dxa"/>
            <w:shd w:val="clear" w:color="auto" w:fill="2F6B4F"/>
            <w:tcMar>
              <w:top w:w="70" w:type="dxa"/>
              <w:left w:w="80" w:type="dxa"/>
              <w:bottom w:w="70" w:type="dxa"/>
              <w:right w:w="80" w:type="dxa"/>
            </w:tcMar>
            <w:vAlign w:val="center"/>
          </w:tcPr>
          <w:p w14:paraId="703E3179" w14:textId="77777777" w:rsidR="00650973" w:rsidRDefault="00080072">
            <w:pPr>
              <w:jc w:val="center"/>
            </w:pPr>
            <w:r>
              <w:rPr>
                <w:rFonts w:ascii="Arial" w:hAnsi="Arial"/>
                <w:b/>
                <w:color w:val="FFFFFF"/>
                <w:sz w:val="21"/>
              </w:rPr>
              <w:t>Boisson</w:t>
            </w:r>
          </w:p>
        </w:tc>
        <w:tc>
          <w:tcPr>
            <w:tcW w:w="5103" w:type="dxa"/>
            <w:shd w:val="clear" w:color="auto" w:fill="2F6B4F"/>
            <w:tcMar>
              <w:top w:w="70" w:type="dxa"/>
              <w:left w:w="80" w:type="dxa"/>
              <w:bottom w:w="70" w:type="dxa"/>
              <w:right w:w="80" w:type="dxa"/>
            </w:tcMar>
            <w:vAlign w:val="center"/>
          </w:tcPr>
          <w:p w14:paraId="1CFCD037" w14:textId="77777777" w:rsidR="00650973" w:rsidRDefault="00080072">
            <w:pPr>
              <w:jc w:val="center"/>
            </w:pPr>
            <w:r>
              <w:rPr>
                <w:rFonts w:ascii="Arial" w:hAnsi="Arial"/>
                <w:b/>
                <w:color w:val="FFFFFF"/>
                <w:sz w:val="21"/>
              </w:rPr>
              <w:t>Prix</w:t>
            </w:r>
          </w:p>
        </w:tc>
      </w:tr>
      <w:tr w:rsidR="00650973" w14:paraId="35CA3B2F" w14:textId="77777777">
        <w:trPr>
          <w:cantSplit/>
          <w:jc w:val="center"/>
        </w:trPr>
        <w:tc>
          <w:tcPr>
            <w:tcW w:w="5103" w:type="dxa"/>
            <w:tcMar>
              <w:top w:w="70" w:type="dxa"/>
              <w:left w:w="80" w:type="dxa"/>
              <w:bottom w:w="70" w:type="dxa"/>
              <w:right w:w="80" w:type="dxa"/>
            </w:tcMar>
            <w:vAlign w:val="center"/>
          </w:tcPr>
          <w:p w14:paraId="2A0183F7" w14:textId="77777777" w:rsidR="00650973" w:rsidRDefault="00080072">
            <w:r>
              <w:rPr>
                <w:rFonts w:ascii="Arial" w:hAnsi="Arial"/>
                <w:sz w:val="21"/>
              </w:rPr>
              <w:t>Espresso / Cortado / Americano – Illy 100% Arabica</w:t>
            </w:r>
          </w:p>
        </w:tc>
        <w:tc>
          <w:tcPr>
            <w:tcW w:w="5103" w:type="dxa"/>
            <w:tcMar>
              <w:top w:w="70" w:type="dxa"/>
              <w:left w:w="80" w:type="dxa"/>
              <w:bottom w:w="70" w:type="dxa"/>
              <w:right w:w="80" w:type="dxa"/>
            </w:tcMar>
            <w:vAlign w:val="center"/>
          </w:tcPr>
          <w:p w14:paraId="17305F71" w14:textId="77777777" w:rsidR="00650973" w:rsidRDefault="00080072">
            <w:r>
              <w:rPr>
                <w:rFonts w:ascii="Arial" w:hAnsi="Arial"/>
                <w:sz w:val="21"/>
              </w:rPr>
              <w:t>3,00 €</w:t>
            </w:r>
          </w:p>
        </w:tc>
      </w:tr>
      <w:tr w:rsidR="00650973" w14:paraId="4BDCF9D6" w14:textId="77777777">
        <w:trPr>
          <w:cantSplit/>
          <w:jc w:val="center"/>
        </w:trPr>
        <w:tc>
          <w:tcPr>
            <w:tcW w:w="5103" w:type="dxa"/>
            <w:shd w:val="clear" w:color="auto" w:fill="F8FAF8"/>
            <w:tcMar>
              <w:top w:w="70" w:type="dxa"/>
              <w:left w:w="80" w:type="dxa"/>
              <w:bottom w:w="70" w:type="dxa"/>
              <w:right w:w="80" w:type="dxa"/>
            </w:tcMar>
            <w:vAlign w:val="center"/>
          </w:tcPr>
          <w:p w14:paraId="2A4D3857" w14:textId="77777777" w:rsidR="00650973" w:rsidRDefault="00080072">
            <w:r>
              <w:rPr>
                <w:rFonts w:ascii="Arial" w:hAnsi="Arial"/>
                <w:sz w:val="21"/>
              </w:rPr>
              <w:t>Double espresso</w:t>
            </w:r>
          </w:p>
        </w:tc>
        <w:tc>
          <w:tcPr>
            <w:tcW w:w="5103" w:type="dxa"/>
            <w:shd w:val="clear" w:color="auto" w:fill="F8FAF8"/>
            <w:tcMar>
              <w:top w:w="70" w:type="dxa"/>
              <w:left w:w="80" w:type="dxa"/>
              <w:bottom w:w="70" w:type="dxa"/>
              <w:right w:w="80" w:type="dxa"/>
            </w:tcMar>
            <w:vAlign w:val="center"/>
          </w:tcPr>
          <w:p w14:paraId="6F773945" w14:textId="77777777" w:rsidR="00650973" w:rsidRDefault="00080072">
            <w:r>
              <w:rPr>
                <w:rFonts w:ascii="Arial" w:hAnsi="Arial"/>
                <w:sz w:val="21"/>
              </w:rPr>
              <w:t>4,00 €</w:t>
            </w:r>
          </w:p>
        </w:tc>
      </w:tr>
      <w:tr w:rsidR="00650973" w14:paraId="1EE4B8F6" w14:textId="77777777">
        <w:trPr>
          <w:cantSplit/>
          <w:jc w:val="center"/>
        </w:trPr>
        <w:tc>
          <w:tcPr>
            <w:tcW w:w="5103" w:type="dxa"/>
            <w:tcMar>
              <w:top w:w="70" w:type="dxa"/>
              <w:left w:w="80" w:type="dxa"/>
              <w:bottom w:w="70" w:type="dxa"/>
              <w:right w:w="80" w:type="dxa"/>
            </w:tcMar>
            <w:vAlign w:val="center"/>
          </w:tcPr>
          <w:p w14:paraId="776964A0" w14:textId="77777777" w:rsidR="00650973" w:rsidRDefault="00080072">
            <w:r>
              <w:rPr>
                <w:rFonts w:ascii="Arial" w:hAnsi="Arial"/>
                <w:sz w:val="21"/>
              </w:rPr>
              <w:t>Cappuccino / Latte</w:t>
            </w:r>
          </w:p>
        </w:tc>
        <w:tc>
          <w:tcPr>
            <w:tcW w:w="5103" w:type="dxa"/>
            <w:tcMar>
              <w:top w:w="70" w:type="dxa"/>
              <w:left w:w="80" w:type="dxa"/>
              <w:bottom w:w="70" w:type="dxa"/>
              <w:right w:w="80" w:type="dxa"/>
            </w:tcMar>
            <w:vAlign w:val="center"/>
          </w:tcPr>
          <w:p w14:paraId="21463ED2" w14:textId="77777777" w:rsidR="00650973" w:rsidRDefault="00080072">
            <w:r>
              <w:rPr>
                <w:rFonts w:ascii="Arial" w:hAnsi="Arial"/>
                <w:sz w:val="21"/>
              </w:rPr>
              <w:t>3,80 €</w:t>
            </w:r>
          </w:p>
        </w:tc>
      </w:tr>
      <w:tr w:rsidR="00650973" w14:paraId="0CAFE7E6" w14:textId="77777777">
        <w:trPr>
          <w:cantSplit/>
          <w:jc w:val="center"/>
        </w:trPr>
        <w:tc>
          <w:tcPr>
            <w:tcW w:w="5103" w:type="dxa"/>
            <w:shd w:val="clear" w:color="auto" w:fill="F8FAF8"/>
            <w:tcMar>
              <w:top w:w="70" w:type="dxa"/>
              <w:left w:w="80" w:type="dxa"/>
              <w:bottom w:w="70" w:type="dxa"/>
              <w:right w:w="80" w:type="dxa"/>
            </w:tcMar>
            <w:vAlign w:val="center"/>
          </w:tcPr>
          <w:p w14:paraId="47987176" w14:textId="77777777" w:rsidR="00650973" w:rsidRDefault="00080072">
            <w:r>
              <w:rPr>
                <w:rFonts w:ascii="Arial" w:hAnsi="Arial"/>
                <w:sz w:val="21"/>
              </w:rPr>
              <w:t>Carajillo</w:t>
            </w:r>
          </w:p>
        </w:tc>
        <w:tc>
          <w:tcPr>
            <w:tcW w:w="5103" w:type="dxa"/>
            <w:shd w:val="clear" w:color="auto" w:fill="F8FAF8"/>
            <w:tcMar>
              <w:top w:w="70" w:type="dxa"/>
              <w:left w:w="80" w:type="dxa"/>
              <w:bottom w:w="70" w:type="dxa"/>
              <w:right w:w="80" w:type="dxa"/>
            </w:tcMar>
            <w:vAlign w:val="center"/>
          </w:tcPr>
          <w:p w14:paraId="3E458945" w14:textId="77777777" w:rsidR="00650973" w:rsidRDefault="00080072">
            <w:r>
              <w:rPr>
                <w:rFonts w:ascii="Arial" w:hAnsi="Arial"/>
                <w:sz w:val="21"/>
              </w:rPr>
              <w:t>6,00 €</w:t>
            </w:r>
          </w:p>
        </w:tc>
      </w:tr>
      <w:tr w:rsidR="00650973" w14:paraId="3333B337" w14:textId="77777777">
        <w:trPr>
          <w:cantSplit/>
          <w:jc w:val="center"/>
        </w:trPr>
        <w:tc>
          <w:tcPr>
            <w:tcW w:w="5103" w:type="dxa"/>
            <w:tcMar>
              <w:top w:w="70" w:type="dxa"/>
              <w:left w:w="80" w:type="dxa"/>
              <w:bottom w:w="70" w:type="dxa"/>
              <w:right w:w="80" w:type="dxa"/>
            </w:tcMar>
            <w:vAlign w:val="center"/>
          </w:tcPr>
          <w:p w14:paraId="53600F23" w14:textId="77777777" w:rsidR="00650973" w:rsidRDefault="00080072">
            <w:r>
              <w:rPr>
                <w:rFonts w:ascii="Arial" w:hAnsi="Arial"/>
                <w:sz w:val="21"/>
              </w:rPr>
              <w:t>Thés et infusions</w:t>
            </w:r>
          </w:p>
        </w:tc>
        <w:tc>
          <w:tcPr>
            <w:tcW w:w="5103" w:type="dxa"/>
            <w:tcMar>
              <w:top w:w="70" w:type="dxa"/>
              <w:left w:w="80" w:type="dxa"/>
              <w:bottom w:w="70" w:type="dxa"/>
              <w:right w:w="80" w:type="dxa"/>
            </w:tcMar>
            <w:vAlign w:val="center"/>
          </w:tcPr>
          <w:p w14:paraId="27318E7A" w14:textId="77777777" w:rsidR="00650973" w:rsidRDefault="00080072">
            <w:r>
              <w:rPr>
                <w:rFonts w:ascii="Arial" w:hAnsi="Arial"/>
                <w:sz w:val="21"/>
              </w:rPr>
              <w:t>Prix non indiqué dans le texte</w:t>
            </w:r>
          </w:p>
        </w:tc>
      </w:tr>
    </w:tbl>
    <w:p w14:paraId="616F171A"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1A2E2F05" w14:textId="77777777">
        <w:trPr>
          <w:cantSplit/>
          <w:tblHeader/>
          <w:jc w:val="center"/>
        </w:trPr>
        <w:tc>
          <w:tcPr>
            <w:tcW w:w="10206" w:type="dxa"/>
            <w:shd w:val="clear" w:color="auto" w:fill="2F6B4F"/>
            <w:tcMar>
              <w:top w:w="70" w:type="dxa"/>
              <w:left w:w="80" w:type="dxa"/>
              <w:bottom w:w="70" w:type="dxa"/>
              <w:right w:w="80" w:type="dxa"/>
            </w:tcMar>
            <w:vAlign w:val="center"/>
          </w:tcPr>
          <w:p w14:paraId="7DD61D47" w14:textId="77777777" w:rsidR="00650973" w:rsidRDefault="00080072">
            <w:pPr>
              <w:jc w:val="center"/>
            </w:pPr>
            <w:r>
              <w:rPr>
                <w:rFonts w:ascii="Arial" w:hAnsi="Arial"/>
                <w:b/>
                <w:i/>
                <w:color w:val="FFFFFF"/>
                <w:sz w:val="21"/>
              </w:rPr>
              <w:t>Les prix Wapa Tapa sont annoncés IGIC inclus dans le texte fourni. Plusieurs mentions d’allergènes étaient contradictoires avec les ingrédients ; elles ne sont pas reproduites comme certitudes et doivent être contrôlées sur la carte originale.</w:t>
            </w:r>
          </w:p>
        </w:tc>
      </w:tr>
    </w:tbl>
    <w:p w14:paraId="78CEA0F7" w14:textId="77777777" w:rsidR="00650973" w:rsidRDefault="00650973">
      <w:pPr>
        <w:spacing w:after="20"/>
      </w:pPr>
    </w:p>
    <w:p w14:paraId="2A020EE1" w14:textId="77777777" w:rsidR="00650973" w:rsidRDefault="00080072">
      <w:pPr>
        <w:pStyle w:val="Titre1"/>
        <w:pageBreakBefore/>
        <w:spacing w:before="200" w:after="80"/>
      </w:pPr>
      <w:bookmarkStart w:id="5" w:name="section_5"/>
      <w:r>
        <w:rPr>
          <w:rFonts w:ascii="Arial" w:hAnsi="Arial"/>
          <w:color w:val="2F6B4F"/>
          <w:sz w:val="36"/>
        </w:rPr>
        <w:lastRenderedPageBreak/>
        <w:t>5. MENUS, CARTES ET TARIFS – INDEX</w:t>
      </w:r>
      <w:bookmarkEnd w:id="5"/>
    </w:p>
    <w:p w14:paraId="2C019DFD" w14:textId="77777777" w:rsidR="00650973" w:rsidRDefault="00080072">
      <w:pPr>
        <w:spacing w:after="80"/>
      </w:pPr>
      <w:hyperlink w:anchor="sommaire">
        <w:r>
          <w:t>↩</w:t>
        </w:r>
        <w:r>
          <w:t xml:space="preserve"> Retour au sommaire</w:t>
        </w:r>
      </w:hyperlink>
    </w:p>
    <w:p w14:paraId="5516BAFD" w14:textId="77777777" w:rsidR="00650973" w:rsidRDefault="00080072">
      <w:pPr>
        <w:spacing w:after="80"/>
      </w:pPr>
      <w:r>
        <w:rPr>
          <w:sz w:val="18"/>
        </w:rPr>
        <w:t>Les cartes complètes ou partielles déjà récupérées sont intégrées dans les sections précédentes. Cet index permet de retrouver rapidement ce qui est documenté.</w:t>
      </w:r>
    </w:p>
    <w:tbl>
      <w:tblPr>
        <w:tblStyle w:val="Grilledutableau"/>
        <w:tblW w:w="0" w:type="auto"/>
        <w:jc w:val="center"/>
        <w:tblLook w:val="04A0" w:firstRow="1" w:lastRow="0" w:firstColumn="1" w:lastColumn="0" w:noHBand="0" w:noVBand="1"/>
      </w:tblPr>
      <w:tblGrid>
        <w:gridCol w:w="5103"/>
        <w:gridCol w:w="5103"/>
      </w:tblGrid>
      <w:tr w:rsidR="00650973" w14:paraId="042EFB4C" w14:textId="77777777">
        <w:trPr>
          <w:cantSplit/>
          <w:tblHeader/>
          <w:jc w:val="center"/>
        </w:trPr>
        <w:tc>
          <w:tcPr>
            <w:tcW w:w="5103" w:type="dxa"/>
            <w:shd w:val="clear" w:color="auto" w:fill="2F6B4F"/>
            <w:tcMar>
              <w:top w:w="70" w:type="dxa"/>
              <w:left w:w="80" w:type="dxa"/>
              <w:bottom w:w="70" w:type="dxa"/>
              <w:right w:w="80" w:type="dxa"/>
            </w:tcMar>
            <w:vAlign w:val="center"/>
          </w:tcPr>
          <w:p w14:paraId="64107212" w14:textId="77777777" w:rsidR="00650973" w:rsidRDefault="00080072">
            <w:pPr>
              <w:jc w:val="center"/>
            </w:pPr>
            <w:r>
              <w:rPr>
                <w:rFonts w:ascii="Arial" w:hAnsi="Arial"/>
                <w:b/>
                <w:color w:val="FFFFFF"/>
                <w:sz w:val="21"/>
              </w:rPr>
              <w:t>Établissement</w:t>
            </w:r>
          </w:p>
        </w:tc>
        <w:tc>
          <w:tcPr>
            <w:tcW w:w="5103" w:type="dxa"/>
            <w:shd w:val="clear" w:color="auto" w:fill="2F6B4F"/>
            <w:tcMar>
              <w:top w:w="70" w:type="dxa"/>
              <w:left w:w="80" w:type="dxa"/>
              <w:bottom w:w="70" w:type="dxa"/>
              <w:right w:w="80" w:type="dxa"/>
            </w:tcMar>
            <w:vAlign w:val="center"/>
          </w:tcPr>
          <w:p w14:paraId="65F50789" w14:textId="77777777" w:rsidR="00650973" w:rsidRDefault="00080072">
            <w:pPr>
              <w:jc w:val="center"/>
            </w:pPr>
            <w:r>
              <w:rPr>
                <w:rFonts w:ascii="Arial" w:hAnsi="Arial"/>
                <w:b/>
                <w:color w:val="FFFFFF"/>
                <w:sz w:val="21"/>
              </w:rPr>
              <w:t>État de la carte dans le guide</w:t>
            </w:r>
          </w:p>
        </w:tc>
      </w:tr>
      <w:tr w:rsidR="00650973" w14:paraId="6EF32263" w14:textId="77777777">
        <w:trPr>
          <w:cantSplit/>
          <w:jc w:val="center"/>
        </w:trPr>
        <w:tc>
          <w:tcPr>
            <w:tcW w:w="5103" w:type="dxa"/>
            <w:tcMar>
              <w:top w:w="70" w:type="dxa"/>
              <w:left w:w="80" w:type="dxa"/>
              <w:bottom w:w="70" w:type="dxa"/>
              <w:right w:w="80" w:type="dxa"/>
            </w:tcMar>
            <w:vAlign w:val="center"/>
          </w:tcPr>
          <w:p w14:paraId="196B5500" w14:textId="77777777" w:rsidR="00650973" w:rsidRDefault="00080072">
            <w:r>
              <w:rPr>
                <w:rFonts w:ascii="Arial" w:hAnsi="Arial"/>
                <w:sz w:val="21"/>
              </w:rPr>
              <w:t>Kiosko QR</w:t>
            </w:r>
          </w:p>
        </w:tc>
        <w:tc>
          <w:tcPr>
            <w:tcW w:w="5103" w:type="dxa"/>
            <w:tcMar>
              <w:top w:w="70" w:type="dxa"/>
              <w:left w:w="80" w:type="dxa"/>
              <w:bottom w:w="70" w:type="dxa"/>
              <w:right w:w="80" w:type="dxa"/>
            </w:tcMar>
            <w:vAlign w:val="center"/>
          </w:tcPr>
          <w:p w14:paraId="45A891EE" w14:textId="77777777" w:rsidR="00650973" w:rsidRDefault="00080072">
            <w:r>
              <w:rPr>
                <w:rFonts w:ascii="Arial" w:hAnsi="Arial"/>
                <w:sz w:val="21"/>
              </w:rPr>
              <w:t>Photos + description café/boissons ; carte tarifée non retrouvée</w:t>
            </w:r>
          </w:p>
        </w:tc>
      </w:tr>
      <w:tr w:rsidR="00650973" w14:paraId="2D98E1A0" w14:textId="77777777">
        <w:trPr>
          <w:cantSplit/>
          <w:jc w:val="center"/>
        </w:trPr>
        <w:tc>
          <w:tcPr>
            <w:tcW w:w="5103" w:type="dxa"/>
            <w:shd w:val="clear" w:color="auto" w:fill="F8FAF8"/>
            <w:tcMar>
              <w:top w:w="70" w:type="dxa"/>
              <w:left w:w="80" w:type="dxa"/>
              <w:bottom w:w="70" w:type="dxa"/>
              <w:right w:w="80" w:type="dxa"/>
            </w:tcMar>
            <w:vAlign w:val="center"/>
          </w:tcPr>
          <w:p w14:paraId="007B2262" w14:textId="77777777" w:rsidR="00650973" w:rsidRDefault="00080072">
            <w:r>
              <w:rPr>
                <w:rFonts w:ascii="Arial" w:hAnsi="Arial"/>
                <w:sz w:val="21"/>
              </w:rPr>
              <w:t>Campo de Golf</w:t>
            </w:r>
          </w:p>
        </w:tc>
        <w:tc>
          <w:tcPr>
            <w:tcW w:w="5103" w:type="dxa"/>
            <w:shd w:val="clear" w:color="auto" w:fill="F8FAF8"/>
            <w:tcMar>
              <w:top w:w="70" w:type="dxa"/>
              <w:left w:w="80" w:type="dxa"/>
              <w:bottom w:w="70" w:type="dxa"/>
              <w:right w:w="80" w:type="dxa"/>
            </w:tcMar>
            <w:vAlign w:val="center"/>
          </w:tcPr>
          <w:p w14:paraId="0EE2CB2B" w14:textId="77777777" w:rsidR="00650973" w:rsidRDefault="00080072">
            <w:r>
              <w:rPr>
                <w:rFonts w:ascii="Arial" w:hAnsi="Arial"/>
                <w:sz w:val="21"/>
              </w:rPr>
              <w:t>Petit-déjeuner + entrées + salades + poissons + viandes + pâtes + pizzas + riz + desserts + boissons + vins complets</w:t>
            </w:r>
          </w:p>
        </w:tc>
      </w:tr>
      <w:tr w:rsidR="00650973" w14:paraId="0B5A5F94" w14:textId="77777777">
        <w:trPr>
          <w:cantSplit/>
          <w:jc w:val="center"/>
        </w:trPr>
        <w:tc>
          <w:tcPr>
            <w:tcW w:w="5103" w:type="dxa"/>
            <w:tcMar>
              <w:top w:w="70" w:type="dxa"/>
              <w:left w:w="80" w:type="dxa"/>
              <w:bottom w:w="70" w:type="dxa"/>
              <w:right w:w="80" w:type="dxa"/>
            </w:tcMar>
            <w:vAlign w:val="center"/>
          </w:tcPr>
          <w:p w14:paraId="5D149486" w14:textId="77777777" w:rsidR="00650973" w:rsidRDefault="00080072">
            <w:r>
              <w:rPr>
                <w:rFonts w:ascii="Arial" w:hAnsi="Arial"/>
                <w:sz w:val="21"/>
              </w:rPr>
              <w:t>Vistaflor</w:t>
            </w:r>
          </w:p>
        </w:tc>
        <w:tc>
          <w:tcPr>
            <w:tcW w:w="5103" w:type="dxa"/>
            <w:tcMar>
              <w:top w:w="70" w:type="dxa"/>
              <w:left w:w="80" w:type="dxa"/>
              <w:bottom w:w="70" w:type="dxa"/>
              <w:right w:w="80" w:type="dxa"/>
            </w:tcMar>
            <w:vAlign w:val="center"/>
          </w:tcPr>
          <w:p w14:paraId="7992AF42" w14:textId="77777777" w:rsidR="00650973" w:rsidRDefault="00080072">
            <w:r>
              <w:rPr>
                <w:rFonts w:ascii="Arial" w:hAnsi="Arial"/>
                <w:sz w:val="21"/>
              </w:rPr>
              <w:t>Prix buffet externe confirmé 15 € ; contenu du buffet résumé</w:t>
            </w:r>
          </w:p>
        </w:tc>
      </w:tr>
      <w:tr w:rsidR="00650973" w14:paraId="1010CFA1" w14:textId="77777777">
        <w:trPr>
          <w:cantSplit/>
          <w:jc w:val="center"/>
        </w:trPr>
        <w:tc>
          <w:tcPr>
            <w:tcW w:w="5103" w:type="dxa"/>
            <w:shd w:val="clear" w:color="auto" w:fill="F8FAF8"/>
            <w:tcMar>
              <w:top w:w="70" w:type="dxa"/>
              <w:left w:w="80" w:type="dxa"/>
              <w:bottom w:w="70" w:type="dxa"/>
              <w:right w:w="80" w:type="dxa"/>
            </w:tcMar>
            <w:vAlign w:val="center"/>
          </w:tcPr>
          <w:p w14:paraId="25117A1F" w14:textId="77777777" w:rsidR="00650973" w:rsidRDefault="00080072">
            <w:r>
              <w:rPr>
                <w:rFonts w:ascii="Arial" w:hAnsi="Arial"/>
                <w:sz w:val="21"/>
              </w:rPr>
              <w:t>Calma Café</w:t>
            </w:r>
          </w:p>
        </w:tc>
        <w:tc>
          <w:tcPr>
            <w:tcW w:w="5103" w:type="dxa"/>
            <w:shd w:val="clear" w:color="auto" w:fill="F8FAF8"/>
            <w:tcMar>
              <w:top w:w="70" w:type="dxa"/>
              <w:left w:w="80" w:type="dxa"/>
              <w:bottom w:w="70" w:type="dxa"/>
              <w:right w:w="80" w:type="dxa"/>
            </w:tcMar>
            <w:vAlign w:val="center"/>
          </w:tcPr>
          <w:p w14:paraId="2A86CA6F" w14:textId="77777777" w:rsidR="00650973" w:rsidRDefault="00080072">
            <w:r>
              <w:rPr>
                <w:rFonts w:ascii="Arial" w:hAnsi="Arial"/>
                <w:sz w:val="21"/>
              </w:rPr>
              <w:t>10 références petit-déjeuner/brunch avec prix</w:t>
            </w:r>
          </w:p>
        </w:tc>
      </w:tr>
      <w:tr w:rsidR="00650973" w14:paraId="68DB9B28" w14:textId="77777777">
        <w:trPr>
          <w:cantSplit/>
          <w:jc w:val="center"/>
        </w:trPr>
        <w:tc>
          <w:tcPr>
            <w:tcW w:w="5103" w:type="dxa"/>
            <w:tcMar>
              <w:top w:w="70" w:type="dxa"/>
              <w:left w:w="80" w:type="dxa"/>
              <w:bottom w:w="70" w:type="dxa"/>
              <w:right w:w="80" w:type="dxa"/>
            </w:tcMar>
            <w:vAlign w:val="center"/>
          </w:tcPr>
          <w:p w14:paraId="6FFA1C04" w14:textId="77777777" w:rsidR="00650973" w:rsidRDefault="00080072">
            <w:r>
              <w:rPr>
                <w:rFonts w:ascii="Arial" w:hAnsi="Arial"/>
                <w:sz w:val="21"/>
              </w:rPr>
              <w:t>Deliciosa BrunchCafe</w:t>
            </w:r>
          </w:p>
        </w:tc>
        <w:tc>
          <w:tcPr>
            <w:tcW w:w="5103" w:type="dxa"/>
            <w:tcMar>
              <w:top w:w="70" w:type="dxa"/>
              <w:left w:w="80" w:type="dxa"/>
              <w:bottom w:w="70" w:type="dxa"/>
              <w:right w:w="80" w:type="dxa"/>
            </w:tcMar>
            <w:vAlign w:val="center"/>
          </w:tcPr>
          <w:p w14:paraId="6911BF0F" w14:textId="77777777" w:rsidR="00650973" w:rsidRDefault="00080072">
            <w:r>
              <w:rPr>
                <w:rFonts w:ascii="Arial" w:hAnsi="Arial"/>
                <w:sz w:val="21"/>
              </w:rPr>
              <w:t>16 références petit-déjeuner/brunch avec prix</w:t>
            </w:r>
          </w:p>
        </w:tc>
      </w:tr>
      <w:tr w:rsidR="00650973" w14:paraId="135F8C97" w14:textId="77777777">
        <w:trPr>
          <w:cantSplit/>
          <w:jc w:val="center"/>
        </w:trPr>
        <w:tc>
          <w:tcPr>
            <w:tcW w:w="5103" w:type="dxa"/>
            <w:shd w:val="clear" w:color="auto" w:fill="F8FAF8"/>
            <w:tcMar>
              <w:top w:w="70" w:type="dxa"/>
              <w:left w:w="80" w:type="dxa"/>
              <w:bottom w:w="70" w:type="dxa"/>
              <w:right w:w="80" w:type="dxa"/>
            </w:tcMar>
            <w:vAlign w:val="center"/>
          </w:tcPr>
          <w:p w14:paraId="4BDC3F46" w14:textId="77777777" w:rsidR="00650973" w:rsidRDefault="00080072">
            <w:r>
              <w:rPr>
                <w:rFonts w:ascii="Arial" w:hAnsi="Arial"/>
                <w:sz w:val="21"/>
              </w:rPr>
              <w:t>La Tasquita Canaria</w:t>
            </w:r>
          </w:p>
        </w:tc>
        <w:tc>
          <w:tcPr>
            <w:tcW w:w="5103" w:type="dxa"/>
            <w:shd w:val="clear" w:color="auto" w:fill="F8FAF8"/>
            <w:tcMar>
              <w:top w:w="70" w:type="dxa"/>
              <w:left w:w="80" w:type="dxa"/>
              <w:bottom w:w="70" w:type="dxa"/>
              <w:right w:w="80" w:type="dxa"/>
            </w:tcMar>
            <w:vAlign w:val="center"/>
          </w:tcPr>
          <w:p w14:paraId="5B742FED" w14:textId="77777777" w:rsidR="00650973" w:rsidRDefault="00080072">
            <w:r>
              <w:rPr>
                <w:rFonts w:ascii="Arial" w:hAnsi="Arial"/>
                <w:sz w:val="21"/>
              </w:rPr>
              <w:t>9 plats avec prix</w:t>
            </w:r>
          </w:p>
        </w:tc>
      </w:tr>
      <w:tr w:rsidR="00650973" w14:paraId="5E158B1B" w14:textId="77777777">
        <w:trPr>
          <w:cantSplit/>
          <w:jc w:val="center"/>
        </w:trPr>
        <w:tc>
          <w:tcPr>
            <w:tcW w:w="5103" w:type="dxa"/>
            <w:tcMar>
              <w:top w:w="70" w:type="dxa"/>
              <w:left w:w="80" w:type="dxa"/>
              <w:bottom w:w="70" w:type="dxa"/>
              <w:right w:w="80" w:type="dxa"/>
            </w:tcMar>
            <w:vAlign w:val="center"/>
          </w:tcPr>
          <w:p w14:paraId="53A12923" w14:textId="77777777" w:rsidR="00650973" w:rsidRDefault="00080072">
            <w:r>
              <w:rPr>
                <w:rFonts w:ascii="Arial" w:hAnsi="Arial"/>
                <w:sz w:val="21"/>
              </w:rPr>
              <w:t>El Mojo Picón</w:t>
            </w:r>
          </w:p>
        </w:tc>
        <w:tc>
          <w:tcPr>
            <w:tcW w:w="5103" w:type="dxa"/>
            <w:tcMar>
              <w:top w:w="70" w:type="dxa"/>
              <w:left w:w="80" w:type="dxa"/>
              <w:bottom w:w="70" w:type="dxa"/>
              <w:right w:w="80" w:type="dxa"/>
            </w:tcMar>
            <w:vAlign w:val="center"/>
          </w:tcPr>
          <w:p w14:paraId="68B40AF7" w14:textId="77777777" w:rsidR="00650973" w:rsidRDefault="00080072">
            <w:r>
              <w:rPr>
                <w:rFonts w:ascii="Arial" w:hAnsi="Arial"/>
                <w:sz w:val="21"/>
              </w:rPr>
              <w:t>Formats/prix + plats du jour cités</w:t>
            </w:r>
          </w:p>
        </w:tc>
      </w:tr>
      <w:tr w:rsidR="00650973" w14:paraId="718108C0" w14:textId="77777777">
        <w:trPr>
          <w:cantSplit/>
          <w:jc w:val="center"/>
        </w:trPr>
        <w:tc>
          <w:tcPr>
            <w:tcW w:w="5103" w:type="dxa"/>
            <w:shd w:val="clear" w:color="auto" w:fill="F8FAF8"/>
            <w:tcMar>
              <w:top w:w="70" w:type="dxa"/>
              <w:left w:w="80" w:type="dxa"/>
              <w:bottom w:w="70" w:type="dxa"/>
              <w:right w:w="80" w:type="dxa"/>
            </w:tcMar>
            <w:vAlign w:val="center"/>
          </w:tcPr>
          <w:p w14:paraId="7B8681CB" w14:textId="77777777" w:rsidR="00650973" w:rsidRDefault="00080072">
            <w:r>
              <w:rPr>
                <w:rFonts w:ascii="Arial" w:hAnsi="Arial"/>
                <w:sz w:val="21"/>
              </w:rPr>
              <w:t>El Palmero</w:t>
            </w:r>
          </w:p>
        </w:tc>
        <w:tc>
          <w:tcPr>
            <w:tcW w:w="5103" w:type="dxa"/>
            <w:shd w:val="clear" w:color="auto" w:fill="F8FAF8"/>
            <w:tcMar>
              <w:top w:w="70" w:type="dxa"/>
              <w:left w:w="80" w:type="dxa"/>
              <w:bottom w:w="70" w:type="dxa"/>
              <w:right w:w="80" w:type="dxa"/>
            </w:tcMar>
            <w:vAlign w:val="center"/>
          </w:tcPr>
          <w:p w14:paraId="722E33AB" w14:textId="77777777" w:rsidR="00650973" w:rsidRDefault="00080072">
            <w:r>
              <w:rPr>
                <w:rFonts w:ascii="Arial" w:hAnsi="Arial"/>
                <w:sz w:val="21"/>
              </w:rPr>
              <w:t>Carte partielle : viandes, garnitures, sauces, pain</w:t>
            </w:r>
          </w:p>
        </w:tc>
      </w:tr>
      <w:tr w:rsidR="00650973" w14:paraId="6E7E4F54" w14:textId="77777777">
        <w:trPr>
          <w:cantSplit/>
          <w:jc w:val="center"/>
        </w:trPr>
        <w:tc>
          <w:tcPr>
            <w:tcW w:w="5103" w:type="dxa"/>
            <w:tcMar>
              <w:top w:w="70" w:type="dxa"/>
              <w:left w:w="80" w:type="dxa"/>
              <w:bottom w:w="70" w:type="dxa"/>
              <w:right w:w="80" w:type="dxa"/>
            </w:tcMar>
            <w:vAlign w:val="center"/>
          </w:tcPr>
          <w:p w14:paraId="7E39A1A9" w14:textId="77777777" w:rsidR="00650973" w:rsidRDefault="00080072">
            <w:r>
              <w:rPr>
                <w:rFonts w:ascii="Arial" w:hAnsi="Arial"/>
                <w:sz w:val="21"/>
              </w:rPr>
              <w:t>New Rustico</w:t>
            </w:r>
          </w:p>
        </w:tc>
        <w:tc>
          <w:tcPr>
            <w:tcW w:w="5103" w:type="dxa"/>
            <w:tcMar>
              <w:top w:w="70" w:type="dxa"/>
              <w:left w:w="80" w:type="dxa"/>
              <w:bottom w:w="70" w:type="dxa"/>
              <w:right w:w="80" w:type="dxa"/>
            </w:tcMar>
            <w:vAlign w:val="center"/>
          </w:tcPr>
          <w:p w14:paraId="03FBD09A" w14:textId="77777777" w:rsidR="00650973" w:rsidRDefault="00080072">
            <w:r>
              <w:rPr>
                <w:rFonts w:ascii="Arial" w:hAnsi="Arial"/>
                <w:sz w:val="21"/>
              </w:rPr>
              <w:t>Tapas froides/chaudes, accompagnements, desserts, vins</w:t>
            </w:r>
          </w:p>
        </w:tc>
      </w:tr>
      <w:tr w:rsidR="00650973" w14:paraId="6CC93AA0" w14:textId="77777777">
        <w:trPr>
          <w:cantSplit/>
          <w:jc w:val="center"/>
        </w:trPr>
        <w:tc>
          <w:tcPr>
            <w:tcW w:w="5103" w:type="dxa"/>
            <w:shd w:val="clear" w:color="auto" w:fill="F8FAF8"/>
            <w:tcMar>
              <w:top w:w="70" w:type="dxa"/>
              <w:left w:w="80" w:type="dxa"/>
              <w:bottom w:w="70" w:type="dxa"/>
              <w:right w:w="80" w:type="dxa"/>
            </w:tcMar>
            <w:vAlign w:val="center"/>
          </w:tcPr>
          <w:p w14:paraId="7EB629DF" w14:textId="77777777" w:rsidR="00650973" w:rsidRDefault="00080072">
            <w:r>
              <w:rPr>
                <w:rFonts w:ascii="Arial" w:hAnsi="Arial"/>
                <w:sz w:val="21"/>
              </w:rPr>
              <w:t>Nomad</w:t>
            </w:r>
          </w:p>
        </w:tc>
        <w:tc>
          <w:tcPr>
            <w:tcW w:w="5103" w:type="dxa"/>
            <w:shd w:val="clear" w:color="auto" w:fill="F8FAF8"/>
            <w:tcMar>
              <w:top w:w="70" w:type="dxa"/>
              <w:left w:w="80" w:type="dxa"/>
              <w:bottom w:w="70" w:type="dxa"/>
              <w:right w:w="80" w:type="dxa"/>
            </w:tcMar>
            <w:vAlign w:val="center"/>
          </w:tcPr>
          <w:p w14:paraId="2D7140A1" w14:textId="77777777" w:rsidR="00650973" w:rsidRDefault="00080072">
            <w:r>
              <w:rPr>
                <w:rFonts w:ascii="Arial" w:hAnsi="Arial"/>
                <w:sz w:val="21"/>
              </w:rPr>
              <w:t>La Trattoria, Yan Yan, Al Grill : cartes partielles tarifées</w:t>
            </w:r>
          </w:p>
        </w:tc>
      </w:tr>
      <w:tr w:rsidR="00650973" w14:paraId="3C1FFFDE" w14:textId="77777777">
        <w:trPr>
          <w:cantSplit/>
          <w:jc w:val="center"/>
        </w:trPr>
        <w:tc>
          <w:tcPr>
            <w:tcW w:w="5103" w:type="dxa"/>
            <w:tcMar>
              <w:top w:w="70" w:type="dxa"/>
              <w:left w:w="80" w:type="dxa"/>
              <w:bottom w:w="70" w:type="dxa"/>
              <w:right w:w="80" w:type="dxa"/>
            </w:tcMar>
            <w:vAlign w:val="center"/>
          </w:tcPr>
          <w:p w14:paraId="7EDAF9AB" w14:textId="77777777" w:rsidR="00650973" w:rsidRDefault="00080072">
            <w:r>
              <w:rPr>
                <w:rFonts w:ascii="Arial" w:hAnsi="Arial"/>
                <w:sz w:val="21"/>
              </w:rPr>
              <w:t>DREAMS</w:t>
            </w:r>
          </w:p>
        </w:tc>
        <w:tc>
          <w:tcPr>
            <w:tcW w:w="5103" w:type="dxa"/>
            <w:tcMar>
              <w:top w:w="70" w:type="dxa"/>
              <w:left w:w="80" w:type="dxa"/>
              <w:bottom w:w="70" w:type="dxa"/>
              <w:right w:w="80" w:type="dxa"/>
            </w:tcMar>
            <w:vAlign w:val="center"/>
          </w:tcPr>
          <w:p w14:paraId="31A9048A" w14:textId="77777777" w:rsidR="00650973" w:rsidRDefault="00080072">
            <w:r>
              <w:rPr>
                <w:rFonts w:ascii="Arial" w:hAnsi="Arial"/>
                <w:sz w:val="21"/>
              </w:rPr>
              <w:t>Entrées, spécialités suisses, plats, accompagnements, sauces</w:t>
            </w:r>
          </w:p>
        </w:tc>
      </w:tr>
      <w:tr w:rsidR="00650973" w14:paraId="0562FA03" w14:textId="77777777">
        <w:trPr>
          <w:cantSplit/>
          <w:jc w:val="center"/>
        </w:trPr>
        <w:tc>
          <w:tcPr>
            <w:tcW w:w="5103" w:type="dxa"/>
            <w:shd w:val="clear" w:color="auto" w:fill="F8FAF8"/>
            <w:tcMar>
              <w:top w:w="70" w:type="dxa"/>
              <w:left w:w="80" w:type="dxa"/>
              <w:bottom w:w="70" w:type="dxa"/>
              <w:right w:w="80" w:type="dxa"/>
            </w:tcMar>
            <w:vAlign w:val="center"/>
          </w:tcPr>
          <w:p w14:paraId="32A7CA68" w14:textId="77777777" w:rsidR="00650973" w:rsidRDefault="00080072">
            <w:r>
              <w:rPr>
                <w:rFonts w:ascii="Arial" w:hAnsi="Arial"/>
                <w:sz w:val="21"/>
              </w:rPr>
              <w:t>LoLa</w:t>
            </w:r>
          </w:p>
        </w:tc>
        <w:tc>
          <w:tcPr>
            <w:tcW w:w="5103" w:type="dxa"/>
            <w:shd w:val="clear" w:color="auto" w:fill="F8FAF8"/>
            <w:tcMar>
              <w:top w:w="70" w:type="dxa"/>
              <w:left w:w="80" w:type="dxa"/>
              <w:bottom w:w="70" w:type="dxa"/>
              <w:right w:w="80" w:type="dxa"/>
            </w:tcMar>
            <w:vAlign w:val="center"/>
          </w:tcPr>
          <w:p w14:paraId="6A0CBAB1" w14:textId="77777777" w:rsidR="00650973" w:rsidRDefault="00080072">
            <w:r>
              <w:rPr>
                <w:rFonts w:ascii="Arial" w:hAnsi="Arial"/>
                <w:sz w:val="21"/>
              </w:rPr>
              <w:t>Entrées, plats, desserts, vins, spiritueux, cocktails, gin, café/softs</w:t>
            </w:r>
          </w:p>
        </w:tc>
      </w:tr>
      <w:tr w:rsidR="00650973" w14:paraId="5C40FB98" w14:textId="77777777">
        <w:trPr>
          <w:cantSplit/>
          <w:jc w:val="center"/>
        </w:trPr>
        <w:tc>
          <w:tcPr>
            <w:tcW w:w="5103" w:type="dxa"/>
            <w:tcMar>
              <w:top w:w="70" w:type="dxa"/>
              <w:left w:w="80" w:type="dxa"/>
              <w:bottom w:w="70" w:type="dxa"/>
              <w:right w:w="80" w:type="dxa"/>
            </w:tcMar>
            <w:vAlign w:val="center"/>
          </w:tcPr>
          <w:p w14:paraId="411DF32C" w14:textId="77777777" w:rsidR="00650973" w:rsidRDefault="00080072">
            <w:r>
              <w:rPr>
                <w:rFonts w:ascii="Arial" w:hAnsi="Arial"/>
                <w:sz w:val="21"/>
              </w:rPr>
              <w:t>Wapa Tapa</w:t>
            </w:r>
          </w:p>
        </w:tc>
        <w:tc>
          <w:tcPr>
            <w:tcW w:w="5103" w:type="dxa"/>
            <w:tcMar>
              <w:top w:w="70" w:type="dxa"/>
              <w:left w:w="80" w:type="dxa"/>
              <w:bottom w:w="70" w:type="dxa"/>
              <w:right w:w="80" w:type="dxa"/>
            </w:tcMar>
            <w:vAlign w:val="center"/>
          </w:tcPr>
          <w:p w14:paraId="3506ADA9" w14:textId="77777777" w:rsidR="00650973" w:rsidRDefault="00080072">
            <w:r>
              <w:rPr>
                <w:rFonts w:ascii="Arial" w:hAnsi="Arial"/>
                <w:sz w:val="21"/>
              </w:rPr>
              <w:t>Tapas froides/chaudes, desserts, vins, boissons, cocktails, spiritueux</w:t>
            </w:r>
          </w:p>
        </w:tc>
      </w:tr>
    </w:tbl>
    <w:p w14:paraId="4400CFD5" w14:textId="77777777" w:rsidR="00650973" w:rsidRDefault="00650973">
      <w:pPr>
        <w:spacing w:after="40"/>
      </w:pPr>
    </w:p>
    <w:p w14:paraId="6E320182" w14:textId="77777777" w:rsidR="00650973" w:rsidRDefault="00080072">
      <w:pPr>
        <w:pStyle w:val="Titre1"/>
        <w:pageBreakBefore/>
        <w:spacing w:before="200" w:after="80"/>
      </w:pPr>
      <w:bookmarkStart w:id="6" w:name="section_6"/>
      <w:r>
        <w:rPr>
          <w:rFonts w:ascii="Arial" w:hAnsi="Arial"/>
          <w:color w:val="2F6B4F"/>
          <w:sz w:val="36"/>
        </w:rPr>
        <w:lastRenderedPageBreak/>
        <w:t>6. HOLIDAYWORLD / NOMAD GASTRO MARKET</w:t>
      </w:r>
      <w:bookmarkEnd w:id="6"/>
    </w:p>
    <w:p w14:paraId="0F70BDFC" w14:textId="77777777" w:rsidR="00650973" w:rsidRDefault="00080072">
      <w:pPr>
        <w:spacing w:after="80"/>
      </w:pPr>
      <w:hyperlink w:anchor="sommaire">
        <w:r>
          <w:t>↩</w:t>
        </w:r>
        <w:r>
          <w:t xml:space="preserve"> Retour au sommaire</w:t>
        </w:r>
      </w:hyperlink>
    </w:p>
    <w:tbl>
      <w:tblPr>
        <w:tblStyle w:val="Grilledutableau"/>
        <w:tblW w:w="0" w:type="auto"/>
        <w:jc w:val="center"/>
        <w:tblLook w:val="04A0" w:firstRow="1" w:lastRow="0" w:firstColumn="1" w:lastColumn="0" w:noHBand="0" w:noVBand="1"/>
      </w:tblPr>
      <w:tblGrid>
        <w:gridCol w:w="5103"/>
        <w:gridCol w:w="5103"/>
      </w:tblGrid>
      <w:tr w:rsidR="00650973" w14:paraId="25555B63" w14:textId="77777777">
        <w:trPr>
          <w:cantSplit/>
          <w:tblHeader/>
          <w:jc w:val="center"/>
        </w:trPr>
        <w:tc>
          <w:tcPr>
            <w:tcW w:w="5103" w:type="dxa"/>
            <w:shd w:val="clear" w:color="auto" w:fill="2F6B4F"/>
            <w:tcMar>
              <w:top w:w="70" w:type="dxa"/>
              <w:left w:w="80" w:type="dxa"/>
              <w:bottom w:w="70" w:type="dxa"/>
              <w:right w:w="80" w:type="dxa"/>
            </w:tcMar>
            <w:vAlign w:val="center"/>
          </w:tcPr>
          <w:p w14:paraId="7335136F" w14:textId="77777777" w:rsidR="00650973" w:rsidRDefault="00080072">
            <w:pPr>
              <w:jc w:val="center"/>
            </w:pPr>
            <w:r>
              <w:rPr>
                <w:rFonts w:ascii="Arial" w:hAnsi="Arial"/>
                <w:b/>
                <w:noProof/>
                <w:color w:val="FFFFFF"/>
              </w:rPr>
              <w:drawing>
                <wp:inline distT="0" distB="0" distL="0" distR="0" wp14:anchorId="4837A72D" wp14:editId="1A1552D9">
                  <wp:extent cx="2808000" cy="13899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a3d568-85a6-4aea-855a-ee91c276b185.jpg"/>
                          <pic:cNvPicPr/>
                        </pic:nvPicPr>
                        <pic:blipFill>
                          <a:blip r:embed="rId29"/>
                          <a:stretch>
                            <a:fillRect/>
                          </a:stretch>
                        </pic:blipFill>
                        <pic:spPr>
                          <a:xfrm>
                            <a:off x="0" y="0"/>
                            <a:ext cx="2808000" cy="1389960"/>
                          </a:xfrm>
                          <a:prstGeom prst="rect">
                            <a:avLst/>
                          </a:prstGeom>
                        </pic:spPr>
                      </pic:pic>
                    </a:graphicData>
                  </a:graphic>
                </wp:inline>
              </w:drawing>
            </w:r>
          </w:p>
          <w:p w14:paraId="56376D94" w14:textId="77777777" w:rsidR="00650973" w:rsidRDefault="00080072">
            <w:pPr>
              <w:jc w:val="center"/>
            </w:pPr>
            <w:r>
              <w:rPr>
                <w:rFonts w:ascii="Arial" w:hAnsi="Arial"/>
                <w:b/>
                <w:i/>
                <w:color w:val="FFFFFF"/>
              </w:rPr>
              <w:t>Aperçu des catégories de cuisine</w:t>
            </w:r>
          </w:p>
        </w:tc>
        <w:tc>
          <w:tcPr>
            <w:tcW w:w="5103" w:type="dxa"/>
            <w:shd w:val="clear" w:color="auto" w:fill="2F6B4F"/>
            <w:tcMar>
              <w:top w:w="70" w:type="dxa"/>
              <w:left w:w="80" w:type="dxa"/>
              <w:bottom w:w="70" w:type="dxa"/>
              <w:right w:w="80" w:type="dxa"/>
            </w:tcMar>
            <w:vAlign w:val="center"/>
          </w:tcPr>
          <w:p w14:paraId="2773A21B" w14:textId="77777777" w:rsidR="00650973" w:rsidRDefault="00080072">
            <w:pPr>
              <w:jc w:val="center"/>
            </w:pPr>
            <w:r>
              <w:rPr>
                <w:rFonts w:ascii="Arial" w:hAnsi="Arial"/>
                <w:b/>
                <w:noProof/>
                <w:color w:val="FFFFFF"/>
              </w:rPr>
              <w:drawing>
                <wp:inline distT="0" distB="0" distL="0" distR="0" wp14:anchorId="3F181F15" wp14:editId="1B6D30B6">
                  <wp:extent cx="2808000" cy="204796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fe0ff7-7c44-47b1-8f0e-1f5bdf62b2c5.jpg"/>
                          <pic:cNvPicPr/>
                        </pic:nvPicPr>
                        <pic:blipFill>
                          <a:blip r:embed="rId30"/>
                          <a:stretch>
                            <a:fillRect/>
                          </a:stretch>
                        </pic:blipFill>
                        <pic:spPr>
                          <a:xfrm>
                            <a:off x="0" y="0"/>
                            <a:ext cx="2808000" cy="2047968"/>
                          </a:xfrm>
                          <a:prstGeom prst="rect">
                            <a:avLst/>
                          </a:prstGeom>
                        </pic:spPr>
                      </pic:pic>
                    </a:graphicData>
                  </a:graphic>
                </wp:inline>
              </w:drawing>
            </w:r>
          </w:p>
          <w:p w14:paraId="1A1EA966" w14:textId="77777777" w:rsidR="00650973" w:rsidRDefault="00080072">
            <w:pPr>
              <w:jc w:val="center"/>
            </w:pPr>
            <w:r>
              <w:rPr>
                <w:rFonts w:ascii="Arial" w:hAnsi="Arial"/>
                <w:b/>
                <w:i/>
                <w:color w:val="FFFFFF"/>
              </w:rPr>
              <w:t>Burgers et pizzas</w:t>
            </w:r>
          </w:p>
        </w:tc>
      </w:tr>
    </w:tbl>
    <w:p w14:paraId="569FBAAF" w14:textId="77777777" w:rsidR="00650973" w:rsidRDefault="00650973">
      <w:pPr>
        <w:spacing w:after="20"/>
      </w:pPr>
    </w:p>
    <w:p w14:paraId="48C99D9F" w14:textId="77777777" w:rsidR="00650973" w:rsidRDefault="00080072">
      <w:pPr>
        <w:spacing w:after="80"/>
      </w:pPr>
      <w:r>
        <w:rPr>
          <w:sz w:val="18"/>
        </w:rPr>
        <w:t>Le Nomad Gastro Market de Holidayworld a été décrit dans le chat comme un espace proposant 12 options de restauration. Les catégories visibles : cuisine américaine, cuisine chinoise, cuisine italienne, aliments sains, burgers et pizzas, entre autres. Horaires notés : 18h–minuit du lundi au jeudi et le dimanche ; 18h–2h le vendredi et le samedi ; les cuisines ferment environ 30 minutes avant.</w:t>
      </w:r>
    </w:p>
    <w:p w14:paraId="79B0B2A0" w14:textId="77777777" w:rsidR="00650973" w:rsidRDefault="00080072">
      <w:r>
        <w:rPr>
          <w:b/>
          <w:sz w:val="18"/>
        </w:rPr>
        <w:t xml:space="preserve">Page gastronomie : </w:t>
      </w:r>
      <w:hyperlink r:id="rId31">
        <w:r>
          <w:rPr>
            <w:color w:val="0563C1"/>
            <w:u w:val="single"/>
          </w:rPr>
          <w:t>Holidayworld Maspalomas</w:t>
        </w:r>
      </w:hyperlink>
    </w:p>
    <w:p w14:paraId="0AC1AA7A" w14:textId="77777777" w:rsidR="00650973" w:rsidRDefault="00080072">
      <w:pPr>
        <w:spacing w:after="80"/>
      </w:pPr>
      <w:r>
        <w:rPr>
          <w:i/>
          <w:color w:val="666666"/>
          <w:sz w:val="18"/>
        </w:rPr>
        <w:t>Une promotion « Parque + Bolera » à 16 € était également visible sur une capture, mais elle concerne les loisirs Holidayworld et non directement la restauration.</w:t>
      </w:r>
    </w:p>
    <w:p w14:paraId="42B5B1A8" w14:textId="77777777" w:rsidR="00650973" w:rsidRDefault="00080072">
      <w:pPr>
        <w:pStyle w:val="Titre2"/>
        <w:spacing w:before="160" w:after="80"/>
      </w:pPr>
      <w:r>
        <w:rPr>
          <w:rFonts w:ascii="Arial" w:hAnsi="Arial"/>
          <w:color w:val="C97A2B"/>
          <w:sz w:val="28"/>
        </w:rPr>
        <w:t>6.1 La Trattoria by Bienmesabe – italien</w:t>
      </w:r>
    </w:p>
    <w:tbl>
      <w:tblPr>
        <w:tblStyle w:val="Grilledutableau"/>
        <w:tblW w:w="0" w:type="auto"/>
        <w:jc w:val="center"/>
        <w:tblLook w:val="04A0" w:firstRow="1" w:lastRow="0" w:firstColumn="1" w:lastColumn="0" w:noHBand="0" w:noVBand="1"/>
      </w:tblPr>
      <w:tblGrid>
        <w:gridCol w:w="5103"/>
        <w:gridCol w:w="5103"/>
      </w:tblGrid>
      <w:tr w:rsidR="00650973" w14:paraId="08DA8FBD" w14:textId="77777777">
        <w:trPr>
          <w:cantSplit/>
          <w:tblHeader/>
          <w:jc w:val="center"/>
        </w:trPr>
        <w:tc>
          <w:tcPr>
            <w:tcW w:w="5103" w:type="dxa"/>
            <w:shd w:val="clear" w:color="auto" w:fill="2F6B4F"/>
            <w:tcMar>
              <w:top w:w="70" w:type="dxa"/>
              <w:left w:w="80" w:type="dxa"/>
              <w:bottom w:w="70" w:type="dxa"/>
              <w:right w:w="80" w:type="dxa"/>
            </w:tcMar>
            <w:vAlign w:val="center"/>
          </w:tcPr>
          <w:p w14:paraId="4F6D61BB"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324B2BC2" w14:textId="77777777" w:rsidR="00650973" w:rsidRDefault="00080072">
            <w:pPr>
              <w:jc w:val="center"/>
            </w:pPr>
            <w:r>
              <w:rPr>
                <w:rFonts w:ascii="Arial" w:hAnsi="Arial"/>
                <w:b/>
                <w:color w:val="FFFFFF"/>
                <w:sz w:val="21"/>
              </w:rPr>
              <w:t>Prix retrouvé</w:t>
            </w:r>
          </w:p>
        </w:tc>
      </w:tr>
      <w:tr w:rsidR="00650973" w14:paraId="21A2B826" w14:textId="77777777">
        <w:trPr>
          <w:cantSplit/>
          <w:jc w:val="center"/>
        </w:trPr>
        <w:tc>
          <w:tcPr>
            <w:tcW w:w="5103" w:type="dxa"/>
            <w:tcMar>
              <w:top w:w="70" w:type="dxa"/>
              <w:left w:w="80" w:type="dxa"/>
              <w:bottom w:w="70" w:type="dxa"/>
              <w:right w:w="80" w:type="dxa"/>
            </w:tcMar>
            <w:vAlign w:val="center"/>
          </w:tcPr>
          <w:p w14:paraId="43C90C78" w14:textId="77777777" w:rsidR="00650973" w:rsidRDefault="00080072">
            <w:r>
              <w:rPr>
                <w:rFonts w:ascii="Arial" w:hAnsi="Arial"/>
                <w:sz w:val="21"/>
              </w:rPr>
              <w:t>Spaghettis, sauce au choix</w:t>
            </w:r>
          </w:p>
        </w:tc>
        <w:tc>
          <w:tcPr>
            <w:tcW w:w="5103" w:type="dxa"/>
            <w:tcMar>
              <w:top w:w="70" w:type="dxa"/>
              <w:left w:w="80" w:type="dxa"/>
              <w:bottom w:w="70" w:type="dxa"/>
              <w:right w:w="80" w:type="dxa"/>
            </w:tcMar>
            <w:vAlign w:val="center"/>
          </w:tcPr>
          <w:p w14:paraId="12F02406" w14:textId="77777777" w:rsidR="00650973" w:rsidRDefault="00080072">
            <w:r>
              <w:rPr>
                <w:rFonts w:ascii="Arial" w:hAnsi="Arial"/>
                <w:sz w:val="21"/>
              </w:rPr>
              <w:t>11 €</w:t>
            </w:r>
          </w:p>
        </w:tc>
      </w:tr>
      <w:tr w:rsidR="00650973" w14:paraId="6539BC57" w14:textId="77777777">
        <w:trPr>
          <w:cantSplit/>
          <w:jc w:val="center"/>
        </w:trPr>
        <w:tc>
          <w:tcPr>
            <w:tcW w:w="5103" w:type="dxa"/>
            <w:shd w:val="clear" w:color="auto" w:fill="F8FAF8"/>
            <w:tcMar>
              <w:top w:w="70" w:type="dxa"/>
              <w:left w:w="80" w:type="dxa"/>
              <w:bottom w:w="70" w:type="dxa"/>
              <w:right w:w="80" w:type="dxa"/>
            </w:tcMar>
            <w:vAlign w:val="center"/>
          </w:tcPr>
          <w:p w14:paraId="7A7F4598" w14:textId="77777777" w:rsidR="00650973" w:rsidRDefault="00080072">
            <w:r>
              <w:rPr>
                <w:rFonts w:ascii="Arial" w:hAnsi="Arial"/>
                <w:sz w:val="21"/>
              </w:rPr>
              <w:t>Macaronis, sauce au choix</w:t>
            </w:r>
          </w:p>
        </w:tc>
        <w:tc>
          <w:tcPr>
            <w:tcW w:w="5103" w:type="dxa"/>
            <w:shd w:val="clear" w:color="auto" w:fill="F8FAF8"/>
            <w:tcMar>
              <w:top w:w="70" w:type="dxa"/>
              <w:left w:w="80" w:type="dxa"/>
              <w:bottom w:w="70" w:type="dxa"/>
              <w:right w:w="80" w:type="dxa"/>
            </w:tcMar>
            <w:vAlign w:val="center"/>
          </w:tcPr>
          <w:p w14:paraId="7F9DD678" w14:textId="77777777" w:rsidR="00650973" w:rsidRDefault="00080072">
            <w:r>
              <w:rPr>
                <w:rFonts w:ascii="Arial" w:hAnsi="Arial"/>
                <w:sz w:val="21"/>
              </w:rPr>
              <w:t>12 €</w:t>
            </w:r>
          </w:p>
        </w:tc>
      </w:tr>
      <w:tr w:rsidR="00650973" w14:paraId="7B024D5E" w14:textId="77777777">
        <w:trPr>
          <w:cantSplit/>
          <w:jc w:val="center"/>
        </w:trPr>
        <w:tc>
          <w:tcPr>
            <w:tcW w:w="5103" w:type="dxa"/>
            <w:tcMar>
              <w:top w:w="70" w:type="dxa"/>
              <w:left w:w="80" w:type="dxa"/>
              <w:bottom w:w="70" w:type="dxa"/>
              <w:right w:w="80" w:type="dxa"/>
            </w:tcMar>
            <w:vAlign w:val="center"/>
          </w:tcPr>
          <w:p w14:paraId="72FB5475" w14:textId="77777777" w:rsidR="00650973" w:rsidRDefault="00080072">
            <w:r>
              <w:rPr>
                <w:rFonts w:ascii="Arial" w:hAnsi="Arial"/>
                <w:sz w:val="21"/>
              </w:rPr>
              <w:t>Gnocchis 4 fromages</w:t>
            </w:r>
          </w:p>
        </w:tc>
        <w:tc>
          <w:tcPr>
            <w:tcW w:w="5103" w:type="dxa"/>
            <w:tcMar>
              <w:top w:w="70" w:type="dxa"/>
              <w:left w:w="80" w:type="dxa"/>
              <w:bottom w:w="70" w:type="dxa"/>
              <w:right w:w="80" w:type="dxa"/>
            </w:tcMar>
            <w:vAlign w:val="center"/>
          </w:tcPr>
          <w:p w14:paraId="2EE3FA33" w14:textId="77777777" w:rsidR="00650973" w:rsidRDefault="00080072">
            <w:r>
              <w:rPr>
                <w:rFonts w:ascii="Arial" w:hAnsi="Arial"/>
                <w:sz w:val="21"/>
              </w:rPr>
              <w:t>12 €</w:t>
            </w:r>
          </w:p>
        </w:tc>
      </w:tr>
      <w:tr w:rsidR="00650973" w14:paraId="2D957511" w14:textId="77777777">
        <w:trPr>
          <w:cantSplit/>
          <w:jc w:val="center"/>
        </w:trPr>
        <w:tc>
          <w:tcPr>
            <w:tcW w:w="5103" w:type="dxa"/>
            <w:shd w:val="clear" w:color="auto" w:fill="F8FAF8"/>
            <w:tcMar>
              <w:top w:w="70" w:type="dxa"/>
              <w:left w:w="80" w:type="dxa"/>
              <w:bottom w:w="70" w:type="dxa"/>
              <w:right w:w="80" w:type="dxa"/>
            </w:tcMar>
            <w:vAlign w:val="center"/>
          </w:tcPr>
          <w:p w14:paraId="225EFCFF" w14:textId="77777777" w:rsidR="00650973" w:rsidRDefault="00080072">
            <w:r>
              <w:rPr>
                <w:rFonts w:ascii="Arial" w:hAnsi="Arial"/>
                <w:sz w:val="21"/>
              </w:rPr>
              <w:t>Tortellini ricotta/basilic</w:t>
            </w:r>
          </w:p>
        </w:tc>
        <w:tc>
          <w:tcPr>
            <w:tcW w:w="5103" w:type="dxa"/>
            <w:shd w:val="clear" w:color="auto" w:fill="F8FAF8"/>
            <w:tcMar>
              <w:top w:w="70" w:type="dxa"/>
              <w:left w:w="80" w:type="dxa"/>
              <w:bottom w:w="70" w:type="dxa"/>
              <w:right w:w="80" w:type="dxa"/>
            </w:tcMar>
            <w:vAlign w:val="center"/>
          </w:tcPr>
          <w:p w14:paraId="311C8134" w14:textId="77777777" w:rsidR="00650973" w:rsidRDefault="00080072">
            <w:r>
              <w:rPr>
                <w:rFonts w:ascii="Arial" w:hAnsi="Arial"/>
                <w:sz w:val="21"/>
              </w:rPr>
              <w:t>13 €</w:t>
            </w:r>
          </w:p>
        </w:tc>
      </w:tr>
      <w:tr w:rsidR="00650973" w14:paraId="0B32E9FD" w14:textId="77777777">
        <w:trPr>
          <w:cantSplit/>
          <w:jc w:val="center"/>
        </w:trPr>
        <w:tc>
          <w:tcPr>
            <w:tcW w:w="5103" w:type="dxa"/>
            <w:tcMar>
              <w:top w:w="70" w:type="dxa"/>
              <w:left w:w="80" w:type="dxa"/>
              <w:bottom w:w="70" w:type="dxa"/>
              <w:right w:w="80" w:type="dxa"/>
            </w:tcMar>
            <w:vAlign w:val="center"/>
          </w:tcPr>
          <w:p w14:paraId="59B8EA76" w14:textId="77777777" w:rsidR="00650973" w:rsidRDefault="00080072">
            <w:r>
              <w:rPr>
                <w:rFonts w:ascii="Arial" w:hAnsi="Arial"/>
                <w:sz w:val="21"/>
              </w:rPr>
              <w:t>Tortellini de veau</w:t>
            </w:r>
          </w:p>
        </w:tc>
        <w:tc>
          <w:tcPr>
            <w:tcW w:w="5103" w:type="dxa"/>
            <w:tcMar>
              <w:top w:w="70" w:type="dxa"/>
              <w:left w:w="80" w:type="dxa"/>
              <w:bottom w:w="70" w:type="dxa"/>
              <w:right w:w="80" w:type="dxa"/>
            </w:tcMar>
            <w:vAlign w:val="center"/>
          </w:tcPr>
          <w:p w14:paraId="2607902E" w14:textId="77777777" w:rsidR="00650973" w:rsidRDefault="00080072">
            <w:r>
              <w:rPr>
                <w:rFonts w:ascii="Arial" w:hAnsi="Arial"/>
                <w:sz w:val="21"/>
              </w:rPr>
              <w:t>13 €</w:t>
            </w:r>
          </w:p>
        </w:tc>
      </w:tr>
      <w:tr w:rsidR="00650973" w14:paraId="4248C967" w14:textId="77777777">
        <w:trPr>
          <w:cantSplit/>
          <w:jc w:val="center"/>
        </w:trPr>
        <w:tc>
          <w:tcPr>
            <w:tcW w:w="5103" w:type="dxa"/>
            <w:shd w:val="clear" w:color="auto" w:fill="F8FAF8"/>
            <w:tcMar>
              <w:top w:w="70" w:type="dxa"/>
              <w:left w:w="80" w:type="dxa"/>
              <w:bottom w:w="70" w:type="dxa"/>
              <w:right w:w="80" w:type="dxa"/>
            </w:tcMar>
            <w:vAlign w:val="center"/>
          </w:tcPr>
          <w:p w14:paraId="3B474802" w14:textId="77777777" w:rsidR="00650973" w:rsidRDefault="00080072">
            <w:r>
              <w:rPr>
                <w:rFonts w:ascii="Arial" w:hAnsi="Arial"/>
                <w:sz w:val="21"/>
              </w:rPr>
              <w:t>Focaccia classique</w:t>
            </w:r>
          </w:p>
        </w:tc>
        <w:tc>
          <w:tcPr>
            <w:tcW w:w="5103" w:type="dxa"/>
            <w:shd w:val="clear" w:color="auto" w:fill="F8FAF8"/>
            <w:tcMar>
              <w:top w:w="70" w:type="dxa"/>
              <w:left w:w="80" w:type="dxa"/>
              <w:bottom w:w="70" w:type="dxa"/>
              <w:right w:w="80" w:type="dxa"/>
            </w:tcMar>
            <w:vAlign w:val="center"/>
          </w:tcPr>
          <w:p w14:paraId="38A237F0" w14:textId="77777777" w:rsidR="00650973" w:rsidRDefault="00080072">
            <w:r>
              <w:rPr>
                <w:rFonts w:ascii="Arial" w:hAnsi="Arial"/>
                <w:sz w:val="21"/>
              </w:rPr>
              <w:t>7 €</w:t>
            </w:r>
          </w:p>
        </w:tc>
      </w:tr>
      <w:tr w:rsidR="00650973" w14:paraId="0B54B8CB" w14:textId="77777777">
        <w:trPr>
          <w:cantSplit/>
          <w:jc w:val="center"/>
        </w:trPr>
        <w:tc>
          <w:tcPr>
            <w:tcW w:w="5103" w:type="dxa"/>
            <w:tcMar>
              <w:top w:w="70" w:type="dxa"/>
              <w:left w:w="80" w:type="dxa"/>
              <w:bottom w:w="70" w:type="dxa"/>
              <w:right w:w="80" w:type="dxa"/>
            </w:tcMar>
            <w:vAlign w:val="center"/>
          </w:tcPr>
          <w:p w14:paraId="7D635EBD" w14:textId="77777777" w:rsidR="00650973" w:rsidRDefault="00080072">
            <w:r>
              <w:rPr>
                <w:rFonts w:ascii="Arial" w:hAnsi="Arial"/>
                <w:sz w:val="21"/>
              </w:rPr>
              <w:t>Focaccia tomate</w:t>
            </w:r>
          </w:p>
        </w:tc>
        <w:tc>
          <w:tcPr>
            <w:tcW w:w="5103" w:type="dxa"/>
            <w:tcMar>
              <w:top w:w="70" w:type="dxa"/>
              <w:left w:w="80" w:type="dxa"/>
              <w:bottom w:w="70" w:type="dxa"/>
              <w:right w:w="80" w:type="dxa"/>
            </w:tcMar>
            <w:vAlign w:val="center"/>
          </w:tcPr>
          <w:p w14:paraId="68366F32" w14:textId="77777777" w:rsidR="00650973" w:rsidRDefault="00080072">
            <w:r>
              <w:rPr>
                <w:rFonts w:ascii="Arial" w:hAnsi="Arial"/>
                <w:sz w:val="21"/>
              </w:rPr>
              <w:t>8 €</w:t>
            </w:r>
          </w:p>
        </w:tc>
      </w:tr>
      <w:tr w:rsidR="00650973" w14:paraId="1119FFEF" w14:textId="77777777">
        <w:trPr>
          <w:cantSplit/>
          <w:jc w:val="center"/>
        </w:trPr>
        <w:tc>
          <w:tcPr>
            <w:tcW w:w="5103" w:type="dxa"/>
            <w:shd w:val="clear" w:color="auto" w:fill="F8FAF8"/>
            <w:tcMar>
              <w:top w:w="70" w:type="dxa"/>
              <w:left w:w="80" w:type="dxa"/>
              <w:bottom w:w="70" w:type="dxa"/>
              <w:right w:w="80" w:type="dxa"/>
            </w:tcMar>
            <w:vAlign w:val="center"/>
          </w:tcPr>
          <w:p w14:paraId="4C41FF3D" w14:textId="77777777" w:rsidR="00650973" w:rsidRDefault="00080072">
            <w:r>
              <w:rPr>
                <w:rFonts w:ascii="Arial" w:hAnsi="Arial"/>
                <w:sz w:val="21"/>
              </w:rPr>
              <w:t>Pizza Pepperoni 33 cm</w:t>
            </w:r>
          </w:p>
        </w:tc>
        <w:tc>
          <w:tcPr>
            <w:tcW w:w="5103" w:type="dxa"/>
            <w:shd w:val="clear" w:color="auto" w:fill="F8FAF8"/>
            <w:tcMar>
              <w:top w:w="70" w:type="dxa"/>
              <w:left w:w="80" w:type="dxa"/>
              <w:bottom w:w="70" w:type="dxa"/>
              <w:right w:w="80" w:type="dxa"/>
            </w:tcMar>
            <w:vAlign w:val="center"/>
          </w:tcPr>
          <w:p w14:paraId="1AE9A98B" w14:textId="77777777" w:rsidR="00650973" w:rsidRDefault="00080072">
            <w:r>
              <w:rPr>
                <w:rFonts w:ascii="Arial" w:hAnsi="Arial"/>
                <w:sz w:val="21"/>
              </w:rPr>
              <w:t>11 €</w:t>
            </w:r>
          </w:p>
        </w:tc>
      </w:tr>
      <w:tr w:rsidR="00650973" w14:paraId="2C77A7C4" w14:textId="77777777">
        <w:trPr>
          <w:cantSplit/>
          <w:jc w:val="center"/>
        </w:trPr>
        <w:tc>
          <w:tcPr>
            <w:tcW w:w="5103" w:type="dxa"/>
            <w:tcMar>
              <w:top w:w="70" w:type="dxa"/>
              <w:left w:w="80" w:type="dxa"/>
              <w:bottom w:w="70" w:type="dxa"/>
              <w:right w:w="80" w:type="dxa"/>
            </w:tcMar>
            <w:vAlign w:val="center"/>
          </w:tcPr>
          <w:p w14:paraId="2D7C1D69" w14:textId="77777777" w:rsidR="00650973" w:rsidRDefault="00080072">
            <w:r>
              <w:rPr>
                <w:rFonts w:ascii="Arial" w:hAnsi="Arial"/>
                <w:sz w:val="21"/>
              </w:rPr>
              <w:t>Pizza 4 fromages</w:t>
            </w:r>
          </w:p>
        </w:tc>
        <w:tc>
          <w:tcPr>
            <w:tcW w:w="5103" w:type="dxa"/>
            <w:tcMar>
              <w:top w:w="70" w:type="dxa"/>
              <w:left w:w="80" w:type="dxa"/>
              <w:bottom w:w="70" w:type="dxa"/>
              <w:right w:w="80" w:type="dxa"/>
            </w:tcMar>
            <w:vAlign w:val="center"/>
          </w:tcPr>
          <w:p w14:paraId="0D8117B8" w14:textId="77777777" w:rsidR="00650973" w:rsidRDefault="00080072">
            <w:r>
              <w:rPr>
                <w:rFonts w:ascii="Arial" w:hAnsi="Arial"/>
                <w:sz w:val="21"/>
              </w:rPr>
              <w:t>11,50 €</w:t>
            </w:r>
          </w:p>
        </w:tc>
      </w:tr>
      <w:tr w:rsidR="00650973" w14:paraId="14C463A4" w14:textId="77777777">
        <w:trPr>
          <w:cantSplit/>
          <w:jc w:val="center"/>
        </w:trPr>
        <w:tc>
          <w:tcPr>
            <w:tcW w:w="5103" w:type="dxa"/>
            <w:shd w:val="clear" w:color="auto" w:fill="F8FAF8"/>
            <w:tcMar>
              <w:top w:w="70" w:type="dxa"/>
              <w:left w:w="80" w:type="dxa"/>
              <w:bottom w:w="70" w:type="dxa"/>
              <w:right w:w="80" w:type="dxa"/>
            </w:tcMar>
            <w:vAlign w:val="center"/>
          </w:tcPr>
          <w:p w14:paraId="056BCD58" w14:textId="77777777" w:rsidR="00650973" w:rsidRDefault="00080072">
            <w:r>
              <w:rPr>
                <w:rFonts w:ascii="Arial" w:hAnsi="Arial"/>
                <w:sz w:val="21"/>
              </w:rPr>
              <w:t>Pizza Diavolo</w:t>
            </w:r>
          </w:p>
        </w:tc>
        <w:tc>
          <w:tcPr>
            <w:tcW w:w="5103" w:type="dxa"/>
            <w:shd w:val="clear" w:color="auto" w:fill="F8FAF8"/>
            <w:tcMar>
              <w:top w:w="70" w:type="dxa"/>
              <w:left w:w="80" w:type="dxa"/>
              <w:bottom w:w="70" w:type="dxa"/>
              <w:right w:w="80" w:type="dxa"/>
            </w:tcMar>
            <w:vAlign w:val="center"/>
          </w:tcPr>
          <w:p w14:paraId="13B152DB" w14:textId="77777777" w:rsidR="00650973" w:rsidRDefault="00080072">
            <w:r>
              <w:rPr>
                <w:rFonts w:ascii="Arial" w:hAnsi="Arial"/>
                <w:sz w:val="21"/>
              </w:rPr>
              <w:t>12 €</w:t>
            </w:r>
          </w:p>
        </w:tc>
      </w:tr>
      <w:tr w:rsidR="00650973" w14:paraId="3726F68A" w14:textId="77777777">
        <w:trPr>
          <w:cantSplit/>
          <w:jc w:val="center"/>
        </w:trPr>
        <w:tc>
          <w:tcPr>
            <w:tcW w:w="5103" w:type="dxa"/>
            <w:tcMar>
              <w:top w:w="70" w:type="dxa"/>
              <w:left w:w="80" w:type="dxa"/>
              <w:bottom w:w="70" w:type="dxa"/>
              <w:right w:w="80" w:type="dxa"/>
            </w:tcMar>
            <w:vAlign w:val="center"/>
          </w:tcPr>
          <w:p w14:paraId="4D2F5A60" w14:textId="77777777" w:rsidR="00650973" w:rsidRDefault="00080072">
            <w:r>
              <w:rPr>
                <w:rFonts w:ascii="Arial" w:hAnsi="Arial"/>
                <w:sz w:val="21"/>
              </w:rPr>
              <w:t>Pizza Capricciosa</w:t>
            </w:r>
          </w:p>
        </w:tc>
        <w:tc>
          <w:tcPr>
            <w:tcW w:w="5103" w:type="dxa"/>
            <w:tcMar>
              <w:top w:w="70" w:type="dxa"/>
              <w:left w:w="80" w:type="dxa"/>
              <w:bottom w:w="70" w:type="dxa"/>
              <w:right w:w="80" w:type="dxa"/>
            </w:tcMar>
            <w:vAlign w:val="center"/>
          </w:tcPr>
          <w:p w14:paraId="2CAAFFE0" w14:textId="77777777" w:rsidR="00650973" w:rsidRDefault="00080072">
            <w:r>
              <w:rPr>
                <w:rFonts w:ascii="Arial" w:hAnsi="Arial"/>
                <w:sz w:val="21"/>
              </w:rPr>
              <w:t>12 €</w:t>
            </w:r>
          </w:p>
        </w:tc>
      </w:tr>
      <w:tr w:rsidR="00650973" w14:paraId="262D7AAD" w14:textId="77777777">
        <w:trPr>
          <w:cantSplit/>
          <w:jc w:val="center"/>
        </w:trPr>
        <w:tc>
          <w:tcPr>
            <w:tcW w:w="5103" w:type="dxa"/>
            <w:shd w:val="clear" w:color="auto" w:fill="F8FAF8"/>
            <w:tcMar>
              <w:top w:w="70" w:type="dxa"/>
              <w:left w:w="80" w:type="dxa"/>
              <w:bottom w:w="70" w:type="dxa"/>
              <w:right w:w="80" w:type="dxa"/>
            </w:tcMar>
            <w:vAlign w:val="center"/>
          </w:tcPr>
          <w:p w14:paraId="6CCCCE84" w14:textId="77777777" w:rsidR="00650973" w:rsidRDefault="00080072">
            <w:r>
              <w:rPr>
                <w:rFonts w:ascii="Arial" w:hAnsi="Arial"/>
                <w:sz w:val="21"/>
              </w:rPr>
              <w:t>Pizza Caprese</w:t>
            </w:r>
          </w:p>
        </w:tc>
        <w:tc>
          <w:tcPr>
            <w:tcW w:w="5103" w:type="dxa"/>
            <w:shd w:val="clear" w:color="auto" w:fill="F8FAF8"/>
            <w:tcMar>
              <w:top w:w="70" w:type="dxa"/>
              <w:left w:w="80" w:type="dxa"/>
              <w:bottom w:w="70" w:type="dxa"/>
              <w:right w:w="80" w:type="dxa"/>
            </w:tcMar>
            <w:vAlign w:val="center"/>
          </w:tcPr>
          <w:p w14:paraId="081B9B9D" w14:textId="77777777" w:rsidR="00650973" w:rsidRDefault="00080072">
            <w:r>
              <w:rPr>
                <w:rFonts w:ascii="Arial" w:hAnsi="Arial"/>
                <w:sz w:val="21"/>
              </w:rPr>
              <w:t>13 €</w:t>
            </w:r>
          </w:p>
        </w:tc>
      </w:tr>
      <w:tr w:rsidR="00650973" w14:paraId="16723B04" w14:textId="77777777">
        <w:trPr>
          <w:cantSplit/>
          <w:jc w:val="center"/>
        </w:trPr>
        <w:tc>
          <w:tcPr>
            <w:tcW w:w="5103" w:type="dxa"/>
            <w:tcMar>
              <w:top w:w="70" w:type="dxa"/>
              <w:left w:w="80" w:type="dxa"/>
              <w:bottom w:w="70" w:type="dxa"/>
              <w:right w:w="80" w:type="dxa"/>
            </w:tcMar>
            <w:vAlign w:val="center"/>
          </w:tcPr>
          <w:p w14:paraId="39C811DE" w14:textId="77777777" w:rsidR="00650973" w:rsidRDefault="00080072">
            <w:r>
              <w:rPr>
                <w:rFonts w:ascii="Arial" w:hAnsi="Arial"/>
                <w:sz w:val="21"/>
              </w:rPr>
              <w:t>Pizza Bolognaise</w:t>
            </w:r>
          </w:p>
        </w:tc>
        <w:tc>
          <w:tcPr>
            <w:tcW w:w="5103" w:type="dxa"/>
            <w:tcMar>
              <w:top w:w="70" w:type="dxa"/>
              <w:left w:w="80" w:type="dxa"/>
              <w:bottom w:w="70" w:type="dxa"/>
              <w:right w:w="80" w:type="dxa"/>
            </w:tcMar>
            <w:vAlign w:val="center"/>
          </w:tcPr>
          <w:p w14:paraId="4B625561" w14:textId="77777777" w:rsidR="00650973" w:rsidRDefault="00080072">
            <w:r>
              <w:rPr>
                <w:rFonts w:ascii="Arial" w:hAnsi="Arial"/>
                <w:sz w:val="21"/>
              </w:rPr>
              <w:t>13,50 €</w:t>
            </w:r>
          </w:p>
        </w:tc>
      </w:tr>
      <w:tr w:rsidR="00650973" w14:paraId="09024776" w14:textId="77777777">
        <w:trPr>
          <w:cantSplit/>
          <w:jc w:val="center"/>
        </w:trPr>
        <w:tc>
          <w:tcPr>
            <w:tcW w:w="5103" w:type="dxa"/>
            <w:shd w:val="clear" w:color="auto" w:fill="F8FAF8"/>
            <w:tcMar>
              <w:top w:w="70" w:type="dxa"/>
              <w:left w:w="80" w:type="dxa"/>
              <w:bottom w:w="70" w:type="dxa"/>
              <w:right w:w="80" w:type="dxa"/>
            </w:tcMar>
            <w:vAlign w:val="center"/>
          </w:tcPr>
          <w:p w14:paraId="374EB496" w14:textId="77777777" w:rsidR="00650973" w:rsidRDefault="00080072">
            <w:r>
              <w:rPr>
                <w:rFonts w:ascii="Arial" w:hAnsi="Arial"/>
                <w:sz w:val="21"/>
              </w:rPr>
              <w:t>Pizza Marinera</w:t>
            </w:r>
          </w:p>
        </w:tc>
        <w:tc>
          <w:tcPr>
            <w:tcW w:w="5103" w:type="dxa"/>
            <w:shd w:val="clear" w:color="auto" w:fill="F8FAF8"/>
            <w:tcMar>
              <w:top w:w="70" w:type="dxa"/>
              <w:left w:w="80" w:type="dxa"/>
              <w:bottom w:w="70" w:type="dxa"/>
              <w:right w:w="80" w:type="dxa"/>
            </w:tcMar>
            <w:vAlign w:val="center"/>
          </w:tcPr>
          <w:p w14:paraId="6172B7CE" w14:textId="77777777" w:rsidR="00650973" w:rsidRDefault="00080072">
            <w:r>
              <w:rPr>
                <w:rFonts w:ascii="Arial" w:hAnsi="Arial"/>
                <w:sz w:val="21"/>
              </w:rPr>
              <w:t>13,50 €</w:t>
            </w:r>
          </w:p>
        </w:tc>
      </w:tr>
    </w:tbl>
    <w:p w14:paraId="377C2361"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55E11B82" w14:textId="77777777">
        <w:trPr>
          <w:cantSplit/>
          <w:tblHeader/>
          <w:jc w:val="center"/>
        </w:trPr>
        <w:tc>
          <w:tcPr>
            <w:tcW w:w="10206" w:type="dxa"/>
            <w:shd w:val="clear" w:color="auto" w:fill="2F6B4F"/>
            <w:tcMar>
              <w:top w:w="70" w:type="dxa"/>
              <w:left w:w="80" w:type="dxa"/>
              <w:bottom w:w="70" w:type="dxa"/>
              <w:right w:w="80" w:type="dxa"/>
            </w:tcMar>
            <w:vAlign w:val="center"/>
          </w:tcPr>
          <w:p w14:paraId="30660BD8" w14:textId="77777777" w:rsidR="00650973" w:rsidRDefault="00080072">
            <w:pPr>
              <w:jc w:val="center"/>
            </w:pPr>
            <w:r>
              <w:rPr>
                <w:rFonts w:ascii="Arial" w:hAnsi="Arial"/>
                <w:b/>
                <w:i/>
                <w:color w:val="FFFFFF"/>
                <w:sz w:val="21"/>
              </w:rPr>
              <w:t>Le chat mentionne que la carte retrouvée comportait 24 références, mais seules les 14 lignes ci-dessus sont présentes avec détail dans le contenu accessible de cette conversation. Les 10 autres ne sont pas inventées.</w:t>
            </w:r>
          </w:p>
        </w:tc>
      </w:tr>
    </w:tbl>
    <w:p w14:paraId="37E9335A" w14:textId="77777777" w:rsidR="00650973" w:rsidRDefault="00650973">
      <w:pPr>
        <w:spacing w:after="20"/>
      </w:pPr>
    </w:p>
    <w:p w14:paraId="0863D778" w14:textId="77777777" w:rsidR="00650973" w:rsidRDefault="00080072">
      <w:pPr>
        <w:pStyle w:val="Titre2"/>
        <w:spacing w:before="160" w:after="80"/>
      </w:pPr>
      <w:r>
        <w:rPr>
          <w:rFonts w:ascii="Arial" w:hAnsi="Arial"/>
          <w:color w:val="C97A2B"/>
          <w:sz w:val="28"/>
        </w:rPr>
        <w:lastRenderedPageBreak/>
        <w:t>6.2 Yan Yan Street Food – chinois</w:t>
      </w:r>
    </w:p>
    <w:tbl>
      <w:tblPr>
        <w:tblStyle w:val="Grilledutableau"/>
        <w:tblW w:w="0" w:type="auto"/>
        <w:jc w:val="center"/>
        <w:tblLook w:val="04A0" w:firstRow="1" w:lastRow="0" w:firstColumn="1" w:lastColumn="0" w:noHBand="0" w:noVBand="1"/>
      </w:tblPr>
      <w:tblGrid>
        <w:gridCol w:w="5103"/>
        <w:gridCol w:w="5103"/>
      </w:tblGrid>
      <w:tr w:rsidR="00650973" w14:paraId="7DF936D9" w14:textId="77777777">
        <w:trPr>
          <w:cantSplit/>
          <w:tblHeader/>
          <w:jc w:val="center"/>
        </w:trPr>
        <w:tc>
          <w:tcPr>
            <w:tcW w:w="5103" w:type="dxa"/>
            <w:shd w:val="clear" w:color="auto" w:fill="2F6B4F"/>
            <w:tcMar>
              <w:top w:w="70" w:type="dxa"/>
              <w:left w:w="80" w:type="dxa"/>
              <w:bottom w:w="70" w:type="dxa"/>
              <w:right w:w="80" w:type="dxa"/>
            </w:tcMar>
            <w:vAlign w:val="center"/>
          </w:tcPr>
          <w:p w14:paraId="794DCCEA"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38BB214C" w14:textId="77777777" w:rsidR="00650973" w:rsidRDefault="00080072">
            <w:pPr>
              <w:jc w:val="center"/>
            </w:pPr>
            <w:r>
              <w:rPr>
                <w:rFonts w:ascii="Arial" w:hAnsi="Arial"/>
                <w:b/>
                <w:color w:val="FFFFFF"/>
                <w:sz w:val="21"/>
              </w:rPr>
              <w:t>Prix retrouvé</w:t>
            </w:r>
          </w:p>
        </w:tc>
      </w:tr>
      <w:tr w:rsidR="00650973" w14:paraId="7434EDDA" w14:textId="77777777">
        <w:trPr>
          <w:cantSplit/>
          <w:jc w:val="center"/>
        </w:trPr>
        <w:tc>
          <w:tcPr>
            <w:tcW w:w="5103" w:type="dxa"/>
            <w:tcMar>
              <w:top w:w="70" w:type="dxa"/>
              <w:left w:w="80" w:type="dxa"/>
              <w:bottom w:w="70" w:type="dxa"/>
              <w:right w:w="80" w:type="dxa"/>
            </w:tcMar>
            <w:vAlign w:val="center"/>
          </w:tcPr>
          <w:p w14:paraId="5CBA25A8" w14:textId="77777777" w:rsidR="00650973" w:rsidRDefault="00080072">
            <w:r>
              <w:rPr>
                <w:rFonts w:ascii="Arial" w:hAnsi="Arial"/>
                <w:sz w:val="21"/>
              </w:rPr>
              <w:t>Pain chinois frit</w:t>
            </w:r>
          </w:p>
        </w:tc>
        <w:tc>
          <w:tcPr>
            <w:tcW w:w="5103" w:type="dxa"/>
            <w:tcMar>
              <w:top w:w="70" w:type="dxa"/>
              <w:left w:w="80" w:type="dxa"/>
              <w:bottom w:w="70" w:type="dxa"/>
              <w:right w:w="80" w:type="dxa"/>
            </w:tcMar>
            <w:vAlign w:val="center"/>
          </w:tcPr>
          <w:p w14:paraId="6C437D90" w14:textId="77777777" w:rsidR="00650973" w:rsidRDefault="00080072">
            <w:r>
              <w:rPr>
                <w:rFonts w:ascii="Arial" w:hAnsi="Arial"/>
                <w:sz w:val="21"/>
              </w:rPr>
              <w:t>2,90 €</w:t>
            </w:r>
          </w:p>
        </w:tc>
      </w:tr>
      <w:tr w:rsidR="00650973" w14:paraId="50538874" w14:textId="77777777">
        <w:trPr>
          <w:cantSplit/>
          <w:jc w:val="center"/>
        </w:trPr>
        <w:tc>
          <w:tcPr>
            <w:tcW w:w="5103" w:type="dxa"/>
            <w:shd w:val="clear" w:color="auto" w:fill="F8FAF8"/>
            <w:tcMar>
              <w:top w:w="70" w:type="dxa"/>
              <w:left w:w="80" w:type="dxa"/>
              <w:bottom w:w="70" w:type="dxa"/>
              <w:right w:w="80" w:type="dxa"/>
            </w:tcMar>
            <w:vAlign w:val="center"/>
          </w:tcPr>
          <w:p w14:paraId="2D95BDCE" w14:textId="77777777" w:rsidR="00650973" w:rsidRDefault="00080072">
            <w:r>
              <w:rPr>
                <w:rFonts w:ascii="Arial" w:hAnsi="Arial"/>
                <w:sz w:val="21"/>
              </w:rPr>
              <w:t>Chips/pain de crevettes</w:t>
            </w:r>
          </w:p>
        </w:tc>
        <w:tc>
          <w:tcPr>
            <w:tcW w:w="5103" w:type="dxa"/>
            <w:shd w:val="clear" w:color="auto" w:fill="F8FAF8"/>
            <w:tcMar>
              <w:top w:w="70" w:type="dxa"/>
              <w:left w:w="80" w:type="dxa"/>
              <w:bottom w:w="70" w:type="dxa"/>
              <w:right w:w="80" w:type="dxa"/>
            </w:tcMar>
            <w:vAlign w:val="center"/>
          </w:tcPr>
          <w:p w14:paraId="649F5A2E" w14:textId="77777777" w:rsidR="00650973" w:rsidRDefault="00080072">
            <w:r>
              <w:rPr>
                <w:rFonts w:ascii="Arial" w:hAnsi="Arial"/>
                <w:sz w:val="21"/>
              </w:rPr>
              <w:t>2,80–2,90 €</w:t>
            </w:r>
          </w:p>
        </w:tc>
      </w:tr>
      <w:tr w:rsidR="00650973" w14:paraId="140B870A" w14:textId="77777777">
        <w:trPr>
          <w:cantSplit/>
          <w:jc w:val="center"/>
        </w:trPr>
        <w:tc>
          <w:tcPr>
            <w:tcW w:w="5103" w:type="dxa"/>
            <w:tcMar>
              <w:top w:w="70" w:type="dxa"/>
              <w:left w:w="80" w:type="dxa"/>
              <w:bottom w:w="70" w:type="dxa"/>
              <w:right w:w="80" w:type="dxa"/>
            </w:tcMar>
            <w:vAlign w:val="center"/>
          </w:tcPr>
          <w:p w14:paraId="2FA699A4" w14:textId="77777777" w:rsidR="00650973" w:rsidRDefault="00080072">
            <w:r>
              <w:rPr>
                <w:rFonts w:ascii="Arial" w:hAnsi="Arial"/>
                <w:sz w:val="21"/>
              </w:rPr>
              <w:t>Rouleaux de printemps x2</w:t>
            </w:r>
          </w:p>
        </w:tc>
        <w:tc>
          <w:tcPr>
            <w:tcW w:w="5103" w:type="dxa"/>
            <w:tcMar>
              <w:top w:w="70" w:type="dxa"/>
              <w:left w:w="80" w:type="dxa"/>
              <w:bottom w:w="70" w:type="dxa"/>
              <w:right w:w="80" w:type="dxa"/>
            </w:tcMar>
            <w:vAlign w:val="center"/>
          </w:tcPr>
          <w:p w14:paraId="2560F7B4" w14:textId="77777777" w:rsidR="00650973" w:rsidRDefault="00080072">
            <w:r>
              <w:rPr>
                <w:rFonts w:ascii="Arial" w:hAnsi="Arial"/>
                <w:sz w:val="21"/>
              </w:rPr>
              <w:t>5,90–6,35 €</w:t>
            </w:r>
          </w:p>
        </w:tc>
      </w:tr>
      <w:tr w:rsidR="00650973" w14:paraId="0388074A" w14:textId="77777777">
        <w:trPr>
          <w:cantSplit/>
          <w:jc w:val="center"/>
        </w:trPr>
        <w:tc>
          <w:tcPr>
            <w:tcW w:w="5103" w:type="dxa"/>
            <w:shd w:val="clear" w:color="auto" w:fill="F8FAF8"/>
            <w:tcMar>
              <w:top w:w="70" w:type="dxa"/>
              <w:left w:w="80" w:type="dxa"/>
              <w:bottom w:w="70" w:type="dxa"/>
              <w:right w:w="80" w:type="dxa"/>
            </w:tcMar>
            <w:vAlign w:val="center"/>
          </w:tcPr>
          <w:p w14:paraId="19484B86" w14:textId="77777777" w:rsidR="00650973" w:rsidRDefault="00080072">
            <w:r>
              <w:rPr>
                <w:rFonts w:ascii="Arial" w:hAnsi="Arial"/>
                <w:sz w:val="21"/>
              </w:rPr>
              <w:t>Wontons</w:t>
            </w:r>
          </w:p>
        </w:tc>
        <w:tc>
          <w:tcPr>
            <w:tcW w:w="5103" w:type="dxa"/>
            <w:shd w:val="clear" w:color="auto" w:fill="F8FAF8"/>
            <w:tcMar>
              <w:top w:w="70" w:type="dxa"/>
              <w:left w:w="80" w:type="dxa"/>
              <w:bottom w:w="70" w:type="dxa"/>
              <w:right w:w="80" w:type="dxa"/>
            </w:tcMar>
            <w:vAlign w:val="center"/>
          </w:tcPr>
          <w:p w14:paraId="058612B3" w14:textId="77777777" w:rsidR="00650973" w:rsidRDefault="00080072">
            <w:r>
              <w:rPr>
                <w:rFonts w:ascii="Arial" w:hAnsi="Arial"/>
                <w:sz w:val="21"/>
              </w:rPr>
              <w:t>7,50–8,50 €</w:t>
            </w:r>
          </w:p>
        </w:tc>
      </w:tr>
      <w:tr w:rsidR="00650973" w14:paraId="4562CD2E" w14:textId="77777777">
        <w:trPr>
          <w:cantSplit/>
          <w:jc w:val="center"/>
        </w:trPr>
        <w:tc>
          <w:tcPr>
            <w:tcW w:w="5103" w:type="dxa"/>
            <w:tcMar>
              <w:top w:w="70" w:type="dxa"/>
              <w:left w:w="80" w:type="dxa"/>
              <w:bottom w:w="70" w:type="dxa"/>
              <w:right w:w="80" w:type="dxa"/>
            </w:tcMar>
            <w:vAlign w:val="center"/>
          </w:tcPr>
          <w:p w14:paraId="148C6672" w14:textId="77777777" w:rsidR="00650973" w:rsidRDefault="00080072">
            <w:r>
              <w:rPr>
                <w:rFonts w:ascii="Arial" w:hAnsi="Arial"/>
                <w:sz w:val="21"/>
              </w:rPr>
              <w:t>Riz trois délices</w:t>
            </w:r>
          </w:p>
        </w:tc>
        <w:tc>
          <w:tcPr>
            <w:tcW w:w="5103" w:type="dxa"/>
            <w:tcMar>
              <w:top w:w="70" w:type="dxa"/>
              <w:left w:w="80" w:type="dxa"/>
              <w:bottom w:w="70" w:type="dxa"/>
              <w:right w:w="80" w:type="dxa"/>
            </w:tcMar>
            <w:vAlign w:val="center"/>
          </w:tcPr>
          <w:p w14:paraId="6942DE9B" w14:textId="77777777" w:rsidR="00650973" w:rsidRDefault="00080072">
            <w:r>
              <w:rPr>
                <w:rFonts w:ascii="Arial" w:hAnsi="Arial"/>
                <w:sz w:val="21"/>
              </w:rPr>
              <w:t>7,90 €</w:t>
            </w:r>
          </w:p>
        </w:tc>
      </w:tr>
      <w:tr w:rsidR="00650973" w14:paraId="4D9221EB" w14:textId="77777777">
        <w:trPr>
          <w:cantSplit/>
          <w:jc w:val="center"/>
        </w:trPr>
        <w:tc>
          <w:tcPr>
            <w:tcW w:w="5103" w:type="dxa"/>
            <w:shd w:val="clear" w:color="auto" w:fill="F8FAF8"/>
            <w:tcMar>
              <w:top w:w="70" w:type="dxa"/>
              <w:left w:w="80" w:type="dxa"/>
              <w:bottom w:w="70" w:type="dxa"/>
              <w:right w:w="80" w:type="dxa"/>
            </w:tcMar>
            <w:vAlign w:val="center"/>
          </w:tcPr>
          <w:p w14:paraId="7A6634A0" w14:textId="77777777" w:rsidR="00650973" w:rsidRDefault="00080072">
            <w:r>
              <w:rPr>
                <w:rFonts w:ascii="Arial" w:hAnsi="Arial"/>
                <w:sz w:val="21"/>
              </w:rPr>
              <w:t>Riz trois délices crevettes</w:t>
            </w:r>
          </w:p>
        </w:tc>
        <w:tc>
          <w:tcPr>
            <w:tcW w:w="5103" w:type="dxa"/>
            <w:shd w:val="clear" w:color="auto" w:fill="F8FAF8"/>
            <w:tcMar>
              <w:top w:w="70" w:type="dxa"/>
              <w:left w:w="80" w:type="dxa"/>
              <w:bottom w:w="70" w:type="dxa"/>
              <w:right w:w="80" w:type="dxa"/>
            </w:tcMar>
            <w:vAlign w:val="center"/>
          </w:tcPr>
          <w:p w14:paraId="3DFDD2F0" w14:textId="77777777" w:rsidR="00650973" w:rsidRDefault="00080072">
            <w:r>
              <w:rPr>
                <w:rFonts w:ascii="Arial" w:hAnsi="Arial"/>
                <w:sz w:val="21"/>
              </w:rPr>
              <w:t>8,50–9,80 €</w:t>
            </w:r>
          </w:p>
        </w:tc>
      </w:tr>
      <w:tr w:rsidR="00650973" w14:paraId="49570D77" w14:textId="77777777">
        <w:trPr>
          <w:cantSplit/>
          <w:jc w:val="center"/>
        </w:trPr>
        <w:tc>
          <w:tcPr>
            <w:tcW w:w="5103" w:type="dxa"/>
            <w:tcMar>
              <w:top w:w="70" w:type="dxa"/>
              <w:left w:w="80" w:type="dxa"/>
              <w:bottom w:w="70" w:type="dxa"/>
              <w:right w:w="80" w:type="dxa"/>
            </w:tcMar>
            <w:vAlign w:val="center"/>
          </w:tcPr>
          <w:p w14:paraId="7A2C2150" w14:textId="77777777" w:rsidR="00650973" w:rsidRDefault="00080072">
            <w:r>
              <w:rPr>
                <w:rFonts w:ascii="Arial" w:hAnsi="Arial"/>
                <w:sz w:val="21"/>
              </w:rPr>
              <w:t>Riz chinois spécial</w:t>
            </w:r>
          </w:p>
        </w:tc>
        <w:tc>
          <w:tcPr>
            <w:tcW w:w="5103" w:type="dxa"/>
            <w:tcMar>
              <w:top w:w="70" w:type="dxa"/>
              <w:left w:w="80" w:type="dxa"/>
              <w:bottom w:w="70" w:type="dxa"/>
              <w:right w:w="80" w:type="dxa"/>
            </w:tcMar>
            <w:vAlign w:val="center"/>
          </w:tcPr>
          <w:p w14:paraId="0A06FE51" w14:textId="77777777" w:rsidR="00650973" w:rsidRDefault="00080072">
            <w:r>
              <w:rPr>
                <w:rFonts w:ascii="Arial" w:hAnsi="Arial"/>
                <w:sz w:val="21"/>
              </w:rPr>
              <w:t>10,25–11,90 €</w:t>
            </w:r>
          </w:p>
        </w:tc>
      </w:tr>
      <w:tr w:rsidR="00650973" w14:paraId="5271BA57" w14:textId="77777777">
        <w:trPr>
          <w:cantSplit/>
          <w:jc w:val="center"/>
        </w:trPr>
        <w:tc>
          <w:tcPr>
            <w:tcW w:w="5103" w:type="dxa"/>
            <w:shd w:val="clear" w:color="auto" w:fill="F8FAF8"/>
            <w:tcMar>
              <w:top w:w="70" w:type="dxa"/>
              <w:left w:w="80" w:type="dxa"/>
              <w:bottom w:w="70" w:type="dxa"/>
              <w:right w:w="80" w:type="dxa"/>
            </w:tcMar>
            <w:vAlign w:val="center"/>
          </w:tcPr>
          <w:p w14:paraId="2BAC763C" w14:textId="77777777" w:rsidR="00650973" w:rsidRDefault="00080072">
            <w:r>
              <w:rPr>
                <w:rFonts w:ascii="Arial" w:hAnsi="Arial"/>
                <w:sz w:val="21"/>
              </w:rPr>
              <w:t>Chow Mein poulet</w:t>
            </w:r>
          </w:p>
        </w:tc>
        <w:tc>
          <w:tcPr>
            <w:tcW w:w="5103" w:type="dxa"/>
            <w:shd w:val="clear" w:color="auto" w:fill="F8FAF8"/>
            <w:tcMar>
              <w:top w:w="70" w:type="dxa"/>
              <w:left w:w="80" w:type="dxa"/>
              <w:bottom w:w="70" w:type="dxa"/>
              <w:right w:w="80" w:type="dxa"/>
            </w:tcMar>
            <w:vAlign w:val="center"/>
          </w:tcPr>
          <w:p w14:paraId="124093C5" w14:textId="77777777" w:rsidR="00650973" w:rsidRDefault="00080072">
            <w:r>
              <w:rPr>
                <w:rFonts w:ascii="Arial" w:hAnsi="Arial"/>
                <w:sz w:val="21"/>
              </w:rPr>
              <w:t>12,90 €</w:t>
            </w:r>
          </w:p>
        </w:tc>
      </w:tr>
      <w:tr w:rsidR="00650973" w14:paraId="2A20EAFD" w14:textId="77777777">
        <w:trPr>
          <w:cantSplit/>
          <w:jc w:val="center"/>
        </w:trPr>
        <w:tc>
          <w:tcPr>
            <w:tcW w:w="5103" w:type="dxa"/>
            <w:tcMar>
              <w:top w:w="70" w:type="dxa"/>
              <w:left w:w="80" w:type="dxa"/>
              <w:bottom w:w="70" w:type="dxa"/>
              <w:right w:w="80" w:type="dxa"/>
            </w:tcMar>
            <w:vAlign w:val="center"/>
          </w:tcPr>
          <w:p w14:paraId="70068A46" w14:textId="77777777" w:rsidR="00650973" w:rsidRDefault="00080072">
            <w:r>
              <w:rPr>
                <w:rFonts w:ascii="Arial" w:hAnsi="Arial"/>
                <w:sz w:val="21"/>
              </w:rPr>
              <w:t>Chow Mein bœuf</w:t>
            </w:r>
          </w:p>
        </w:tc>
        <w:tc>
          <w:tcPr>
            <w:tcW w:w="5103" w:type="dxa"/>
            <w:tcMar>
              <w:top w:w="70" w:type="dxa"/>
              <w:left w:w="80" w:type="dxa"/>
              <w:bottom w:w="70" w:type="dxa"/>
              <w:right w:w="80" w:type="dxa"/>
            </w:tcMar>
            <w:vAlign w:val="center"/>
          </w:tcPr>
          <w:p w14:paraId="45F38422" w14:textId="77777777" w:rsidR="00650973" w:rsidRDefault="00080072">
            <w:r>
              <w:rPr>
                <w:rFonts w:ascii="Arial" w:hAnsi="Arial"/>
                <w:sz w:val="21"/>
              </w:rPr>
              <w:t>12,90 €</w:t>
            </w:r>
          </w:p>
        </w:tc>
      </w:tr>
      <w:tr w:rsidR="00650973" w14:paraId="361F0F89" w14:textId="77777777">
        <w:trPr>
          <w:cantSplit/>
          <w:jc w:val="center"/>
        </w:trPr>
        <w:tc>
          <w:tcPr>
            <w:tcW w:w="5103" w:type="dxa"/>
            <w:shd w:val="clear" w:color="auto" w:fill="F8FAF8"/>
            <w:tcMar>
              <w:top w:w="70" w:type="dxa"/>
              <w:left w:w="80" w:type="dxa"/>
              <w:bottom w:w="70" w:type="dxa"/>
              <w:right w:w="80" w:type="dxa"/>
            </w:tcMar>
            <w:vAlign w:val="center"/>
          </w:tcPr>
          <w:p w14:paraId="4BE3AF32" w14:textId="77777777" w:rsidR="00650973" w:rsidRDefault="00080072">
            <w:r>
              <w:rPr>
                <w:rFonts w:ascii="Arial" w:hAnsi="Arial"/>
                <w:sz w:val="21"/>
              </w:rPr>
              <w:t>Poulet sauce orange</w:t>
            </w:r>
          </w:p>
        </w:tc>
        <w:tc>
          <w:tcPr>
            <w:tcW w:w="5103" w:type="dxa"/>
            <w:shd w:val="clear" w:color="auto" w:fill="F8FAF8"/>
            <w:tcMar>
              <w:top w:w="70" w:type="dxa"/>
              <w:left w:w="80" w:type="dxa"/>
              <w:bottom w:w="70" w:type="dxa"/>
              <w:right w:w="80" w:type="dxa"/>
            </w:tcMar>
            <w:vAlign w:val="center"/>
          </w:tcPr>
          <w:p w14:paraId="78C4EF59" w14:textId="77777777" w:rsidR="00650973" w:rsidRDefault="00080072">
            <w:r>
              <w:rPr>
                <w:rFonts w:ascii="Arial" w:hAnsi="Arial"/>
                <w:sz w:val="21"/>
              </w:rPr>
              <w:t>≈10,25 €</w:t>
            </w:r>
          </w:p>
        </w:tc>
      </w:tr>
      <w:tr w:rsidR="00650973" w14:paraId="6CB65CEA" w14:textId="77777777">
        <w:trPr>
          <w:cantSplit/>
          <w:jc w:val="center"/>
        </w:trPr>
        <w:tc>
          <w:tcPr>
            <w:tcW w:w="5103" w:type="dxa"/>
            <w:tcMar>
              <w:top w:w="70" w:type="dxa"/>
              <w:left w:w="80" w:type="dxa"/>
              <w:bottom w:w="70" w:type="dxa"/>
              <w:right w:w="80" w:type="dxa"/>
            </w:tcMar>
            <w:vAlign w:val="center"/>
          </w:tcPr>
          <w:p w14:paraId="60A3CB51" w14:textId="77777777" w:rsidR="00650973" w:rsidRDefault="00080072">
            <w:r>
              <w:rPr>
                <w:rFonts w:ascii="Arial" w:hAnsi="Arial"/>
                <w:sz w:val="21"/>
              </w:rPr>
              <w:t>Poulet Yan Yan aigre-piquant</w:t>
            </w:r>
          </w:p>
        </w:tc>
        <w:tc>
          <w:tcPr>
            <w:tcW w:w="5103" w:type="dxa"/>
            <w:tcMar>
              <w:top w:w="70" w:type="dxa"/>
              <w:left w:w="80" w:type="dxa"/>
              <w:bottom w:w="70" w:type="dxa"/>
              <w:right w:w="80" w:type="dxa"/>
            </w:tcMar>
            <w:vAlign w:val="center"/>
          </w:tcPr>
          <w:p w14:paraId="06BBC662" w14:textId="77777777" w:rsidR="00650973" w:rsidRDefault="00080072">
            <w:r>
              <w:rPr>
                <w:rFonts w:ascii="Arial" w:hAnsi="Arial"/>
                <w:sz w:val="21"/>
              </w:rPr>
              <w:t>≈12,90 €</w:t>
            </w:r>
          </w:p>
        </w:tc>
      </w:tr>
      <w:tr w:rsidR="00650973" w14:paraId="31A9F107" w14:textId="77777777">
        <w:trPr>
          <w:cantSplit/>
          <w:jc w:val="center"/>
        </w:trPr>
        <w:tc>
          <w:tcPr>
            <w:tcW w:w="5103" w:type="dxa"/>
            <w:shd w:val="clear" w:color="auto" w:fill="F8FAF8"/>
            <w:tcMar>
              <w:top w:w="70" w:type="dxa"/>
              <w:left w:w="80" w:type="dxa"/>
              <w:bottom w:w="70" w:type="dxa"/>
              <w:right w:w="80" w:type="dxa"/>
            </w:tcMar>
            <w:vAlign w:val="center"/>
          </w:tcPr>
          <w:p w14:paraId="2B176981" w14:textId="77777777" w:rsidR="00650973" w:rsidRDefault="00080072">
            <w:r>
              <w:rPr>
                <w:rFonts w:ascii="Arial" w:hAnsi="Arial"/>
                <w:sz w:val="21"/>
              </w:rPr>
              <w:t>Chop Suey poulet</w:t>
            </w:r>
          </w:p>
        </w:tc>
        <w:tc>
          <w:tcPr>
            <w:tcW w:w="5103" w:type="dxa"/>
            <w:shd w:val="clear" w:color="auto" w:fill="F8FAF8"/>
            <w:tcMar>
              <w:top w:w="70" w:type="dxa"/>
              <w:left w:w="80" w:type="dxa"/>
              <w:bottom w:w="70" w:type="dxa"/>
              <w:right w:w="80" w:type="dxa"/>
            </w:tcMar>
            <w:vAlign w:val="center"/>
          </w:tcPr>
          <w:p w14:paraId="3C37544D" w14:textId="77777777" w:rsidR="00650973" w:rsidRDefault="00080072">
            <w:r>
              <w:rPr>
                <w:rFonts w:ascii="Arial" w:hAnsi="Arial"/>
                <w:sz w:val="21"/>
              </w:rPr>
              <w:t>≈10,90 €</w:t>
            </w:r>
          </w:p>
        </w:tc>
      </w:tr>
      <w:tr w:rsidR="00650973" w14:paraId="71B3CB9A" w14:textId="77777777">
        <w:trPr>
          <w:cantSplit/>
          <w:jc w:val="center"/>
        </w:trPr>
        <w:tc>
          <w:tcPr>
            <w:tcW w:w="5103" w:type="dxa"/>
            <w:tcMar>
              <w:top w:w="70" w:type="dxa"/>
              <w:left w:w="80" w:type="dxa"/>
              <w:bottom w:w="70" w:type="dxa"/>
              <w:right w:w="80" w:type="dxa"/>
            </w:tcMar>
            <w:vAlign w:val="center"/>
          </w:tcPr>
          <w:p w14:paraId="5F907853" w14:textId="77777777" w:rsidR="00650973" w:rsidRDefault="00080072">
            <w:r>
              <w:rPr>
                <w:rFonts w:ascii="Arial" w:hAnsi="Arial"/>
                <w:sz w:val="21"/>
              </w:rPr>
              <w:t>Chop Suey bœuf</w:t>
            </w:r>
          </w:p>
        </w:tc>
        <w:tc>
          <w:tcPr>
            <w:tcW w:w="5103" w:type="dxa"/>
            <w:tcMar>
              <w:top w:w="70" w:type="dxa"/>
              <w:left w:w="80" w:type="dxa"/>
              <w:bottom w:w="70" w:type="dxa"/>
              <w:right w:w="80" w:type="dxa"/>
            </w:tcMar>
            <w:vAlign w:val="center"/>
          </w:tcPr>
          <w:p w14:paraId="4464FFBD" w14:textId="77777777" w:rsidR="00650973" w:rsidRDefault="00080072">
            <w:r>
              <w:rPr>
                <w:rFonts w:ascii="Arial" w:hAnsi="Arial"/>
                <w:sz w:val="21"/>
              </w:rPr>
              <w:t>≈12,50 €</w:t>
            </w:r>
          </w:p>
        </w:tc>
      </w:tr>
    </w:tbl>
    <w:p w14:paraId="1996B9E6"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63D1BE4C" w14:textId="77777777">
        <w:trPr>
          <w:cantSplit/>
          <w:tblHeader/>
          <w:jc w:val="center"/>
        </w:trPr>
        <w:tc>
          <w:tcPr>
            <w:tcW w:w="10206" w:type="dxa"/>
            <w:shd w:val="clear" w:color="auto" w:fill="2F6B4F"/>
            <w:tcMar>
              <w:top w:w="70" w:type="dxa"/>
              <w:left w:w="80" w:type="dxa"/>
              <w:bottom w:w="70" w:type="dxa"/>
              <w:right w:w="80" w:type="dxa"/>
            </w:tcMar>
            <w:vAlign w:val="center"/>
          </w:tcPr>
          <w:p w14:paraId="46667636" w14:textId="77777777" w:rsidR="00650973" w:rsidRDefault="00080072">
            <w:pPr>
              <w:jc w:val="center"/>
            </w:pPr>
            <w:r>
              <w:rPr>
                <w:rFonts w:ascii="Arial" w:hAnsi="Arial"/>
                <w:b/>
                <w:i/>
                <w:color w:val="FFFFFF"/>
                <w:sz w:val="21"/>
              </w:rPr>
              <w:t>Une partie des prix avait été retrouvée via des plateformes de commande/livraison. Prix provenant de plateformes – le tarif au comptoir peut être différent.</w:t>
            </w:r>
          </w:p>
        </w:tc>
      </w:tr>
    </w:tbl>
    <w:p w14:paraId="007E4ACC" w14:textId="77777777" w:rsidR="00650973" w:rsidRDefault="00650973">
      <w:pPr>
        <w:spacing w:after="20"/>
      </w:pPr>
    </w:p>
    <w:p w14:paraId="080817C7" w14:textId="77777777" w:rsidR="00650973" w:rsidRDefault="00080072">
      <w:pPr>
        <w:pStyle w:val="Titre2"/>
        <w:spacing w:before="160" w:after="80"/>
      </w:pPr>
      <w:r>
        <w:rPr>
          <w:rFonts w:ascii="Arial" w:hAnsi="Arial"/>
          <w:color w:val="C97A2B"/>
          <w:sz w:val="28"/>
        </w:rPr>
        <w:t>6.3 Al Grill Street Food – grill / street food</w:t>
      </w:r>
    </w:p>
    <w:tbl>
      <w:tblPr>
        <w:tblStyle w:val="Grilledutableau"/>
        <w:tblW w:w="0" w:type="auto"/>
        <w:jc w:val="center"/>
        <w:tblLook w:val="04A0" w:firstRow="1" w:lastRow="0" w:firstColumn="1" w:lastColumn="0" w:noHBand="0" w:noVBand="1"/>
      </w:tblPr>
      <w:tblGrid>
        <w:gridCol w:w="5103"/>
        <w:gridCol w:w="5103"/>
      </w:tblGrid>
      <w:tr w:rsidR="00650973" w14:paraId="4FB852DB" w14:textId="77777777">
        <w:trPr>
          <w:cantSplit/>
          <w:tblHeader/>
          <w:jc w:val="center"/>
        </w:trPr>
        <w:tc>
          <w:tcPr>
            <w:tcW w:w="5103" w:type="dxa"/>
            <w:shd w:val="clear" w:color="auto" w:fill="2F6B4F"/>
            <w:tcMar>
              <w:top w:w="70" w:type="dxa"/>
              <w:left w:w="80" w:type="dxa"/>
              <w:bottom w:w="70" w:type="dxa"/>
              <w:right w:w="80" w:type="dxa"/>
            </w:tcMar>
            <w:vAlign w:val="center"/>
          </w:tcPr>
          <w:p w14:paraId="3984F274" w14:textId="77777777" w:rsidR="00650973" w:rsidRDefault="00080072">
            <w:pPr>
              <w:jc w:val="center"/>
            </w:pPr>
            <w:r>
              <w:rPr>
                <w:rFonts w:ascii="Arial" w:hAnsi="Arial"/>
                <w:b/>
                <w:color w:val="FFFFFF"/>
                <w:sz w:val="21"/>
              </w:rPr>
              <w:t>Plat</w:t>
            </w:r>
          </w:p>
        </w:tc>
        <w:tc>
          <w:tcPr>
            <w:tcW w:w="5103" w:type="dxa"/>
            <w:shd w:val="clear" w:color="auto" w:fill="2F6B4F"/>
            <w:tcMar>
              <w:top w:w="70" w:type="dxa"/>
              <w:left w:w="80" w:type="dxa"/>
              <w:bottom w:w="70" w:type="dxa"/>
              <w:right w:w="80" w:type="dxa"/>
            </w:tcMar>
            <w:vAlign w:val="center"/>
          </w:tcPr>
          <w:p w14:paraId="3C562438" w14:textId="77777777" w:rsidR="00650973" w:rsidRDefault="00080072">
            <w:pPr>
              <w:jc w:val="center"/>
            </w:pPr>
            <w:r>
              <w:rPr>
                <w:rFonts w:ascii="Arial" w:hAnsi="Arial"/>
                <w:b/>
                <w:color w:val="FFFFFF"/>
                <w:sz w:val="21"/>
              </w:rPr>
              <w:t>Prix retrouvé</w:t>
            </w:r>
          </w:p>
        </w:tc>
      </w:tr>
      <w:tr w:rsidR="00650973" w14:paraId="7367607D" w14:textId="77777777">
        <w:trPr>
          <w:cantSplit/>
          <w:jc w:val="center"/>
        </w:trPr>
        <w:tc>
          <w:tcPr>
            <w:tcW w:w="5103" w:type="dxa"/>
            <w:tcMar>
              <w:top w:w="70" w:type="dxa"/>
              <w:left w:w="80" w:type="dxa"/>
              <w:bottom w:w="70" w:type="dxa"/>
              <w:right w:w="80" w:type="dxa"/>
            </w:tcMar>
            <w:vAlign w:val="center"/>
          </w:tcPr>
          <w:p w14:paraId="6D4F8594" w14:textId="77777777" w:rsidR="00650973" w:rsidRDefault="00080072">
            <w:r>
              <w:rPr>
                <w:rFonts w:ascii="Arial" w:hAnsi="Arial"/>
                <w:sz w:val="21"/>
              </w:rPr>
              <w:t>Choripán</w:t>
            </w:r>
          </w:p>
        </w:tc>
        <w:tc>
          <w:tcPr>
            <w:tcW w:w="5103" w:type="dxa"/>
            <w:tcMar>
              <w:top w:w="70" w:type="dxa"/>
              <w:left w:w="80" w:type="dxa"/>
              <w:bottom w:w="70" w:type="dxa"/>
              <w:right w:w="80" w:type="dxa"/>
            </w:tcMar>
            <w:vAlign w:val="center"/>
          </w:tcPr>
          <w:p w14:paraId="1EC47FCB" w14:textId="77777777" w:rsidR="00650973" w:rsidRDefault="00080072">
            <w:r>
              <w:rPr>
                <w:rFonts w:ascii="Arial" w:hAnsi="Arial"/>
                <w:sz w:val="21"/>
              </w:rPr>
              <w:t>5,50 €</w:t>
            </w:r>
          </w:p>
        </w:tc>
      </w:tr>
      <w:tr w:rsidR="00650973" w14:paraId="385D6060" w14:textId="77777777">
        <w:trPr>
          <w:cantSplit/>
          <w:jc w:val="center"/>
        </w:trPr>
        <w:tc>
          <w:tcPr>
            <w:tcW w:w="5103" w:type="dxa"/>
            <w:shd w:val="clear" w:color="auto" w:fill="F8FAF8"/>
            <w:tcMar>
              <w:top w:w="70" w:type="dxa"/>
              <w:left w:w="80" w:type="dxa"/>
              <w:bottom w:w="70" w:type="dxa"/>
              <w:right w:w="80" w:type="dxa"/>
            </w:tcMar>
            <w:vAlign w:val="center"/>
          </w:tcPr>
          <w:p w14:paraId="5FEDA221" w14:textId="77777777" w:rsidR="00650973" w:rsidRDefault="00080072">
            <w:r>
              <w:rPr>
                <w:rFonts w:ascii="Arial" w:hAnsi="Arial"/>
                <w:sz w:val="21"/>
              </w:rPr>
              <w:t>Papas Rancheras</w:t>
            </w:r>
          </w:p>
        </w:tc>
        <w:tc>
          <w:tcPr>
            <w:tcW w:w="5103" w:type="dxa"/>
            <w:shd w:val="clear" w:color="auto" w:fill="F8FAF8"/>
            <w:tcMar>
              <w:top w:w="70" w:type="dxa"/>
              <w:left w:w="80" w:type="dxa"/>
              <w:bottom w:w="70" w:type="dxa"/>
              <w:right w:w="80" w:type="dxa"/>
            </w:tcMar>
            <w:vAlign w:val="center"/>
          </w:tcPr>
          <w:p w14:paraId="3A71BC9B" w14:textId="77777777" w:rsidR="00650973" w:rsidRDefault="00080072">
            <w:r>
              <w:rPr>
                <w:rFonts w:ascii="Arial" w:hAnsi="Arial"/>
                <w:sz w:val="21"/>
              </w:rPr>
              <w:t>5,90 €</w:t>
            </w:r>
          </w:p>
        </w:tc>
      </w:tr>
      <w:tr w:rsidR="00650973" w14:paraId="7454BCF3" w14:textId="77777777">
        <w:trPr>
          <w:cantSplit/>
          <w:jc w:val="center"/>
        </w:trPr>
        <w:tc>
          <w:tcPr>
            <w:tcW w:w="5103" w:type="dxa"/>
            <w:tcMar>
              <w:top w:w="70" w:type="dxa"/>
              <w:left w:w="80" w:type="dxa"/>
              <w:bottom w:w="70" w:type="dxa"/>
              <w:right w:w="80" w:type="dxa"/>
            </w:tcMar>
            <w:vAlign w:val="center"/>
          </w:tcPr>
          <w:p w14:paraId="71470316" w14:textId="77777777" w:rsidR="00650973" w:rsidRDefault="00080072">
            <w:r>
              <w:rPr>
                <w:rFonts w:ascii="Arial" w:hAnsi="Arial"/>
                <w:sz w:val="21"/>
              </w:rPr>
              <w:t>Tequeños au fromage</w:t>
            </w:r>
          </w:p>
        </w:tc>
        <w:tc>
          <w:tcPr>
            <w:tcW w:w="5103" w:type="dxa"/>
            <w:tcMar>
              <w:top w:w="70" w:type="dxa"/>
              <w:left w:w="80" w:type="dxa"/>
              <w:bottom w:w="70" w:type="dxa"/>
              <w:right w:w="80" w:type="dxa"/>
            </w:tcMar>
            <w:vAlign w:val="center"/>
          </w:tcPr>
          <w:p w14:paraId="4C4E5662" w14:textId="77777777" w:rsidR="00650973" w:rsidRDefault="00080072">
            <w:r>
              <w:rPr>
                <w:rFonts w:ascii="Arial" w:hAnsi="Arial"/>
                <w:sz w:val="21"/>
              </w:rPr>
              <w:t>7,90 €</w:t>
            </w:r>
          </w:p>
        </w:tc>
      </w:tr>
      <w:tr w:rsidR="00650973" w14:paraId="38124C3D" w14:textId="77777777">
        <w:trPr>
          <w:cantSplit/>
          <w:jc w:val="center"/>
        </w:trPr>
        <w:tc>
          <w:tcPr>
            <w:tcW w:w="5103" w:type="dxa"/>
            <w:shd w:val="clear" w:color="auto" w:fill="F8FAF8"/>
            <w:tcMar>
              <w:top w:w="70" w:type="dxa"/>
              <w:left w:w="80" w:type="dxa"/>
              <w:bottom w:w="70" w:type="dxa"/>
              <w:right w:w="80" w:type="dxa"/>
            </w:tcMar>
            <w:vAlign w:val="center"/>
          </w:tcPr>
          <w:p w14:paraId="71E19DD3" w14:textId="77777777" w:rsidR="00650973" w:rsidRDefault="00080072">
            <w:r>
              <w:rPr>
                <w:rFonts w:ascii="Arial" w:hAnsi="Arial"/>
                <w:sz w:val="21"/>
              </w:rPr>
              <w:t>Arepitas viande</w:t>
            </w:r>
          </w:p>
        </w:tc>
        <w:tc>
          <w:tcPr>
            <w:tcW w:w="5103" w:type="dxa"/>
            <w:shd w:val="clear" w:color="auto" w:fill="F8FAF8"/>
            <w:tcMar>
              <w:top w:w="70" w:type="dxa"/>
              <w:left w:w="80" w:type="dxa"/>
              <w:bottom w:w="70" w:type="dxa"/>
              <w:right w:w="80" w:type="dxa"/>
            </w:tcMar>
            <w:vAlign w:val="center"/>
          </w:tcPr>
          <w:p w14:paraId="7770A90D" w14:textId="77777777" w:rsidR="00650973" w:rsidRDefault="00080072">
            <w:r>
              <w:rPr>
                <w:rFonts w:ascii="Arial" w:hAnsi="Arial"/>
                <w:sz w:val="21"/>
              </w:rPr>
              <w:t>8,50–9 €</w:t>
            </w:r>
          </w:p>
        </w:tc>
      </w:tr>
      <w:tr w:rsidR="00650973" w14:paraId="4356A57D" w14:textId="77777777">
        <w:trPr>
          <w:cantSplit/>
          <w:jc w:val="center"/>
        </w:trPr>
        <w:tc>
          <w:tcPr>
            <w:tcW w:w="5103" w:type="dxa"/>
            <w:tcMar>
              <w:top w:w="70" w:type="dxa"/>
              <w:left w:w="80" w:type="dxa"/>
              <w:bottom w:w="70" w:type="dxa"/>
              <w:right w:w="80" w:type="dxa"/>
            </w:tcMar>
            <w:vAlign w:val="center"/>
          </w:tcPr>
          <w:p w14:paraId="31038505" w14:textId="77777777" w:rsidR="00650973" w:rsidRDefault="00080072">
            <w:r>
              <w:rPr>
                <w:rFonts w:ascii="Arial" w:hAnsi="Arial"/>
                <w:sz w:val="21"/>
              </w:rPr>
              <w:t>Délices de poulet</w:t>
            </w:r>
          </w:p>
        </w:tc>
        <w:tc>
          <w:tcPr>
            <w:tcW w:w="5103" w:type="dxa"/>
            <w:tcMar>
              <w:top w:w="70" w:type="dxa"/>
              <w:left w:w="80" w:type="dxa"/>
              <w:bottom w:w="70" w:type="dxa"/>
              <w:right w:w="80" w:type="dxa"/>
            </w:tcMar>
            <w:vAlign w:val="center"/>
          </w:tcPr>
          <w:p w14:paraId="6F12E7E1" w14:textId="77777777" w:rsidR="00650973" w:rsidRDefault="00080072">
            <w:r>
              <w:rPr>
                <w:rFonts w:ascii="Arial" w:hAnsi="Arial"/>
                <w:sz w:val="21"/>
              </w:rPr>
              <w:t>9,90 €</w:t>
            </w:r>
          </w:p>
        </w:tc>
      </w:tr>
      <w:tr w:rsidR="00650973" w14:paraId="4D36C317" w14:textId="77777777">
        <w:trPr>
          <w:cantSplit/>
          <w:jc w:val="center"/>
        </w:trPr>
        <w:tc>
          <w:tcPr>
            <w:tcW w:w="5103" w:type="dxa"/>
            <w:shd w:val="clear" w:color="auto" w:fill="F8FAF8"/>
            <w:tcMar>
              <w:top w:w="70" w:type="dxa"/>
              <w:left w:w="80" w:type="dxa"/>
              <w:bottom w:w="70" w:type="dxa"/>
              <w:right w:w="80" w:type="dxa"/>
            </w:tcMar>
            <w:vAlign w:val="center"/>
          </w:tcPr>
          <w:p w14:paraId="6E1784E6" w14:textId="77777777" w:rsidR="00650973" w:rsidRDefault="00080072">
            <w:r>
              <w:rPr>
                <w:rFonts w:ascii="Arial" w:hAnsi="Arial"/>
                <w:sz w:val="21"/>
              </w:rPr>
              <w:t>Frites mixtes viande/poulet/chorizo</w:t>
            </w:r>
          </w:p>
        </w:tc>
        <w:tc>
          <w:tcPr>
            <w:tcW w:w="5103" w:type="dxa"/>
            <w:shd w:val="clear" w:color="auto" w:fill="F8FAF8"/>
            <w:tcMar>
              <w:top w:w="70" w:type="dxa"/>
              <w:left w:w="80" w:type="dxa"/>
              <w:bottom w:w="70" w:type="dxa"/>
              <w:right w:w="80" w:type="dxa"/>
            </w:tcMar>
            <w:vAlign w:val="center"/>
          </w:tcPr>
          <w:p w14:paraId="17525941" w14:textId="77777777" w:rsidR="00650973" w:rsidRDefault="00080072">
            <w:r>
              <w:rPr>
                <w:rFonts w:ascii="Arial" w:hAnsi="Arial"/>
                <w:sz w:val="21"/>
              </w:rPr>
              <w:t>10,50 €</w:t>
            </w:r>
          </w:p>
        </w:tc>
      </w:tr>
      <w:tr w:rsidR="00650973" w14:paraId="780989F0" w14:textId="77777777">
        <w:trPr>
          <w:cantSplit/>
          <w:jc w:val="center"/>
        </w:trPr>
        <w:tc>
          <w:tcPr>
            <w:tcW w:w="5103" w:type="dxa"/>
            <w:tcMar>
              <w:top w:w="70" w:type="dxa"/>
              <w:left w:w="80" w:type="dxa"/>
              <w:bottom w:w="70" w:type="dxa"/>
              <w:right w:w="80" w:type="dxa"/>
            </w:tcMar>
            <w:vAlign w:val="center"/>
          </w:tcPr>
          <w:p w14:paraId="48E73733" w14:textId="77777777" w:rsidR="00650973" w:rsidRDefault="00080072">
            <w:r>
              <w:rPr>
                <w:rFonts w:ascii="Arial" w:hAnsi="Arial"/>
                <w:sz w:val="21"/>
              </w:rPr>
              <w:t>Menu blanc de poulet grillé</w:t>
            </w:r>
          </w:p>
        </w:tc>
        <w:tc>
          <w:tcPr>
            <w:tcW w:w="5103" w:type="dxa"/>
            <w:tcMar>
              <w:top w:w="70" w:type="dxa"/>
              <w:left w:w="80" w:type="dxa"/>
              <w:bottom w:w="70" w:type="dxa"/>
              <w:right w:w="80" w:type="dxa"/>
            </w:tcMar>
            <w:vAlign w:val="center"/>
          </w:tcPr>
          <w:p w14:paraId="693D844E" w14:textId="77777777" w:rsidR="00650973" w:rsidRDefault="00080072">
            <w:r>
              <w:rPr>
                <w:rFonts w:ascii="Arial" w:hAnsi="Arial"/>
                <w:sz w:val="21"/>
              </w:rPr>
              <w:t>14,90 €</w:t>
            </w:r>
          </w:p>
        </w:tc>
      </w:tr>
      <w:tr w:rsidR="00650973" w14:paraId="39D6EA2F" w14:textId="77777777">
        <w:trPr>
          <w:cantSplit/>
          <w:jc w:val="center"/>
        </w:trPr>
        <w:tc>
          <w:tcPr>
            <w:tcW w:w="5103" w:type="dxa"/>
            <w:shd w:val="clear" w:color="auto" w:fill="F8FAF8"/>
            <w:tcMar>
              <w:top w:w="70" w:type="dxa"/>
              <w:left w:w="80" w:type="dxa"/>
              <w:bottom w:w="70" w:type="dxa"/>
              <w:right w:w="80" w:type="dxa"/>
            </w:tcMar>
            <w:vAlign w:val="center"/>
          </w:tcPr>
          <w:p w14:paraId="20FDA1B8" w14:textId="77777777" w:rsidR="00650973" w:rsidRDefault="00080072">
            <w:r>
              <w:rPr>
                <w:rFonts w:ascii="Arial" w:hAnsi="Arial"/>
                <w:sz w:val="21"/>
              </w:rPr>
              <w:t>Menu grillade mixte entrecôte + poulet</w:t>
            </w:r>
          </w:p>
        </w:tc>
        <w:tc>
          <w:tcPr>
            <w:tcW w:w="5103" w:type="dxa"/>
            <w:shd w:val="clear" w:color="auto" w:fill="F8FAF8"/>
            <w:tcMar>
              <w:top w:w="70" w:type="dxa"/>
              <w:left w:w="80" w:type="dxa"/>
              <w:bottom w:w="70" w:type="dxa"/>
              <w:right w:w="80" w:type="dxa"/>
            </w:tcMar>
            <w:vAlign w:val="center"/>
          </w:tcPr>
          <w:p w14:paraId="3D31C81E" w14:textId="77777777" w:rsidR="00650973" w:rsidRDefault="00080072">
            <w:r>
              <w:rPr>
                <w:rFonts w:ascii="Arial" w:hAnsi="Arial"/>
                <w:sz w:val="21"/>
              </w:rPr>
              <w:t>16,90 €</w:t>
            </w:r>
          </w:p>
        </w:tc>
      </w:tr>
      <w:tr w:rsidR="00650973" w14:paraId="07009A43" w14:textId="77777777">
        <w:trPr>
          <w:cantSplit/>
          <w:jc w:val="center"/>
        </w:trPr>
        <w:tc>
          <w:tcPr>
            <w:tcW w:w="5103" w:type="dxa"/>
            <w:tcMar>
              <w:top w:w="70" w:type="dxa"/>
              <w:left w:w="80" w:type="dxa"/>
              <w:bottom w:w="70" w:type="dxa"/>
              <w:right w:w="80" w:type="dxa"/>
            </w:tcMar>
            <w:vAlign w:val="center"/>
          </w:tcPr>
          <w:p w14:paraId="04E2EB43" w14:textId="77777777" w:rsidR="00650973" w:rsidRDefault="00080072">
            <w:r>
              <w:rPr>
                <w:rFonts w:ascii="Arial" w:hAnsi="Arial"/>
                <w:sz w:val="21"/>
              </w:rPr>
              <w:t>Entrecôte de bœuf grillée 250 g</w:t>
            </w:r>
          </w:p>
        </w:tc>
        <w:tc>
          <w:tcPr>
            <w:tcW w:w="5103" w:type="dxa"/>
            <w:tcMar>
              <w:top w:w="70" w:type="dxa"/>
              <w:left w:w="80" w:type="dxa"/>
              <w:bottom w:w="70" w:type="dxa"/>
              <w:right w:w="80" w:type="dxa"/>
            </w:tcMar>
            <w:vAlign w:val="center"/>
          </w:tcPr>
          <w:p w14:paraId="1068292F" w14:textId="77777777" w:rsidR="00650973" w:rsidRDefault="00080072">
            <w:r>
              <w:rPr>
                <w:rFonts w:ascii="Arial" w:hAnsi="Arial"/>
                <w:sz w:val="21"/>
              </w:rPr>
              <w:t>17,90 €</w:t>
            </w:r>
          </w:p>
        </w:tc>
      </w:tr>
      <w:tr w:rsidR="00650973" w14:paraId="4936BC36" w14:textId="77777777">
        <w:trPr>
          <w:cantSplit/>
          <w:jc w:val="center"/>
        </w:trPr>
        <w:tc>
          <w:tcPr>
            <w:tcW w:w="5103" w:type="dxa"/>
            <w:shd w:val="clear" w:color="auto" w:fill="F8FAF8"/>
            <w:tcMar>
              <w:top w:w="70" w:type="dxa"/>
              <w:left w:w="80" w:type="dxa"/>
              <w:bottom w:w="70" w:type="dxa"/>
              <w:right w:w="80" w:type="dxa"/>
            </w:tcMar>
            <w:vAlign w:val="center"/>
          </w:tcPr>
          <w:p w14:paraId="3D2AB9EE" w14:textId="77777777" w:rsidR="00650973" w:rsidRDefault="00080072">
            <w:r>
              <w:rPr>
                <w:rFonts w:ascii="Arial" w:hAnsi="Arial"/>
                <w:sz w:val="21"/>
              </w:rPr>
              <w:t>Côtes de porc BBQ</w:t>
            </w:r>
          </w:p>
        </w:tc>
        <w:tc>
          <w:tcPr>
            <w:tcW w:w="5103" w:type="dxa"/>
            <w:shd w:val="clear" w:color="auto" w:fill="F8FAF8"/>
            <w:tcMar>
              <w:top w:w="70" w:type="dxa"/>
              <w:left w:w="80" w:type="dxa"/>
              <w:bottom w:w="70" w:type="dxa"/>
              <w:right w:w="80" w:type="dxa"/>
            </w:tcMar>
            <w:vAlign w:val="center"/>
          </w:tcPr>
          <w:p w14:paraId="2B2BC524" w14:textId="77777777" w:rsidR="00650973" w:rsidRDefault="00080072">
            <w:r>
              <w:rPr>
                <w:rFonts w:ascii="Arial" w:hAnsi="Arial"/>
                <w:sz w:val="21"/>
              </w:rPr>
              <w:t>17,90 €</w:t>
            </w:r>
          </w:p>
        </w:tc>
      </w:tr>
      <w:tr w:rsidR="00650973" w14:paraId="15F97DDE" w14:textId="77777777">
        <w:trPr>
          <w:cantSplit/>
          <w:jc w:val="center"/>
        </w:trPr>
        <w:tc>
          <w:tcPr>
            <w:tcW w:w="5103" w:type="dxa"/>
            <w:tcMar>
              <w:top w:w="70" w:type="dxa"/>
              <w:left w:w="80" w:type="dxa"/>
              <w:bottom w:w="70" w:type="dxa"/>
              <w:right w:w="80" w:type="dxa"/>
            </w:tcMar>
            <w:vAlign w:val="center"/>
          </w:tcPr>
          <w:p w14:paraId="53DF3E0E" w14:textId="77777777" w:rsidR="00650973" w:rsidRDefault="00080072">
            <w:r>
              <w:rPr>
                <w:rFonts w:ascii="Arial" w:hAnsi="Arial"/>
                <w:sz w:val="21"/>
              </w:rPr>
              <w:t>Filet de bœuf 250 g</w:t>
            </w:r>
          </w:p>
        </w:tc>
        <w:tc>
          <w:tcPr>
            <w:tcW w:w="5103" w:type="dxa"/>
            <w:tcMar>
              <w:top w:w="70" w:type="dxa"/>
              <w:left w:w="80" w:type="dxa"/>
              <w:bottom w:w="70" w:type="dxa"/>
              <w:right w:w="80" w:type="dxa"/>
            </w:tcMar>
            <w:vAlign w:val="center"/>
          </w:tcPr>
          <w:p w14:paraId="365C8224" w14:textId="77777777" w:rsidR="00650973" w:rsidRDefault="00080072">
            <w:r>
              <w:rPr>
                <w:rFonts w:ascii="Arial" w:hAnsi="Arial"/>
                <w:sz w:val="21"/>
              </w:rPr>
              <w:t>21,90 €</w:t>
            </w:r>
          </w:p>
        </w:tc>
      </w:tr>
    </w:tbl>
    <w:p w14:paraId="1F5E5882"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31E1DD93" w14:textId="77777777">
        <w:trPr>
          <w:cantSplit/>
          <w:tblHeader/>
          <w:jc w:val="center"/>
        </w:trPr>
        <w:tc>
          <w:tcPr>
            <w:tcW w:w="10206" w:type="dxa"/>
            <w:shd w:val="clear" w:color="auto" w:fill="2F6B4F"/>
            <w:tcMar>
              <w:top w:w="70" w:type="dxa"/>
              <w:left w:w="80" w:type="dxa"/>
              <w:bottom w:w="70" w:type="dxa"/>
              <w:right w:w="80" w:type="dxa"/>
            </w:tcMar>
            <w:vAlign w:val="center"/>
          </w:tcPr>
          <w:p w14:paraId="0176492C" w14:textId="77777777" w:rsidR="00650973" w:rsidRDefault="00080072">
            <w:pPr>
              <w:jc w:val="center"/>
            </w:pPr>
            <w:r>
              <w:rPr>
                <w:rFonts w:ascii="Arial" w:hAnsi="Arial"/>
                <w:b/>
                <w:i/>
                <w:color w:val="FFFFFF"/>
                <w:sz w:val="21"/>
              </w:rPr>
              <w:t>Une partie des prix avait été retrouvée via des plateformes de commande/livraison. Prix provenant de plateformes – le tarif au comptoir peut être différent.</w:t>
            </w:r>
          </w:p>
        </w:tc>
      </w:tr>
    </w:tbl>
    <w:p w14:paraId="40FE19E9" w14:textId="77777777" w:rsidR="00650973" w:rsidRDefault="00650973">
      <w:pPr>
        <w:spacing w:after="20"/>
      </w:pPr>
    </w:p>
    <w:p w14:paraId="6F34C5E3" w14:textId="77777777" w:rsidR="00650973" w:rsidRDefault="00080072">
      <w:pPr>
        <w:pStyle w:val="Titre2"/>
        <w:spacing w:before="160" w:after="80"/>
      </w:pPr>
      <w:r>
        <w:rPr>
          <w:rFonts w:ascii="Arial" w:hAnsi="Arial"/>
          <w:color w:val="C97A2B"/>
          <w:sz w:val="28"/>
        </w:rPr>
        <w:t>6.4 Autres stands déjà cités dans le chat</w:t>
      </w:r>
    </w:p>
    <w:tbl>
      <w:tblPr>
        <w:tblStyle w:val="Grilledutableau"/>
        <w:tblW w:w="0" w:type="auto"/>
        <w:jc w:val="center"/>
        <w:tblLook w:val="04A0" w:firstRow="1" w:lastRow="0" w:firstColumn="1" w:lastColumn="0" w:noHBand="0" w:noVBand="1"/>
      </w:tblPr>
      <w:tblGrid>
        <w:gridCol w:w="5103"/>
        <w:gridCol w:w="5103"/>
      </w:tblGrid>
      <w:tr w:rsidR="00650973" w14:paraId="07C0F8CC" w14:textId="77777777">
        <w:trPr>
          <w:cantSplit/>
          <w:tblHeader/>
          <w:jc w:val="center"/>
        </w:trPr>
        <w:tc>
          <w:tcPr>
            <w:tcW w:w="5103" w:type="dxa"/>
            <w:shd w:val="clear" w:color="auto" w:fill="2F6B4F"/>
            <w:tcMar>
              <w:top w:w="70" w:type="dxa"/>
              <w:left w:w="80" w:type="dxa"/>
              <w:bottom w:w="70" w:type="dxa"/>
              <w:right w:w="80" w:type="dxa"/>
            </w:tcMar>
            <w:vAlign w:val="center"/>
          </w:tcPr>
          <w:p w14:paraId="56988D80" w14:textId="77777777" w:rsidR="00650973" w:rsidRDefault="00080072">
            <w:pPr>
              <w:jc w:val="center"/>
            </w:pPr>
            <w:r>
              <w:rPr>
                <w:rFonts w:ascii="Arial" w:hAnsi="Arial"/>
                <w:b/>
                <w:color w:val="FFFFFF"/>
                <w:sz w:val="21"/>
              </w:rPr>
              <w:t>Stand</w:t>
            </w:r>
          </w:p>
        </w:tc>
        <w:tc>
          <w:tcPr>
            <w:tcW w:w="5103" w:type="dxa"/>
            <w:shd w:val="clear" w:color="auto" w:fill="2F6B4F"/>
            <w:tcMar>
              <w:top w:w="70" w:type="dxa"/>
              <w:left w:w="80" w:type="dxa"/>
              <w:bottom w:w="70" w:type="dxa"/>
              <w:right w:w="80" w:type="dxa"/>
            </w:tcMar>
            <w:vAlign w:val="center"/>
          </w:tcPr>
          <w:p w14:paraId="3579410A" w14:textId="77777777" w:rsidR="00650973" w:rsidRDefault="00080072">
            <w:pPr>
              <w:jc w:val="center"/>
            </w:pPr>
            <w:r>
              <w:rPr>
                <w:rFonts w:ascii="Arial" w:hAnsi="Arial"/>
                <w:b/>
                <w:color w:val="FFFFFF"/>
                <w:sz w:val="21"/>
              </w:rPr>
              <w:t>État de l’information</w:t>
            </w:r>
          </w:p>
        </w:tc>
      </w:tr>
      <w:tr w:rsidR="00650973" w14:paraId="75794A3F" w14:textId="77777777">
        <w:trPr>
          <w:cantSplit/>
          <w:jc w:val="center"/>
        </w:trPr>
        <w:tc>
          <w:tcPr>
            <w:tcW w:w="5103" w:type="dxa"/>
            <w:tcMar>
              <w:top w:w="70" w:type="dxa"/>
              <w:left w:w="80" w:type="dxa"/>
              <w:bottom w:w="70" w:type="dxa"/>
              <w:right w:w="80" w:type="dxa"/>
            </w:tcMar>
            <w:vAlign w:val="center"/>
          </w:tcPr>
          <w:p w14:paraId="11156D9F" w14:textId="77777777" w:rsidR="00650973" w:rsidRDefault="00080072">
            <w:r>
              <w:rPr>
                <w:rFonts w:ascii="Arial" w:hAnsi="Arial"/>
                <w:sz w:val="21"/>
              </w:rPr>
              <w:lastRenderedPageBreak/>
              <w:t>Canta y No Llores</w:t>
            </w:r>
          </w:p>
        </w:tc>
        <w:tc>
          <w:tcPr>
            <w:tcW w:w="5103" w:type="dxa"/>
            <w:tcMar>
              <w:top w:w="70" w:type="dxa"/>
              <w:left w:w="80" w:type="dxa"/>
              <w:bottom w:w="70" w:type="dxa"/>
              <w:right w:w="80" w:type="dxa"/>
            </w:tcMar>
            <w:vAlign w:val="center"/>
          </w:tcPr>
          <w:p w14:paraId="7E1B397C" w14:textId="77777777" w:rsidR="00650973" w:rsidRDefault="00080072">
            <w:r>
              <w:rPr>
                <w:rFonts w:ascii="Arial" w:hAnsi="Arial"/>
                <w:sz w:val="21"/>
              </w:rPr>
              <w:t>Le chat indique qu’une carte de 14 plats avait été retrouvée précédemment, mais les lignes/prix ne sont pas reproduits dans le contenu accessible ici.</w:t>
            </w:r>
          </w:p>
        </w:tc>
      </w:tr>
      <w:tr w:rsidR="00650973" w14:paraId="0496F89E" w14:textId="77777777">
        <w:trPr>
          <w:cantSplit/>
          <w:jc w:val="center"/>
        </w:trPr>
        <w:tc>
          <w:tcPr>
            <w:tcW w:w="5103" w:type="dxa"/>
            <w:shd w:val="clear" w:color="auto" w:fill="F8FAF8"/>
            <w:tcMar>
              <w:top w:w="70" w:type="dxa"/>
              <w:left w:w="80" w:type="dxa"/>
              <w:bottom w:w="70" w:type="dxa"/>
              <w:right w:w="80" w:type="dxa"/>
            </w:tcMar>
            <w:vAlign w:val="center"/>
          </w:tcPr>
          <w:p w14:paraId="49224AFF" w14:textId="77777777" w:rsidR="00650973" w:rsidRDefault="00080072">
            <w:r>
              <w:rPr>
                <w:rFonts w:ascii="Arial" w:hAnsi="Arial"/>
                <w:sz w:val="21"/>
              </w:rPr>
              <w:t>Smash Burgers</w:t>
            </w:r>
          </w:p>
        </w:tc>
        <w:tc>
          <w:tcPr>
            <w:tcW w:w="5103" w:type="dxa"/>
            <w:shd w:val="clear" w:color="auto" w:fill="F8FAF8"/>
            <w:tcMar>
              <w:top w:w="70" w:type="dxa"/>
              <w:left w:w="80" w:type="dxa"/>
              <w:bottom w:w="70" w:type="dxa"/>
              <w:right w:w="80" w:type="dxa"/>
            </w:tcMar>
            <w:vAlign w:val="center"/>
          </w:tcPr>
          <w:p w14:paraId="43A3F912" w14:textId="77777777" w:rsidR="00650973" w:rsidRDefault="00080072">
            <w:r>
              <w:rPr>
                <w:rFonts w:ascii="Arial" w:hAnsi="Arial"/>
                <w:sz w:val="21"/>
              </w:rPr>
              <w:t>Le chat indique qu’une carte de 17 références avait été retrouvée précédemment, mais les lignes/prix ne sont pas présentes dans le contenu accessible ici.</w:t>
            </w:r>
          </w:p>
        </w:tc>
      </w:tr>
      <w:tr w:rsidR="00650973" w14:paraId="134662C6" w14:textId="77777777">
        <w:trPr>
          <w:cantSplit/>
          <w:jc w:val="center"/>
        </w:trPr>
        <w:tc>
          <w:tcPr>
            <w:tcW w:w="5103" w:type="dxa"/>
            <w:tcMar>
              <w:top w:w="70" w:type="dxa"/>
              <w:left w:w="80" w:type="dxa"/>
              <w:bottom w:w="70" w:type="dxa"/>
              <w:right w:w="80" w:type="dxa"/>
            </w:tcMar>
            <w:vAlign w:val="center"/>
          </w:tcPr>
          <w:p w14:paraId="2ECC670B" w14:textId="77777777" w:rsidR="00650973" w:rsidRDefault="00080072">
            <w:r>
              <w:rPr>
                <w:rFonts w:ascii="Arial" w:hAnsi="Arial"/>
                <w:sz w:val="21"/>
              </w:rPr>
              <w:t>Hawai Poke</w:t>
            </w:r>
          </w:p>
        </w:tc>
        <w:tc>
          <w:tcPr>
            <w:tcW w:w="5103" w:type="dxa"/>
            <w:tcMar>
              <w:top w:w="70" w:type="dxa"/>
              <w:left w:w="80" w:type="dxa"/>
              <w:bottom w:w="70" w:type="dxa"/>
              <w:right w:w="80" w:type="dxa"/>
            </w:tcMar>
            <w:vAlign w:val="center"/>
          </w:tcPr>
          <w:p w14:paraId="7299D9D3" w14:textId="77777777" w:rsidR="00650973" w:rsidRDefault="00080072">
            <w:r>
              <w:rPr>
                <w:rFonts w:ascii="Arial" w:hAnsi="Arial"/>
                <w:sz w:val="21"/>
              </w:rPr>
              <w:t>Le chat indique qu’une carte presque complète avait été retrouvée précédemment, mais les lignes/prix ne sont pas présentes dans le contenu accessible ici.</w:t>
            </w:r>
          </w:p>
        </w:tc>
      </w:tr>
    </w:tbl>
    <w:p w14:paraId="0E4807CC"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00E0928B" w14:textId="77777777">
        <w:trPr>
          <w:cantSplit/>
          <w:tblHeader/>
          <w:jc w:val="center"/>
        </w:trPr>
        <w:tc>
          <w:tcPr>
            <w:tcW w:w="10206" w:type="dxa"/>
            <w:shd w:val="clear" w:color="auto" w:fill="2F6B4F"/>
            <w:tcMar>
              <w:top w:w="70" w:type="dxa"/>
              <w:left w:w="80" w:type="dxa"/>
              <w:bottom w:w="70" w:type="dxa"/>
              <w:right w:w="80" w:type="dxa"/>
            </w:tcMar>
            <w:vAlign w:val="center"/>
          </w:tcPr>
          <w:p w14:paraId="7C5FC39F" w14:textId="77777777" w:rsidR="00650973" w:rsidRDefault="00080072">
            <w:pPr>
              <w:jc w:val="center"/>
            </w:pPr>
            <w:r>
              <w:rPr>
                <w:rFonts w:ascii="Arial" w:hAnsi="Arial"/>
                <w:b/>
                <w:i/>
                <w:color w:val="FFFFFF"/>
                <w:sz w:val="21"/>
              </w:rPr>
              <w:t>Le Nomad est annoncé avec 12 options. Le chat ne conserve pas, dans le contenu accessible à cette compilation, les noms et cartes complètes des 12 stands. Afin de respecter la règle « ne rien inventer », seuls les stands explicitement nommés sont repris.</w:t>
            </w:r>
          </w:p>
        </w:tc>
      </w:tr>
    </w:tbl>
    <w:p w14:paraId="426281A3" w14:textId="77777777" w:rsidR="00650973" w:rsidRDefault="00650973">
      <w:pPr>
        <w:spacing w:after="20"/>
      </w:pPr>
    </w:p>
    <w:p w14:paraId="58142B52" w14:textId="77777777" w:rsidR="00650973" w:rsidRDefault="00080072">
      <w:pPr>
        <w:spacing w:after="80"/>
      </w:pPr>
      <w:r>
        <w:rPr>
          <w:sz w:val="18"/>
        </w:rPr>
        <w:t>Repère de budget établi dans le chat : environ 10–14 € pour pizza/pâtes/chinois simple, 15–22 € pour un plat de viande, et environ 25–35 € par personne avec boisson et éventuellement entrée/dessert.</w:t>
      </w:r>
    </w:p>
    <w:p w14:paraId="18CEDDAE" w14:textId="77777777" w:rsidR="00650973" w:rsidRDefault="00080072">
      <w:pPr>
        <w:pStyle w:val="Titre1"/>
        <w:pageBreakBefore/>
        <w:spacing w:before="200" w:after="80"/>
      </w:pPr>
      <w:bookmarkStart w:id="7" w:name="section_7"/>
      <w:r>
        <w:rPr>
          <w:rFonts w:ascii="Arial" w:hAnsi="Arial"/>
          <w:color w:val="2F6B4F"/>
          <w:sz w:val="36"/>
        </w:rPr>
        <w:lastRenderedPageBreak/>
        <w:t>7. CLASSEMENT PAR PROXIMITÉ DE DUNAFLOR VERDE</w:t>
      </w:r>
      <w:bookmarkEnd w:id="7"/>
    </w:p>
    <w:p w14:paraId="531B1D79" w14:textId="77777777" w:rsidR="00650973" w:rsidRDefault="00080072">
      <w:pPr>
        <w:spacing w:after="80"/>
      </w:pPr>
      <w:hyperlink w:anchor="sommaire">
        <w:r>
          <w:t>↩</w:t>
        </w:r>
        <w:r>
          <w:t xml:space="preserve"> Retour au sommaire</w:t>
        </w:r>
      </w:hyperlink>
    </w:p>
    <w:p w14:paraId="52468CD0" w14:textId="77777777" w:rsidR="00650973" w:rsidRDefault="00080072">
      <w:pPr>
        <w:pStyle w:val="Titre2"/>
        <w:spacing w:before="160" w:after="80"/>
      </w:pPr>
      <w:r>
        <w:rPr>
          <w:rFonts w:ascii="Arial" w:hAnsi="Arial"/>
          <w:color w:val="C97A2B"/>
          <w:sz w:val="28"/>
        </w:rPr>
        <w:t>TRÈS PROCHE / MÊME SECTEUR</w:t>
      </w:r>
    </w:p>
    <w:p w14:paraId="7794E9F1" w14:textId="77777777" w:rsidR="00650973" w:rsidRDefault="00080072">
      <w:pPr>
        <w:pStyle w:val="Listepuces"/>
      </w:pPr>
      <w:r>
        <w:rPr>
          <w:sz w:val="18"/>
        </w:rPr>
        <w:t>Kiosko QR</w:t>
      </w:r>
    </w:p>
    <w:p w14:paraId="26DFAF59" w14:textId="77777777" w:rsidR="00650973" w:rsidRDefault="00080072">
      <w:pPr>
        <w:pStyle w:val="Listepuces"/>
      </w:pPr>
      <w:r>
        <w:rPr>
          <w:sz w:val="18"/>
        </w:rPr>
        <w:t>Campo de Golf</w:t>
      </w:r>
    </w:p>
    <w:p w14:paraId="6E56B947" w14:textId="77777777" w:rsidR="00650973" w:rsidRDefault="00080072">
      <w:pPr>
        <w:pStyle w:val="Listepuces"/>
      </w:pPr>
      <w:r>
        <w:rPr>
          <w:sz w:val="18"/>
        </w:rPr>
        <w:t>Vistaflor</w:t>
      </w:r>
    </w:p>
    <w:p w14:paraId="100ED1BB" w14:textId="77777777" w:rsidR="00650973" w:rsidRDefault="00080072">
      <w:pPr>
        <w:pStyle w:val="Listepuces"/>
      </w:pPr>
      <w:r>
        <w:rPr>
          <w:sz w:val="18"/>
        </w:rPr>
        <w:t>eó Maspalomas Resort</w:t>
      </w:r>
    </w:p>
    <w:p w14:paraId="2390AD01" w14:textId="77777777" w:rsidR="00650973" w:rsidRDefault="00080072">
      <w:pPr>
        <w:pStyle w:val="Listepuces"/>
      </w:pPr>
      <w:r>
        <w:rPr>
          <w:sz w:val="18"/>
        </w:rPr>
        <w:t>El Palmero</w:t>
      </w:r>
    </w:p>
    <w:p w14:paraId="0049D071" w14:textId="77777777" w:rsidR="00650973" w:rsidRDefault="00080072">
      <w:pPr>
        <w:pStyle w:val="Titre2"/>
        <w:spacing w:before="160" w:after="80"/>
      </w:pPr>
      <w:r>
        <w:rPr>
          <w:rFonts w:ascii="Arial" w:hAnsi="Arial"/>
          <w:color w:val="C97A2B"/>
          <w:sz w:val="28"/>
        </w:rPr>
        <w:t>MOINS DE 5 MINUTES À PIED</w:t>
      </w:r>
    </w:p>
    <w:p w14:paraId="2ACE20B2" w14:textId="77777777" w:rsidR="00650973" w:rsidRDefault="00080072">
      <w:pPr>
        <w:pStyle w:val="Listepuces"/>
      </w:pPr>
      <w:r>
        <w:rPr>
          <w:sz w:val="18"/>
        </w:rPr>
        <w:t>Aucune adresse supplémentaire n’a été établie avec certitude dans cette tranche ; Faro 2 est cité à ≈0,3 km mais le temps exact jusqu’aux restaurants n’est pas établi.</w:t>
      </w:r>
    </w:p>
    <w:p w14:paraId="40C9157F" w14:textId="77777777" w:rsidR="00650973" w:rsidRDefault="00080072">
      <w:pPr>
        <w:pStyle w:val="Titre2"/>
        <w:spacing w:before="160" w:after="80"/>
      </w:pPr>
      <w:r>
        <w:rPr>
          <w:rFonts w:ascii="Arial" w:hAnsi="Arial"/>
          <w:color w:val="C97A2B"/>
          <w:sz w:val="28"/>
        </w:rPr>
        <w:t>5 À 10 MINUTES À PIED</w:t>
      </w:r>
    </w:p>
    <w:p w14:paraId="7D4A8046" w14:textId="77777777" w:rsidR="00650973" w:rsidRDefault="00080072">
      <w:pPr>
        <w:pStyle w:val="Listepuces"/>
      </w:pPr>
      <w:r>
        <w:rPr>
          <w:sz w:val="18"/>
        </w:rPr>
        <w:t>Kiosko QR ≈5 min (approximation)</w:t>
      </w:r>
    </w:p>
    <w:p w14:paraId="2E280726" w14:textId="77777777" w:rsidR="00650973" w:rsidRDefault="00080072">
      <w:pPr>
        <w:pStyle w:val="Listepuces"/>
      </w:pPr>
      <w:r>
        <w:rPr>
          <w:sz w:val="18"/>
        </w:rPr>
        <w:t>El Palmero ≈5–7 min</w:t>
      </w:r>
    </w:p>
    <w:p w14:paraId="50A71140" w14:textId="77777777" w:rsidR="00650973" w:rsidRDefault="00080072">
      <w:pPr>
        <w:pStyle w:val="Listepuces"/>
      </w:pPr>
      <w:r>
        <w:rPr>
          <w:sz w:val="18"/>
        </w:rPr>
        <w:t>The New Rustico ≈9 min</w:t>
      </w:r>
    </w:p>
    <w:p w14:paraId="344D92ED" w14:textId="77777777" w:rsidR="00650973" w:rsidRDefault="00080072">
      <w:pPr>
        <w:pStyle w:val="Listepuces"/>
      </w:pPr>
      <w:r>
        <w:rPr>
          <w:sz w:val="18"/>
        </w:rPr>
        <w:t>Toro Piedra / Cleopatra : Faro 2 ≈0,3 km, temps exact par établissement non établi</w:t>
      </w:r>
    </w:p>
    <w:p w14:paraId="1F0A5D4D" w14:textId="77777777" w:rsidR="00650973" w:rsidRDefault="00080072">
      <w:pPr>
        <w:pStyle w:val="Titre2"/>
        <w:spacing w:before="160" w:after="80"/>
      </w:pPr>
      <w:r>
        <w:rPr>
          <w:rFonts w:ascii="Arial" w:hAnsi="Arial"/>
          <w:color w:val="C97A2B"/>
          <w:sz w:val="28"/>
        </w:rPr>
        <w:t>10 À 20 MINUTES À PIED</w:t>
      </w:r>
    </w:p>
    <w:p w14:paraId="6BAA0639" w14:textId="77777777" w:rsidR="00650973" w:rsidRDefault="00080072">
      <w:pPr>
        <w:pStyle w:val="Listepuces"/>
      </w:pPr>
      <w:r>
        <w:rPr>
          <w:sz w:val="18"/>
        </w:rPr>
        <w:t>Mercado del Nomad / Holidayworld ≈12–15 min</w:t>
      </w:r>
    </w:p>
    <w:p w14:paraId="74BD9BD6" w14:textId="77777777" w:rsidR="00650973" w:rsidRDefault="00080072">
      <w:pPr>
        <w:pStyle w:val="Listepuces"/>
      </w:pPr>
      <w:r>
        <w:rPr>
          <w:sz w:val="18"/>
        </w:rPr>
        <w:t>DREAMS ≈13–15 min (repéré)</w:t>
      </w:r>
    </w:p>
    <w:p w14:paraId="29104692" w14:textId="77777777" w:rsidR="00650973" w:rsidRDefault="00080072">
      <w:pPr>
        <w:pStyle w:val="Listepuces"/>
      </w:pPr>
      <w:r>
        <w:rPr>
          <w:sz w:val="18"/>
        </w:rPr>
        <w:t>LoLa ≈13–15 min (repéré)</w:t>
      </w:r>
    </w:p>
    <w:p w14:paraId="7070232E" w14:textId="77777777" w:rsidR="00650973" w:rsidRDefault="00080072">
      <w:pPr>
        <w:pStyle w:val="Listepuces"/>
      </w:pPr>
      <w:r>
        <w:rPr>
          <w:sz w:val="18"/>
        </w:rPr>
        <w:t>Wapa Tapa ≈1,2 km ; temps exact non établi</w:t>
      </w:r>
    </w:p>
    <w:p w14:paraId="19029B3E" w14:textId="77777777" w:rsidR="00650973" w:rsidRDefault="00080072">
      <w:pPr>
        <w:pStyle w:val="Titre2"/>
        <w:spacing w:before="160" w:after="80"/>
      </w:pPr>
      <w:r>
        <w:rPr>
          <w:rFonts w:ascii="Arial" w:hAnsi="Arial"/>
          <w:color w:val="C97A2B"/>
          <w:sz w:val="28"/>
        </w:rPr>
        <w:t>PLUS DE 20 MINUTES / À PIED NON PRIORITAIRE</w:t>
      </w:r>
    </w:p>
    <w:p w14:paraId="140A52FF" w14:textId="77777777" w:rsidR="00650973" w:rsidRDefault="00080072">
      <w:pPr>
        <w:pStyle w:val="Listepuces"/>
      </w:pPr>
      <w:r>
        <w:rPr>
          <w:sz w:val="18"/>
        </w:rPr>
        <w:t>Calma Café, Oasis Café, Patio Canario, Casas Pepe, Gold by Marina, Bohemia, Corallium : distances pédestres exactes non établies dans le chat.</w:t>
      </w:r>
    </w:p>
    <w:p w14:paraId="6B1EC053" w14:textId="77777777" w:rsidR="00650973" w:rsidRDefault="00080072">
      <w:pPr>
        <w:pStyle w:val="Titre2"/>
        <w:spacing w:before="160" w:after="80"/>
      </w:pPr>
      <w:r>
        <w:rPr>
          <w:rFonts w:ascii="Arial" w:hAnsi="Arial"/>
          <w:color w:val="C97A2B"/>
          <w:sz w:val="28"/>
        </w:rPr>
        <w:t>VOITURE OU TAXI CONSEILLÉ</w:t>
      </w:r>
    </w:p>
    <w:p w14:paraId="15C51921" w14:textId="77777777" w:rsidR="00650973" w:rsidRDefault="00080072">
      <w:pPr>
        <w:pStyle w:val="Listepuces"/>
      </w:pPr>
      <w:r>
        <w:rPr>
          <w:sz w:val="18"/>
        </w:rPr>
        <w:t>Deliciosa BrunchCafe – San Agustín ≈10–15 min voiture</w:t>
      </w:r>
    </w:p>
    <w:p w14:paraId="4561CCE5" w14:textId="77777777" w:rsidR="00650973" w:rsidRDefault="00080072">
      <w:pPr>
        <w:pStyle w:val="Listepuces"/>
      </w:pPr>
      <w:r>
        <w:rPr>
          <w:sz w:val="18"/>
        </w:rPr>
        <w:t>Bar Mojo Picón – San Agustín ≈10–15 min</w:t>
      </w:r>
    </w:p>
    <w:p w14:paraId="53FE5916" w14:textId="77777777" w:rsidR="00650973" w:rsidRDefault="00080072">
      <w:pPr>
        <w:pStyle w:val="Listepuces"/>
      </w:pPr>
      <w:r>
        <w:rPr>
          <w:sz w:val="18"/>
        </w:rPr>
        <w:t>Cordial Santa Águeda ≈15–20 min</w:t>
      </w:r>
    </w:p>
    <w:p w14:paraId="5FAC9069" w14:textId="77777777" w:rsidR="00650973" w:rsidRDefault="00080072">
      <w:pPr>
        <w:pStyle w:val="Listepuces"/>
      </w:pPr>
      <w:r>
        <w:rPr>
          <w:sz w:val="18"/>
        </w:rPr>
        <w:t>El Bistro Tapas ≈15–20 min</w:t>
      </w:r>
    </w:p>
    <w:p w14:paraId="7A2CE9CD" w14:textId="77777777" w:rsidR="00650973" w:rsidRDefault="00080072">
      <w:pPr>
        <w:pStyle w:val="Listepuces"/>
      </w:pPr>
      <w:r>
        <w:rPr>
          <w:sz w:val="18"/>
        </w:rPr>
        <w:t>Bar El Boya ≈15–20 min</w:t>
      </w:r>
    </w:p>
    <w:p w14:paraId="28125FA0" w14:textId="77777777" w:rsidR="00650973" w:rsidRDefault="00080072">
      <w:pPr>
        <w:pStyle w:val="Listepuces"/>
      </w:pPr>
      <w:r>
        <w:rPr>
          <w:sz w:val="18"/>
        </w:rPr>
        <w:t>Restaurante Las Salinas ≈15–20 min</w:t>
      </w:r>
    </w:p>
    <w:p w14:paraId="63EB443B" w14:textId="77777777" w:rsidR="00650973" w:rsidRDefault="00080072">
      <w:pPr>
        <w:pStyle w:val="Listepuces"/>
      </w:pPr>
      <w:r>
        <w:rPr>
          <w:sz w:val="18"/>
        </w:rPr>
        <w:t>Vaquería Las Salinas ≈20–25 min</w:t>
      </w:r>
    </w:p>
    <w:tbl>
      <w:tblPr>
        <w:tblStyle w:val="Grilledutableau"/>
        <w:tblW w:w="0" w:type="auto"/>
        <w:jc w:val="center"/>
        <w:tblLook w:val="04A0" w:firstRow="1" w:lastRow="0" w:firstColumn="1" w:lastColumn="0" w:noHBand="0" w:noVBand="1"/>
      </w:tblPr>
      <w:tblGrid>
        <w:gridCol w:w="10206"/>
      </w:tblGrid>
      <w:tr w:rsidR="00650973" w14:paraId="0D55C725" w14:textId="77777777">
        <w:trPr>
          <w:cantSplit/>
          <w:tblHeader/>
          <w:jc w:val="center"/>
        </w:trPr>
        <w:tc>
          <w:tcPr>
            <w:tcW w:w="10206" w:type="dxa"/>
            <w:shd w:val="clear" w:color="auto" w:fill="2F6B4F"/>
            <w:tcMar>
              <w:top w:w="70" w:type="dxa"/>
              <w:left w:w="80" w:type="dxa"/>
              <w:bottom w:w="70" w:type="dxa"/>
              <w:right w:w="80" w:type="dxa"/>
            </w:tcMar>
            <w:vAlign w:val="center"/>
          </w:tcPr>
          <w:p w14:paraId="53A573BC" w14:textId="77777777" w:rsidR="00650973" w:rsidRDefault="00080072">
            <w:pPr>
              <w:jc w:val="center"/>
            </w:pPr>
            <w:r>
              <w:rPr>
                <w:rFonts w:ascii="Arial" w:hAnsi="Arial"/>
                <w:b/>
                <w:i/>
                <w:color w:val="FFFFFF"/>
                <w:sz w:val="21"/>
              </w:rPr>
              <w:t>Ces catégories reflètent uniquement les valeurs citées dans le chat. Une distance non établie n’est pas recalculée ici.</w:t>
            </w:r>
          </w:p>
        </w:tc>
      </w:tr>
    </w:tbl>
    <w:p w14:paraId="2EC593BC" w14:textId="77777777" w:rsidR="00650973" w:rsidRDefault="00650973">
      <w:pPr>
        <w:spacing w:after="20"/>
      </w:pPr>
    </w:p>
    <w:p w14:paraId="6CC15D19" w14:textId="77777777" w:rsidR="00650973" w:rsidRDefault="00080072">
      <w:pPr>
        <w:pStyle w:val="Titre1"/>
        <w:pageBreakBefore/>
        <w:spacing w:before="200" w:after="80"/>
      </w:pPr>
      <w:bookmarkStart w:id="8" w:name="section_8"/>
      <w:r>
        <w:rPr>
          <w:rFonts w:ascii="Arial" w:hAnsi="Arial"/>
          <w:color w:val="2F6B4F"/>
          <w:sz w:val="36"/>
        </w:rPr>
        <w:lastRenderedPageBreak/>
        <w:t>8. NOS MEILLEURES ADRESSES – SÉLECTION PERSONNELLE À PARTIR DU CHAT</w:t>
      </w:r>
      <w:bookmarkEnd w:id="8"/>
    </w:p>
    <w:p w14:paraId="511D8510" w14:textId="77777777" w:rsidR="00650973" w:rsidRDefault="00080072">
      <w:pPr>
        <w:spacing w:after="80"/>
      </w:pPr>
      <w:hyperlink w:anchor="sommaire">
        <w:r>
          <w:t>↩</w:t>
        </w:r>
        <w:r>
          <w:t xml:space="preserve"> Retour au sommaire</w:t>
        </w:r>
      </w:hyperlink>
    </w:p>
    <w:p w14:paraId="74868FC0" w14:textId="77777777" w:rsidR="00650973" w:rsidRDefault="00080072">
      <w:pPr>
        <w:pStyle w:val="Titre2"/>
        <w:spacing w:before="160" w:after="80"/>
      </w:pPr>
      <w:r>
        <w:rPr>
          <w:rFonts w:ascii="Arial" w:hAnsi="Arial"/>
          <w:color w:val="C97A2B"/>
          <w:sz w:val="28"/>
        </w:rPr>
        <w:t>Meilleurs petits-déjeuners</w:t>
      </w:r>
    </w:p>
    <w:p w14:paraId="6945A9E4" w14:textId="77777777" w:rsidR="00650973" w:rsidRDefault="00080072">
      <w:pPr>
        <w:pStyle w:val="Listepuces"/>
      </w:pPr>
      <w:r>
        <w:rPr>
          <w:sz w:val="18"/>
        </w:rPr>
        <w:t>Kiosko QR – proximité maximale, café/sandwiches/terrasse dès tôt.</w:t>
      </w:r>
    </w:p>
    <w:p w14:paraId="30937475" w14:textId="77777777" w:rsidR="00650973" w:rsidRDefault="00080072">
      <w:pPr>
        <w:pStyle w:val="Listepuces"/>
      </w:pPr>
      <w:r>
        <w:rPr>
          <w:sz w:val="18"/>
        </w:rPr>
        <w:t>Campo de Golf – meilleure carte matinale déjà documentée avec prix.</w:t>
      </w:r>
    </w:p>
    <w:p w14:paraId="23E7842C" w14:textId="77777777" w:rsidR="00650973" w:rsidRDefault="00080072">
      <w:pPr>
        <w:pStyle w:val="Listepuces"/>
      </w:pPr>
      <w:r>
        <w:rPr>
          <w:sz w:val="18"/>
        </w:rPr>
        <w:t>Vistaflor – buffet externe confirmé à 15 €, très proche.</w:t>
      </w:r>
    </w:p>
    <w:p w14:paraId="03C65365" w14:textId="77777777" w:rsidR="00650973" w:rsidRDefault="00080072">
      <w:pPr>
        <w:pStyle w:val="Listepuces"/>
      </w:pPr>
      <w:r>
        <w:rPr>
          <w:sz w:val="18"/>
        </w:rPr>
        <w:t>Calma Café – meilleur profil brunch moderne proche.</w:t>
      </w:r>
    </w:p>
    <w:p w14:paraId="6A7A0123" w14:textId="77777777" w:rsidR="00650973" w:rsidRDefault="00080072">
      <w:pPr>
        <w:pStyle w:val="Listepuces"/>
      </w:pPr>
      <w:r>
        <w:rPr>
          <w:sz w:val="18"/>
        </w:rPr>
        <w:t>Deliciosa – excellent rapport choix/prix pour une sortie en voiture.</w:t>
      </w:r>
    </w:p>
    <w:p w14:paraId="658A8570" w14:textId="77777777" w:rsidR="00650973" w:rsidRDefault="00080072">
      <w:pPr>
        <w:pStyle w:val="Listepuces"/>
      </w:pPr>
      <w:r>
        <w:rPr>
          <w:sz w:val="18"/>
        </w:rPr>
        <w:t>Gold by Marina – intéressant pour un petit-déjeuner tardif jusqu’à midi.</w:t>
      </w:r>
    </w:p>
    <w:p w14:paraId="0E2DFED8" w14:textId="77777777" w:rsidR="00650973" w:rsidRDefault="00080072">
      <w:pPr>
        <w:pStyle w:val="Titre2"/>
        <w:spacing w:before="160" w:after="80"/>
      </w:pPr>
      <w:r>
        <w:rPr>
          <w:rFonts w:ascii="Arial" w:hAnsi="Arial"/>
          <w:color w:val="C97A2B"/>
          <w:sz w:val="28"/>
        </w:rPr>
        <w:t>Meilleurs canariens</w:t>
      </w:r>
    </w:p>
    <w:p w14:paraId="15966031" w14:textId="77777777" w:rsidR="00650973" w:rsidRDefault="00080072">
      <w:pPr>
        <w:pStyle w:val="Listepuces"/>
      </w:pPr>
      <w:r>
        <w:rPr>
          <w:sz w:val="18"/>
        </w:rPr>
        <w:t>La Tasquita Canaria – très bonne sélection de plats canariens et tarifs raisonnables.</w:t>
      </w:r>
    </w:p>
    <w:p w14:paraId="44F4E25C" w14:textId="77777777" w:rsidR="00650973" w:rsidRDefault="00080072">
      <w:pPr>
        <w:pStyle w:val="Listepuces"/>
      </w:pPr>
      <w:r>
        <w:rPr>
          <w:sz w:val="18"/>
        </w:rPr>
        <w:t>La Tapita Los Jose’s – forte clientèle locale et cuisine des îles.</w:t>
      </w:r>
    </w:p>
    <w:p w14:paraId="019CC3DC" w14:textId="77777777" w:rsidR="00650973" w:rsidRDefault="00080072">
      <w:pPr>
        <w:pStyle w:val="Listepuces"/>
      </w:pPr>
      <w:r>
        <w:rPr>
          <w:sz w:val="18"/>
        </w:rPr>
        <w:t>Bar Mojo Picón – petite carte maison, prix très bas, esprit canarien.</w:t>
      </w:r>
    </w:p>
    <w:p w14:paraId="761279A1" w14:textId="77777777" w:rsidR="00650973" w:rsidRDefault="00080072">
      <w:pPr>
        <w:pStyle w:val="Listepuces"/>
      </w:pPr>
      <w:r>
        <w:rPr>
          <w:sz w:val="18"/>
        </w:rPr>
        <w:t>Vaquería Las Salinas – cochino negro, gofio, fromage, expérience rurale.</w:t>
      </w:r>
    </w:p>
    <w:p w14:paraId="3DD103DC" w14:textId="77777777" w:rsidR="00650973" w:rsidRDefault="00080072">
      <w:pPr>
        <w:pStyle w:val="Listepuces"/>
      </w:pPr>
      <w:r>
        <w:rPr>
          <w:sz w:val="18"/>
        </w:rPr>
        <w:t>Bar El Boya / Las Salinas – deux bonnes pistes poisson et fruits de mer.</w:t>
      </w:r>
    </w:p>
    <w:p w14:paraId="168DE35E" w14:textId="77777777" w:rsidR="00650973" w:rsidRDefault="00080072">
      <w:pPr>
        <w:pStyle w:val="Titre2"/>
        <w:spacing w:before="160" w:after="80"/>
      </w:pPr>
      <w:r>
        <w:rPr>
          <w:rFonts w:ascii="Arial" w:hAnsi="Arial"/>
          <w:color w:val="C97A2B"/>
          <w:sz w:val="28"/>
        </w:rPr>
        <w:t>Meilleurs tapas</w:t>
      </w:r>
    </w:p>
    <w:p w14:paraId="5C585BD2" w14:textId="77777777" w:rsidR="00650973" w:rsidRDefault="00080072">
      <w:pPr>
        <w:pStyle w:val="Listepuces"/>
      </w:pPr>
      <w:r>
        <w:rPr>
          <w:sz w:val="18"/>
        </w:rPr>
        <w:t>La Tapita Los Jose’s – tapas et clientèle locale.</w:t>
      </w:r>
    </w:p>
    <w:p w14:paraId="44C77CDA" w14:textId="77777777" w:rsidR="00650973" w:rsidRDefault="00080072">
      <w:pPr>
        <w:pStyle w:val="Listepuces"/>
      </w:pPr>
      <w:r>
        <w:rPr>
          <w:sz w:val="18"/>
        </w:rPr>
        <w:t>El Bistro Tapas – petite adresse cachée d’Arguineguín.</w:t>
      </w:r>
    </w:p>
    <w:p w14:paraId="340D90D0" w14:textId="77777777" w:rsidR="00650973" w:rsidRDefault="00080072">
      <w:pPr>
        <w:pStyle w:val="Listepuces"/>
      </w:pPr>
      <w:r>
        <w:rPr>
          <w:sz w:val="18"/>
        </w:rPr>
        <w:t>Wapa Tapa – carte très large et documentée.</w:t>
      </w:r>
    </w:p>
    <w:p w14:paraId="07793855" w14:textId="77777777" w:rsidR="00650973" w:rsidRDefault="00080072">
      <w:pPr>
        <w:pStyle w:val="Listepuces"/>
      </w:pPr>
      <w:r>
        <w:rPr>
          <w:sz w:val="18"/>
        </w:rPr>
        <w:t>The New Rustico – tapas travaillées, bonne option dîner.</w:t>
      </w:r>
    </w:p>
    <w:p w14:paraId="5072D444" w14:textId="77777777" w:rsidR="00650973" w:rsidRDefault="00080072">
      <w:pPr>
        <w:pStyle w:val="Listepuces"/>
      </w:pPr>
      <w:r>
        <w:rPr>
          <w:sz w:val="18"/>
        </w:rPr>
        <w:t>Bar Mojo Picón – tapas canariennes simples et bon marché.</w:t>
      </w:r>
    </w:p>
    <w:p w14:paraId="6046282A" w14:textId="77777777" w:rsidR="00650973" w:rsidRDefault="00080072">
      <w:pPr>
        <w:pStyle w:val="Titre2"/>
        <w:spacing w:before="160" w:after="80"/>
      </w:pPr>
      <w:r>
        <w:rPr>
          <w:rFonts w:ascii="Arial" w:hAnsi="Arial"/>
          <w:color w:val="C97A2B"/>
          <w:sz w:val="28"/>
        </w:rPr>
        <w:t>Meilleurs rapports qualité/prix</w:t>
      </w:r>
    </w:p>
    <w:p w14:paraId="7E7FCFEF" w14:textId="77777777" w:rsidR="00650973" w:rsidRDefault="00080072">
      <w:pPr>
        <w:pStyle w:val="Listepuces"/>
      </w:pPr>
      <w:r>
        <w:rPr>
          <w:sz w:val="18"/>
        </w:rPr>
        <w:t>Bar Mojo Picón – tapa 2,80 €, demi-portion 5,50 €.</w:t>
      </w:r>
    </w:p>
    <w:p w14:paraId="08590D9F" w14:textId="77777777" w:rsidR="00650973" w:rsidRDefault="00080072">
      <w:pPr>
        <w:pStyle w:val="Listepuces"/>
      </w:pPr>
      <w:r>
        <w:rPr>
          <w:sz w:val="18"/>
        </w:rPr>
        <w:t>El Palmero – plat du jour 8,50 € demi / 14,50 € portion, grillades pour plusieurs.</w:t>
      </w:r>
    </w:p>
    <w:p w14:paraId="5B6C41BC" w14:textId="77777777" w:rsidR="00650973" w:rsidRDefault="00080072">
      <w:pPr>
        <w:pStyle w:val="Listepuces"/>
      </w:pPr>
      <w:r>
        <w:rPr>
          <w:sz w:val="18"/>
        </w:rPr>
        <w:t>La Tasquita Canaria – nombreux plats 6,50–16,80 €.</w:t>
      </w:r>
    </w:p>
    <w:p w14:paraId="6322B33E" w14:textId="77777777" w:rsidR="00650973" w:rsidRDefault="00080072">
      <w:pPr>
        <w:pStyle w:val="Listepuces"/>
      </w:pPr>
      <w:r>
        <w:rPr>
          <w:sz w:val="18"/>
        </w:rPr>
        <w:t>Deliciosa – Classic Brunch 13,90 €.</w:t>
      </w:r>
    </w:p>
    <w:p w14:paraId="45434B95" w14:textId="77777777" w:rsidR="00650973" w:rsidRDefault="00080072">
      <w:pPr>
        <w:pStyle w:val="Listepuces"/>
      </w:pPr>
      <w:r>
        <w:rPr>
          <w:sz w:val="18"/>
        </w:rPr>
        <w:t>Vistaflor – buffet externe 15 € très proche.</w:t>
      </w:r>
    </w:p>
    <w:p w14:paraId="41B768D9" w14:textId="77777777" w:rsidR="00650973" w:rsidRDefault="00080072">
      <w:pPr>
        <w:pStyle w:val="Listepuces"/>
      </w:pPr>
      <w:r>
        <w:rPr>
          <w:sz w:val="18"/>
        </w:rPr>
        <w:t>Nomad – plats simples autour de 10–14 € selon les prix retrouvés.</w:t>
      </w:r>
    </w:p>
    <w:p w14:paraId="343E1EE1" w14:textId="77777777" w:rsidR="00650973" w:rsidRDefault="00080072">
      <w:pPr>
        <w:pStyle w:val="Titre2"/>
        <w:spacing w:before="160" w:after="80"/>
      </w:pPr>
      <w:r>
        <w:rPr>
          <w:rFonts w:ascii="Arial" w:hAnsi="Arial"/>
          <w:color w:val="C97A2B"/>
          <w:sz w:val="28"/>
        </w:rPr>
        <w:t>Pour déjeuner</w:t>
      </w:r>
    </w:p>
    <w:p w14:paraId="4E33739B" w14:textId="77777777" w:rsidR="00650973" w:rsidRDefault="00080072">
      <w:pPr>
        <w:pStyle w:val="Listepuces"/>
      </w:pPr>
      <w:r>
        <w:rPr>
          <w:sz w:val="18"/>
        </w:rPr>
        <w:t>Campo de Golf – carte très polyvalente et belle terrasse.</w:t>
      </w:r>
    </w:p>
    <w:p w14:paraId="26E6E14B" w14:textId="77777777" w:rsidR="00650973" w:rsidRDefault="00080072">
      <w:pPr>
        <w:pStyle w:val="Listepuces"/>
      </w:pPr>
      <w:r>
        <w:rPr>
          <w:sz w:val="18"/>
        </w:rPr>
        <w:t>La Tasquita Canaria – cuisine locale.</w:t>
      </w:r>
    </w:p>
    <w:p w14:paraId="025DC7E0" w14:textId="77777777" w:rsidR="00650973" w:rsidRDefault="00080072">
      <w:pPr>
        <w:pStyle w:val="Listepuces"/>
      </w:pPr>
      <w:r>
        <w:rPr>
          <w:sz w:val="18"/>
        </w:rPr>
        <w:t>Bar El Boya – poisson.</w:t>
      </w:r>
    </w:p>
    <w:p w14:paraId="62C996BE" w14:textId="77777777" w:rsidR="00650973" w:rsidRDefault="00080072">
      <w:pPr>
        <w:pStyle w:val="Listepuces"/>
      </w:pPr>
      <w:r>
        <w:rPr>
          <w:sz w:val="18"/>
        </w:rPr>
        <w:t>Restaurante Las Salinas – déjeuner marin.</w:t>
      </w:r>
    </w:p>
    <w:p w14:paraId="6AA8E3F8" w14:textId="77777777" w:rsidR="00650973" w:rsidRDefault="00080072">
      <w:pPr>
        <w:pStyle w:val="Listepuces"/>
      </w:pPr>
      <w:r>
        <w:rPr>
          <w:sz w:val="18"/>
        </w:rPr>
        <w:t>Vaquería Las Salinas – sortie rurale/canarienne.</w:t>
      </w:r>
    </w:p>
    <w:p w14:paraId="6C3E95FB" w14:textId="77777777" w:rsidR="00650973" w:rsidRDefault="00080072">
      <w:pPr>
        <w:pStyle w:val="Titre2"/>
        <w:spacing w:before="160" w:after="80"/>
      </w:pPr>
      <w:r>
        <w:rPr>
          <w:rFonts w:ascii="Arial" w:hAnsi="Arial"/>
          <w:color w:val="C97A2B"/>
          <w:sz w:val="28"/>
        </w:rPr>
        <w:t>Pour dîner</w:t>
      </w:r>
    </w:p>
    <w:p w14:paraId="380CA5CF" w14:textId="77777777" w:rsidR="00650973" w:rsidRDefault="00080072">
      <w:pPr>
        <w:pStyle w:val="Listepuces"/>
      </w:pPr>
      <w:r>
        <w:rPr>
          <w:sz w:val="18"/>
        </w:rPr>
        <w:t>The New Rustico – tapas travaillées.</w:t>
      </w:r>
    </w:p>
    <w:p w14:paraId="5841D821" w14:textId="77777777" w:rsidR="00650973" w:rsidRDefault="00080072">
      <w:pPr>
        <w:pStyle w:val="Listepuces"/>
      </w:pPr>
      <w:r>
        <w:rPr>
          <w:sz w:val="18"/>
        </w:rPr>
        <w:t>DREAMS – spécialités suisses et grill.</w:t>
      </w:r>
    </w:p>
    <w:p w14:paraId="710D5356" w14:textId="77777777" w:rsidR="00650973" w:rsidRDefault="00080072">
      <w:pPr>
        <w:pStyle w:val="Listepuces"/>
      </w:pPr>
      <w:r>
        <w:rPr>
          <w:sz w:val="18"/>
        </w:rPr>
        <w:t>LoLa – dîner plus créatif/soigné.</w:t>
      </w:r>
    </w:p>
    <w:p w14:paraId="2742F2EB" w14:textId="77777777" w:rsidR="00650973" w:rsidRDefault="00080072">
      <w:pPr>
        <w:pStyle w:val="Listepuces"/>
      </w:pPr>
      <w:r>
        <w:rPr>
          <w:sz w:val="18"/>
        </w:rPr>
        <w:t>Wapa Tapa – tapas et vins/cocktails.</w:t>
      </w:r>
    </w:p>
    <w:p w14:paraId="4E6DF1C5" w14:textId="77777777" w:rsidR="00650973" w:rsidRDefault="00080072">
      <w:pPr>
        <w:pStyle w:val="Listepuces"/>
      </w:pPr>
      <w:r>
        <w:rPr>
          <w:sz w:val="18"/>
        </w:rPr>
        <w:t>El Palmero – grillades à proximité.</w:t>
      </w:r>
    </w:p>
    <w:p w14:paraId="6AE0E895" w14:textId="77777777" w:rsidR="00650973" w:rsidRDefault="00080072">
      <w:pPr>
        <w:pStyle w:val="Titre2"/>
        <w:spacing w:before="160" w:after="80"/>
      </w:pPr>
      <w:r>
        <w:rPr>
          <w:rFonts w:ascii="Arial" w:hAnsi="Arial"/>
          <w:color w:val="C97A2B"/>
          <w:sz w:val="28"/>
        </w:rPr>
        <w:t>Pour boire un verre</w:t>
      </w:r>
    </w:p>
    <w:p w14:paraId="51478A0C" w14:textId="77777777" w:rsidR="00650973" w:rsidRDefault="00080072">
      <w:pPr>
        <w:pStyle w:val="Listepuces"/>
      </w:pPr>
      <w:r>
        <w:rPr>
          <w:sz w:val="18"/>
        </w:rPr>
        <w:t>Kiosko QR – vin blanc et mojito photographiés, terrasse.</w:t>
      </w:r>
    </w:p>
    <w:p w14:paraId="4087DA2E" w14:textId="77777777" w:rsidR="00650973" w:rsidRDefault="00080072">
      <w:pPr>
        <w:pStyle w:val="Listepuces"/>
      </w:pPr>
      <w:r>
        <w:rPr>
          <w:sz w:val="18"/>
        </w:rPr>
        <w:lastRenderedPageBreak/>
        <w:t>Wapa Tapa – cocktails, sangrías, gins et large carte.</w:t>
      </w:r>
    </w:p>
    <w:p w14:paraId="36C9FF29" w14:textId="77777777" w:rsidR="00650973" w:rsidRDefault="00080072">
      <w:pPr>
        <w:pStyle w:val="Listepuces"/>
      </w:pPr>
      <w:r>
        <w:rPr>
          <w:sz w:val="18"/>
        </w:rPr>
        <w:t>LoLa – cocktails signature et gin tonic.</w:t>
      </w:r>
    </w:p>
    <w:p w14:paraId="7E4EA9AC" w14:textId="77777777" w:rsidR="00650973" w:rsidRDefault="00080072">
      <w:pPr>
        <w:pStyle w:val="Listepuces"/>
      </w:pPr>
      <w:r>
        <w:rPr>
          <w:sz w:val="18"/>
        </w:rPr>
        <w:t>DREAMS – enseigne annonçant 50 gins.</w:t>
      </w:r>
    </w:p>
    <w:p w14:paraId="2AD02D43" w14:textId="77777777" w:rsidR="00650973" w:rsidRDefault="00080072">
      <w:pPr>
        <w:pStyle w:val="Titre2"/>
        <w:spacing w:before="160" w:after="80"/>
      </w:pPr>
      <w:r>
        <w:rPr>
          <w:rFonts w:ascii="Arial" w:hAnsi="Arial"/>
          <w:color w:val="C97A2B"/>
          <w:sz w:val="28"/>
        </w:rPr>
        <w:t>Méritent un déplacement</w:t>
      </w:r>
    </w:p>
    <w:p w14:paraId="0F652DE6" w14:textId="77777777" w:rsidR="00650973" w:rsidRDefault="00080072">
      <w:pPr>
        <w:pStyle w:val="Listepuces"/>
      </w:pPr>
      <w:r>
        <w:rPr>
          <w:sz w:val="18"/>
        </w:rPr>
        <w:t>Vaquería Las Salinas – expérience rurale / cochino negro.</w:t>
      </w:r>
    </w:p>
    <w:p w14:paraId="379E79C4" w14:textId="77777777" w:rsidR="00650973" w:rsidRDefault="00080072">
      <w:pPr>
        <w:pStyle w:val="Listepuces"/>
      </w:pPr>
      <w:r>
        <w:rPr>
          <w:sz w:val="18"/>
        </w:rPr>
        <w:t>Bar El Boya – institution poisson du secteur pêcheur.</w:t>
      </w:r>
    </w:p>
    <w:p w14:paraId="55B22A4B" w14:textId="77777777" w:rsidR="00650973" w:rsidRDefault="00080072">
      <w:pPr>
        <w:pStyle w:val="Listepuces"/>
      </w:pPr>
      <w:r>
        <w:rPr>
          <w:sz w:val="18"/>
        </w:rPr>
        <w:t>Restaurante Las Salinas – poisson et cuisine populaire de Castillo del Romeral.</w:t>
      </w:r>
    </w:p>
    <w:p w14:paraId="2F0D7423" w14:textId="77777777" w:rsidR="00650973" w:rsidRDefault="00080072">
      <w:pPr>
        <w:pStyle w:val="Listepuces"/>
      </w:pPr>
      <w:r>
        <w:rPr>
          <w:sz w:val="18"/>
        </w:rPr>
        <w:t>El Bistro Tapas – petite adresse locale d’Arguineguín.</w:t>
      </w:r>
    </w:p>
    <w:p w14:paraId="322D23FB" w14:textId="77777777" w:rsidR="00650973" w:rsidRDefault="00080072">
      <w:pPr>
        <w:pStyle w:val="Listepuces"/>
      </w:pPr>
      <w:r>
        <w:rPr>
          <w:sz w:val="18"/>
        </w:rPr>
        <w:t>Deliciosa – brunch avec vue mer à San Agustín.</w:t>
      </w:r>
    </w:p>
    <w:p w14:paraId="08CA0FAE" w14:textId="77777777" w:rsidR="00650973" w:rsidRDefault="00080072">
      <w:pPr>
        <w:pStyle w:val="Titre1"/>
        <w:pageBreakBefore/>
        <w:spacing w:before="200" w:after="80"/>
      </w:pPr>
      <w:bookmarkStart w:id="9" w:name="section_9"/>
      <w:r>
        <w:rPr>
          <w:rFonts w:ascii="Arial" w:hAnsi="Arial"/>
          <w:color w:val="2F6B4F"/>
          <w:sz w:val="36"/>
        </w:rPr>
        <w:lastRenderedPageBreak/>
        <w:t>9. FICHES PRATIQUES PAR ÉTABLISSEMENT</w:t>
      </w:r>
      <w:bookmarkEnd w:id="9"/>
    </w:p>
    <w:p w14:paraId="4AC8423A" w14:textId="77777777" w:rsidR="00650973" w:rsidRDefault="00080072">
      <w:pPr>
        <w:spacing w:after="80"/>
      </w:pPr>
      <w:hyperlink w:anchor="sommaire">
        <w:r>
          <w:t>↩</w:t>
        </w:r>
        <w:r>
          <w:t xml:space="preserve"> Retour au sommaire</w:t>
        </w:r>
      </w:hyperlink>
    </w:p>
    <w:p w14:paraId="7FA197DD" w14:textId="77777777" w:rsidR="00650973" w:rsidRDefault="00080072">
      <w:pPr>
        <w:pStyle w:val="Titre2"/>
        <w:spacing w:before="160" w:after="80"/>
      </w:pPr>
      <w:r>
        <w:rPr>
          <w:rFonts w:ascii="Arial" w:hAnsi="Arial"/>
          <w:color w:val="C97A2B"/>
          <w:sz w:val="28"/>
        </w:rPr>
        <w:t>KIOSKO QR</w:t>
      </w:r>
    </w:p>
    <w:tbl>
      <w:tblPr>
        <w:tblStyle w:val="Grilledutableau"/>
        <w:tblW w:w="0" w:type="auto"/>
        <w:jc w:val="center"/>
        <w:tblLook w:val="04A0" w:firstRow="1" w:lastRow="0" w:firstColumn="1" w:lastColumn="0" w:noHBand="0" w:noVBand="1"/>
      </w:tblPr>
      <w:tblGrid>
        <w:gridCol w:w="5103"/>
        <w:gridCol w:w="5103"/>
      </w:tblGrid>
      <w:tr w:rsidR="00650973" w14:paraId="3EA3FF66" w14:textId="77777777">
        <w:trPr>
          <w:cantSplit/>
          <w:tblHeader/>
          <w:jc w:val="center"/>
        </w:trPr>
        <w:tc>
          <w:tcPr>
            <w:tcW w:w="5103" w:type="dxa"/>
            <w:shd w:val="clear" w:color="auto" w:fill="2F6B4F"/>
            <w:tcMar>
              <w:top w:w="70" w:type="dxa"/>
              <w:left w:w="80" w:type="dxa"/>
              <w:bottom w:w="70" w:type="dxa"/>
              <w:right w:w="80" w:type="dxa"/>
            </w:tcMar>
            <w:vAlign w:val="center"/>
          </w:tcPr>
          <w:p w14:paraId="754BEF98"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7D339339" w14:textId="77777777" w:rsidR="00650973" w:rsidRDefault="00080072">
            <w:pPr>
              <w:jc w:val="center"/>
            </w:pPr>
            <w:r>
              <w:rPr>
                <w:rFonts w:ascii="Arial" w:hAnsi="Arial"/>
                <w:b/>
                <w:color w:val="FFFFFF"/>
                <w:sz w:val="21"/>
              </w:rPr>
              <w:t>Information</w:t>
            </w:r>
          </w:p>
        </w:tc>
      </w:tr>
      <w:tr w:rsidR="00650973" w14:paraId="3358CB8A" w14:textId="77777777">
        <w:trPr>
          <w:cantSplit/>
          <w:jc w:val="center"/>
        </w:trPr>
        <w:tc>
          <w:tcPr>
            <w:tcW w:w="5103" w:type="dxa"/>
            <w:tcMar>
              <w:top w:w="70" w:type="dxa"/>
              <w:left w:w="80" w:type="dxa"/>
              <w:bottom w:w="70" w:type="dxa"/>
              <w:right w:w="80" w:type="dxa"/>
            </w:tcMar>
            <w:vAlign w:val="center"/>
          </w:tcPr>
          <w:p w14:paraId="3489B21D"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2182D602" w14:textId="77777777" w:rsidR="00650973" w:rsidRDefault="00080072">
            <w:r>
              <w:rPr>
                <w:rFonts w:ascii="Arial" w:hAnsi="Arial"/>
                <w:sz w:val="21"/>
              </w:rPr>
              <w:t>Café / snack / petit-déjeuner</w:t>
            </w:r>
          </w:p>
        </w:tc>
      </w:tr>
      <w:tr w:rsidR="00650973" w14:paraId="2B6D56C9" w14:textId="77777777">
        <w:trPr>
          <w:cantSplit/>
          <w:jc w:val="center"/>
        </w:trPr>
        <w:tc>
          <w:tcPr>
            <w:tcW w:w="5103" w:type="dxa"/>
            <w:shd w:val="clear" w:color="auto" w:fill="F8FAF8"/>
            <w:tcMar>
              <w:top w:w="70" w:type="dxa"/>
              <w:left w:w="80" w:type="dxa"/>
              <w:bottom w:w="70" w:type="dxa"/>
              <w:right w:w="80" w:type="dxa"/>
            </w:tcMar>
            <w:vAlign w:val="center"/>
          </w:tcPr>
          <w:p w14:paraId="70854B8A"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44AFE83D" w14:textId="77777777" w:rsidR="00650973" w:rsidRDefault="00080072">
            <w:r>
              <w:rPr>
                <w:rFonts w:ascii="Arial" w:hAnsi="Arial"/>
                <w:sz w:val="21"/>
              </w:rPr>
              <w:t>Av. Touroperador Neckermann 3</w:t>
            </w:r>
          </w:p>
        </w:tc>
      </w:tr>
      <w:tr w:rsidR="00650973" w14:paraId="22C5C706" w14:textId="77777777">
        <w:trPr>
          <w:cantSplit/>
          <w:jc w:val="center"/>
        </w:trPr>
        <w:tc>
          <w:tcPr>
            <w:tcW w:w="5103" w:type="dxa"/>
            <w:tcMar>
              <w:top w:w="70" w:type="dxa"/>
              <w:left w:w="80" w:type="dxa"/>
              <w:bottom w:w="70" w:type="dxa"/>
              <w:right w:w="80" w:type="dxa"/>
            </w:tcMar>
            <w:vAlign w:val="center"/>
          </w:tcPr>
          <w:p w14:paraId="1CA722B5"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52EB2A62" w14:textId="77777777" w:rsidR="00650973" w:rsidRDefault="00080072">
            <w:r>
              <w:rPr>
                <w:rFonts w:ascii="Arial" w:hAnsi="Arial"/>
                <w:sz w:val="21"/>
              </w:rPr>
              <w:t>Playmar / Campo Internacional</w:t>
            </w:r>
          </w:p>
        </w:tc>
      </w:tr>
      <w:tr w:rsidR="00650973" w14:paraId="428700D8" w14:textId="77777777">
        <w:trPr>
          <w:cantSplit/>
          <w:jc w:val="center"/>
        </w:trPr>
        <w:tc>
          <w:tcPr>
            <w:tcW w:w="5103" w:type="dxa"/>
            <w:shd w:val="clear" w:color="auto" w:fill="F8FAF8"/>
            <w:tcMar>
              <w:top w:w="70" w:type="dxa"/>
              <w:left w:w="80" w:type="dxa"/>
              <w:bottom w:w="70" w:type="dxa"/>
              <w:right w:w="80" w:type="dxa"/>
            </w:tcMar>
            <w:vAlign w:val="center"/>
          </w:tcPr>
          <w:p w14:paraId="1870E75B"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3E684E0C" w14:textId="77777777" w:rsidR="00650973" w:rsidRDefault="00080072">
            <w:r>
              <w:rPr>
                <w:rFonts w:ascii="Arial" w:hAnsi="Arial"/>
                <w:sz w:val="21"/>
              </w:rPr>
              <w:t>≈0,4 km (approx. citée)</w:t>
            </w:r>
          </w:p>
        </w:tc>
      </w:tr>
      <w:tr w:rsidR="00650973" w14:paraId="265C6D2B" w14:textId="77777777">
        <w:trPr>
          <w:cantSplit/>
          <w:jc w:val="center"/>
        </w:trPr>
        <w:tc>
          <w:tcPr>
            <w:tcW w:w="5103" w:type="dxa"/>
            <w:tcMar>
              <w:top w:w="70" w:type="dxa"/>
              <w:left w:w="80" w:type="dxa"/>
              <w:bottom w:w="70" w:type="dxa"/>
              <w:right w:w="80" w:type="dxa"/>
            </w:tcMar>
            <w:vAlign w:val="center"/>
          </w:tcPr>
          <w:p w14:paraId="50383A2E"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181CDD24" w14:textId="77777777" w:rsidR="00650973" w:rsidRDefault="00080072">
            <w:r>
              <w:rPr>
                <w:rFonts w:ascii="Arial" w:hAnsi="Arial"/>
                <w:sz w:val="21"/>
              </w:rPr>
              <w:t>≈5 min (approx.)</w:t>
            </w:r>
          </w:p>
        </w:tc>
      </w:tr>
      <w:tr w:rsidR="00650973" w14:paraId="5170A2CD" w14:textId="77777777">
        <w:trPr>
          <w:cantSplit/>
          <w:jc w:val="center"/>
        </w:trPr>
        <w:tc>
          <w:tcPr>
            <w:tcW w:w="5103" w:type="dxa"/>
            <w:shd w:val="clear" w:color="auto" w:fill="F8FAF8"/>
            <w:tcMar>
              <w:top w:w="70" w:type="dxa"/>
              <w:left w:w="80" w:type="dxa"/>
              <w:bottom w:w="70" w:type="dxa"/>
              <w:right w:w="80" w:type="dxa"/>
            </w:tcMar>
            <w:vAlign w:val="center"/>
          </w:tcPr>
          <w:p w14:paraId="42D4E236"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7BF7186A" w14:textId="77777777" w:rsidR="00650973" w:rsidRDefault="00080072">
            <w:r>
              <w:rPr>
                <w:rFonts w:ascii="Arial" w:hAnsi="Arial"/>
                <w:sz w:val="21"/>
              </w:rPr>
              <w:t>Non nécessaire</w:t>
            </w:r>
          </w:p>
        </w:tc>
      </w:tr>
      <w:tr w:rsidR="00650973" w14:paraId="44B8B0F2" w14:textId="77777777">
        <w:trPr>
          <w:cantSplit/>
          <w:jc w:val="center"/>
        </w:trPr>
        <w:tc>
          <w:tcPr>
            <w:tcW w:w="5103" w:type="dxa"/>
            <w:tcMar>
              <w:top w:w="70" w:type="dxa"/>
              <w:left w:w="80" w:type="dxa"/>
              <w:bottom w:w="70" w:type="dxa"/>
              <w:right w:w="80" w:type="dxa"/>
            </w:tcMar>
            <w:vAlign w:val="center"/>
          </w:tcPr>
          <w:p w14:paraId="69227BE5"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6AF7EFD5" w14:textId="77777777" w:rsidR="00650973" w:rsidRDefault="00080072">
            <w:r>
              <w:rPr>
                <w:rFonts w:ascii="Arial" w:hAnsi="Arial"/>
                <w:sz w:val="21"/>
              </w:rPr>
              <w:t>Dès env. 7h30 ; fermeture ~22h15 relevée</w:t>
            </w:r>
          </w:p>
        </w:tc>
      </w:tr>
      <w:tr w:rsidR="00650973" w14:paraId="2981C180" w14:textId="77777777">
        <w:trPr>
          <w:cantSplit/>
          <w:jc w:val="center"/>
        </w:trPr>
        <w:tc>
          <w:tcPr>
            <w:tcW w:w="5103" w:type="dxa"/>
            <w:shd w:val="clear" w:color="auto" w:fill="F8FAF8"/>
            <w:tcMar>
              <w:top w:w="70" w:type="dxa"/>
              <w:left w:w="80" w:type="dxa"/>
              <w:bottom w:w="70" w:type="dxa"/>
              <w:right w:w="80" w:type="dxa"/>
            </w:tcMar>
            <w:vAlign w:val="center"/>
          </w:tcPr>
          <w:p w14:paraId="7C690369"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63B4C8A1" w14:textId="77777777" w:rsidR="00650973" w:rsidRDefault="00080072">
            <w:r>
              <w:rPr>
                <w:rFonts w:ascii="Arial" w:hAnsi="Arial"/>
                <w:sz w:val="21"/>
              </w:rPr>
              <w:t>Café, sandwiches, petit-déjeuner simple, cocktails</w:t>
            </w:r>
          </w:p>
        </w:tc>
      </w:tr>
      <w:tr w:rsidR="00650973" w14:paraId="03C55BAC" w14:textId="77777777">
        <w:trPr>
          <w:cantSplit/>
          <w:jc w:val="center"/>
        </w:trPr>
        <w:tc>
          <w:tcPr>
            <w:tcW w:w="5103" w:type="dxa"/>
            <w:tcMar>
              <w:top w:w="70" w:type="dxa"/>
              <w:left w:w="80" w:type="dxa"/>
              <w:bottom w:w="70" w:type="dxa"/>
              <w:right w:w="80" w:type="dxa"/>
            </w:tcMar>
            <w:vAlign w:val="center"/>
          </w:tcPr>
          <w:p w14:paraId="71E90C63"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148D1759" w14:textId="77777777" w:rsidR="00650973" w:rsidRDefault="00080072">
            <w:r>
              <w:rPr>
                <w:rFonts w:ascii="Arial" w:hAnsi="Arial"/>
                <w:sz w:val="21"/>
              </w:rPr>
              <w:t>Prix exacts non retrouvés</w:t>
            </w:r>
          </w:p>
        </w:tc>
      </w:tr>
      <w:tr w:rsidR="00650973" w14:paraId="5808B2E8" w14:textId="77777777">
        <w:trPr>
          <w:cantSplit/>
          <w:jc w:val="center"/>
        </w:trPr>
        <w:tc>
          <w:tcPr>
            <w:tcW w:w="5103" w:type="dxa"/>
            <w:shd w:val="clear" w:color="auto" w:fill="F8FAF8"/>
            <w:tcMar>
              <w:top w:w="70" w:type="dxa"/>
              <w:left w:w="80" w:type="dxa"/>
              <w:bottom w:w="70" w:type="dxa"/>
              <w:right w:w="80" w:type="dxa"/>
            </w:tcMar>
            <w:vAlign w:val="center"/>
          </w:tcPr>
          <w:p w14:paraId="455A7AA6"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3B200FBE" w14:textId="77777777" w:rsidR="00650973" w:rsidRDefault="00080072">
            <w:r>
              <w:rPr>
                <w:rFonts w:ascii="Arial" w:hAnsi="Arial"/>
                <w:sz w:val="21"/>
              </w:rPr>
              <w:t>Oui / visible dans les photos</w:t>
            </w:r>
          </w:p>
        </w:tc>
      </w:tr>
      <w:tr w:rsidR="00650973" w14:paraId="17A97D9F" w14:textId="77777777">
        <w:trPr>
          <w:cantSplit/>
          <w:jc w:val="center"/>
        </w:trPr>
        <w:tc>
          <w:tcPr>
            <w:tcW w:w="5103" w:type="dxa"/>
            <w:tcMar>
              <w:top w:w="70" w:type="dxa"/>
              <w:left w:w="80" w:type="dxa"/>
              <w:bottom w:w="70" w:type="dxa"/>
              <w:right w:w="80" w:type="dxa"/>
            </w:tcMar>
            <w:vAlign w:val="center"/>
          </w:tcPr>
          <w:p w14:paraId="60C441AD"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64186A0E" w14:textId="77777777" w:rsidR="00650973" w:rsidRDefault="00080072">
            <w:r>
              <w:rPr>
                <w:rFonts w:ascii="Arial" w:hAnsi="Arial"/>
                <w:sz w:val="21"/>
              </w:rPr>
              <w:t>Terrasse ; très pratique pour Dunaflor/Playmar ; Caffè Aloia et café canarien en couches photographié</w:t>
            </w:r>
          </w:p>
        </w:tc>
      </w:tr>
      <w:tr w:rsidR="00650973" w14:paraId="29C103C0" w14:textId="77777777">
        <w:trPr>
          <w:cantSplit/>
          <w:jc w:val="center"/>
        </w:trPr>
        <w:tc>
          <w:tcPr>
            <w:tcW w:w="5103" w:type="dxa"/>
            <w:shd w:val="clear" w:color="auto" w:fill="F8FAF8"/>
            <w:tcMar>
              <w:top w:w="70" w:type="dxa"/>
              <w:left w:w="80" w:type="dxa"/>
              <w:bottom w:w="70" w:type="dxa"/>
              <w:right w:w="80" w:type="dxa"/>
            </w:tcMar>
            <w:vAlign w:val="center"/>
          </w:tcPr>
          <w:p w14:paraId="5C44EAC4"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5AEF4F45" w14:textId="77777777" w:rsidR="00650973" w:rsidRDefault="00080072">
            <w:r>
              <w:rPr>
                <w:rFonts w:ascii="Arial" w:hAnsi="Arial"/>
                <w:sz w:val="21"/>
              </w:rPr>
              <w:t>Voir remarques / non précisée</w:t>
            </w:r>
          </w:p>
        </w:tc>
      </w:tr>
      <w:tr w:rsidR="00650973" w14:paraId="0AE81576" w14:textId="77777777">
        <w:trPr>
          <w:cantSplit/>
          <w:jc w:val="center"/>
        </w:trPr>
        <w:tc>
          <w:tcPr>
            <w:tcW w:w="5103" w:type="dxa"/>
            <w:tcMar>
              <w:top w:w="70" w:type="dxa"/>
              <w:left w:w="80" w:type="dxa"/>
              <w:bottom w:w="70" w:type="dxa"/>
              <w:right w:w="80" w:type="dxa"/>
            </w:tcMar>
            <w:vAlign w:val="center"/>
          </w:tcPr>
          <w:p w14:paraId="6CB9B5FD"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2B879190" w14:textId="77777777" w:rsidR="00650973" w:rsidRDefault="00080072">
            <w:r>
              <w:rPr>
                <w:rFonts w:ascii="Arial" w:hAnsi="Arial"/>
                <w:sz w:val="21"/>
              </w:rPr>
              <w:t>Solution quotidienne très proche ; terrasse, café, sandwiches, apéritif.</w:t>
            </w:r>
          </w:p>
        </w:tc>
      </w:tr>
      <w:tr w:rsidR="00650973" w14:paraId="1C696BF4" w14:textId="77777777">
        <w:trPr>
          <w:cantSplit/>
          <w:jc w:val="center"/>
        </w:trPr>
        <w:tc>
          <w:tcPr>
            <w:tcW w:w="5103" w:type="dxa"/>
            <w:shd w:val="clear" w:color="auto" w:fill="F8FAF8"/>
            <w:tcMar>
              <w:top w:w="70" w:type="dxa"/>
              <w:left w:w="80" w:type="dxa"/>
              <w:bottom w:w="70" w:type="dxa"/>
              <w:right w:w="80" w:type="dxa"/>
            </w:tcMar>
            <w:vAlign w:val="center"/>
          </w:tcPr>
          <w:p w14:paraId="048C02AC"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0A4F39CF" w14:textId="77777777" w:rsidR="00650973" w:rsidRDefault="00080072">
            <w:r>
              <w:rPr>
                <w:rFonts w:ascii="Arial" w:hAnsi="Arial"/>
                <w:sz w:val="21"/>
              </w:rPr>
              <w:t>Toutes les données absentes ou marquées comme non établies ; horaires à revérifier avant le séjour.</w:t>
            </w:r>
          </w:p>
        </w:tc>
      </w:tr>
    </w:tbl>
    <w:p w14:paraId="135F3A7F" w14:textId="77777777" w:rsidR="00650973" w:rsidRDefault="00650973">
      <w:pPr>
        <w:spacing w:after="40"/>
      </w:pPr>
    </w:p>
    <w:p w14:paraId="4753DF38" w14:textId="77777777" w:rsidR="00650973" w:rsidRDefault="00080072">
      <w:r>
        <w:rPr>
          <w:b/>
          <w:sz w:val="17"/>
        </w:rPr>
        <w:t xml:space="preserve">URL : </w:t>
      </w:r>
      <w:hyperlink r:id="rId32">
        <w:r>
          <w:rPr>
            <w:color w:val="0563C1"/>
            <w:u w:val="single"/>
          </w:rPr>
          <w:t>Tripadvisor</w:t>
        </w:r>
      </w:hyperlink>
    </w:p>
    <w:p w14:paraId="77A75350" w14:textId="77777777" w:rsidR="00650973" w:rsidRDefault="00080072">
      <w:pPr>
        <w:pStyle w:val="Titre2"/>
        <w:spacing w:before="160" w:after="80"/>
      </w:pPr>
      <w:r>
        <w:rPr>
          <w:rFonts w:ascii="Arial" w:hAnsi="Arial"/>
          <w:color w:val="C97A2B"/>
          <w:sz w:val="28"/>
        </w:rPr>
        <w:t>RESTAURANTE CAMPO DE GOLF DE MASPALOMAS</w:t>
      </w:r>
    </w:p>
    <w:tbl>
      <w:tblPr>
        <w:tblStyle w:val="Grilledutableau"/>
        <w:tblW w:w="0" w:type="auto"/>
        <w:jc w:val="center"/>
        <w:tblLook w:val="04A0" w:firstRow="1" w:lastRow="0" w:firstColumn="1" w:lastColumn="0" w:noHBand="0" w:noVBand="1"/>
      </w:tblPr>
      <w:tblGrid>
        <w:gridCol w:w="5103"/>
        <w:gridCol w:w="5103"/>
      </w:tblGrid>
      <w:tr w:rsidR="00650973" w14:paraId="633F0A96" w14:textId="77777777">
        <w:trPr>
          <w:cantSplit/>
          <w:tblHeader/>
          <w:jc w:val="center"/>
        </w:trPr>
        <w:tc>
          <w:tcPr>
            <w:tcW w:w="5103" w:type="dxa"/>
            <w:shd w:val="clear" w:color="auto" w:fill="2F6B4F"/>
            <w:tcMar>
              <w:top w:w="70" w:type="dxa"/>
              <w:left w:w="80" w:type="dxa"/>
              <w:bottom w:w="70" w:type="dxa"/>
              <w:right w:w="80" w:type="dxa"/>
            </w:tcMar>
            <w:vAlign w:val="center"/>
          </w:tcPr>
          <w:p w14:paraId="69341A72"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0EE78752" w14:textId="77777777" w:rsidR="00650973" w:rsidRDefault="00080072">
            <w:pPr>
              <w:jc w:val="center"/>
            </w:pPr>
            <w:r>
              <w:rPr>
                <w:rFonts w:ascii="Arial" w:hAnsi="Arial"/>
                <w:b/>
                <w:color w:val="FFFFFF"/>
                <w:sz w:val="21"/>
              </w:rPr>
              <w:t>Information</w:t>
            </w:r>
          </w:p>
        </w:tc>
      </w:tr>
      <w:tr w:rsidR="00650973" w14:paraId="6B273B36" w14:textId="77777777">
        <w:trPr>
          <w:cantSplit/>
          <w:jc w:val="center"/>
        </w:trPr>
        <w:tc>
          <w:tcPr>
            <w:tcW w:w="5103" w:type="dxa"/>
            <w:tcMar>
              <w:top w:w="70" w:type="dxa"/>
              <w:left w:w="80" w:type="dxa"/>
              <w:bottom w:w="70" w:type="dxa"/>
              <w:right w:w="80" w:type="dxa"/>
            </w:tcMar>
            <w:vAlign w:val="center"/>
          </w:tcPr>
          <w:p w14:paraId="0486065F"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24AF10E1" w14:textId="77777777" w:rsidR="00650973" w:rsidRDefault="00080072">
            <w:r>
              <w:rPr>
                <w:rFonts w:ascii="Arial" w:hAnsi="Arial"/>
                <w:sz w:val="21"/>
              </w:rPr>
              <w:t>Restaurant / petit-déjeuner à la carte</w:t>
            </w:r>
          </w:p>
        </w:tc>
      </w:tr>
      <w:tr w:rsidR="00650973" w14:paraId="768F1B6A" w14:textId="77777777">
        <w:trPr>
          <w:cantSplit/>
          <w:jc w:val="center"/>
        </w:trPr>
        <w:tc>
          <w:tcPr>
            <w:tcW w:w="5103" w:type="dxa"/>
            <w:shd w:val="clear" w:color="auto" w:fill="F8FAF8"/>
            <w:tcMar>
              <w:top w:w="70" w:type="dxa"/>
              <w:left w:w="80" w:type="dxa"/>
              <w:bottom w:w="70" w:type="dxa"/>
              <w:right w:w="80" w:type="dxa"/>
            </w:tcMar>
            <w:vAlign w:val="center"/>
          </w:tcPr>
          <w:p w14:paraId="5B177EA7"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2F62A635" w14:textId="77777777" w:rsidR="00650973" w:rsidRDefault="00080072">
            <w:r>
              <w:rPr>
                <w:rFonts w:ascii="Arial" w:hAnsi="Arial"/>
                <w:sz w:val="21"/>
              </w:rPr>
              <w:t>Av. Touroperador Neckermann 0</w:t>
            </w:r>
          </w:p>
        </w:tc>
      </w:tr>
      <w:tr w:rsidR="00650973" w14:paraId="279C0F4D" w14:textId="77777777">
        <w:trPr>
          <w:cantSplit/>
          <w:jc w:val="center"/>
        </w:trPr>
        <w:tc>
          <w:tcPr>
            <w:tcW w:w="5103" w:type="dxa"/>
            <w:tcMar>
              <w:top w:w="70" w:type="dxa"/>
              <w:left w:w="80" w:type="dxa"/>
              <w:bottom w:w="70" w:type="dxa"/>
              <w:right w:w="80" w:type="dxa"/>
            </w:tcMar>
            <w:vAlign w:val="center"/>
          </w:tcPr>
          <w:p w14:paraId="6B1B9B61"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1D24CB68" w14:textId="77777777" w:rsidR="00650973" w:rsidRDefault="00080072">
            <w:r>
              <w:rPr>
                <w:rFonts w:ascii="Arial" w:hAnsi="Arial"/>
                <w:sz w:val="21"/>
              </w:rPr>
              <w:t>Campo Internacional</w:t>
            </w:r>
          </w:p>
        </w:tc>
      </w:tr>
      <w:tr w:rsidR="00650973" w14:paraId="1F1867F4" w14:textId="77777777">
        <w:trPr>
          <w:cantSplit/>
          <w:jc w:val="center"/>
        </w:trPr>
        <w:tc>
          <w:tcPr>
            <w:tcW w:w="5103" w:type="dxa"/>
            <w:shd w:val="clear" w:color="auto" w:fill="F8FAF8"/>
            <w:tcMar>
              <w:top w:w="70" w:type="dxa"/>
              <w:left w:w="80" w:type="dxa"/>
              <w:bottom w:w="70" w:type="dxa"/>
              <w:right w:w="80" w:type="dxa"/>
            </w:tcMar>
            <w:vAlign w:val="center"/>
          </w:tcPr>
          <w:p w14:paraId="2903D17E"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1288A46B" w14:textId="77777777" w:rsidR="00650973" w:rsidRDefault="00080072">
            <w:r>
              <w:rPr>
                <w:rFonts w:ascii="Arial" w:hAnsi="Arial"/>
                <w:sz w:val="21"/>
              </w:rPr>
              <w:t>≈280 m</w:t>
            </w:r>
          </w:p>
        </w:tc>
      </w:tr>
      <w:tr w:rsidR="00650973" w14:paraId="64AE0535" w14:textId="77777777">
        <w:trPr>
          <w:cantSplit/>
          <w:jc w:val="center"/>
        </w:trPr>
        <w:tc>
          <w:tcPr>
            <w:tcW w:w="5103" w:type="dxa"/>
            <w:tcMar>
              <w:top w:w="70" w:type="dxa"/>
              <w:left w:w="80" w:type="dxa"/>
              <w:bottom w:w="70" w:type="dxa"/>
              <w:right w:w="80" w:type="dxa"/>
            </w:tcMar>
            <w:vAlign w:val="center"/>
          </w:tcPr>
          <w:p w14:paraId="0658AF45"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1348A351" w14:textId="77777777" w:rsidR="00650973" w:rsidRDefault="00080072">
            <w:r>
              <w:rPr>
                <w:rFonts w:ascii="Arial" w:hAnsi="Arial"/>
                <w:sz w:val="21"/>
              </w:rPr>
              <w:t>Quelques minutes ; valeur exacte non établie</w:t>
            </w:r>
          </w:p>
        </w:tc>
      </w:tr>
      <w:tr w:rsidR="00650973" w14:paraId="1340A199" w14:textId="77777777">
        <w:trPr>
          <w:cantSplit/>
          <w:jc w:val="center"/>
        </w:trPr>
        <w:tc>
          <w:tcPr>
            <w:tcW w:w="5103" w:type="dxa"/>
            <w:shd w:val="clear" w:color="auto" w:fill="F8FAF8"/>
            <w:tcMar>
              <w:top w:w="70" w:type="dxa"/>
              <w:left w:w="80" w:type="dxa"/>
              <w:bottom w:w="70" w:type="dxa"/>
              <w:right w:w="80" w:type="dxa"/>
            </w:tcMar>
            <w:vAlign w:val="center"/>
          </w:tcPr>
          <w:p w14:paraId="030AB798"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4D3206ED" w14:textId="77777777" w:rsidR="00650973" w:rsidRDefault="00080072">
            <w:r>
              <w:rPr>
                <w:rFonts w:ascii="Arial" w:hAnsi="Arial"/>
                <w:sz w:val="21"/>
              </w:rPr>
              <w:t>Non nécessaire</w:t>
            </w:r>
          </w:p>
        </w:tc>
      </w:tr>
      <w:tr w:rsidR="00650973" w14:paraId="322AFE52" w14:textId="77777777">
        <w:trPr>
          <w:cantSplit/>
          <w:jc w:val="center"/>
        </w:trPr>
        <w:tc>
          <w:tcPr>
            <w:tcW w:w="5103" w:type="dxa"/>
            <w:tcMar>
              <w:top w:w="70" w:type="dxa"/>
              <w:left w:w="80" w:type="dxa"/>
              <w:bottom w:w="70" w:type="dxa"/>
              <w:right w:w="80" w:type="dxa"/>
            </w:tcMar>
            <w:vAlign w:val="center"/>
          </w:tcPr>
          <w:p w14:paraId="3184197D"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33D29F03" w14:textId="77777777" w:rsidR="00650973" w:rsidRDefault="00080072">
            <w:r>
              <w:rPr>
                <w:rFonts w:ascii="Arial" w:hAnsi="Arial"/>
                <w:sz w:val="21"/>
              </w:rPr>
              <w:t>Dès 9h ; horaires relevés 9h–20h30, dim. plus court</w:t>
            </w:r>
          </w:p>
        </w:tc>
      </w:tr>
      <w:tr w:rsidR="00650973" w14:paraId="3792DB99" w14:textId="77777777">
        <w:trPr>
          <w:cantSplit/>
          <w:jc w:val="center"/>
        </w:trPr>
        <w:tc>
          <w:tcPr>
            <w:tcW w:w="5103" w:type="dxa"/>
            <w:shd w:val="clear" w:color="auto" w:fill="F8FAF8"/>
            <w:tcMar>
              <w:top w:w="70" w:type="dxa"/>
              <w:left w:w="80" w:type="dxa"/>
              <w:bottom w:w="70" w:type="dxa"/>
              <w:right w:w="80" w:type="dxa"/>
            </w:tcMar>
            <w:vAlign w:val="center"/>
          </w:tcPr>
          <w:p w14:paraId="366B6D86"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5255906F" w14:textId="77777777" w:rsidR="00650973" w:rsidRDefault="00080072">
            <w:r>
              <w:rPr>
                <w:rFonts w:ascii="Arial" w:hAnsi="Arial"/>
                <w:sz w:val="21"/>
              </w:rPr>
              <w:t>Œufs, omelettes, sandwiches, café</w:t>
            </w:r>
          </w:p>
        </w:tc>
      </w:tr>
      <w:tr w:rsidR="00650973" w14:paraId="01929232" w14:textId="77777777">
        <w:trPr>
          <w:cantSplit/>
          <w:jc w:val="center"/>
        </w:trPr>
        <w:tc>
          <w:tcPr>
            <w:tcW w:w="5103" w:type="dxa"/>
            <w:tcMar>
              <w:top w:w="70" w:type="dxa"/>
              <w:left w:w="80" w:type="dxa"/>
              <w:bottom w:w="70" w:type="dxa"/>
              <w:right w:w="80" w:type="dxa"/>
            </w:tcMar>
            <w:vAlign w:val="center"/>
          </w:tcPr>
          <w:p w14:paraId="17FF5E4B"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3AD11154" w14:textId="77777777" w:rsidR="00650973" w:rsidRDefault="00080072">
            <w:r>
              <w:rPr>
                <w:rFonts w:ascii="Arial" w:hAnsi="Arial"/>
                <w:sz w:val="21"/>
              </w:rPr>
              <w:t>4,50–11 € le matin</w:t>
            </w:r>
          </w:p>
        </w:tc>
      </w:tr>
      <w:tr w:rsidR="00650973" w14:paraId="738FC3B4" w14:textId="77777777">
        <w:trPr>
          <w:cantSplit/>
          <w:jc w:val="center"/>
        </w:trPr>
        <w:tc>
          <w:tcPr>
            <w:tcW w:w="5103" w:type="dxa"/>
            <w:shd w:val="clear" w:color="auto" w:fill="F8FAF8"/>
            <w:tcMar>
              <w:top w:w="70" w:type="dxa"/>
              <w:left w:w="80" w:type="dxa"/>
              <w:bottom w:w="70" w:type="dxa"/>
              <w:right w:w="80" w:type="dxa"/>
            </w:tcMar>
            <w:vAlign w:val="center"/>
          </w:tcPr>
          <w:p w14:paraId="6EFF30FF"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4F07A69D" w14:textId="77777777" w:rsidR="00650973" w:rsidRDefault="00080072">
            <w:r>
              <w:rPr>
                <w:rFonts w:ascii="Arial" w:hAnsi="Arial"/>
                <w:sz w:val="21"/>
              </w:rPr>
              <w:t>Oui / visible dans les photos</w:t>
            </w:r>
          </w:p>
        </w:tc>
      </w:tr>
      <w:tr w:rsidR="00650973" w14:paraId="1019BE6C" w14:textId="77777777">
        <w:trPr>
          <w:cantSplit/>
          <w:jc w:val="center"/>
        </w:trPr>
        <w:tc>
          <w:tcPr>
            <w:tcW w:w="5103" w:type="dxa"/>
            <w:tcMar>
              <w:top w:w="70" w:type="dxa"/>
              <w:left w:w="80" w:type="dxa"/>
              <w:bottom w:w="70" w:type="dxa"/>
              <w:right w:w="80" w:type="dxa"/>
            </w:tcMar>
            <w:vAlign w:val="center"/>
          </w:tcPr>
          <w:p w14:paraId="6D53B518"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3F57385B" w14:textId="77777777" w:rsidR="00650973" w:rsidRDefault="00080072">
            <w:r>
              <w:rPr>
                <w:rFonts w:ascii="Arial" w:hAnsi="Arial"/>
                <w:sz w:val="21"/>
              </w:rPr>
              <w:t>Grande terrasse sur le golf ; carte matinale détaillée</w:t>
            </w:r>
          </w:p>
        </w:tc>
      </w:tr>
      <w:tr w:rsidR="00650973" w14:paraId="39261743" w14:textId="77777777">
        <w:trPr>
          <w:cantSplit/>
          <w:jc w:val="center"/>
        </w:trPr>
        <w:tc>
          <w:tcPr>
            <w:tcW w:w="5103" w:type="dxa"/>
            <w:shd w:val="clear" w:color="auto" w:fill="F8FAF8"/>
            <w:tcMar>
              <w:top w:w="70" w:type="dxa"/>
              <w:left w:w="80" w:type="dxa"/>
              <w:bottom w:w="70" w:type="dxa"/>
              <w:right w:w="80" w:type="dxa"/>
            </w:tcMar>
            <w:vAlign w:val="center"/>
          </w:tcPr>
          <w:p w14:paraId="46AAF406"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27606C43" w14:textId="77777777" w:rsidR="00650973" w:rsidRDefault="00080072">
            <w:r>
              <w:rPr>
                <w:rFonts w:ascii="Arial" w:hAnsi="Arial"/>
                <w:sz w:val="21"/>
              </w:rPr>
              <w:t>Voir remarques / non précisée</w:t>
            </w:r>
          </w:p>
        </w:tc>
      </w:tr>
      <w:tr w:rsidR="00650973" w14:paraId="6280845E" w14:textId="77777777">
        <w:trPr>
          <w:cantSplit/>
          <w:jc w:val="center"/>
        </w:trPr>
        <w:tc>
          <w:tcPr>
            <w:tcW w:w="5103" w:type="dxa"/>
            <w:tcMar>
              <w:top w:w="70" w:type="dxa"/>
              <w:left w:w="80" w:type="dxa"/>
              <w:bottom w:w="70" w:type="dxa"/>
              <w:right w:w="80" w:type="dxa"/>
            </w:tcMar>
            <w:vAlign w:val="center"/>
          </w:tcPr>
          <w:p w14:paraId="055745C7" w14:textId="77777777" w:rsidR="00650973" w:rsidRDefault="00080072">
            <w:r>
              <w:rPr>
                <w:rFonts w:ascii="Arial" w:hAnsi="Arial"/>
                <w:sz w:val="21"/>
              </w:rPr>
              <w:lastRenderedPageBreak/>
              <w:t>Pourquoi nous l’avons retenu</w:t>
            </w:r>
          </w:p>
        </w:tc>
        <w:tc>
          <w:tcPr>
            <w:tcW w:w="5103" w:type="dxa"/>
            <w:tcMar>
              <w:top w:w="70" w:type="dxa"/>
              <w:left w:w="80" w:type="dxa"/>
              <w:bottom w:w="70" w:type="dxa"/>
              <w:right w:w="80" w:type="dxa"/>
            </w:tcMar>
            <w:vAlign w:val="center"/>
          </w:tcPr>
          <w:p w14:paraId="001C8E02" w14:textId="77777777" w:rsidR="00650973" w:rsidRDefault="00080072">
            <w:r>
              <w:rPr>
                <w:rFonts w:ascii="Arial" w:hAnsi="Arial"/>
                <w:sz w:val="21"/>
              </w:rPr>
              <w:t>Très polyvalent, superbe cadre, petit-déjeuner documenté et grande carte.</w:t>
            </w:r>
          </w:p>
        </w:tc>
      </w:tr>
      <w:tr w:rsidR="00650973" w14:paraId="661A219A" w14:textId="77777777">
        <w:trPr>
          <w:cantSplit/>
          <w:jc w:val="center"/>
        </w:trPr>
        <w:tc>
          <w:tcPr>
            <w:tcW w:w="5103" w:type="dxa"/>
            <w:shd w:val="clear" w:color="auto" w:fill="F8FAF8"/>
            <w:tcMar>
              <w:top w:w="70" w:type="dxa"/>
              <w:left w:w="80" w:type="dxa"/>
              <w:bottom w:w="70" w:type="dxa"/>
              <w:right w:w="80" w:type="dxa"/>
            </w:tcMar>
            <w:vAlign w:val="center"/>
          </w:tcPr>
          <w:p w14:paraId="7762F957"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2B047C1D" w14:textId="77777777" w:rsidR="00650973" w:rsidRDefault="00080072">
            <w:r>
              <w:rPr>
                <w:rFonts w:ascii="Arial" w:hAnsi="Arial"/>
                <w:sz w:val="21"/>
              </w:rPr>
              <w:t>Toutes les données absentes ou marquées comme non établies ; horaires à revérifier avant le séjour.</w:t>
            </w:r>
          </w:p>
        </w:tc>
      </w:tr>
    </w:tbl>
    <w:p w14:paraId="1387EC36" w14:textId="77777777" w:rsidR="00650973" w:rsidRDefault="00650973">
      <w:pPr>
        <w:spacing w:after="40"/>
      </w:pPr>
    </w:p>
    <w:p w14:paraId="607D903C" w14:textId="77777777" w:rsidR="00650973" w:rsidRDefault="00080072">
      <w:r>
        <w:rPr>
          <w:b/>
          <w:sz w:val="17"/>
        </w:rPr>
        <w:t xml:space="preserve">URL : </w:t>
      </w:r>
      <w:r>
        <w:rPr>
          <w:i/>
          <w:color w:val="666666"/>
          <w:sz w:val="17"/>
        </w:rPr>
        <w:t>URL non conservée</w:t>
      </w:r>
    </w:p>
    <w:p w14:paraId="4C13259D" w14:textId="77777777" w:rsidR="00650973" w:rsidRDefault="00080072">
      <w:pPr>
        <w:pStyle w:val="Titre2"/>
        <w:spacing w:before="160" w:after="80"/>
      </w:pPr>
      <w:r>
        <w:rPr>
          <w:rFonts w:ascii="Arial" w:hAnsi="Arial"/>
          <w:color w:val="C97A2B"/>
          <w:sz w:val="28"/>
        </w:rPr>
        <w:t>BUNGALOWS VISTAFLOR</w:t>
      </w:r>
    </w:p>
    <w:tbl>
      <w:tblPr>
        <w:tblStyle w:val="Grilledutableau"/>
        <w:tblW w:w="0" w:type="auto"/>
        <w:jc w:val="center"/>
        <w:tblLook w:val="04A0" w:firstRow="1" w:lastRow="0" w:firstColumn="1" w:lastColumn="0" w:noHBand="0" w:noVBand="1"/>
      </w:tblPr>
      <w:tblGrid>
        <w:gridCol w:w="5103"/>
        <w:gridCol w:w="5103"/>
      </w:tblGrid>
      <w:tr w:rsidR="00650973" w14:paraId="3FD0E44F" w14:textId="77777777">
        <w:trPr>
          <w:cantSplit/>
          <w:tblHeader/>
          <w:jc w:val="center"/>
        </w:trPr>
        <w:tc>
          <w:tcPr>
            <w:tcW w:w="5103" w:type="dxa"/>
            <w:shd w:val="clear" w:color="auto" w:fill="2F6B4F"/>
            <w:tcMar>
              <w:top w:w="70" w:type="dxa"/>
              <w:left w:w="80" w:type="dxa"/>
              <w:bottom w:w="70" w:type="dxa"/>
              <w:right w:w="80" w:type="dxa"/>
            </w:tcMar>
            <w:vAlign w:val="center"/>
          </w:tcPr>
          <w:p w14:paraId="1596CD62"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5551D7CE" w14:textId="77777777" w:rsidR="00650973" w:rsidRDefault="00080072">
            <w:pPr>
              <w:jc w:val="center"/>
            </w:pPr>
            <w:r>
              <w:rPr>
                <w:rFonts w:ascii="Arial" w:hAnsi="Arial"/>
                <w:b/>
                <w:color w:val="FFFFFF"/>
                <w:sz w:val="21"/>
              </w:rPr>
              <w:t>Information</w:t>
            </w:r>
          </w:p>
        </w:tc>
      </w:tr>
      <w:tr w:rsidR="00650973" w14:paraId="2A6512FF" w14:textId="77777777">
        <w:trPr>
          <w:cantSplit/>
          <w:jc w:val="center"/>
        </w:trPr>
        <w:tc>
          <w:tcPr>
            <w:tcW w:w="5103" w:type="dxa"/>
            <w:tcMar>
              <w:top w:w="70" w:type="dxa"/>
              <w:left w:w="80" w:type="dxa"/>
              <w:bottom w:w="70" w:type="dxa"/>
              <w:right w:w="80" w:type="dxa"/>
            </w:tcMar>
            <w:vAlign w:val="center"/>
          </w:tcPr>
          <w:p w14:paraId="4BD388CF"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0D344C70" w14:textId="77777777" w:rsidR="00650973" w:rsidRDefault="00080072">
            <w:r>
              <w:rPr>
                <w:rFonts w:ascii="Arial" w:hAnsi="Arial"/>
                <w:sz w:val="21"/>
              </w:rPr>
              <w:t>Buffet hôtel ouvert aux externes</w:t>
            </w:r>
          </w:p>
        </w:tc>
      </w:tr>
      <w:tr w:rsidR="00650973" w14:paraId="2413E66F" w14:textId="77777777">
        <w:trPr>
          <w:cantSplit/>
          <w:jc w:val="center"/>
        </w:trPr>
        <w:tc>
          <w:tcPr>
            <w:tcW w:w="5103" w:type="dxa"/>
            <w:shd w:val="clear" w:color="auto" w:fill="F8FAF8"/>
            <w:tcMar>
              <w:top w:w="70" w:type="dxa"/>
              <w:left w:w="80" w:type="dxa"/>
              <w:bottom w:w="70" w:type="dxa"/>
              <w:right w:w="80" w:type="dxa"/>
            </w:tcMar>
            <w:vAlign w:val="center"/>
          </w:tcPr>
          <w:p w14:paraId="02967DDB"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6266FD65" w14:textId="77777777" w:rsidR="00650973" w:rsidRDefault="00080072">
            <w:r>
              <w:rPr>
                <w:rFonts w:ascii="Arial" w:hAnsi="Arial"/>
                <w:sz w:val="21"/>
              </w:rPr>
              <w:t>Av. Touroperador Neckermann, secteur Vistaflor</w:t>
            </w:r>
          </w:p>
        </w:tc>
      </w:tr>
      <w:tr w:rsidR="00650973" w14:paraId="0AFFB620" w14:textId="77777777">
        <w:trPr>
          <w:cantSplit/>
          <w:jc w:val="center"/>
        </w:trPr>
        <w:tc>
          <w:tcPr>
            <w:tcW w:w="5103" w:type="dxa"/>
            <w:tcMar>
              <w:top w:w="70" w:type="dxa"/>
              <w:left w:w="80" w:type="dxa"/>
              <w:bottom w:w="70" w:type="dxa"/>
              <w:right w:w="80" w:type="dxa"/>
            </w:tcMar>
            <w:vAlign w:val="center"/>
          </w:tcPr>
          <w:p w14:paraId="2A7BF988"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71209BA3" w14:textId="77777777" w:rsidR="00650973" w:rsidRDefault="00080072">
            <w:r>
              <w:rPr>
                <w:rFonts w:ascii="Arial" w:hAnsi="Arial"/>
                <w:sz w:val="21"/>
              </w:rPr>
              <w:t>Campo Internacional</w:t>
            </w:r>
          </w:p>
        </w:tc>
      </w:tr>
      <w:tr w:rsidR="00650973" w14:paraId="01CC9A8D" w14:textId="77777777">
        <w:trPr>
          <w:cantSplit/>
          <w:jc w:val="center"/>
        </w:trPr>
        <w:tc>
          <w:tcPr>
            <w:tcW w:w="5103" w:type="dxa"/>
            <w:shd w:val="clear" w:color="auto" w:fill="F8FAF8"/>
            <w:tcMar>
              <w:top w:w="70" w:type="dxa"/>
              <w:left w:w="80" w:type="dxa"/>
              <w:bottom w:w="70" w:type="dxa"/>
              <w:right w:w="80" w:type="dxa"/>
            </w:tcMar>
            <w:vAlign w:val="center"/>
          </w:tcPr>
          <w:p w14:paraId="0EFAB17C"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42779CF1" w14:textId="77777777" w:rsidR="00650973" w:rsidRDefault="00080072">
            <w:r>
              <w:rPr>
                <w:rFonts w:ascii="Arial" w:hAnsi="Arial"/>
                <w:sz w:val="21"/>
              </w:rPr>
              <w:t>Non établie</w:t>
            </w:r>
          </w:p>
        </w:tc>
      </w:tr>
      <w:tr w:rsidR="00650973" w14:paraId="1511ABA2" w14:textId="77777777">
        <w:trPr>
          <w:cantSplit/>
          <w:jc w:val="center"/>
        </w:trPr>
        <w:tc>
          <w:tcPr>
            <w:tcW w:w="5103" w:type="dxa"/>
            <w:tcMar>
              <w:top w:w="70" w:type="dxa"/>
              <w:left w:w="80" w:type="dxa"/>
              <w:bottom w:w="70" w:type="dxa"/>
              <w:right w:w="80" w:type="dxa"/>
            </w:tcMar>
            <w:vAlign w:val="center"/>
          </w:tcPr>
          <w:p w14:paraId="2151D443"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5B48DB4B" w14:textId="77777777" w:rsidR="00650973" w:rsidRDefault="00080072">
            <w:r>
              <w:rPr>
                <w:rFonts w:ascii="Arial" w:hAnsi="Arial"/>
                <w:sz w:val="21"/>
              </w:rPr>
              <w:t>Non établi</w:t>
            </w:r>
          </w:p>
        </w:tc>
      </w:tr>
      <w:tr w:rsidR="00650973" w14:paraId="6977D908" w14:textId="77777777">
        <w:trPr>
          <w:cantSplit/>
          <w:jc w:val="center"/>
        </w:trPr>
        <w:tc>
          <w:tcPr>
            <w:tcW w:w="5103" w:type="dxa"/>
            <w:shd w:val="clear" w:color="auto" w:fill="F8FAF8"/>
            <w:tcMar>
              <w:top w:w="70" w:type="dxa"/>
              <w:left w:w="80" w:type="dxa"/>
              <w:bottom w:w="70" w:type="dxa"/>
              <w:right w:w="80" w:type="dxa"/>
            </w:tcMar>
            <w:vAlign w:val="center"/>
          </w:tcPr>
          <w:p w14:paraId="61F22218"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2112CE0F" w14:textId="77777777" w:rsidR="00650973" w:rsidRDefault="00080072">
            <w:r>
              <w:rPr>
                <w:rFonts w:ascii="Arial" w:hAnsi="Arial"/>
                <w:sz w:val="21"/>
              </w:rPr>
              <w:t>Non nécessaire</w:t>
            </w:r>
          </w:p>
        </w:tc>
      </w:tr>
      <w:tr w:rsidR="00650973" w14:paraId="76EBABD2" w14:textId="77777777">
        <w:trPr>
          <w:cantSplit/>
          <w:jc w:val="center"/>
        </w:trPr>
        <w:tc>
          <w:tcPr>
            <w:tcW w:w="5103" w:type="dxa"/>
            <w:tcMar>
              <w:top w:w="70" w:type="dxa"/>
              <w:left w:w="80" w:type="dxa"/>
              <w:bottom w:w="70" w:type="dxa"/>
              <w:right w:w="80" w:type="dxa"/>
            </w:tcMar>
            <w:vAlign w:val="center"/>
          </w:tcPr>
          <w:p w14:paraId="35CE01F7"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3B2E3673" w14:textId="77777777" w:rsidR="00650973" w:rsidRDefault="00080072">
            <w:r>
              <w:rPr>
                <w:rFonts w:ascii="Arial" w:hAnsi="Arial"/>
                <w:sz w:val="21"/>
              </w:rPr>
              <w:t>08h00–10h00</w:t>
            </w:r>
          </w:p>
        </w:tc>
      </w:tr>
      <w:tr w:rsidR="00650973" w14:paraId="695A5856" w14:textId="77777777">
        <w:trPr>
          <w:cantSplit/>
          <w:jc w:val="center"/>
        </w:trPr>
        <w:tc>
          <w:tcPr>
            <w:tcW w:w="5103" w:type="dxa"/>
            <w:shd w:val="clear" w:color="auto" w:fill="F8FAF8"/>
            <w:tcMar>
              <w:top w:w="70" w:type="dxa"/>
              <w:left w:w="80" w:type="dxa"/>
              <w:bottom w:w="70" w:type="dxa"/>
              <w:right w:w="80" w:type="dxa"/>
            </w:tcMar>
            <w:vAlign w:val="center"/>
          </w:tcPr>
          <w:p w14:paraId="4A2B9385"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04C73574" w14:textId="77777777" w:rsidR="00650973" w:rsidRDefault="00080072">
            <w:r>
              <w:rPr>
                <w:rFonts w:ascii="Arial" w:hAnsi="Arial"/>
                <w:sz w:val="21"/>
              </w:rPr>
              <w:t>Buffet petit-déjeuner</w:t>
            </w:r>
          </w:p>
        </w:tc>
      </w:tr>
      <w:tr w:rsidR="00650973" w14:paraId="10B1915A" w14:textId="77777777">
        <w:trPr>
          <w:cantSplit/>
          <w:jc w:val="center"/>
        </w:trPr>
        <w:tc>
          <w:tcPr>
            <w:tcW w:w="5103" w:type="dxa"/>
            <w:tcMar>
              <w:top w:w="70" w:type="dxa"/>
              <w:left w:w="80" w:type="dxa"/>
              <w:bottom w:w="70" w:type="dxa"/>
              <w:right w:w="80" w:type="dxa"/>
            </w:tcMar>
            <w:vAlign w:val="center"/>
          </w:tcPr>
          <w:p w14:paraId="49FBDA18"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5DEAB86A" w14:textId="77777777" w:rsidR="00650973" w:rsidRDefault="00080072">
            <w:r>
              <w:rPr>
                <w:rFonts w:ascii="Arial" w:hAnsi="Arial"/>
                <w:sz w:val="21"/>
              </w:rPr>
              <w:t>15 €/adulte externe (confirmé par e-mail)</w:t>
            </w:r>
          </w:p>
        </w:tc>
      </w:tr>
      <w:tr w:rsidR="00650973" w14:paraId="52F9213A" w14:textId="77777777">
        <w:trPr>
          <w:cantSplit/>
          <w:jc w:val="center"/>
        </w:trPr>
        <w:tc>
          <w:tcPr>
            <w:tcW w:w="5103" w:type="dxa"/>
            <w:shd w:val="clear" w:color="auto" w:fill="F8FAF8"/>
            <w:tcMar>
              <w:top w:w="70" w:type="dxa"/>
              <w:left w:w="80" w:type="dxa"/>
              <w:bottom w:w="70" w:type="dxa"/>
              <w:right w:w="80" w:type="dxa"/>
            </w:tcMar>
            <w:vAlign w:val="center"/>
          </w:tcPr>
          <w:p w14:paraId="0721F12E"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3C2E3020" w14:textId="77777777" w:rsidR="00650973" w:rsidRDefault="00080072">
            <w:r>
              <w:rPr>
                <w:rFonts w:ascii="Arial" w:hAnsi="Arial"/>
                <w:sz w:val="21"/>
              </w:rPr>
              <w:t>Non précisé dans le chat</w:t>
            </w:r>
          </w:p>
        </w:tc>
      </w:tr>
      <w:tr w:rsidR="00650973" w14:paraId="58B1CEC2" w14:textId="77777777">
        <w:trPr>
          <w:cantSplit/>
          <w:jc w:val="center"/>
        </w:trPr>
        <w:tc>
          <w:tcPr>
            <w:tcW w:w="5103" w:type="dxa"/>
            <w:tcMar>
              <w:top w:w="70" w:type="dxa"/>
              <w:left w:w="80" w:type="dxa"/>
              <w:bottom w:w="70" w:type="dxa"/>
              <w:right w:w="80" w:type="dxa"/>
            </w:tcMar>
            <w:vAlign w:val="center"/>
          </w:tcPr>
          <w:p w14:paraId="3A7C9399"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58373324" w14:textId="77777777" w:rsidR="00650973" w:rsidRDefault="00080072">
            <w:r>
              <w:rPr>
                <w:rFonts w:ascii="Arial" w:hAnsi="Arial"/>
                <w:sz w:val="21"/>
              </w:rPr>
              <w:t>Accès externe confirmé directement ; après le petit-déjeuner il faut quitter l’hôtel. Ancien prix en ligne 7,50 € contradictoire : retenir 15 € pour externe 2026. Réservation non précisée.</w:t>
            </w:r>
          </w:p>
        </w:tc>
      </w:tr>
      <w:tr w:rsidR="00650973" w14:paraId="1E23A91E" w14:textId="77777777">
        <w:trPr>
          <w:cantSplit/>
          <w:jc w:val="center"/>
        </w:trPr>
        <w:tc>
          <w:tcPr>
            <w:tcW w:w="5103" w:type="dxa"/>
            <w:shd w:val="clear" w:color="auto" w:fill="F8FAF8"/>
            <w:tcMar>
              <w:top w:w="70" w:type="dxa"/>
              <w:left w:w="80" w:type="dxa"/>
              <w:bottom w:w="70" w:type="dxa"/>
              <w:right w:w="80" w:type="dxa"/>
            </w:tcMar>
            <w:vAlign w:val="center"/>
          </w:tcPr>
          <w:p w14:paraId="3855CAC9"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4E51407C" w14:textId="77777777" w:rsidR="00650973" w:rsidRDefault="00080072">
            <w:r>
              <w:rPr>
                <w:rFonts w:ascii="Arial" w:hAnsi="Arial"/>
                <w:sz w:val="21"/>
              </w:rPr>
              <w:t>Voir remarques / non précisée</w:t>
            </w:r>
          </w:p>
        </w:tc>
      </w:tr>
      <w:tr w:rsidR="00650973" w14:paraId="18A5DE6C" w14:textId="77777777">
        <w:trPr>
          <w:cantSplit/>
          <w:jc w:val="center"/>
        </w:trPr>
        <w:tc>
          <w:tcPr>
            <w:tcW w:w="5103" w:type="dxa"/>
            <w:tcMar>
              <w:top w:w="70" w:type="dxa"/>
              <w:left w:w="80" w:type="dxa"/>
              <w:bottom w:w="70" w:type="dxa"/>
              <w:right w:w="80" w:type="dxa"/>
            </w:tcMar>
            <w:vAlign w:val="center"/>
          </w:tcPr>
          <w:p w14:paraId="591BB618"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17259A87" w14:textId="77777777" w:rsidR="00650973" w:rsidRDefault="00080072">
            <w:r>
              <w:rPr>
                <w:rFonts w:ascii="Arial" w:hAnsi="Arial"/>
                <w:sz w:val="21"/>
              </w:rPr>
              <w:t>Buffet externe confirmé à 15 € dans le voisinage immédiat.</w:t>
            </w:r>
          </w:p>
        </w:tc>
      </w:tr>
      <w:tr w:rsidR="00650973" w14:paraId="5618C085" w14:textId="77777777">
        <w:trPr>
          <w:cantSplit/>
          <w:jc w:val="center"/>
        </w:trPr>
        <w:tc>
          <w:tcPr>
            <w:tcW w:w="5103" w:type="dxa"/>
            <w:shd w:val="clear" w:color="auto" w:fill="F8FAF8"/>
            <w:tcMar>
              <w:top w:w="70" w:type="dxa"/>
              <w:left w:w="80" w:type="dxa"/>
              <w:bottom w:w="70" w:type="dxa"/>
              <w:right w:w="80" w:type="dxa"/>
            </w:tcMar>
            <w:vAlign w:val="center"/>
          </w:tcPr>
          <w:p w14:paraId="2E52A39C"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335B715D" w14:textId="77777777" w:rsidR="00650973" w:rsidRDefault="00080072">
            <w:r>
              <w:rPr>
                <w:rFonts w:ascii="Arial" w:hAnsi="Arial"/>
                <w:sz w:val="21"/>
              </w:rPr>
              <w:t>Toutes les données absentes ou marquées comme non établies ; horaires à revérifier avant le séjour.</w:t>
            </w:r>
          </w:p>
        </w:tc>
      </w:tr>
    </w:tbl>
    <w:p w14:paraId="0E9E8FF4" w14:textId="77777777" w:rsidR="00650973" w:rsidRDefault="00650973">
      <w:pPr>
        <w:spacing w:after="40"/>
      </w:pPr>
    </w:p>
    <w:p w14:paraId="74052AC0" w14:textId="77777777" w:rsidR="00650973" w:rsidRDefault="00080072">
      <w:r>
        <w:rPr>
          <w:b/>
          <w:sz w:val="17"/>
        </w:rPr>
        <w:t xml:space="preserve">URL : </w:t>
      </w:r>
      <w:hyperlink r:id="rId33">
        <w:r>
          <w:rPr>
            <w:color w:val="0563C1"/>
            <w:u w:val="single"/>
          </w:rPr>
          <w:t>Site Vistaflor</w:t>
        </w:r>
      </w:hyperlink>
    </w:p>
    <w:p w14:paraId="054600EA" w14:textId="77777777" w:rsidR="00650973" w:rsidRDefault="00080072">
      <w:pPr>
        <w:pStyle w:val="Titre2"/>
        <w:spacing w:before="160" w:after="80"/>
      </w:pPr>
      <w:r>
        <w:rPr>
          <w:rFonts w:ascii="Arial" w:hAnsi="Arial"/>
          <w:color w:val="C97A2B"/>
          <w:sz w:val="28"/>
        </w:rPr>
        <w:t>CALMA CAFÉ</w:t>
      </w:r>
    </w:p>
    <w:tbl>
      <w:tblPr>
        <w:tblStyle w:val="Grilledutableau"/>
        <w:tblW w:w="0" w:type="auto"/>
        <w:jc w:val="center"/>
        <w:tblLook w:val="04A0" w:firstRow="1" w:lastRow="0" w:firstColumn="1" w:lastColumn="0" w:noHBand="0" w:noVBand="1"/>
      </w:tblPr>
      <w:tblGrid>
        <w:gridCol w:w="5103"/>
        <w:gridCol w:w="5103"/>
      </w:tblGrid>
      <w:tr w:rsidR="00650973" w14:paraId="5D1EFA32" w14:textId="77777777">
        <w:trPr>
          <w:cantSplit/>
          <w:tblHeader/>
          <w:jc w:val="center"/>
        </w:trPr>
        <w:tc>
          <w:tcPr>
            <w:tcW w:w="5103" w:type="dxa"/>
            <w:shd w:val="clear" w:color="auto" w:fill="2F6B4F"/>
            <w:tcMar>
              <w:top w:w="70" w:type="dxa"/>
              <w:left w:w="80" w:type="dxa"/>
              <w:bottom w:w="70" w:type="dxa"/>
              <w:right w:w="80" w:type="dxa"/>
            </w:tcMar>
            <w:vAlign w:val="center"/>
          </w:tcPr>
          <w:p w14:paraId="699DB98B"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62E3ED99" w14:textId="77777777" w:rsidR="00650973" w:rsidRDefault="00080072">
            <w:pPr>
              <w:jc w:val="center"/>
            </w:pPr>
            <w:r>
              <w:rPr>
                <w:rFonts w:ascii="Arial" w:hAnsi="Arial"/>
                <w:b/>
                <w:color w:val="FFFFFF"/>
                <w:sz w:val="21"/>
              </w:rPr>
              <w:t>Information</w:t>
            </w:r>
          </w:p>
        </w:tc>
      </w:tr>
      <w:tr w:rsidR="00650973" w14:paraId="3EABC376" w14:textId="77777777">
        <w:trPr>
          <w:cantSplit/>
          <w:jc w:val="center"/>
        </w:trPr>
        <w:tc>
          <w:tcPr>
            <w:tcW w:w="5103" w:type="dxa"/>
            <w:tcMar>
              <w:top w:w="70" w:type="dxa"/>
              <w:left w:w="80" w:type="dxa"/>
              <w:bottom w:w="70" w:type="dxa"/>
              <w:right w:w="80" w:type="dxa"/>
            </w:tcMar>
            <w:vAlign w:val="center"/>
          </w:tcPr>
          <w:p w14:paraId="0871346C"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79F4C80E" w14:textId="77777777" w:rsidR="00650973" w:rsidRDefault="00080072">
            <w:r>
              <w:rPr>
                <w:rFonts w:ascii="Arial" w:hAnsi="Arial"/>
                <w:sz w:val="21"/>
              </w:rPr>
              <w:t>Brunch café</w:t>
            </w:r>
          </w:p>
        </w:tc>
      </w:tr>
      <w:tr w:rsidR="00650973" w14:paraId="662CE7EC" w14:textId="77777777">
        <w:trPr>
          <w:cantSplit/>
          <w:jc w:val="center"/>
        </w:trPr>
        <w:tc>
          <w:tcPr>
            <w:tcW w:w="5103" w:type="dxa"/>
            <w:shd w:val="clear" w:color="auto" w:fill="F8FAF8"/>
            <w:tcMar>
              <w:top w:w="70" w:type="dxa"/>
              <w:left w:w="80" w:type="dxa"/>
              <w:bottom w:w="70" w:type="dxa"/>
              <w:right w:w="80" w:type="dxa"/>
            </w:tcMar>
            <w:vAlign w:val="center"/>
          </w:tcPr>
          <w:p w14:paraId="5E7661CD"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7E92F0CD" w14:textId="77777777" w:rsidR="00650973" w:rsidRDefault="00080072">
            <w:r>
              <w:rPr>
                <w:rFonts w:ascii="Arial" w:hAnsi="Arial"/>
                <w:sz w:val="21"/>
              </w:rPr>
              <w:t>Apt Aloe, Av. de Tirajana 3</w:t>
            </w:r>
          </w:p>
        </w:tc>
      </w:tr>
      <w:tr w:rsidR="00650973" w14:paraId="1AB736D8" w14:textId="77777777">
        <w:trPr>
          <w:cantSplit/>
          <w:jc w:val="center"/>
        </w:trPr>
        <w:tc>
          <w:tcPr>
            <w:tcW w:w="5103" w:type="dxa"/>
            <w:tcMar>
              <w:top w:w="70" w:type="dxa"/>
              <w:left w:w="80" w:type="dxa"/>
              <w:bottom w:w="70" w:type="dxa"/>
              <w:right w:w="80" w:type="dxa"/>
            </w:tcMar>
            <w:vAlign w:val="center"/>
          </w:tcPr>
          <w:p w14:paraId="63CA47E3"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6234B2AB" w14:textId="77777777" w:rsidR="00650973" w:rsidRDefault="00080072">
            <w:r>
              <w:rPr>
                <w:rFonts w:ascii="Arial" w:hAnsi="Arial"/>
                <w:sz w:val="21"/>
              </w:rPr>
              <w:t>Maspalomas / Playa del Inglés</w:t>
            </w:r>
          </w:p>
        </w:tc>
      </w:tr>
      <w:tr w:rsidR="00650973" w14:paraId="5ABA1281" w14:textId="77777777">
        <w:trPr>
          <w:cantSplit/>
          <w:jc w:val="center"/>
        </w:trPr>
        <w:tc>
          <w:tcPr>
            <w:tcW w:w="5103" w:type="dxa"/>
            <w:shd w:val="clear" w:color="auto" w:fill="F8FAF8"/>
            <w:tcMar>
              <w:top w:w="70" w:type="dxa"/>
              <w:left w:w="80" w:type="dxa"/>
              <w:bottom w:w="70" w:type="dxa"/>
              <w:right w:w="80" w:type="dxa"/>
            </w:tcMar>
            <w:vAlign w:val="center"/>
          </w:tcPr>
          <w:p w14:paraId="01BFC574"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3506A378" w14:textId="77777777" w:rsidR="00650973" w:rsidRDefault="00080072">
            <w:r>
              <w:rPr>
                <w:rFonts w:ascii="Arial" w:hAnsi="Arial"/>
                <w:sz w:val="21"/>
              </w:rPr>
              <w:t>Non établie</w:t>
            </w:r>
          </w:p>
        </w:tc>
      </w:tr>
      <w:tr w:rsidR="00650973" w14:paraId="32998EA0" w14:textId="77777777">
        <w:trPr>
          <w:cantSplit/>
          <w:jc w:val="center"/>
        </w:trPr>
        <w:tc>
          <w:tcPr>
            <w:tcW w:w="5103" w:type="dxa"/>
            <w:tcMar>
              <w:top w:w="70" w:type="dxa"/>
              <w:left w:w="80" w:type="dxa"/>
              <w:bottom w:w="70" w:type="dxa"/>
              <w:right w:w="80" w:type="dxa"/>
            </w:tcMar>
            <w:vAlign w:val="center"/>
          </w:tcPr>
          <w:p w14:paraId="2F64BC86"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46A13C77" w14:textId="77777777" w:rsidR="00650973" w:rsidRDefault="00080072">
            <w:r>
              <w:rPr>
                <w:rFonts w:ascii="Arial" w:hAnsi="Arial"/>
                <w:sz w:val="21"/>
              </w:rPr>
              <w:t>Non établi</w:t>
            </w:r>
          </w:p>
        </w:tc>
      </w:tr>
      <w:tr w:rsidR="00650973" w14:paraId="5FF677DF" w14:textId="77777777">
        <w:trPr>
          <w:cantSplit/>
          <w:jc w:val="center"/>
        </w:trPr>
        <w:tc>
          <w:tcPr>
            <w:tcW w:w="5103" w:type="dxa"/>
            <w:shd w:val="clear" w:color="auto" w:fill="F8FAF8"/>
            <w:tcMar>
              <w:top w:w="70" w:type="dxa"/>
              <w:left w:w="80" w:type="dxa"/>
              <w:bottom w:w="70" w:type="dxa"/>
              <w:right w:w="80" w:type="dxa"/>
            </w:tcMar>
            <w:vAlign w:val="center"/>
          </w:tcPr>
          <w:p w14:paraId="48017175"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7A6A6D77" w14:textId="77777777" w:rsidR="00650973" w:rsidRDefault="00080072">
            <w:r>
              <w:rPr>
                <w:rFonts w:ascii="Arial" w:hAnsi="Arial"/>
                <w:sz w:val="21"/>
              </w:rPr>
              <w:t>Courte voiture</w:t>
            </w:r>
          </w:p>
        </w:tc>
      </w:tr>
      <w:tr w:rsidR="00650973" w14:paraId="0396FF36" w14:textId="77777777">
        <w:trPr>
          <w:cantSplit/>
          <w:jc w:val="center"/>
        </w:trPr>
        <w:tc>
          <w:tcPr>
            <w:tcW w:w="5103" w:type="dxa"/>
            <w:tcMar>
              <w:top w:w="70" w:type="dxa"/>
              <w:left w:w="80" w:type="dxa"/>
              <w:bottom w:w="70" w:type="dxa"/>
              <w:right w:w="80" w:type="dxa"/>
            </w:tcMar>
            <w:vAlign w:val="center"/>
          </w:tcPr>
          <w:p w14:paraId="0D6199C8"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7455331E" w14:textId="77777777" w:rsidR="00650973" w:rsidRDefault="00080072">
            <w:r>
              <w:rPr>
                <w:rFonts w:ascii="Arial" w:hAnsi="Arial"/>
                <w:sz w:val="21"/>
              </w:rPr>
              <w:t>09h00–15h00 selon collecte ; mardi fermé selon recherche</w:t>
            </w:r>
          </w:p>
        </w:tc>
      </w:tr>
      <w:tr w:rsidR="00650973" w14:paraId="632C4158" w14:textId="77777777">
        <w:trPr>
          <w:cantSplit/>
          <w:jc w:val="center"/>
        </w:trPr>
        <w:tc>
          <w:tcPr>
            <w:tcW w:w="5103" w:type="dxa"/>
            <w:shd w:val="clear" w:color="auto" w:fill="F8FAF8"/>
            <w:tcMar>
              <w:top w:w="70" w:type="dxa"/>
              <w:left w:w="80" w:type="dxa"/>
              <w:bottom w:w="70" w:type="dxa"/>
              <w:right w:w="80" w:type="dxa"/>
            </w:tcMar>
            <w:vAlign w:val="center"/>
          </w:tcPr>
          <w:p w14:paraId="52C97117"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15045B38" w14:textId="77777777" w:rsidR="00650973" w:rsidRDefault="00080072">
            <w:r>
              <w:rPr>
                <w:rFonts w:ascii="Arial" w:hAnsi="Arial"/>
                <w:sz w:val="21"/>
              </w:rPr>
              <w:t>Toasts, granola, œufs, pancakes, saumon</w:t>
            </w:r>
          </w:p>
        </w:tc>
      </w:tr>
      <w:tr w:rsidR="00650973" w14:paraId="2AFAF57C" w14:textId="77777777">
        <w:trPr>
          <w:cantSplit/>
          <w:jc w:val="center"/>
        </w:trPr>
        <w:tc>
          <w:tcPr>
            <w:tcW w:w="5103" w:type="dxa"/>
            <w:tcMar>
              <w:top w:w="70" w:type="dxa"/>
              <w:left w:w="80" w:type="dxa"/>
              <w:bottom w:w="70" w:type="dxa"/>
              <w:right w:w="80" w:type="dxa"/>
            </w:tcMar>
            <w:vAlign w:val="center"/>
          </w:tcPr>
          <w:p w14:paraId="33D3AA2E" w14:textId="77777777" w:rsidR="00650973" w:rsidRDefault="00080072">
            <w:r>
              <w:rPr>
                <w:rFonts w:ascii="Arial" w:hAnsi="Arial"/>
                <w:sz w:val="21"/>
              </w:rPr>
              <w:lastRenderedPageBreak/>
              <w:t>Prix</w:t>
            </w:r>
          </w:p>
        </w:tc>
        <w:tc>
          <w:tcPr>
            <w:tcW w:w="5103" w:type="dxa"/>
            <w:tcMar>
              <w:top w:w="70" w:type="dxa"/>
              <w:left w:w="80" w:type="dxa"/>
              <w:bottom w:w="70" w:type="dxa"/>
              <w:right w:w="80" w:type="dxa"/>
            </w:tcMar>
            <w:vAlign w:val="center"/>
          </w:tcPr>
          <w:p w14:paraId="5A347F0D" w14:textId="77777777" w:rsidR="00650973" w:rsidRDefault="00080072">
            <w:r>
              <w:rPr>
                <w:rFonts w:ascii="Arial" w:hAnsi="Arial"/>
                <w:sz w:val="21"/>
              </w:rPr>
              <w:t>5–14,50 €</w:t>
            </w:r>
          </w:p>
        </w:tc>
      </w:tr>
      <w:tr w:rsidR="00650973" w14:paraId="7079296E" w14:textId="77777777">
        <w:trPr>
          <w:cantSplit/>
          <w:jc w:val="center"/>
        </w:trPr>
        <w:tc>
          <w:tcPr>
            <w:tcW w:w="5103" w:type="dxa"/>
            <w:shd w:val="clear" w:color="auto" w:fill="F8FAF8"/>
            <w:tcMar>
              <w:top w:w="70" w:type="dxa"/>
              <w:left w:w="80" w:type="dxa"/>
              <w:bottom w:w="70" w:type="dxa"/>
              <w:right w:w="80" w:type="dxa"/>
            </w:tcMar>
            <w:vAlign w:val="center"/>
          </w:tcPr>
          <w:p w14:paraId="78A84EC4"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6BE2A24C" w14:textId="77777777" w:rsidR="00650973" w:rsidRDefault="00080072">
            <w:r>
              <w:rPr>
                <w:rFonts w:ascii="Arial" w:hAnsi="Arial"/>
                <w:sz w:val="21"/>
              </w:rPr>
              <w:t>Non précisé dans le chat</w:t>
            </w:r>
          </w:p>
        </w:tc>
      </w:tr>
      <w:tr w:rsidR="00650973" w14:paraId="607A0358" w14:textId="77777777">
        <w:trPr>
          <w:cantSplit/>
          <w:jc w:val="center"/>
        </w:trPr>
        <w:tc>
          <w:tcPr>
            <w:tcW w:w="5103" w:type="dxa"/>
            <w:tcMar>
              <w:top w:w="70" w:type="dxa"/>
              <w:left w:w="80" w:type="dxa"/>
              <w:bottom w:w="70" w:type="dxa"/>
              <w:right w:w="80" w:type="dxa"/>
            </w:tcMar>
            <w:vAlign w:val="center"/>
          </w:tcPr>
          <w:p w14:paraId="7337497C"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2B0B02E0" w14:textId="77777777" w:rsidR="00650973" w:rsidRDefault="00080072">
            <w:r>
              <w:rPr>
                <w:rFonts w:ascii="Arial" w:hAnsi="Arial"/>
                <w:sz w:val="21"/>
              </w:rPr>
              <w:t>Meilleur équivalent proche de Deliciosa pour un brunch moderne.</w:t>
            </w:r>
          </w:p>
        </w:tc>
      </w:tr>
      <w:tr w:rsidR="00650973" w14:paraId="133A5207" w14:textId="77777777">
        <w:trPr>
          <w:cantSplit/>
          <w:jc w:val="center"/>
        </w:trPr>
        <w:tc>
          <w:tcPr>
            <w:tcW w:w="5103" w:type="dxa"/>
            <w:shd w:val="clear" w:color="auto" w:fill="F8FAF8"/>
            <w:tcMar>
              <w:top w:w="70" w:type="dxa"/>
              <w:left w:w="80" w:type="dxa"/>
              <w:bottom w:w="70" w:type="dxa"/>
              <w:right w:w="80" w:type="dxa"/>
            </w:tcMar>
            <w:vAlign w:val="center"/>
          </w:tcPr>
          <w:p w14:paraId="43DF3B1C"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65EB697A" w14:textId="77777777" w:rsidR="00650973" w:rsidRDefault="00080072">
            <w:r>
              <w:rPr>
                <w:rFonts w:ascii="Arial" w:hAnsi="Arial"/>
                <w:sz w:val="21"/>
              </w:rPr>
              <w:t>Voir remarques / non précisée</w:t>
            </w:r>
          </w:p>
        </w:tc>
      </w:tr>
      <w:tr w:rsidR="00650973" w14:paraId="2EED14CE" w14:textId="77777777">
        <w:trPr>
          <w:cantSplit/>
          <w:jc w:val="center"/>
        </w:trPr>
        <w:tc>
          <w:tcPr>
            <w:tcW w:w="5103" w:type="dxa"/>
            <w:tcMar>
              <w:top w:w="70" w:type="dxa"/>
              <w:left w:w="80" w:type="dxa"/>
              <w:bottom w:w="70" w:type="dxa"/>
              <w:right w:w="80" w:type="dxa"/>
            </w:tcMar>
            <w:vAlign w:val="center"/>
          </w:tcPr>
          <w:p w14:paraId="3F698ED1"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4F98AB36" w14:textId="77777777" w:rsidR="00650973" w:rsidRDefault="00080072">
            <w:r>
              <w:rPr>
                <w:rFonts w:ascii="Arial" w:hAnsi="Arial"/>
                <w:sz w:val="21"/>
              </w:rPr>
              <w:t>Vrai brunch café moderne avec prix détaillés.</w:t>
            </w:r>
          </w:p>
        </w:tc>
      </w:tr>
      <w:tr w:rsidR="00650973" w14:paraId="416321A5" w14:textId="77777777">
        <w:trPr>
          <w:cantSplit/>
          <w:jc w:val="center"/>
        </w:trPr>
        <w:tc>
          <w:tcPr>
            <w:tcW w:w="5103" w:type="dxa"/>
            <w:shd w:val="clear" w:color="auto" w:fill="F8FAF8"/>
            <w:tcMar>
              <w:top w:w="70" w:type="dxa"/>
              <w:left w:w="80" w:type="dxa"/>
              <w:bottom w:w="70" w:type="dxa"/>
              <w:right w:w="80" w:type="dxa"/>
            </w:tcMar>
            <w:vAlign w:val="center"/>
          </w:tcPr>
          <w:p w14:paraId="5843E2AC"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3F5BD765" w14:textId="77777777" w:rsidR="00650973" w:rsidRDefault="00080072">
            <w:r>
              <w:rPr>
                <w:rFonts w:ascii="Arial" w:hAnsi="Arial"/>
                <w:sz w:val="21"/>
              </w:rPr>
              <w:t>Toutes les données absentes ou marquées comme non établies ; horaires à revérifier avant le séjour.</w:t>
            </w:r>
          </w:p>
        </w:tc>
      </w:tr>
    </w:tbl>
    <w:p w14:paraId="130E9C9F" w14:textId="77777777" w:rsidR="00650973" w:rsidRDefault="00650973">
      <w:pPr>
        <w:spacing w:after="40"/>
      </w:pPr>
    </w:p>
    <w:p w14:paraId="329B45E5" w14:textId="77777777" w:rsidR="00650973" w:rsidRDefault="00080072">
      <w:r>
        <w:rPr>
          <w:b/>
          <w:sz w:val="17"/>
        </w:rPr>
        <w:t xml:space="preserve">URL : </w:t>
      </w:r>
      <w:hyperlink r:id="rId34">
        <w:r>
          <w:rPr>
            <w:color w:val="0563C1"/>
            <w:u w:val="single"/>
          </w:rPr>
          <w:t>Carte</w:t>
        </w:r>
      </w:hyperlink>
    </w:p>
    <w:p w14:paraId="09D53CA2" w14:textId="77777777" w:rsidR="00650973" w:rsidRDefault="00080072">
      <w:pPr>
        <w:pStyle w:val="Titre2"/>
        <w:spacing w:before="160" w:after="80"/>
      </w:pPr>
      <w:r>
        <w:rPr>
          <w:rFonts w:ascii="Arial" w:hAnsi="Arial"/>
          <w:color w:val="C97A2B"/>
          <w:sz w:val="28"/>
        </w:rPr>
        <w:t>DELICIOSA BRUNCHCAFE</w:t>
      </w:r>
    </w:p>
    <w:tbl>
      <w:tblPr>
        <w:tblStyle w:val="Grilledutableau"/>
        <w:tblW w:w="0" w:type="auto"/>
        <w:jc w:val="center"/>
        <w:tblLook w:val="04A0" w:firstRow="1" w:lastRow="0" w:firstColumn="1" w:lastColumn="0" w:noHBand="0" w:noVBand="1"/>
      </w:tblPr>
      <w:tblGrid>
        <w:gridCol w:w="5103"/>
        <w:gridCol w:w="5103"/>
      </w:tblGrid>
      <w:tr w:rsidR="00650973" w14:paraId="13382962" w14:textId="77777777">
        <w:trPr>
          <w:cantSplit/>
          <w:tblHeader/>
          <w:jc w:val="center"/>
        </w:trPr>
        <w:tc>
          <w:tcPr>
            <w:tcW w:w="5103" w:type="dxa"/>
            <w:shd w:val="clear" w:color="auto" w:fill="2F6B4F"/>
            <w:tcMar>
              <w:top w:w="70" w:type="dxa"/>
              <w:left w:w="80" w:type="dxa"/>
              <w:bottom w:w="70" w:type="dxa"/>
              <w:right w:w="80" w:type="dxa"/>
            </w:tcMar>
            <w:vAlign w:val="center"/>
          </w:tcPr>
          <w:p w14:paraId="5483CF8B"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5FBDE647" w14:textId="77777777" w:rsidR="00650973" w:rsidRDefault="00080072">
            <w:pPr>
              <w:jc w:val="center"/>
            </w:pPr>
            <w:r>
              <w:rPr>
                <w:rFonts w:ascii="Arial" w:hAnsi="Arial"/>
                <w:b/>
                <w:color w:val="FFFFFF"/>
                <w:sz w:val="21"/>
              </w:rPr>
              <w:t>Information</w:t>
            </w:r>
          </w:p>
        </w:tc>
      </w:tr>
      <w:tr w:rsidR="00650973" w14:paraId="4B3A6669" w14:textId="77777777">
        <w:trPr>
          <w:cantSplit/>
          <w:jc w:val="center"/>
        </w:trPr>
        <w:tc>
          <w:tcPr>
            <w:tcW w:w="5103" w:type="dxa"/>
            <w:tcMar>
              <w:top w:w="70" w:type="dxa"/>
              <w:left w:w="80" w:type="dxa"/>
              <w:bottom w:w="70" w:type="dxa"/>
              <w:right w:w="80" w:type="dxa"/>
            </w:tcMar>
            <w:vAlign w:val="center"/>
          </w:tcPr>
          <w:p w14:paraId="6C98442E"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287C7FAA" w14:textId="77777777" w:rsidR="00650973" w:rsidRDefault="00080072">
            <w:r>
              <w:rPr>
                <w:rFonts w:ascii="Arial" w:hAnsi="Arial"/>
                <w:sz w:val="21"/>
              </w:rPr>
              <w:t>Café-brunch</w:t>
            </w:r>
          </w:p>
        </w:tc>
      </w:tr>
      <w:tr w:rsidR="00650973" w14:paraId="1EB068CB" w14:textId="77777777">
        <w:trPr>
          <w:cantSplit/>
          <w:jc w:val="center"/>
        </w:trPr>
        <w:tc>
          <w:tcPr>
            <w:tcW w:w="5103" w:type="dxa"/>
            <w:shd w:val="clear" w:color="auto" w:fill="F8FAF8"/>
            <w:tcMar>
              <w:top w:w="70" w:type="dxa"/>
              <w:left w:w="80" w:type="dxa"/>
              <w:bottom w:w="70" w:type="dxa"/>
              <w:right w:w="80" w:type="dxa"/>
            </w:tcMar>
            <w:vAlign w:val="center"/>
          </w:tcPr>
          <w:p w14:paraId="1A77B931"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7E08479E" w14:textId="77777777" w:rsidR="00650973" w:rsidRDefault="00080072">
            <w:r>
              <w:rPr>
                <w:rFonts w:ascii="Arial" w:hAnsi="Arial"/>
                <w:sz w:val="21"/>
              </w:rPr>
              <w:t>C.C. San Agustín, 2e étage</w:t>
            </w:r>
          </w:p>
        </w:tc>
      </w:tr>
      <w:tr w:rsidR="00650973" w14:paraId="34DFCBFA" w14:textId="77777777">
        <w:trPr>
          <w:cantSplit/>
          <w:jc w:val="center"/>
        </w:trPr>
        <w:tc>
          <w:tcPr>
            <w:tcW w:w="5103" w:type="dxa"/>
            <w:tcMar>
              <w:top w:w="70" w:type="dxa"/>
              <w:left w:w="80" w:type="dxa"/>
              <w:bottom w:w="70" w:type="dxa"/>
              <w:right w:w="80" w:type="dxa"/>
            </w:tcMar>
            <w:vAlign w:val="center"/>
          </w:tcPr>
          <w:p w14:paraId="70B0F8E7"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5049A8DB" w14:textId="77777777" w:rsidR="00650973" w:rsidRDefault="00080072">
            <w:r>
              <w:rPr>
                <w:rFonts w:ascii="Arial" w:hAnsi="Arial"/>
                <w:sz w:val="21"/>
              </w:rPr>
              <w:t>San Agustín</w:t>
            </w:r>
          </w:p>
        </w:tc>
      </w:tr>
      <w:tr w:rsidR="00650973" w14:paraId="018C2F1B" w14:textId="77777777">
        <w:trPr>
          <w:cantSplit/>
          <w:jc w:val="center"/>
        </w:trPr>
        <w:tc>
          <w:tcPr>
            <w:tcW w:w="5103" w:type="dxa"/>
            <w:shd w:val="clear" w:color="auto" w:fill="F8FAF8"/>
            <w:tcMar>
              <w:top w:w="70" w:type="dxa"/>
              <w:left w:w="80" w:type="dxa"/>
              <w:bottom w:w="70" w:type="dxa"/>
              <w:right w:w="80" w:type="dxa"/>
            </w:tcMar>
            <w:vAlign w:val="center"/>
          </w:tcPr>
          <w:p w14:paraId="08A0F750"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223C6219" w14:textId="77777777" w:rsidR="00650973" w:rsidRDefault="00080072">
            <w:r>
              <w:rPr>
                <w:rFonts w:ascii="Arial" w:hAnsi="Arial"/>
                <w:sz w:val="21"/>
              </w:rPr>
              <w:t>Non établie</w:t>
            </w:r>
          </w:p>
        </w:tc>
      </w:tr>
      <w:tr w:rsidR="00650973" w14:paraId="4602AB68" w14:textId="77777777">
        <w:trPr>
          <w:cantSplit/>
          <w:jc w:val="center"/>
        </w:trPr>
        <w:tc>
          <w:tcPr>
            <w:tcW w:w="5103" w:type="dxa"/>
            <w:tcMar>
              <w:top w:w="70" w:type="dxa"/>
              <w:left w:w="80" w:type="dxa"/>
              <w:bottom w:w="70" w:type="dxa"/>
              <w:right w:w="80" w:type="dxa"/>
            </w:tcMar>
            <w:vAlign w:val="center"/>
          </w:tcPr>
          <w:p w14:paraId="79F7C000"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308DABC0" w14:textId="77777777" w:rsidR="00650973" w:rsidRDefault="00080072">
            <w:r>
              <w:rPr>
                <w:rFonts w:ascii="Arial" w:hAnsi="Arial"/>
                <w:sz w:val="21"/>
              </w:rPr>
              <w:t>Non établi</w:t>
            </w:r>
          </w:p>
        </w:tc>
      </w:tr>
      <w:tr w:rsidR="00650973" w14:paraId="3745B8B8" w14:textId="77777777">
        <w:trPr>
          <w:cantSplit/>
          <w:jc w:val="center"/>
        </w:trPr>
        <w:tc>
          <w:tcPr>
            <w:tcW w:w="5103" w:type="dxa"/>
            <w:shd w:val="clear" w:color="auto" w:fill="F8FAF8"/>
            <w:tcMar>
              <w:top w:w="70" w:type="dxa"/>
              <w:left w:w="80" w:type="dxa"/>
              <w:bottom w:w="70" w:type="dxa"/>
              <w:right w:w="80" w:type="dxa"/>
            </w:tcMar>
            <w:vAlign w:val="center"/>
          </w:tcPr>
          <w:p w14:paraId="6F7699A2"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33F0C86C" w14:textId="77777777" w:rsidR="00650973" w:rsidRDefault="00080072">
            <w:r>
              <w:rPr>
                <w:rFonts w:ascii="Arial" w:hAnsi="Arial"/>
                <w:sz w:val="21"/>
              </w:rPr>
              <w:t>≈10–15 min (repéré)</w:t>
            </w:r>
          </w:p>
        </w:tc>
      </w:tr>
      <w:tr w:rsidR="00650973" w14:paraId="03F17DA8" w14:textId="77777777">
        <w:trPr>
          <w:cantSplit/>
          <w:jc w:val="center"/>
        </w:trPr>
        <w:tc>
          <w:tcPr>
            <w:tcW w:w="5103" w:type="dxa"/>
            <w:tcMar>
              <w:top w:w="70" w:type="dxa"/>
              <w:left w:w="80" w:type="dxa"/>
              <w:bottom w:w="70" w:type="dxa"/>
              <w:right w:w="80" w:type="dxa"/>
            </w:tcMar>
            <w:vAlign w:val="center"/>
          </w:tcPr>
          <w:p w14:paraId="08CC2A63"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1B82CCA4" w14:textId="77777777" w:rsidR="00650973" w:rsidRDefault="00080072">
            <w:r>
              <w:rPr>
                <w:rFonts w:ascii="Arial" w:hAnsi="Arial"/>
                <w:sz w:val="21"/>
              </w:rPr>
              <w:t>Lun–ven 09h00–16h00/17h00 selon publications ; week-end fermé dans collecte</w:t>
            </w:r>
          </w:p>
        </w:tc>
      </w:tr>
      <w:tr w:rsidR="00650973" w14:paraId="5EA452DB" w14:textId="77777777">
        <w:trPr>
          <w:cantSplit/>
          <w:jc w:val="center"/>
        </w:trPr>
        <w:tc>
          <w:tcPr>
            <w:tcW w:w="5103" w:type="dxa"/>
            <w:shd w:val="clear" w:color="auto" w:fill="F8FAF8"/>
            <w:tcMar>
              <w:top w:w="70" w:type="dxa"/>
              <w:left w:w="80" w:type="dxa"/>
              <w:bottom w:w="70" w:type="dxa"/>
              <w:right w:w="80" w:type="dxa"/>
            </w:tcMar>
            <w:vAlign w:val="center"/>
          </w:tcPr>
          <w:p w14:paraId="626E53D8"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3D93800D" w14:textId="77777777" w:rsidR="00650973" w:rsidRDefault="00080072">
            <w:r>
              <w:rPr>
                <w:rFonts w:ascii="Arial" w:hAnsi="Arial"/>
                <w:sz w:val="21"/>
              </w:rPr>
              <w:t>Breakfast anglais, brunch, bowls, croissants</w:t>
            </w:r>
          </w:p>
        </w:tc>
      </w:tr>
      <w:tr w:rsidR="00650973" w14:paraId="7AED8B71" w14:textId="77777777">
        <w:trPr>
          <w:cantSplit/>
          <w:jc w:val="center"/>
        </w:trPr>
        <w:tc>
          <w:tcPr>
            <w:tcW w:w="5103" w:type="dxa"/>
            <w:tcMar>
              <w:top w:w="70" w:type="dxa"/>
              <w:left w:w="80" w:type="dxa"/>
              <w:bottom w:w="70" w:type="dxa"/>
              <w:right w:w="80" w:type="dxa"/>
            </w:tcMar>
            <w:vAlign w:val="center"/>
          </w:tcPr>
          <w:p w14:paraId="610B771F"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0FE5B8C1" w14:textId="77777777" w:rsidR="00650973" w:rsidRDefault="00080072">
            <w:r>
              <w:rPr>
                <w:rFonts w:ascii="Arial" w:hAnsi="Arial"/>
                <w:sz w:val="21"/>
              </w:rPr>
              <w:t>1,80–21,90 €</w:t>
            </w:r>
          </w:p>
        </w:tc>
      </w:tr>
      <w:tr w:rsidR="00650973" w14:paraId="51B56F27" w14:textId="77777777">
        <w:trPr>
          <w:cantSplit/>
          <w:jc w:val="center"/>
        </w:trPr>
        <w:tc>
          <w:tcPr>
            <w:tcW w:w="5103" w:type="dxa"/>
            <w:shd w:val="clear" w:color="auto" w:fill="F8FAF8"/>
            <w:tcMar>
              <w:top w:w="70" w:type="dxa"/>
              <w:left w:w="80" w:type="dxa"/>
              <w:bottom w:w="70" w:type="dxa"/>
              <w:right w:w="80" w:type="dxa"/>
            </w:tcMar>
            <w:vAlign w:val="center"/>
          </w:tcPr>
          <w:p w14:paraId="060B6B43"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7F1E8A88" w14:textId="77777777" w:rsidR="00650973" w:rsidRDefault="00080072">
            <w:r>
              <w:rPr>
                <w:rFonts w:ascii="Arial" w:hAnsi="Arial"/>
                <w:sz w:val="21"/>
              </w:rPr>
              <w:t>Non précisé dans le chat</w:t>
            </w:r>
          </w:p>
        </w:tc>
      </w:tr>
      <w:tr w:rsidR="00650973" w14:paraId="5F49FA12" w14:textId="77777777">
        <w:trPr>
          <w:cantSplit/>
          <w:jc w:val="center"/>
        </w:trPr>
        <w:tc>
          <w:tcPr>
            <w:tcW w:w="5103" w:type="dxa"/>
            <w:tcMar>
              <w:top w:w="70" w:type="dxa"/>
              <w:left w:w="80" w:type="dxa"/>
              <w:bottom w:w="70" w:type="dxa"/>
              <w:right w:w="80" w:type="dxa"/>
            </w:tcMar>
            <w:vAlign w:val="center"/>
          </w:tcPr>
          <w:p w14:paraId="38760CCD"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23D5E1F3" w14:textId="77777777" w:rsidR="00650973" w:rsidRDefault="00080072">
            <w:r>
              <w:rPr>
                <w:rFonts w:ascii="Arial" w:hAnsi="Arial"/>
                <w:sz w:val="21"/>
              </w:rPr>
              <w:t>Très bon choix/prix, vue mer, propriétaires belges signalés.</w:t>
            </w:r>
          </w:p>
        </w:tc>
      </w:tr>
      <w:tr w:rsidR="00650973" w14:paraId="21333E21" w14:textId="77777777">
        <w:trPr>
          <w:cantSplit/>
          <w:jc w:val="center"/>
        </w:trPr>
        <w:tc>
          <w:tcPr>
            <w:tcW w:w="5103" w:type="dxa"/>
            <w:shd w:val="clear" w:color="auto" w:fill="F8FAF8"/>
            <w:tcMar>
              <w:top w:w="70" w:type="dxa"/>
              <w:left w:w="80" w:type="dxa"/>
              <w:bottom w:w="70" w:type="dxa"/>
              <w:right w:w="80" w:type="dxa"/>
            </w:tcMar>
            <w:vAlign w:val="center"/>
          </w:tcPr>
          <w:p w14:paraId="340B79BA"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3749B1B5" w14:textId="77777777" w:rsidR="00650973" w:rsidRDefault="00080072">
            <w:r>
              <w:rPr>
                <w:rFonts w:ascii="Arial" w:hAnsi="Arial"/>
                <w:sz w:val="21"/>
              </w:rPr>
              <w:t>Voir remarques / non précisée</w:t>
            </w:r>
          </w:p>
        </w:tc>
      </w:tr>
      <w:tr w:rsidR="00650973" w14:paraId="65ECF5A7" w14:textId="77777777">
        <w:trPr>
          <w:cantSplit/>
          <w:jc w:val="center"/>
        </w:trPr>
        <w:tc>
          <w:tcPr>
            <w:tcW w:w="5103" w:type="dxa"/>
            <w:tcMar>
              <w:top w:w="70" w:type="dxa"/>
              <w:left w:w="80" w:type="dxa"/>
              <w:bottom w:w="70" w:type="dxa"/>
              <w:right w:w="80" w:type="dxa"/>
            </w:tcMar>
            <w:vAlign w:val="center"/>
          </w:tcPr>
          <w:p w14:paraId="45E33581"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38887493" w14:textId="77777777" w:rsidR="00650973" w:rsidRDefault="00080072">
            <w:r>
              <w:rPr>
                <w:rFonts w:ascii="Arial" w:hAnsi="Arial"/>
                <w:sz w:val="21"/>
              </w:rPr>
              <w:t>Grand choix petit-déjeuner/brunch et rapport qualité/prix intéressant.</w:t>
            </w:r>
          </w:p>
        </w:tc>
      </w:tr>
      <w:tr w:rsidR="00650973" w14:paraId="0BFF9BA4" w14:textId="77777777">
        <w:trPr>
          <w:cantSplit/>
          <w:jc w:val="center"/>
        </w:trPr>
        <w:tc>
          <w:tcPr>
            <w:tcW w:w="5103" w:type="dxa"/>
            <w:shd w:val="clear" w:color="auto" w:fill="F8FAF8"/>
            <w:tcMar>
              <w:top w:w="70" w:type="dxa"/>
              <w:left w:w="80" w:type="dxa"/>
              <w:bottom w:w="70" w:type="dxa"/>
              <w:right w:w="80" w:type="dxa"/>
            </w:tcMar>
            <w:vAlign w:val="center"/>
          </w:tcPr>
          <w:p w14:paraId="4E990818"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5FD8674B" w14:textId="77777777" w:rsidR="00650973" w:rsidRDefault="00080072">
            <w:r>
              <w:rPr>
                <w:rFonts w:ascii="Arial" w:hAnsi="Arial"/>
                <w:sz w:val="21"/>
              </w:rPr>
              <w:t>Toutes les données absentes ou marquées comme non établies ; horaires à revérifier avant le séjour.</w:t>
            </w:r>
          </w:p>
        </w:tc>
      </w:tr>
    </w:tbl>
    <w:p w14:paraId="68028B90" w14:textId="77777777" w:rsidR="00650973" w:rsidRDefault="00650973">
      <w:pPr>
        <w:spacing w:after="40"/>
      </w:pPr>
    </w:p>
    <w:p w14:paraId="44B0FADD" w14:textId="77777777" w:rsidR="00650973" w:rsidRDefault="00080072">
      <w:r>
        <w:rPr>
          <w:b/>
          <w:sz w:val="17"/>
        </w:rPr>
        <w:t xml:space="preserve">URL : </w:t>
      </w:r>
      <w:hyperlink r:id="rId35">
        <w:r>
          <w:rPr>
            <w:color w:val="0563C1"/>
            <w:u w:val="single"/>
          </w:rPr>
          <w:t>Site officiel</w:t>
        </w:r>
      </w:hyperlink>
    </w:p>
    <w:p w14:paraId="5494CB2C" w14:textId="77777777" w:rsidR="00650973" w:rsidRDefault="00080072">
      <w:pPr>
        <w:pStyle w:val="Titre2"/>
        <w:spacing w:before="160" w:after="80"/>
      </w:pPr>
      <w:r>
        <w:rPr>
          <w:rFonts w:ascii="Arial" w:hAnsi="Arial"/>
          <w:color w:val="C97A2B"/>
          <w:sz w:val="28"/>
        </w:rPr>
        <w:t>LA TASQUITA CANARIA</w:t>
      </w:r>
    </w:p>
    <w:tbl>
      <w:tblPr>
        <w:tblStyle w:val="Grilledutableau"/>
        <w:tblW w:w="0" w:type="auto"/>
        <w:jc w:val="center"/>
        <w:tblLook w:val="04A0" w:firstRow="1" w:lastRow="0" w:firstColumn="1" w:lastColumn="0" w:noHBand="0" w:noVBand="1"/>
      </w:tblPr>
      <w:tblGrid>
        <w:gridCol w:w="5103"/>
        <w:gridCol w:w="5103"/>
      </w:tblGrid>
      <w:tr w:rsidR="00650973" w14:paraId="018A9125" w14:textId="77777777">
        <w:trPr>
          <w:cantSplit/>
          <w:tblHeader/>
          <w:jc w:val="center"/>
        </w:trPr>
        <w:tc>
          <w:tcPr>
            <w:tcW w:w="5103" w:type="dxa"/>
            <w:shd w:val="clear" w:color="auto" w:fill="2F6B4F"/>
            <w:tcMar>
              <w:top w:w="70" w:type="dxa"/>
              <w:left w:w="80" w:type="dxa"/>
              <w:bottom w:w="70" w:type="dxa"/>
              <w:right w:w="80" w:type="dxa"/>
            </w:tcMar>
            <w:vAlign w:val="center"/>
          </w:tcPr>
          <w:p w14:paraId="6B433D7C"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0D9AAA79" w14:textId="77777777" w:rsidR="00650973" w:rsidRDefault="00080072">
            <w:pPr>
              <w:jc w:val="center"/>
            </w:pPr>
            <w:r>
              <w:rPr>
                <w:rFonts w:ascii="Arial" w:hAnsi="Arial"/>
                <w:b/>
                <w:color w:val="FFFFFF"/>
                <w:sz w:val="21"/>
              </w:rPr>
              <w:t>Information</w:t>
            </w:r>
          </w:p>
        </w:tc>
      </w:tr>
      <w:tr w:rsidR="00650973" w14:paraId="13A3A334" w14:textId="77777777">
        <w:trPr>
          <w:cantSplit/>
          <w:jc w:val="center"/>
        </w:trPr>
        <w:tc>
          <w:tcPr>
            <w:tcW w:w="5103" w:type="dxa"/>
            <w:tcMar>
              <w:top w:w="70" w:type="dxa"/>
              <w:left w:w="80" w:type="dxa"/>
              <w:bottom w:w="70" w:type="dxa"/>
              <w:right w:w="80" w:type="dxa"/>
            </w:tcMar>
            <w:vAlign w:val="center"/>
          </w:tcPr>
          <w:p w14:paraId="3BEED9DC"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5528A736" w14:textId="77777777" w:rsidR="00650973" w:rsidRDefault="00080072">
            <w:r>
              <w:rPr>
                <w:rFonts w:ascii="Arial" w:hAnsi="Arial"/>
                <w:sz w:val="21"/>
              </w:rPr>
              <w:t>Canarien / tapas</w:t>
            </w:r>
          </w:p>
        </w:tc>
      </w:tr>
      <w:tr w:rsidR="00650973" w14:paraId="23DDE423" w14:textId="77777777">
        <w:trPr>
          <w:cantSplit/>
          <w:jc w:val="center"/>
        </w:trPr>
        <w:tc>
          <w:tcPr>
            <w:tcW w:w="5103" w:type="dxa"/>
            <w:shd w:val="clear" w:color="auto" w:fill="F8FAF8"/>
            <w:tcMar>
              <w:top w:w="70" w:type="dxa"/>
              <w:left w:w="80" w:type="dxa"/>
              <w:bottom w:w="70" w:type="dxa"/>
              <w:right w:w="80" w:type="dxa"/>
            </w:tcMar>
            <w:vAlign w:val="center"/>
          </w:tcPr>
          <w:p w14:paraId="07B8BA8A"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54D8FFE5" w14:textId="77777777" w:rsidR="00650973" w:rsidRDefault="00080072">
            <w:r>
              <w:rPr>
                <w:rFonts w:ascii="Arial" w:hAnsi="Arial"/>
                <w:sz w:val="21"/>
              </w:rPr>
              <w:t>C. Antonio Martín López 2</w:t>
            </w:r>
          </w:p>
        </w:tc>
      </w:tr>
      <w:tr w:rsidR="00650973" w14:paraId="5000ED92" w14:textId="77777777">
        <w:trPr>
          <w:cantSplit/>
          <w:jc w:val="center"/>
        </w:trPr>
        <w:tc>
          <w:tcPr>
            <w:tcW w:w="5103" w:type="dxa"/>
            <w:tcMar>
              <w:top w:w="70" w:type="dxa"/>
              <w:left w:w="80" w:type="dxa"/>
              <w:bottom w:w="70" w:type="dxa"/>
              <w:right w:w="80" w:type="dxa"/>
            </w:tcMar>
            <w:vAlign w:val="center"/>
          </w:tcPr>
          <w:p w14:paraId="1285D46E"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33333EE7" w14:textId="77777777" w:rsidR="00650973" w:rsidRDefault="00080072">
            <w:r>
              <w:rPr>
                <w:rFonts w:ascii="Arial" w:hAnsi="Arial"/>
                <w:sz w:val="21"/>
              </w:rPr>
              <w:t>San Fernando</w:t>
            </w:r>
          </w:p>
        </w:tc>
      </w:tr>
      <w:tr w:rsidR="00650973" w14:paraId="22F41498" w14:textId="77777777">
        <w:trPr>
          <w:cantSplit/>
          <w:jc w:val="center"/>
        </w:trPr>
        <w:tc>
          <w:tcPr>
            <w:tcW w:w="5103" w:type="dxa"/>
            <w:shd w:val="clear" w:color="auto" w:fill="F8FAF8"/>
            <w:tcMar>
              <w:top w:w="70" w:type="dxa"/>
              <w:left w:w="80" w:type="dxa"/>
              <w:bottom w:w="70" w:type="dxa"/>
              <w:right w:w="80" w:type="dxa"/>
            </w:tcMar>
            <w:vAlign w:val="center"/>
          </w:tcPr>
          <w:p w14:paraId="4EA6E915"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7448ABCF" w14:textId="77777777" w:rsidR="00650973" w:rsidRDefault="00080072">
            <w:r>
              <w:rPr>
                <w:rFonts w:ascii="Arial" w:hAnsi="Arial"/>
                <w:sz w:val="21"/>
              </w:rPr>
              <w:t>Non établie</w:t>
            </w:r>
          </w:p>
        </w:tc>
      </w:tr>
      <w:tr w:rsidR="00650973" w14:paraId="5E614ED4" w14:textId="77777777">
        <w:trPr>
          <w:cantSplit/>
          <w:jc w:val="center"/>
        </w:trPr>
        <w:tc>
          <w:tcPr>
            <w:tcW w:w="5103" w:type="dxa"/>
            <w:tcMar>
              <w:top w:w="70" w:type="dxa"/>
              <w:left w:w="80" w:type="dxa"/>
              <w:bottom w:w="70" w:type="dxa"/>
              <w:right w:w="80" w:type="dxa"/>
            </w:tcMar>
            <w:vAlign w:val="center"/>
          </w:tcPr>
          <w:p w14:paraId="08C6D062"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4E34E5D1" w14:textId="77777777" w:rsidR="00650973" w:rsidRDefault="00080072">
            <w:r>
              <w:rPr>
                <w:rFonts w:ascii="Arial" w:hAnsi="Arial"/>
                <w:sz w:val="21"/>
              </w:rPr>
              <w:t>Non établi</w:t>
            </w:r>
          </w:p>
        </w:tc>
      </w:tr>
      <w:tr w:rsidR="00650973" w14:paraId="7EA6E5B6" w14:textId="77777777">
        <w:trPr>
          <w:cantSplit/>
          <w:jc w:val="center"/>
        </w:trPr>
        <w:tc>
          <w:tcPr>
            <w:tcW w:w="5103" w:type="dxa"/>
            <w:shd w:val="clear" w:color="auto" w:fill="F8FAF8"/>
            <w:tcMar>
              <w:top w:w="70" w:type="dxa"/>
              <w:left w:w="80" w:type="dxa"/>
              <w:bottom w:w="70" w:type="dxa"/>
              <w:right w:w="80" w:type="dxa"/>
            </w:tcMar>
            <w:vAlign w:val="center"/>
          </w:tcPr>
          <w:p w14:paraId="5619F4EE" w14:textId="77777777" w:rsidR="00650973" w:rsidRDefault="00080072">
            <w:r>
              <w:rPr>
                <w:rFonts w:ascii="Arial" w:hAnsi="Arial"/>
                <w:sz w:val="21"/>
              </w:rPr>
              <w:lastRenderedPageBreak/>
              <w:t>Temps en voiture</w:t>
            </w:r>
          </w:p>
        </w:tc>
        <w:tc>
          <w:tcPr>
            <w:tcW w:w="5103" w:type="dxa"/>
            <w:shd w:val="clear" w:color="auto" w:fill="F8FAF8"/>
            <w:tcMar>
              <w:top w:w="70" w:type="dxa"/>
              <w:left w:w="80" w:type="dxa"/>
              <w:bottom w:w="70" w:type="dxa"/>
              <w:right w:w="80" w:type="dxa"/>
            </w:tcMar>
            <w:vAlign w:val="center"/>
          </w:tcPr>
          <w:p w14:paraId="3CD6271A" w14:textId="77777777" w:rsidR="00650973" w:rsidRDefault="00080072">
            <w:r>
              <w:rPr>
                <w:rFonts w:ascii="Arial" w:hAnsi="Arial"/>
                <w:sz w:val="21"/>
              </w:rPr>
              <w:t>Courte voiture</w:t>
            </w:r>
          </w:p>
        </w:tc>
      </w:tr>
      <w:tr w:rsidR="00650973" w14:paraId="73779A86" w14:textId="77777777">
        <w:trPr>
          <w:cantSplit/>
          <w:jc w:val="center"/>
        </w:trPr>
        <w:tc>
          <w:tcPr>
            <w:tcW w:w="5103" w:type="dxa"/>
            <w:tcMar>
              <w:top w:w="70" w:type="dxa"/>
              <w:left w:w="80" w:type="dxa"/>
              <w:bottom w:w="70" w:type="dxa"/>
              <w:right w:w="80" w:type="dxa"/>
            </w:tcMar>
            <w:vAlign w:val="center"/>
          </w:tcPr>
          <w:p w14:paraId="63C76C14"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748A29EF" w14:textId="77777777" w:rsidR="00650973" w:rsidRDefault="00080072">
            <w:r>
              <w:rPr>
                <w:rFonts w:ascii="Arial" w:hAnsi="Arial"/>
                <w:sz w:val="21"/>
              </w:rPr>
              <w:t>Horaires non conservés</w:t>
            </w:r>
          </w:p>
        </w:tc>
      </w:tr>
      <w:tr w:rsidR="00650973" w14:paraId="3F1A2731" w14:textId="77777777">
        <w:trPr>
          <w:cantSplit/>
          <w:jc w:val="center"/>
        </w:trPr>
        <w:tc>
          <w:tcPr>
            <w:tcW w:w="5103" w:type="dxa"/>
            <w:shd w:val="clear" w:color="auto" w:fill="F8FAF8"/>
            <w:tcMar>
              <w:top w:w="70" w:type="dxa"/>
              <w:left w:w="80" w:type="dxa"/>
              <w:bottom w:w="70" w:type="dxa"/>
              <w:right w:w="80" w:type="dxa"/>
            </w:tcMar>
            <w:vAlign w:val="center"/>
          </w:tcPr>
          <w:p w14:paraId="4E700BAD"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3B7CD592" w14:textId="77777777" w:rsidR="00650973" w:rsidRDefault="00080072">
            <w:r>
              <w:rPr>
                <w:rFonts w:ascii="Arial" w:hAnsi="Arial"/>
                <w:sz w:val="21"/>
              </w:rPr>
              <w:t>Cuisine canarienne familiale</w:t>
            </w:r>
          </w:p>
        </w:tc>
      </w:tr>
      <w:tr w:rsidR="00650973" w14:paraId="6FEDDD9C" w14:textId="77777777">
        <w:trPr>
          <w:cantSplit/>
          <w:jc w:val="center"/>
        </w:trPr>
        <w:tc>
          <w:tcPr>
            <w:tcW w:w="5103" w:type="dxa"/>
            <w:tcMar>
              <w:top w:w="70" w:type="dxa"/>
              <w:left w:w="80" w:type="dxa"/>
              <w:bottom w:w="70" w:type="dxa"/>
              <w:right w:w="80" w:type="dxa"/>
            </w:tcMar>
            <w:vAlign w:val="center"/>
          </w:tcPr>
          <w:p w14:paraId="695E64E1"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65510306" w14:textId="77777777" w:rsidR="00650973" w:rsidRDefault="00080072">
            <w:r>
              <w:rPr>
                <w:rFonts w:ascii="Arial" w:hAnsi="Arial"/>
                <w:sz w:val="21"/>
              </w:rPr>
              <w:t>≈10–20 € ; plats repérés 6,50–16,80 €</w:t>
            </w:r>
          </w:p>
        </w:tc>
      </w:tr>
      <w:tr w:rsidR="00650973" w14:paraId="6D2EA848" w14:textId="77777777">
        <w:trPr>
          <w:cantSplit/>
          <w:jc w:val="center"/>
        </w:trPr>
        <w:tc>
          <w:tcPr>
            <w:tcW w:w="5103" w:type="dxa"/>
            <w:shd w:val="clear" w:color="auto" w:fill="F8FAF8"/>
            <w:tcMar>
              <w:top w:w="70" w:type="dxa"/>
              <w:left w:w="80" w:type="dxa"/>
              <w:bottom w:w="70" w:type="dxa"/>
              <w:right w:w="80" w:type="dxa"/>
            </w:tcMar>
            <w:vAlign w:val="center"/>
          </w:tcPr>
          <w:p w14:paraId="135BA11C"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3D407754" w14:textId="77777777" w:rsidR="00650973" w:rsidRDefault="00080072">
            <w:r>
              <w:rPr>
                <w:rFonts w:ascii="Arial" w:hAnsi="Arial"/>
                <w:sz w:val="21"/>
              </w:rPr>
              <w:t>Non précisé dans le chat</w:t>
            </w:r>
          </w:p>
        </w:tc>
      </w:tr>
      <w:tr w:rsidR="00650973" w14:paraId="66C0B3EF" w14:textId="77777777">
        <w:trPr>
          <w:cantSplit/>
          <w:jc w:val="center"/>
        </w:trPr>
        <w:tc>
          <w:tcPr>
            <w:tcW w:w="5103" w:type="dxa"/>
            <w:tcMar>
              <w:top w:w="70" w:type="dxa"/>
              <w:left w:w="80" w:type="dxa"/>
              <w:bottom w:w="70" w:type="dxa"/>
              <w:right w:w="80" w:type="dxa"/>
            </w:tcMar>
            <w:vAlign w:val="center"/>
          </w:tcPr>
          <w:p w14:paraId="31FAB909"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7A9950E1" w14:textId="77777777" w:rsidR="00650973" w:rsidRDefault="00080072">
            <w:r>
              <w:rPr>
                <w:rFonts w:ascii="Arial" w:hAnsi="Arial"/>
                <w:sz w:val="21"/>
              </w:rPr>
              <w:t>Très bon profil local ; ropa vieja, chèvre, papas, poulpe, polvito.</w:t>
            </w:r>
          </w:p>
        </w:tc>
      </w:tr>
      <w:tr w:rsidR="00650973" w14:paraId="1B30C52C" w14:textId="77777777">
        <w:trPr>
          <w:cantSplit/>
          <w:jc w:val="center"/>
        </w:trPr>
        <w:tc>
          <w:tcPr>
            <w:tcW w:w="5103" w:type="dxa"/>
            <w:shd w:val="clear" w:color="auto" w:fill="F8FAF8"/>
            <w:tcMar>
              <w:top w:w="70" w:type="dxa"/>
              <w:left w:w="80" w:type="dxa"/>
              <w:bottom w:w="70" w:type="dxa"/>
              <w:right w:w="80" w:type="dxa"/>
            </w:tcMar>
            <w:vAlign w:val="center"/>
          </w:tcPr>
          <w:p w14:paraId="09C3BCC2"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352D054A" w14:textId="77777777" w:rsidR="00650973" w:rsidRDefault="00080072">
            <w:r>
              <w:rPr>
                <w:rFonts w:ascii="Arial" w:hAnsi="Arial"/>
                <w:sz w:val="21"/>
              </w:rPr>
              <w:t>Voir remarques / non précisée</w:t>
            </w:r>
          </w:p>
        </w:tc>
      </w:tr>
      <w:tr w:rsidR="00650973" w14:paraId="64AAF58A" w14:textId="77777777">
        <w:trPr>
          <w:cantSplit/>
          <w:jc w:val="center"/>
        </w:trPr>
        <w:tc>
          <w:tcPr>
            <w:tcW w:w="5103" w:type="dxa"/>
            <w:tcMar>
              <w:top w:w="70" w:type="dxa"/>
              <w:left w:w="80" w:type="dxa"/>
              <w:bottom w:w="70" w:type="dxa"/>
              <w:right w:w="80" w:type="dxa"/>
            </w:tcMar>
            <w:vAlign w:val="center"/>
          </w:tcPr>
          <w:p w14:paraId="3908E1EE"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24D0431A" w14:textId="77777777" w:rsidR="00650973" w:rsidRDefault="00080072">
            <w:r>
              <w:rPr>
                <w:rFonts w:ascii="Arial" w:hAnsi="Arial"/>
                <w:sz w:val="21"/>
              </w:rPr>
              <w:t>Cuisine canarienne familiale avec plusieurs spécialités locales et tarifs connus.</w:t>
            </w:r>
          </w:p>
        </w:tc>
      </w:tr>
      <w:tr w:rsidR="00650973" w14:paraId="1FD3CA6B" w14:textId="77777777">
        <w:trPr>
          <w:cantSplit/>
          <w:jc w:val="center"/>
        </w:trPr>
        <w:tc>
          <w:tcPr>
            <w:tcW w:w="5103" w:type="dxa"/>
            <w:shd w:val="clear" w:color="auto" w:fill="F8FAF8"/>
            <w:tcMar>
              <w:top w:w="70" w:type="dxa"/>
              <w:left w:w="80" w:type="dxa"/>
              <w:bottom w:w="70" w:type="dxa"/>
              <w:right w:w="80" w:type="dxa"/>
            </w:tcMar>
            <w:vAlign w:val="center"/>
          </w:tcPr>
          <w:p w14:paraId="0D9A98B6"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7EE12EF8" w14:textId="77777777" w:rsidR="00650973" w:rsidRDefault="00080072">
            <w:r>
              <w:rPr>
                <w:rFonts w:ascii="Arial" w:hAnsi="Arial"/>
                <w:sz w:val="21"/>
              </w:rPr>
              <w:t>Toutes les données absentes ou marquées comme non établies ; horaires à revérifier avant le séjour.</w:t>
            </w:r>
          </w:p>
        </w:tc>
      </w:tr>
    </w:tbl>
    <w:p w14:paraId="1B093B1F" w14:textId="77777777" w:rsidR="00650973" w:rsidRDefault="00650973">
      <w:pPr>
        <w:spacing w:after="40"/>
      </w:pPr>
    </w:p>
    <w:p w14:paraId="4C2DDC58" w14:textId="77777777" w:rsidR="00650973" w:rsidRDefault="00080072">
      <w:r>
        <w:rPr>
          <w:b/>
          <w:sz w:val="17"/>
        </w:rPr>
        <w:t xml:space="preserve">URL : </w:t>
      </w:r>
      <w:r>
        <w:rPr>
          <w:i/>
          <w:color w:val="666666"/>
          <w:sz w:val="17"/>
        </w:rPr>
        <w:t>URL non conservée</w:t>
      </w:r>
    </w:p>
    <w:p w14:paraId="166AEBC5" w14:textId="77777777" w:rsidR="00650973" w:rsidRDefault="00080072">
      <w:pPr>
        <w:pStyle w:val="Titre2"/>
        <w:spacing w:before="160" w:after="80"/>
      </w:pPr>
      <w:r>
        <w:rPr>
          <w:rFonts w:ascii="Arial" w:hAnsi="Arial"/>
          <w:color w:val="C97A2B"/>
          <w:sz w:val="28"/>
        </w:rPr>
        <w:t>LA TAPITA LOS JOSE'S</w:t>
      </w:r>
    </w:p>
    <w:tbl>
      <w:tblPr>
        <w:tblStyle w:val="Grilledutableau"/>
        <w:tblW w:w="0" w:type="auto"/>
        <w:jc w:val="center"/>
        <w:tblLook w:val="04A0" w:firstRow="1" w:lastRow="0" w:firstColumn="1" w:lastColumn="0" w:noHBand="0" w:noVBand="1"/>
      </w:tblPr>
      <w:tblGrid>
        <w:gridCol w:w="5103"/>
        <w:gridCol w:w="5103"/>
      </w:tblGrid>
      <w:tr w:rsidR="00650973" w14:paraId="69F8C578" w14:textId="77777777">
        <w:trPr>
          <w:cantSplit/>
          <w:tblHeader/>
          <w:jc w:val="center"/>
        </w:trPr>
        <w:tc>
          <w:tcPr>
            <w:tcW w:w="5103" w:type="dxa"/>
            <w:shd w:val="clear" w:color="auto" w:fill="2F6B4F"/>
            <w:tcMar>
              <w:top w:w="70" w:type="dxa"/>
              <w:left w:w="80" w:type="dxa"/>
              <w:bottom w:w="70" w:type="dxa"/>
              <w:right w:w="80" w:type="dxa"/>
            </w:tcMar>
            <w:vAlign w:val="center"/>
          </w:tcPr>
          <w:p w14:paraId="1EE3A934"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1EDEF20E" w14:textId="77777777" w:rsidR="00650973" w:rsidRDefault="00080072">
            <w:pPr>
              <w:jc w:val="center"/>
            </w:pPr>
            <w:r>
              <w:rPr>
                <w:rFonts w:ascii="Arial" w:hAnsi="Arial"/>
                <w:b/>
                <w:color w:val="FFFFFF"/>
                <w:sz w:val="21"/>
              </w:rPr>
              <w:t>Information</w:t>
            </w:r>
          </w:p>
        </w:tc>
      </w:tr>
      <w:tr w:rsidR="00650973" w14:paraId="7FABA4C2" w14:textId="77777777">
        <w:trPr>
          <w:cantSplit/>
          <w:jc w:val="center"/>
        </w:trPr>
        <w:tc>
          <w:tcPr>
            <w:tcW w:w="5103" w:type="dxa"/>
            <w:tcMar>
              <w:top w:w="70" w:type="dxa"/>
              <w:left w:w="80" w:type="dxa"/>
              <w:bottom w:w="70" w:type="dxa"/>
              <w:right w:w="80" w:type="dxa"/>
            </w:tcMar>
            <w:vAlign w:val="center"/>
          </w:tcPr>
          <w:p w14:paraId="07BC8A41"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6710842D" w14:textId="77777777" w:rsidR="00650973" w:rsidRDefault="00080072">
            <w:r>
              <w:rPr>
                <w:rFonts w:ascii="Arial" w:hAnsi="Arial"/>
                <w:sz w:val="21"/>
              </w:rPr>
              <w:t>Tapas / canarien / espagnol</w:t>
            </w:r>
          </w:p>
        </w:tc>
      </w:tr>
      <w:tr w:rsidR="00650973" w14:paraId="5F68FADC" w14:textId="77777777">
        <w:trPr>
          <w:cantSplit/>
          <w:jc w:val="center"/>
        </w:trPr>
        <w:tc>
          <w:tcPr>
            <w:tcW w:w="5103" w:type="dxa"/>
            <w:shd w:val="clear" w:color="auto" w:fill="F8FAF8"/>
            <w:tcMar>
              <w:top w:w="70" w:type="dxa"/>
              <w:left w:w="80" w:type="dxa"/>
              <w:bottom w:w="70" w:type="dxa"/>
              <w:right w:w="80" w:type="dxa"/>
            </w:tcMar>
            <w:vAlign w:val="center"/>
          </w:tcPr>
          <w:p w14:paraId="76DCB4B0"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0C0CBADA" w14:textId="77777777" w:rsidR="00650973" w:rsidRDefault="00080072">
            <w:r>
              <w:rPr>
                <w:rFonts w:ascii="Arial" w:hAnsi="Arial"/>
                <w:sz w:val="21"/>
              </w:rPr>
              <w:t>C. Plácido Domingo 12, local 5</w:t>
            </w:r>
          </w:p>
        </w:tc>
      </w:tr>
      <w:tr w:rsidR="00650973" w14:paraId="5D8EEA89" w14:textId="77777777">
        <w:trPr>
          <w:cantSplit/>
          <w:jc w:val="center"/>
        </w:trPr>
        <w:tc>
          <w:tcPr>
            <w:tcW w:w="5103" w:type="dxa"/>
            <w:tcMar>
              <w:top w:w="70" w:type="dxa"/>
              <w:left w:w="80" w:type="dxa"/>
              <w:bottom w:w="70" w:type="dxa"/>
              <w:right w:w="80" w:type="dxa"/>
            </w:tcMar>
            <w:vAlign w:val="center"/>
          </w:tcPr>
          <w:p w14:paraId="596CB691"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3AA4C10D" w14:textId="77777777" w:rsidR="00650973" w:rsidRDefault="00080072">
            <w:r>
              <w:rPr>
                <w:rFonts w:ascii="Arial" w:hAnsi="Arial"/>
                <w:sz w:val="21"/>
              </w:rPr>
              <w:t>San Fernando</w:t>
            </w:r>
          </w:p>
        </w:tc>
      </w:tr>
      <w:tr w:rsidR="00650973" w14:paraId="3D005E0D" w14:textId="77777777">
        <w:trPr>
          <w:cantSplit/>
          <w:jc w:val="center"/>
        </w:trPr>
        <w:tc>
          <w:tcPr>
            <w:tcW w:w="5103" w:type="dxa"/>
            <w:shd w:val="clear" w:color="auto" w:fill="F8FAF8"/>
            <w:tcMar>
              <w:top w:w="70" w:type="dxa"/>
              <w:left w:w="80" w:type="dxa"/>
              <w:bottom w:w="70" w:type="dxa"/>
              <w:right w:w="80" w:type="dxa"/>
            </w:tcMar>
            <w:vAlign w:val="center"/>
          </w:tcPr>
          <w:p w14:paraId="4EC8694D"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797C9F83" w14:textId="77777777" w:rsidR="00650973" w:rsidRDefault="00080072">
            <w:r>
              <w:rPr>
                <w:rFonts w:ascii="Arial" w:hAnsi="Arial"/>
                <w:sz w:val="21"/>
              </w:rPr>
              <w:t>Non établie</w:t>
            </w:r>
          </w:p>
        </w:tc>
      </w:tr>
      <w:tr w:rsidR="00650973" w14:paraId="32B10335" w14:textId="77777777">
        <w:trPr>
          <w:cantSplit/>
          <w:jc w:val="center"/>
        </w:trPr>
        <w:tc>
          <w:tcPr>
            <w:tcW w:w="5103" w:type="dxa"/>
            <w:tcMar>
              <w:top w:w="70" w:type="dxa"/>
              <w:left w:w="80" w:type="dxa"/>
              <w:bottom w:w="70" w:type="dxa"/>
              <w:right w:w="80" w:type="dxa"/>
            </w:tcMar>
            <w:vAlign w:val="center"/>
          </w:tcPr>
          <w:p w14:paraId="5224DD22"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6B4434F8" w14:textId="77777777" w:rsidR="00650973" w:rsidRDefault="00080072">
            <w:r>
              <w:rPr>
                <w:rFonts w:ascii="Arial" w:hAnsi="Arial"/>
                <w:sz w:val="21"/>
              </w:rPr>
              <w:t>Non établi</w:t>
            </w:r>
          </w:p>
        </w:tc>
      </w:tr>
      <w:tr w:rsidR="00650973" w14:paraId="0599EEF8" w14:textId="77777777">
        <w:trPr>
          <w:cantSplit/>
          <w:jc w:val="center"/>
        </w:trPr>
        <w:tc>
          <w:tcPr>
            <w:tcW w:w="5103" w:type="dxa"/>
            <w:shd w:val="clear" w:color="auto" w:fill="F8FAF8"/>
            <w:tcMar>
              <w:top w:w="70" w:type="dxa"/>
              <w:left w:w="80" w:type="dxa"/>
              <w:bottom w:w="70" w:type="dxa"/>
              <w:right w:w="80" w:type="dxa"/>
            </w:tcMar>
            <w:vAlign w:val="center"/>
          </w:tcPr>
          <w:p w14:paraId="4BD4DE7F"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40688A99" w14:textId="77777777" w:rsidR="00650973" w:rsidRDefault="00080072">
            <w:r>
              <w:rPr>
                <w:rFonts w:ascii="Arial" w:hAnsi="Arial"/>
                <w:sz w:val="21"/>
              </w:rPr>
              <w:t>Courte voiture</w:t>
            </w:r>
          </w:p>
        </w:tc>
      </w:tr>
      <w:tr w:rsidR="00650973" w14:paraId="189E59CB" w14:textId="77777777">
        <w:trPr>
          <w:cantSplit/>
          <w:jc w:val="center"/>
        </w:trPr>
        <w:tc>
          <w:tcPr>
            <w:tcW w:w="5103" w:type="dxa"/>
            <w:tcMar>
              <w:top w:w="70" w:type="dxa"/>
              <w:left w:w="80" w:type="dxa"/>
              <w:bottom w:w="70" w:type="dxa"/>
              <w:right w:w="80" w:type="dxa"/>
            </w:tcMar>
            <w:vAlign w:val="center"/>
          </w:tcPr>
          <w:p w14:paraId="7D715C55"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00F02A95" w14:textId="77777777" w:rsidR="00650973" w:rsidRDefault="00080072">
            <w:r>
              <w:rPr>
                <w:rFonts w:ascii="Arial" w:hAnsi="Arial"/>
                <w:sz w:val="21"/>
              </w:rPr>
              <w:t>Dès 08h certains jours ; mar–sam selon collecte</w:t>
            </w:r>
          </w:p>
        </w:tc>
      </w:tr>
      <w:tr w:rsidR="00650973" w14:paraId="33A3AB93" w14:textId="77777777">
        <w:trPr>
          <w:cantSplit/>
          <w:jc w:val="center"/>
        </w:trPr>
        <w:tc>
          <w:tcPr>
            <w:tcW w:w="5103" w:type="dxa"/>
            <w:shd w:val="clear" w:color="auto" w:fill="F8FAF8"/>
            <w:tcMar>
              <w:top w:w="70" w:type="dxa"/>
              <w:left w:w="80" w:type="dxa"/>
              <w:bottom w:w="70" w:type="dxa"/>
              <w:right w:w="80" w:type="dxa"/>
            </w:tcMar>
            <w:vAlign w:val="center"/>
          </w:tcPr>
          <w:p w14:paraId="0DE7750D"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03822A76" w14:textId="77777777" w:rsidR="00650973" w:rsidRDefault="00080072">
            <w:r>
              <w:rPr>
                <w:rFonts w:ascii="Arial" w:hAnsi="Arial"/>
                <w:sz w:val="21"/>
              </w:rPr>
              <w:t>Cuisine des îles, tapas, petit-déjeuner</w:t>
            </w:r>
          </w:p>
        </w:tc>
      </w:tr>
      <w:tr w:rsidR="00650973" w14:paraId="43906CE3" w14:textId="77777777">
        <w:trPr>
          <w:cantSplit/>
          <w:jc w:val="center"/>
        </w:trPr>
        <w:tc>
          <w:tcPr>
            <w:tcW w:w="5103" w:type="dxa"/>
            <w:tcMar>
              <w:top w:w="70" w:type="dxa"/>
              <w:left w:w="80" w:type="dxa"/>
              <w:bottom w:w="70" w:type="dxa"/>
              <w:right w:w="80" w:type="dxa"/>
            </w:tcMar>
            <w:vAlign w:val="center"/>
          </w:tcPr>
          <w:p w14:paraId="28F9F92A"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18D8786B" w14:textId="77777777" w:rsidR="00650973" w:rsidRDefault="00080072">
            <w:r>
              <w:rPr>
                <w:rFonts w:ascii="Arial" w:hAnsi="Arial"/>
                <w:sz w:val="21"/>
              </w:rPr>
              <w:t>≈15–30 € ; petit-déjeuner prix non conservés</w:t>
            </w:r>
          </w:p>
        </w:tc>
      </w:tr>
      <w:tr w:rsidR="00650973" w14:paraId="135E93D0" w14:textId="77777777">
        <w:trPr>
          <w:cantSplit/>
          <w:jc w:val="center"/>
        </w:trPr>
        <w:tc>
          <w:tcPr>
            <w:tcW w:w="5103" w:type="dxa"/>
            <w:shd w:val="clear" w:color="auto" w:fill="F8FAF8"/>
            <w:tcMar>
              <w:top w:w="70" w:type="dxa"/>
              <w:left w:w="80" w:type="dxa"/>
              <w:bottom w:w="70" w:type="dxa"/>
              <w:right w:w="80" w:type="dxa"/>
            </w:tcMar>
            <w:vAlign w:val="center"/>
          </w:tcPr>
          <w:p w14:paraId="16AE11A7"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2EE7F2E9" w14:textId="77777777" w:rsidR="00650973" w:rsidRDefault="00080072">
            <w:r>
              <w:rPr>
                <w:rFonts w:ascii="Arial" w:hAnsi="Arial"/>
                <w:sz w:val="21"/>
              </w:rPr>
              <w:t>Non précisé dans le chat</w:t>
            </w:r>
          </w:p>
        </w:tc>
      </w:tr>
      <w:tr w:rsidR="00650973" w14:paraId="396BFBD7" w14:textId="77777777">
        <w:trPr>
          <w:cantSplit/>
          <w:jc w:val="center"/>
        </w:trPr>
        <w:tc>
          <w:tcPr>
            <w:tcW w:w="5103" w:type="dxa"/>
            <w:tcMar>
              <w:top w:w="70" w:type="dxa"/>
              <w:left w:w="80" w:type="dxa"/>
              <w:bottom w:w="70" w:type="dxa"/>
              <w:right w:w="80" w:type="dxa"/>
            </w:tcMar>
            <w:vAlign w:val="center"/>
          </w:tcPr>
          <w:p w14:paraId="2E594AC3"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3295D729" w14:textId="77777777" w:rsidR="00650973" w:rsidRDefault="00080072">
            <w:r>
              <w:rPr>
                <w:rFonts w:ascii="Arial" w:hAnsi="Arial"/>
                <w:sz w:val="21"/>
              </w:rPr>
              <w:t>Depuis 1997 ; forte clientèle espagnole/locale signalée ; aussi intéressant le matin.</w:t>
            </w:r>
          </w:p>
        </w:tc>
      </w:tr>
      <w:tr w:rsidR="00650973" w14:paraId="4B679B85" w14:textId="77777777">
        <w:trPr>
          <w:cantSplit/>
          <w:jc w:val="center"/>
        </w:trPr>
        <w:tc>
          <w:tcPr>
            <w:tcW w:w="5103" w:type="dxa"/>
            <w:shd w:val="clear" w:color="auto" w:fill="F8FAF8"/>
            <w:tcMar>
              <w:top w:w="70" w:type="dxa"/>
              <w:left w:w="80" w:type="dxa"/>
              <w:bottom w:w="70" w:type="dxa"/>
              <w:right w:w="80" w:type="dxa"/>
            </w:tcMar>
            <w:vAlign w:val="center"/>
          </w:tcPr>
          <w:p w14:paraId="7EA92691"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3A39831C" w14:textId="77777777" w:rsidR="00650973" w:rsidRDefault="00080072">
            <w:r>
              <w:rPr>
                <w:rFonts w:ascii="Arial" w:hAnsi="Arial"/>
                <w:sz w:val="21"/>
              </w:rPr>
              <w:t>Voir remarques / non précisée</w:t>
            </w:r>
          </w:p>
        </w:tc>
      </w:tr>
      <w:tr w:rsidR="00650973" w14:paraId="7C376E61" w14:textId="77777777">
        <w:trPr>
          <w:cantSplit/>
          <w:jc w:val="center"/>
        </w:trPr>
        <w:tc>
          <w:tcPr>
            <w:tcW w:w="5103" w:type="dxa"/>
            <w:tcMar>
              <w:top w:w="70" w:type="dxa"/>
              <w:left w:w="80" w:type="dxa"/>
              <w:bottom w:w="70" w:type="dxa"/>
              <w:right w:w="80" w:type="dxa"/>
            </w:tcMar>
            <w:vAlign w:val="center"/>
          </w:tcPr>
          <w:p w14:paraId="60C608B1"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2848642A" w14:textId="77777777" w:rsidR="00650973" w:rsidRDefault="00080072">
            <w:r>
              <w:rPr>
                <w:rFonts w:ascii="Arial" w:hAnsi="Arial"/>
                <w:sz w:val="21"/>
              </w:rPr>
              <w:t>Clientèle locale signalée, tapas/cuisine des îles et possibilité de petit-déjeuner.</w:t>
            </w:r>
          </w:p>
        </w:tc>
      </w:tr>
      <w:tr w:rsidR="00650973" w14:paraId="3DDB340A" w14:textId="77777777">
        <w:trPr>
          <w:cantSplit/>
          <w:jc w:val="center"/>
        </w:trPr>
        <w:tc>
          <w:tcPr>
            <w:tcW w:w="5103" w:type="dxa"/>
            <w:shd w:val="clear" w:color="auto" w:fill="F8FAF8"/>
            <w:tcMar>
              <w:top w:w="70" w:type="dxa"/>
              <w:left w:w="80" w:type="dxa"/>
              <w:bottom w:w="70" w:type="dxa"/>
              <w:right w:w="80" w:type="dxa"/>
            </w:tcMar>
            <w:vAlign w:val="center"/>
          </w:tcPr>
          <w:p w14:paraId="7592783F"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0F1BF037" w14:textId="77777777" w:rsidR="00650973" w:rsidRDefault="00080072">
            <w:r>
              <w:rPr>
                <w:rFonts w:ascii="Arial" w:hAnsi="Arial"/>
                <w:sz w:val="21"/>
              </w:rPr>
              <w:t>Toutes les données absentes ou marquées comme non établies ; horaires à revérifier avant le séjour.</w:t>
            </w:r>
          </w:p>
        </w:tc>
      </w:tr>
    </w:tbl>
    <w:p w14:paraId="1D68371B" w14:textId="77777777" w:rsidR="00650973" w:rsidRDefault="00650973">
      <w:pPr>
        <w:spacing w:after="40"/>
      </w:pPr>
    </w:p>
    <w:p w14:paraId="4216C79F" w14:textId="77777777" w:rsidR="00650973" w:rsidRDefault="00080072">
      <w:r>
        <w:rPr>
          <w:b/>
          <w:sz w:val="17"/>
        </w:rPr>
        <w:t xml:space="preserve">URL : </w:t>
      </w:r>
      <w:hyperlink r:id="rId36">
        <w:r>
          <w:rPr>
            <w:color w:val="0563C1"/>
            <w:u w:val="single"/>
          </w:rPr>
          <w:t>Site officiel</w:t>
        </w:r>
      </w:hyperlink>
    </w:p>
    <w:p w14:paraId="7EF4FD2B" w14:textId="77777777" w:rsidR="00650973" w:rsidRDefault="00080072">
      <w:pPr>
        <w:pStyle w:val="Titre2"/>
        <w:spacing w:before="160" w:after="80"/>
      </w:pPr>
      <w:r>
        <w:rPr>
          <w:rFonts w:ascii="Arial" w:hAnsi="Arial"/>
          <w:color w:val="C97A2B"/>
          <w:sz w:val="28"/>
        </w:rPr>
        <w:t>BAR TAPAS EL MOJO PICÓN</w:t>
      </w:r>
    </w:p>
    <w:tbl>
      <w:tblPr>
        <w:tblStyle w:val="Grilledutableau"/>
        <w:tblW w:w="0" w:type="auto"/>
        <w:jc w:val="center"/>
        <w:tblLook w:val="04A0" w:firstRow="1" w:lastRow="0" w:firstColumn="1" w:lastColumn="0" w:noHBand="0" w:noVBand="1"/>
      </w:tblPr>
      <w:tblGrid>
        <w:gridCol w:w="5103"/>
        <w:gridCol w:w="5103"/>
      </w:tblGrid>
      <w:tr w:rsidR="00650973" w14:paraId="1B4E62DA" w14:textId="77777777">
        <w:trPr>
          <w:cantSplit/>
          <w:tblHeader/>
          <w:jc w:val="center"/>
        </w:trPr>
        <w:tc>
          <w:tcPr>
            <w:tcW w:w="5103" w:type="dxa"/>
            <w:shd w:val="clear" w:color="auto" w:fill="2F6B4F"/>
            <w:tcMar>
              <w:top w:w="70" w:type="dxa"/>
              <w:left w:w="80" w:type="dxa"/>
              <w:bottom w:w="70" w:type="dxa"/>
              <w:right w:w="80" w:type="dxa"/>
            </w:tcMar>
            <w:vAlign w:val="center"/>
          </w:tcPr>
          <w:p w14:paraId="17A155BB"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2362AB32" w14:textId="77777777" w:rsidR="00650973" w:rsidRDefault="00080072">
            <w:pPr>
              <w:jc w:val="center"/>
            </w:pPr>
            <w:r>
              <w:rPr>
                <w:rFonts w:ascii="Arial" w:hAnsi="Arial"/>
                <w:b/>
                <w:color w:val="FFFFFF"/>
                <w:sz w:val="21"/>
              </w:rPr>
              <w:t>Information</w:t>
            </w:r>
          </w:p>
        </w:tc>
      </w:tr>
      <w:tr w:rsidR="00650973" w14:paraId="56511013" w14:textId="77777777">
        <w:trPr>
          <w:cantSplit/>
          <w:jc w:val="center"/>
        </w:trPr>
        <w:tc>
          <w:tcPr>
            <w:tcW w:w="5103" w:type="dxa"/>
            <w:tcMar>
              <w:top w:w="70" w:type="dxa"/>
              <w:left w:w="80" w:type="dxa"/>
              <w:bottom w:w="70" w:type="dxa"/>
              <w:right w:w="80" w:type="dxa"/>
            </w:tcMar>
            <w:vAlign w:val="center"/>
          </w:tcPr>
          <w:p w14:paraId="2932F5D3"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230D7513" w14:textId="77777777" w:rsidR="00650973" w:rsidRDefault="00080072">
            <w:r>
              <w:rPr>
                <w:rFonts w:ascii="Arial" w:hAnsi="Arial"/>
                <w:sz w:val="21"/>
              </w:rPr>
              <w:t>Bar tapas canarien</w:t>
            </w:r>
          </w:p>
        </w:tc>
      </w:tr>
      <w:tr w:rsidR="00650973" w14:paraId="61E48DDE" w14:textId="77777777">
        <w:trPr>
          <w:cantSplit/>
          <w:jc w:val="center"/>
        </w:trPr>
        <w:tc>
          <w:tcPr>
            <w:tcW w:w="5103" w:type="dxa"/>
            <w:shd w:val="clear" w:color="auto" w:fill="F8FAF8"/>
            <w:tcMar>
              <w:top w:w="70" w:type="dxa"/>
              <w:left w:w="80" w:type="dxa"/>
              <w:bottom w:w="70" w:type="dxa"/>
              <w:right w:w="80" w:type="dxa"/>
            </w:tcMar>
            <w:vAlign w:val="center"/>
          </w:tcPr>
          <w:p w14:paraId="7EE28F40"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549E8F19" w14:textId="77777777" w:rsidR="00650973" w:rsidRDefault="00080072">
            <w:r>
              <w:rPr>
                <w:rFonts w:ascii="Arial" w:hAnsi="Arial"/>
                <w:sz w:val="21"/>
              </w:rPr>
              <w:t>C. las Dalias 12</w:t>
            </w:r>
          </w:p>
        </w:tc>
      </w:tr>
      <w:tr w:rsidR="00650973" w14:paraId="06387C7C" w14:textId="77777777">
        <w:trPr>
          <w:cantSplit/>
          <w:jc w:val="center"/>
        </w:trPr>
        <w:tc>
          <w:tcPr>
            <w:tcW w:w="5103" w:type="dxa"/>
            <w:tcMar>
              <w:top w:w="70" w:type="dxa"/>
              <w:left w:w="80" w:type="dxa"/>
              <w:bottom w:w="70" w:type="dxa"/>
              <w:right w:w="80" w:type="dxa"/>
            </w:tcMar>
            <w:vAlign w:val="center"/>
          </w:tcPr>
          <w:p w14:paraId="18236B0C" w14:textId="77777777" w:rsidR="00650973" w:rsidRDefault="00080072">
            <w:r>
              <w:rPr>
                <w:rFonts w:ascii="Arial" w:hAnsi="Arial"/>
                <w:sz w:val="21"/>
              </w:rPr>
              <w:lastRenderedPageBreak/>
              <w:t>Zone</w:t>
            </w:r>
          </w:p>
        </w:tc>
        <w:tc>
          <w:tcPr>
            <w:tcW w:w="5103" w:type="dxa"/>
            <w:tcMar>
              <w:top w:w="70" w:type="dxa"/>
              <w:left w:w="80" w:type="dxa"/>
              <w:bottom w:w="70" w:type="dxa"/>
              <w:right w:w="80" w:type="dxa"/>
            </w:tcMar>
            <w:vAlign w:val="center"/>
          </w:tcPr>
          <w:p w14:paraId="21CE6655" w14:textId="77777777" w:rsidR="00650973" w:rsidRDefault="00080072">
            <w:r>
              <w:rPr>
                <w:rFonts w:ascii="Arial" w:hAnsi="Arial"/>
                <w:sz w:val="21"/>
              </w:rPr>
              <w:t>San Agustín</w:t>
            </w:r>
          </w:p>
        </w:tc>
      </w:tr>
      <w:tr w:rsidR="00650973" w14:paraId="2E8BF64F" w14:textId="77777777">
        <w:trPr>
          <w:cantSplit/>
          <w:jc w:val="center"/>
        </w:trPr>
        <w:tc>
          <w:tcPr>
            <w:tcW w:w="5103" w:type="dxa"/>
            <w:shd w:val="clear" w:color="auto" w:fill="F8FAF8"/>
            <w:tcMar>
              <w:top w:w="70" w:type="dxa"/>
              <w:left w:w="80" w:type="dxa"/>
              <w:bottom w:w="70" w:type="dxa"/>
              <w:right w:w="80" w:type="dxa"/>
            </w:tcMar>
            <w:vAlign w:val="center"/>
          </w:tcPr>
          <w:p w14:paraId="400C5DF7"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357D9A0F" w14:textId="77777777" w:rsidR="00650973" w:rsidRDefault="00080072">
            <w:r>
              <w:rPr>
                <w:rFonts w:ascii="Arial" w:hAnsi="Arial"/>
                <w:sz w:val="21"/>
              </w:rPr>
              <w:t>Non établie</w:t>
            </w:r>
          </w:p>
        </w:tc>
      </w:tr>
      <w:tr w:rsidR="00650973" w14:paraId="52418B45" w14:textId="77777777">
        <w:trPr>
          <w:cantSplit/>
          <w:jc w:val="center"/>
        </w:trPr>
        <w:tc>
          <w:tcPr>
            <w:tcW w:w="5103" w:type="dxa"/>
            <w:tcMar>
              <w:top w:w="70" w:type="dxa"/>
              <w:left w:w="80" w:type="dxa"/>
              <w:bottom w:w="70" w:type="dxa"/>
              <w:right w:w="80" w:type="dxa"/>
            </w:tcMar>
            <w:vAlign w:val="center"/>
          </w:tcPr>
          <w:p w14:paraId="4A750BC4"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07513A98" w14:textId="77777777" w:rsidR="00650973" w:rsidRDefault="00080072">
            <w:r>
              <w:rPr>
                <w:rFonts w:ascii="Arial" w:hAnsi="Arial"/>
                <w:sz w:val="21"/>
              </w:rPr>
              <w:t>Non établi</w:t>
            </w:r>
          </w:p>
        </w:tc>
      </w:tr>
      <w:tr w:rsidR="00650973" w14:paraId="376C173A" w14:textId="77777777">
        <w:trPr>
          <w:cantSplit/>
          <w:jc w:val="center"/>
        </w:trPr>
        <w:tc>
          <w:tcPr>
            <w:tcW w:w="5103" w:type="dxa"/>
            <w:shd w:val="clear" w:color="auto" w:fill="F8FAF8"/>
            <w:tcMar>
              <w:top w:w="70" w:type="dxa"/>
              <w:left w:w="80" w:type="dxa"/>
              <w:bottom w:w="70" w:type="dxa"/>
              <w:right w:w="80" w:type="dxa"/>
            </w:tcMar>
            <w:vAlign w:val="center"/>
          </w:tcPr>
          <w:p w14:paraId="3788BCCB"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13BF92B6" w14:textId="77777777" w:rsidR="00650973" w:rsidRDefault="00080072">
            <w:r>
              <w:rPr>
                <w:rFonts w:ascii="Arial" w:hAnsi="Arial"/>
                <w:sz w:val="21"/>
              </w:rPr>
              <w:t>≈10–15 min (repéré)</w:t>
            </w:r>
          </w:p>
        </w:tc>
      </w:tr>
      <w:tr w:rsidR="00650973" w14:paraId="447A22B2" w14:textId="77777777">
        <w:trPr>
          <w:cantSplit/>
          <w:jc w:val="center"/>
        </w:trPr>
        <w:tc>
          <w:tcPr>
            <w:tcW w:w="5103" w:type="dxa"/>
            <w:tcMar>
              <w:top w:w="70" w:type="dxa"/>
              <w:left w:w="80" w:type="dxa"/>
              <w:bottom w:w="70" w:type="dxa"/>
              <w:right w:w="80" w:type="dxa"/>
            </w:tcMar>
            <w:vAlign w:val="center"/>
          </w:tcPr>
          <w:p w14:paraId="48C3CE02"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1AC2F693" w14:textId="77777777" w:rsidR="00650973" w:rsidRDefault="00080072">
            <w:r>
              <w:rPr>
                <w:rFonts w:ascii="Arial" w:hAnsi="Arial"/>
                <w:sz w:val="21"/>
              </w:rPr>
              <w:t>Horaires non conservés</w:t>
            </w:r>
          </w:p>
        </w:tc>
      </w:tr>
      <w:tr w:rsidR="00650973" w14:paraId="4D7F8A8E" w14:textId="77777777">
        <w:trPr>
          <w:cantSplit/>
          <w:jc w:val="center"/>
        </w:trPr>
        <w:tc>
          <w:tcPr>
            <w:tcW w:w="5103" w:type="dxa"/>
            <w:shd w:val="clear" w:color="auto" w:fill="F8FAF8"/>
            <w:tcMar>
              <w:top w:w="70" w:type="dxa"/>
              <w:left w:w="80" w:type="dxa"/>
              <w:bottom w:w="70" w:type="dxa"/>
              <w:right w:w="80" w:type="dxa"/>
            </w:tcMar>
            <w:vAlign w:val="center"/>
          </w:tcPr>
          <w:p w14:paraId="1C91D079"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20F76237" w14:textId="77777777" w:rsidR="00650973" w:rsidRDefault="00080072">
            <w:r>
              <w:rPr>
                <w:rFonts w:ascii="Arial" w:hAnsi="Arial"/>
                <w:sz w:val="21"/>
              </w:rPr>
              <w:t>Tapas maison changeantes</w:t>
            </w:r>
          </w:p>
        </w:tc>
      </w:tr>
      <w:tr w:rsidR="00650973" w14:paraId="44799A74" w14:textId="77777777">
        <w:trPr>
          <w:cantSplit/>
          <w:jc w:val="center"/>
        </w:trPr>
        <w:tc>
          <w:tcPr>
            <w:tcW w:w="5103" w:type="dxa"/>
            <w:tcMar>
              <w:top w:w="70" w:type="dxa"/>
              <w:left w:w="80" w:type="dxa"/>
              <w:bottom w:w="70" w:type="dxa"/>
              <w:right w:w="80" w:type="dxa"/>
            </w:tcMar>
            <w:vAlign w:val="center"/>
          </w:tcPr>
          <w:p w14:paraId="30F35ABB"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02EC760E" w14:textId="77777777" w:rsidR="00650973" w:rsidRDefault="00080072">
            <w:r>
              <w:rPr>
                <w:rFonts w:ascii="Arial" w:hAnsi="Arial"/>
                <w:sz w:val="21"/>
              </w:rPr>
              <w:t>Tapa 2,80 € ; 1/2 portion 5,50 € ; spécialités 4,30–10,70 € ; caña 2,30 €</w:t>
            </w:r>
          </w:p>
        </w:tc>
      </w:tr>
      <w:tr w:rsidR="00650973" w14:paraId="4CD92D1D" w14:textId="77777777">
        <w:trPr>
          <w:cantSplit/>
          <w:jc w:val="center"/>
        </w:trPr>
        <w:tc>
          <w:tcPr>
            <w:tcW w:w="5103" w:type="dxa"/>
            <w:shd w:val="clear" w:color="auto" w:fill="F8FAF8"/>
            <w:tcMar>
              <w:top w:w="70" w:type="dxa"/>
              <w:left w:w="80" w:type="dxa"/>
              <w:bottom w:w="70" w:type="dxa"/>
              <w:right w:w="80" w:type="dxa"/>
            </w:tcMar>
            <w:vAlign w:val="center"/>
          </w:tcPr>
          <w:p w14:paraId="082723CC"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6094F072" w14:textId="77777777" w:rsidR="00650973" w:rsidRDefault="00080072">
            <w:r>
              <w:rPr>
                <w:rFonts w:ascii="Arial" w:hAnsi="Arial"/>
                <w:sz w:val="21"/>
              </w:rPr>
              <w:t>Non précisé dans le chat</w:t>
            </w:r>
          </w:p>
        </w:tc>
      </w:tr>
      <w:tr w:rsidR="00650973" w14:paraId="278E9562" w14:textId="77777777">
        <w:trPr>
          <w:cantSplit/>
          <w:jc w:val="center"/>
        </w:trPr>
        <w:tc>
          <w:tcPr>
            <w:tcW w:w="5103" w:type="dxa"/>
            <w:tcMar>
              <w:top w:w="70" w:type="dxa"/>
              <w:left w:w="80" w:type="dxa"/>
              <w:bottom w:w="70" w:type="dxa"/>
              <w:right w:w="80" w:type="dxa"/>
            </w:tcMar>
            <w:vAlign w:val="center"/>
          </w:tcPr>
          <w:p w14:paraId="42A49A5C"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3FC299AF" w14:textId="77777777" w:rsidR="00650973" w:rsidRDefault="00080072">
            <w:r>
              <w:rPr>
                <w:rFonts w:ascii="Arial" w:hAnsi="Arial"/>
                <w:sz w:val="21"/>
              </w:rPr>
              <w:t>4–5 tapas maison selon le jour ; vendredi pata asada, mojo d’amande et musique canarienne.</w:t>
            </w:r>
          </w:p>
        </w:tc>
      </w:tr>
      <w:tr w:rsidR="00650973" w14:paraId="112FC22C" w14:textId="77777777">
        <w:trPr>
          <w:cantSplit/>
          <w:jc w:val="center"/>
        </w:trPr>
        <w:tc>
          <w:tcPr>
            <w:tcW w:w="5103" w:type="dxa"/>
            <w:shd w:val="clear" w:color="auto" w:fill="F8FAF8"/>
            <w:tcMar>
              <w:top w:w="70" w:type="dxa"/>
              <w:left w:w="80" w:type="dxa"/>
              <w:bottom w:w="70" w:type="dxa"/>
              <w:right w:w="80" w:type="dxa"/>
            </w:tcMar>
            <w:vAlign w:val="center"/>
          </w:tcPr>
          <w:p w14:paraId="24059D08"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0665F9E0" w14:textId="77777777" w:rsidR="00650973" w:rsidRDefault="00080072">
            <w:r>
              <w:rPr>
                <w:rFonts w:ascii="Arial" w:hAnsi="Arial"/>
                <w:sz w:val="21"/>
              </w:rPr>
              <w:t>Voir remarques / non précisée</w:t>
            </w:r>
          </w:p>
        </w:tc>
      </w:tr>
      <w:tr w:rsidR="00650973" w14:paraId="4A12F35D" w14:textId="77777777">
        <w:trPr>
          <w:cantSplit/>
          <w:jc w:val="center"/>
        </w:trPr>
        <w:tc>
          <w:tcPr>
            <w:tcW w:w="5103" w:type="dxa"/>
            <w:tcMar>
              <w:top w:w="70" w:type="dxa"/>
              <w:left w:w="80" w:type="dxa"/>
              <w:bottom w:w="70" w:type="dxa"/>
              <w:right w:w="80" w:type="dxa"/>
            </w:tcMar>
            <w:vAlign w:val="center"/>
          </w:tcPr>
          <w:p w14:paraId="7038C382"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4CB154E7" w14:textId="77777777" w:rsidR="00650973" w:rsidRDefault="00080072">
            <w:r>
              <w:rPr>
                <w:rFonts w:ascii="Arial" w:hAnsi="Arial"/>
                <w:sz w:val="21"/>
              </w:rPr>
              <w:t>Très canarien, carte courte, prix bas.</w:t>
            </w:r>
          </w:p>
        </w:tc>
      </w:tr>
      <w:tr w:rsidR="00650973" w14:paraId="44BE9FAE" w14:textId="77777777">
        <w:trPr>
          <w:cantSplit/>
          <w:jc w:val="center"/>
        </w:trPr>
        <w:tc>
          <w:tcPr>
            <w:tcW w:w="5103" w:type="dxa"/>
            <w:shd w:val="clear" w:color="auto" w:fill="F8FAF8"/>
            <w:tcMar>
              <w:top w:w="70" w:type="dxa"/>
              <w:left w:w="80" w:type="dxa"/>
              <w:bottom w:w="70" w:type="dxa"/>
              <w:right w:w="80" w:type="dxa"/>
            </w:tcMar>
            <w:vAlign w:val="center"/>
          </w:tcPr>
          <w:p w14:paraId="540F21A2"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638A1E70" w14:textId="77777777" w:rsidR="00650973" w:rsidRDefault="00080072">
            <w:r>
              <w:rPr>
                <w:rFonts w:ascii="Arial" w:hAnsi="Arial"/>
                <w:sz w:val="21"/>
              </w:rPr>
              <w:t>Toutes les données absentes ou marquées comme non établies ; horaires à revérifier avant le séjour.</w:t>
            </w:r>
          </w:p>
        </w:tc>
      </w:tr>
    </w:tbl>
    <w:p w14:paraId="6000ACC0" w14:textId="77777777" w:rsidR="00650973" w:rsidRDefault="00650973">
      <w:pPr>
        <w:spacing w:after="40"/>
      </w:pPr>
    </w:p>
    <w:p w14:paraId="14F03A16" w14:textId="77777777" w:rsidR="00650973" w:rsidRDefault="00080072">
      <w:r>
        <w:rPr>
          <w:b/>
          <w:sz w:val="17"/>
        </w:rPr>
        <w:t xml:space="preserve">URL : </w:t>
      </w:r>
      <w:hyperlink r:id="rId37">
        <w:r>
          <w:rPr>
            <w:color w:val="0563C1"/>
            <w:u w:val="single"/>
          </w:rPr>
          <w:t>Menu</w:t>
        </w:r>
      </w:hyperlink>
    </w:p>
    <w:p w14:paraId="5EF12CE4" w14:textId="77777777" w:rsidR="00650973" w:rsidRDefault="00080072">
      <w:pPr>
        <w:pStyle w:val="Titre2"/>
        <w:spacing w:before="160" w:after="80"/>
      </w:pPr>
      <w:r>
        <w:rPr>
          <w:rFonts w:ascii="Arial" w:hAnsi="Arial"/>
          <w:color w:val="C97A2B"/>
          <w:sz w:val="28"/>
        </w:rPr>
        <w:t>BAR EL BOYA</w:t>
      </w:r>
    </w:p>
    <w:tbl>
      <w:tblPr>
        <w:tblStyle w:val="Grilledutableau"/>
        <w:tblW w:w="0" w:type="auto"/>
        <w:jc w:val="center"/>
        <w:tblLook w:val="04A0" w:firstRow="1" w:lastRow="0" w:firstColumn="1" w:lastColumn="0" w:noHBand="0" w:noVBand="1"/>
      </w:tblPr>
      <w:tblGrid>
        <w:gridCol w:w="5103"/>
        <w:gridCol w:w="5103"/>
      </w:tblGrid>
      <w:tr w:rsidR="00650973" w14:paraId="438AFD28" w14:textId="77777777">
        <w:trPr>
          <w:cantSplit/>
          <w:tblHeader/>
          <w:jc w:val="center"/>
        </w:trPr>
        <w:tc>
          <w:tcPr>
            <w:tcW w:w="5103" w:type="dxa"/>
            <w:shd w:val="clear" w:color="auto" w:fill="2F6B4F"/>
            <w:tcMar>
              <w:top w:w="70" w:type="dxa"/>
              <w:left w:w="80" w:type="dxa"/>
              <w:bottom w:w="70" w:type="dxa"/>
              <w:right w:w="80" w:type="dxa"/>
            </w:tcMar>
            <w:vAlign w:val="center"/>
          </w:tcPr>
          <w:p w14:paraId="65540AEE"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64344013" w14:textId="77777777" w:rsidR="00650973" w:rsidRDefault="00080072">
            <w:pPr>
              <w:jc w:val="center"/>
            </w:pPr>
            <w:r>
              <w:rPr>
                <w:rFonts w:ascii="Arial" w:hAnsi="Arial"/>
                <w:b/>
                <w:color w:val="FFFFFF"/>
                <w:sz w:val="21"/>
              </w:rPr>
              <w:t>Information</w:t>
            </w:r>
          </w:p>
        </w:tc>
      </w:tr>
      <w:tr w:rsidR="00650973" w14:paraId="7A91F57E" w14:textId="77777777">
        <w:trPr>
          <w:cantSplit/>
          <w:jc w:val="center"/>
        </w:trPr>
        <w:tc>
          <w:tcPr>
            <w:tcW w:w="5103" w:type="dxa"/>
            <w:tcMar>
              <w:top w:w="70" w:type="dxa"/>
              <w:left w:w="80" w:type="dxa"/>
              <w:bottom w:w="70" w:type="dxa"/>
              <w:right w:w="80" w:type="dxa"/>
            </w:tcMar>
            <w:vAlign w:val="center"/>
          </w:tcPr>
          <w:p w14:paraId="461EC2B8"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2520E8DC" w14:textId="77777777" w:rsidR="00650973" w:rsidRDefault="00080072">
            <w:r>
              <w:rPr>
                <w:rFonts w:ascii="Arial" w:hAnsi="Arial"/>
                <w:sz w:val="21"/>
              </w:rPr>
              <w:t>Poissons / fruits de mer</w:t>
            </w:r>
          </w:p>
        </w:tc>
      </w:tr>
      <w:tr w:rsidR="00650973" w14:paraId="029F3204" w14:textId="77777777">
        <w:trPr>
          <w:cantSplit/>
          <w:jc w:val="center"/>
        </w:trPr>
        <w:tc>
          <w:tcPr>
            <w:tcW w:w="5103" w:type="dxa"/>
            <w:shd w:val="clear" w:color="auto" w:fill="F8FAF8"/>
            <w:tcMar>
              <w:top w:w="70" w:type="dxa"/>
              <w:left w:w="80" w:type="dxa"/>
              <w:bottom w:w="70" w:type="dxa"/>
              <w:right w:w="80" w:type="dxa"/>
            </w:tcMar>
            <w:vAlign w:val="center"/>
          </w:tcPr>
          <w:p w14:paraId="4C83DE1B"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79EC8B0C" w14:textId="77777777" w:rsidR="00650973" w:rsidRDefault="00080072">
            <w:r>
              <w:rPr>
                <w:rFonts w:ascii="Arial" w:hAnsi="Arial"/>
                <w:sz w:val="21"/>
              </w:rPr>
              <w:t>C. Santa Águeda 32</w:t>
            </w:r>
          </w:p>
        </w:tc>
      </w:tr>
      <w:tr w:rsidR="00650973" w14:paraId="55E84B0D" w14:textId="77777777">
        <w:trPr>
          <w:cantSplit/>
          <w:jc w:val="center"/>
        </w:trPr>
        <w:tc>
          <w:tcPr>
            <w:tcW w:w="5103" w:type="dxa"/>
            <w:tcMar>
              <w:top w:w="70" w:type="dxa"/>
              <w:left w:w="80" w:type="dxa"/>
              <w:bottom w:w="70" w:type="dxa"/>
              <w:right w:w="80" w:type="dxa"/>
            </w:tcMar>
            <w:vAlign w:val="center"/>
          </w:tcPr>
          <w:p w14:paraId="304E713C"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4C5AE3F7" w14:textId="77777777" w:rsidR="00650973" w:rsidRDefault="00080072">
            <w:r>
              <w:rPr>
                <w:rFonts w:ascii="Arial" w:hAnsi="Arial"/>
                <w:sz w:val="21"/>
              </w:rPr>
              <w:t>El Pajar / Arguineguín</w:t>
            </w:r>
          </w:p>
        </w:tc>
      </w:tr>
      <w:tr w:rsidR="00650973" w14:paraId="6F4328B3" w14:textId="77777777">
        <w:trPr>
          <w:cantSplit/>
          <w:jc w:val="center"/>
        </w:trPr>
        <w:tc>
          <w:tcPr>
            <w:tcW w:w="5103" w:type="dxa"/>
            <w:shd w:val="clear" w:color="auto" w:fill="F8FAF8"/>
            <w:tcMar>
              <w:top w:w="70" w:type="dxa"/>
              <w:left w:w="80" w:type="dxa"/>
              <w:bottom w:w="70" w:type="dxa"/>
              <w:right w:w="80" w:type="dxa"/>
            </w:tcMar>
            <w:vAlign w:val="center"/>
          </w:tcPr>
          <w:p w14:paraId="4B942723"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0DAE3565" w14:textId="77777777" w:rsidR="00650973" w:rsidRDefault="00080072">
            <w:r>
              <w:rPr>
                <w:rFonts w:ascii="Arial" w:hAnsi="Arial"/>
                <w:sz w:val="21"/>
              </w:rPr>
              <w:t>Non établie</w:t>
            </w:r>
          </w:p>
        </w:tc>
      </w:tr>
      <w:tr w:rsidR="00650973" w14:paraId="0CC896F7" w14:textId="77777777">
        <w:trPr>
          <w:cantSplit/>
          <w:jc w:val="center"/>
        </w:trPr>
        <w:tc>
          <w:tcPr>
            <w:tcW w:w="5103" w:type="dxa"/>
            <w:tcMar>
              <w:top w:w="70" w:type="dxa"/>
              <w:left w:w="80" w:type="dxa"/>
              <w:bottom w:w="70" w:type="dxa"/>
              <w:right w:w="80" w:type="dxa"/>
            </w:tcMar>
            <w:vAlign w:val="center"/>
          </w:tcPr>
          <w:p w14:paraId="7E7D4007"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260E470D" w14:textId="77777777" w:rsidR="00650973" w:rsidRDefault="00080072">
            <w:r>
              <w:rPr>
                <w:rFonts w:ascii="Arial" w:hAnsi="Arial"/>
                <w:sz w:val="21"/>
              </w:rPr>
              <w:t>Non établi</w:t>
            </w:r>
          </w:p>
        </w:tc>
      </w:tr>
      <w:tr w:rsidR="00650973" w14:paraId="5DCE2FCA" w14:textId="77777777">
        <w:trPr>
          <w:cantSplit/>
          <w:jc w:val="center"/>
        </w:trPr>
        <w:tc>
          <w:tcPr>
            <w:tcW w:w="5103" w:type="dxa"/>
            <w:shd w:val="clear" w:color="auto" w:fill="F8FAF8"/>
            <w:tcMar>
              <w:top w:w="70" w:type="dxa"/>
              <w:left w:w="80" w:type="dxa"/>
              <w:bottom w:w="70" w:type="dxa"/>
              <w:right w:w="80" w:type="dxa"/>
            </w:tcMar>
            <w:vAlign w:val="center"/>
          </w:tcPr>
          <w:p w14:paraId="06544206"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69758DCF" w14:textId="77777777" w:rsidR="00650973" w:rsidRDefault="00080072">
            <w:r>
              <w:rPr>
                <w:rFonts w:ascii="Arial" w:hAnsi="Arial"/>
                <w:sz w:val="21"/>
              </w:rPr>
              <w:t>≈15–20 min (repéré)</w:t>
            </w:r>
          </w:p>
        </w:tc>
      </w:tr>
      <w:tr w:rsidR="00650973" w14:paraId="0BB8D413" w14:textId="77777777">
        <w:trPr>
          <w:cantSplit/>
          <w:jc w:val="center"/>
        </w:trPr>
        <w:tc>
          <w:tcPr>
            <w:tcW w:w="5103" w:type="dxa"/>
            <w:tcMar>
              <w:top w:w="70" w:type="dxa"/>
              <w:left w:w="80" w:type="dxa"/>
              <w:bottom w:w="70" w:type="dxa"/>
              <w:right w:w="80" w:type="dxa"/>
            </w:tcMar>
            <w:vAlign w:val="center"/>
          </w:tcPr>
          <w:p w14:paraId="4A0C404F"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530BEE11" w14:textId="77777777" w:rsidR="00650973" w:rsidRDefault="00080072">
            <w:r>
              <w:rPr>
                <w:rFonts w:ascii="Arial" w:hAnsi="Arial"/>
                <w:sz w:val="21"/>
              </w:rPr>
              <w:t>Horaires non conservés</w:t>
            </w:r>
          </w:p>
        </w:tc>
      </w:tr>
      <w:tr w:rsidR="00650973" w14:paraId="265F7230" w14:textId="77777777">
        <w:trPr>
          <w:cantSplit/>
          <w:jc w:val="center"/>
        </w:trPr>
        <w:tc>
          <w:tcPr>
            <w:tcW w:w="5103" w:type="dxa"/>
            <w:shd w:val="clear" w:color="auto" w:fill="F8FAF8"/>
            <w:tcMar>
              <w:top w:w="70" w:type="dxa"/>
              <w:left w:w="80" w:type="dxa"/>
              <w:bottom w:w="70" w:type="dxa"/>
              <w:right w:w="80" w:type="dxa"/>
            </w:tcMar>
            <w:vAlign w:val="center"/>
          </w:tcPr>
          <w:p w14:paraId="4CACA4D5"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163C679B" w14:textId="77777777" w:rsidR="00650973" w:rsidRDefault="00080072">
            <w:r>
              <w:rPr>
                <w:rFonts w:ascii="Arial" w:hAnsi="Arial"/>
                <w:sz w:val="21"/>
              </w:rPr>
              <w:t>Cuisine de pêcheurs, poisson frais</w:t>
            </w:r>
          </w:p>
        </w:tc>
      </w:tr>
      <w:tr w:rsidR="00650973" w14:paraId="0B203444" w14:textId="77777777">
        <w:trPr>
          <w:cantSplit/>
          <w:jc w:val="center"/>
        </w:trPr>
        <w:tc>
          <w:tcPr>
            <w:tcW w:w="5103" w:type="dxa"/>
            <w:tcMar>
              <w:top w:w="70" w:type="dxa"/>
              <w:left w:w="80" w:type="dxa"/>
              <w:bottom w:w="70" w:type="dxa"/>
              <w:right w:w="80" w:type="dxa"/>
            </w:tcMar>
            <w:vAlign w:val="center"/>
          </w:tcPr>
          <w:p w14:paraId="36AC5CDA"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0D72E0A1" w14:textId="77777777" w:rsidR="00650973" w:rsidRDefault="00080072">
            <w:r>
              <w:rPr>
                <w:rFonts w:ascii="Arial" w:hAnsi="Arial"/>
                <w:sz w:val="21"/>
              </w:rPr>
              <w:t>≈10–20 €, parfois 20–30 € avec plusieurs plats/boissons</w:t>
            </w:r>
          </w:p>
        </w:tc>
      </w:tr>
      <w:tr w:rsidR="00650973" w14:paraId="2C2D7850" w14:textId="77777777">
        <w:trPr>
          <w:cantSplit/>
          <w:jc w:val="center"/>
        </w:trPr>
        <w:tc>
          <w:tcPr>
            <w:tcW w:w="5103" w:type="dxa"/>
            <w:shd w:val="clear" w:color="auto" w:fill="F8FAF8"/>
            <w:tcMar>
              <w:top w:w="70" w:type="dxa"/>
              <w:left w:w="80" w:type="dxa"/>
              <w:bottom w:w="70" w:type="dxa"/>
              <w:right w:w="80" w:type="dxa"/>
            </w:tcMar>
            <w:vAlign w:val="center"/>
          </w:tcPr>
          <w:p w14:paraId="6D81DBE2"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29DD5C5F" w14:textId="77777777" w:rsidR="00650973" w:rsidRDefault="00080072">
            <w:r>
              <w:rPr>
                <w:rFonts w:ascii="Arial" w:hAnsi="Arial"/>
                <w:sz w:val="21"/>
              </w:rPr>
              <w:t>Non précisé dans le chat</w:t>
            </w:r>
          </w:p>
        </w:tc>
      </w:tr>
      <w:tr w:rsidR="00650973" w14:paraId="2F231C30" w14:textId="77777777">
        <w:trPr>
          <w:cantSplit/>
          <w:jc w:val="center"/>
        </w:trPr>
        <w:tc>
          <w:tcPr>
            <w:tcW w:w="5103" w:type="dxa"/>
            <w:tcMar>
              <w:top w:w="70" w:type="dxa"/>
              <w:left w:w="80" w:type="dxa"/>
              <w:bottom w:w="70" w:type="dxa"/>
              <w:right w:w="80" w:type="dxa"/>
            </w:tcMar>
            <w:vAlign w:val="center"/>
          </w:tcPr>
          <w:p w14:paraId="676D59B2"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6916EA30" w14:textId="77777777" w:rsidR="00650973" w:rsidRDefault="00080072">
            <w:r>
              <w:rPr>
                <w:rFonts w:ascii="Arial" w:hAnsi="Arial"/>
                <w:sz w:val="21"/>
              </w:rPr>
              <w:t>Institution populaire ; sardines, poulpe frit, puntillas, poisson, papas arrugadas.</w:t>
            </w:r>
          </w:p>
        </w:tc>
      </w:tr>
      <w:tr w:rsidR="00650973" w14:paraId="7A134E56" w14:textId="77777777">
        <w:trPr>
          <w:cantSplit/>
          <w:jc w:val="center"/>
        </w:trPr>
        <w:tc>
          <w:tcPr>
            <w:tcW w:w="5103" w:type="dxa"/>
            <w:shd w:val="clear" w:color="auto" w:fill="F8FAF8"/>
            <w:tcMar>
              <w:top w:w="70" w:type="dxa"/>
              <w:left w:w="80" w:type="dxa"/>
              <w:bottom w:w="70" w:type="dxa"/>
              <w:right w:w="80" w:type="dxa"/>
            </w:tcMar>
            <w:vAlign w:val="center"/>
          </w:tcPr>
          <w:p w14:paraId="70FD34BA"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3CDCB4DD" w14:textId="77777777" w:rsidR="00650973" w:rsidRDefault="00080072">
            <w:r>
              <w:rPr>
                <w:rFonts w:ascii="Arial" w:hAnsi="Arial"/>
                <w:sz w:val="21"/>
              </w:rPr>
              <w:t>Voir remarques / non précisée</w:t>
            </w:r>
          </w:p>
        </w:tc>
      </w:tr>
      <w:tr w:rsidR="00650973" w14:paraId="681322A8" w14:textId="77777777">
        <w:trPr>
          <w:cantSplit/>
          <w:jc w:val="center"/>
        </w:trPr>
        <w:tc>
          <w:tcPr>
            <w:tcW w:w="5103" w:type="dxa"/>
            <w:tcMar>
              <w:top w:w="70" w:type="dxa"/>
              <w:left w:w="80" w:type="dxa"/>
              <w:bottom w:w="70" w:type="dxa"/>
              <w:right w:w="80" w:type="dxa"/>
            </w:tcMar>
            <w:vAlign w:val="center"/>
          </w:tcPr>
          <w:p w14:paraId="51B12118"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134F6645" w14:textId="77777777" w:rsidR="00650973" w:rsidRDefault="00080072">
            <w:r>
              <w:rPr>
                <w:rFonts w:ascii="Arial" w:hAnsi="Arial"/>
                <w:sz w:val="21"/>
              </w:rPr>
              <w:t>Institution poisson populaire qui mérite une sortie.</w:t>
            </w:r>
          </w:p>
        </w:tc>
      </w:tr>
      <w:tr w:rsidR="00650973" w14:paraId="458899B0" w14:textId="77777777">
        <w:trPr>
          <w:cantSplit/>
          <w:jc w:val="center"/>
        </w:trPr>
        <w:tc>
          <w:tcPr>
            <w:tcW w:w="5103" w:type="dxa"/>
            <w:shd w:val="clear" w:color="auto" w:fill="F8FAF8"/>
            <w:tcMar>
              <w:top w:w="70" w:type="dxa"/>
              <w:left w:w="80" w:type="dxa"/>
              <w:bottom w:w="70" w:type="dxa"/>
              <w:right w:w="80" w:type="dxa"/>
            </w:tcMar>
            <w:vAlign w:val="center"/>
          </w:tcPr>
          <w:p w14:paraId="41256CB6"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53C84840" w14:textId="77777777" w:rsidR="00650973" w:rsidRDefault="00080072">
            <w:r>
              <w:rPr>
                <w:rFonts w:ascii="Arial" w:hAnsi="Arial"/>
                <w:sz w:val="21"/>
              </w:rPr>
              <w:t>Toutes les données absentes ou marquées comme non établies ; horaires à revérifier avant le séjour.</w:t>
            </w:r>
          </w:p>
        </w:tc>
      </w:tr>
    </w:tbl>
    <w:p w14:paraId="247CD7FF" w14:textId="77777777" w:rsidR="00650973" w:rsidRDefault="00650973">
      <w:pPr>
        <w:spacing w:after="40"/>
      </w:pPr>
    </w:p>
    <w:p w14:paraId="64770A0E" w14:textId="77777777" w:rsidR="00650973" w:rsidRDefault="00080072">
      <w:r>
        <w:rPr>
          <w:b/>
          <w:sz w:val="17"/>
        </w:rPr>
        <w:t xml:space="preserve">URL : </w:t>
      </w:r>
      <w:r>
        <w:rPr>
          <w:i/>
          <w:color w:val="666666"/>
          <w:sz w:val="17"/>
        </w:rPr>
        <w:t>URL non conservée</w:t>
      </w:r>
    </w:p>
    <w:p w14:paraId="45C9B2AC" w14:textId="77777777" w:rsidR="00650973" w:rsidRDefault="00080072">
      <w:pPr>
        <w:pStyle w:val="Titre2"/>
        <w:spacing w:before="160" w:after="80"/>
      </w:pPr>
      <w:r>
        <w:rPr>
          <w:rFonts w:ascii="Arial" w:hAnsi="Arial"/>
          <w:color w:val="C97A2B"/>
          <w:sz w:val="28"/>
        </w:rPr>
        <w:lastRenderedPageBreak/>
        <w:t>RESTAURANTE LAS SALINAS</w:t>
      </w:r>
    </w:p>
    <w:tbl>
      <w:tblPr>
        <w:tblStyle w:val="Grilledutableau"/>
        <w:tblW w:w="0" w:type="auto"/>
        <w:jc w:val="center"/>
        <w:tblLook w:val="04A0" w:firstRow="1" w:lastRow="0" w:firstColumn="1" w:lastColumn="0" w:noHBand="0" w:noVBand="1"/>
      </w:tblPr>
      <w:tblGrid>
        <w:gridCol w:w="5103"/>
        <w:gridCol w:w="5103"/>
      </w:tblGrid>
      <w:tr w:rsidR="00650973" w14:paraId="2825ACBB" w14:textId="77777777">
        <w:trPr>
          <w:cantSplit/>
          <w:tblHeader/>
          <w:jc w:val="center"/>
        </w:trPr>
        <w:tc>
          <w:tcPr>
            <w:tcW w:w="5103" w:type="dxa"/>
            <w:shd w:val="clear" w:color="auto" w:fill="2F6B4F"/>
            <w:tcMar>
              <w:top w:w="70" w:type="dxa"/>
              <w:left w:w="80" w:type="dxa"/>
              <w:bottom w:w="70" w:type="dxa"/>
              <w:right w:w="80" w:type="dxa"/>
            </w:tcMar>
            <w:vAlign w:val="center"/>
          </w:tcPr>
          <w:p w14:paraId="65D8466D"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3512AA8D" w14:textId="77777777" w:rsidR="00650973" w:rsidRDefault="00080072">
            <w:pPr>
              <w:jc w:val="center"/>
            </w:pPr>
            <w:r>
              <w:rPr>
                <w:rFonts w:ascii="Arial" w:hAnsi="Arial"/>
                <w:b/>
                <w:color w:val="FFFFFF"/>
                <w:sz w:val="21"/>
              </w:rPr>
              <w:t>Information</w:t>
            </w:r>
          </w:p>
        </w:tc>
      </w:tr>
      <w:tr w:rsidR="00650973" w14:paraId="5FD220B5" w14:textId="77777777">
        <w:trPr>
          <w:cantSplit/>
          <w:jc w:val="center"/>
        </w:trPr>
        <w:tc>
          <w:tcPr>
            <w:tcW w:w="5103" w:type="dxa"/>
            <w:tcMar>
              <w:top w:w="70" w:type="dxa"/>
              <w:left w:w="80" w:type="dxa"/>
              <w:bottom w:w="70" w:type="dxa"/>
              <w:right w:w="80" w:type="dxa"/>
            </w:tcMar>
            <w:vAlign w:val="center"/>
          </w:tcPr>
          <w:p w14:paraId="48603CAD"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2F04A246" w14:textId="77777777" w:rsidR="00650973" w:rsidRDefault="00080072">
            <w:r>
              <w:rPr>
                <w:rFonts w:ascii="Arial" w:hAnsi="Arial"/>
                <w:sz w:val="21"/>
              </w:rPr>
              <w:t>Poissons / cuisine populaire</w:t>
            </w:r>
          </w:p>
        </w:tc>
      </w:tr>
      <w:tr w:rsidR="00650973" w14:paraId="6AC3DD22" w14:textId="77777777">
        <w:trPr>
          <w:cantSplit/>
          <w:jc w:val="center"/>
        </w:trPr>
        <w:tc>
          <w:tcPr>
            <w:tcW w:w="5103" w:type="dxa"/>
            <w:shd w:val="clear" w:color="auto" w:fill="F8FAF8"/>
            <w:tcMar>
              <w:top w:w="70" w:type="dxa"/>
              <w:left w:w="80" w:type="dxa"/>
              <w:bottom w:w="70" w:type="dxa"/>
              <w:right w:w="80" w:type="dxa"/>
            </w:tcMar>
            <w:vAlign w:val="center"/>
          </w:tcPr>
          <w:p w14:paraId="1B3DB252"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28EEC337" w14:textId="77777777" w:rsidR="00650973" w:rsidRDefault="00080072">
            <w:r>
              <w:rPr>
                <w:rFonts w:ascii="Arial" w:hAnsi="Arial"/>
                <w:sz w:val="21"/>
              </w:rPr>
              <w:t>C. Maestro José Molina Guerra 20</w:t>
            </w:r>
          </w:p>
        </w:tc>
      </w:tr>
      <w:tr w:rsidR="00650973" w14:paraId="235105ED" w14:textId="77777777">
        <w:trPr>
          <w:cantSplit/>
          <w:jc w:val="center"/>
        </w:trPr>
        <w:tc>
          <w:tcPr>
            <w:tcW w:w="5103" w:type="dxa"/>
            <w:tcMar>
              <w:top w:w="70" w:type="dxa"/>
              <w:left w:w="80" w:type="dxa"/>
              <w:bottom w:w="70" w:type="dxa"/>
              <w:right w:w="80" w:type="dxa"/>
            </w:tcMar>
            <w:vAlign w:val="center"/>
          </w:tcPr>
          <w:p w14:paraId="77075E7B"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70C07B8F" w14:textId="77777777" w:rsidR="00650973" w:rsidRDefault="00080072">
            <w:r>
              <w:rPr>
                <w:rFonts w:ascii="Arial" w:hAnsi="Arial"/>
                <w:sz w:val="21"/>
              </w:rPr>
              <w:t>Castillo del Romeral</w:t>
            </w:r>
          </w:p>
        </w:tc>
      </w:tr>
      <w:tr w:rsidR="00650973" w14:paraId="308B9065" w14:textId="77777777">
        <w:trPr>
          <w:cantSplit/>
          <w:jc w:val="center"/>
        </w:trPr>
        <w:tc>
          <w:tcPr>
            <w:tcW w:w="5103" w:type="dxa"/>
            <w:shd w:val="clear" w:color="auto" w:fill="F8FAF8"/>
            <w:tcMar>
              <w:top w:w="70" w:type="dxa"/>
              <w:left w:w="80" w:type="dxa"/>
              <w:bottom w:w="70" w:type="dxa"/>
              <w:right w:w="80" w:type="dxa"/>
            </w:tcMar>
            <w:vAlign w:val="center"/>
          </w:tcPr>
          <w:p w14:paraId="765D1B01"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6CE1E142" w14:textId="77777777" w:rsidR="00650973" w:rsidRDefault="00080072">
            <w:r>
              <w:rPr>
                <w:rFonts w:ascii="Arial" w:hAnsi="Arial"/>
                <w:sz w:val="21"/>
              </w:rPr>
              <w:t>Non établie</w:t>
            </w:r>
          </w:p>
        </w:tc>
      </w:tr>
      <w:tr w:rsidR="00650973" w14:paraId="6B3D8E1E" w14:textId="77777777">
        <w:trPr>
          <w:cantSplit/>
          <w:jc w:val="center"/>
        </w:trPr>
        <w:tc>
          <w:tcPr>
            <w:tcW w:w="5103" w:type="dxa"/>
            <w:tcMar>
              <w:top w:w="70" w:type="dxa"/>
              <w:left w:w="80" w:type="dxa"/>
              <w:bottom w:w="70" w:type="dxa"/>
              <w:right w:w="80" w:type="dxa"/>
            </w:tcMar>
            <w:vAlign w:val="center"/>
          </w:tcPr>
          <w:p w14:paraId="752F506C"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332D485B" w14:textId="77777777" w:rsidR="00650973" w:rsidRDefault="00080072">
            <w:r>
              <w:rPr>
                <w:rFonts w:ascii="Arial" w:hAnsi="Arial"/>
                <w:sz w:val="21"/>
              </w:rPr>
              <w:t>Non établi</w:t>
            </w:r>
          </w:p>
        </w:tc>
      </w:tr>
      <w:tr w:rsidR="00650973" w14:paraId="5E2DA631" w14:textId="77777777">
        <w:trPr>
          <w:cantSplit/>
          <w:jc w:val="center"/>
        </w:trPr>
        <w:tc>
          <w:tcPr>
            <w:tcW w:w="5103" w:type="dxa"/>
            <w:shd w:val="clear" w:color="auto" w:fill="F8FAF8"/>
            <w:tcMar>
              <w:top w:w="70" w:type="dxa"/>
              <w:left w:w="80" w:type="dxa"/>
              <w:bottom w:w="70" w:type="dxa"/>
              <w:right w:w="80" w:type="dxa"/>
            </w:tcMar>
            <w:vAlign w:val="center"/>
          </w:tcPr>
          <w:p w14:paraId="3382048B"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1DF514DA" w14:textId="77777777" w:rsidR="00650973" w:rsidRDefault="00080072">
            <w:r>
              <w:rPr>
                <w:rFonts w:ascii="Arial" w:hAnsi="Arial"/>
                <w:sz w:val="21"/>
              </w:rPr>
              <w:t>≈15–20 min (repéré)</w:t>
            </w:r>
          </w:p>
        </w:tc>
      </w:tr>
      <w:tr w:rsidR="00650973" w14:paraId="12EE827E" w14:textId="77777777">
        <w:trPr>
          <w:cantSplit/>
          <w:jc w:val="center"/>
        </w:trPr>
        <w:tc>
          <w:tcPr>
            <w:tcW w:w="5103" w:type="dxa"/>
            <w:tcMar>
              <w:top w:w="70" w:type="dxa"/>
              <w:left w:w="80" w:type="dxa"/>
              <w:bottom w:w="70" w:type="dxa"/>
              <w:right w:w="80" w:type="dxa"/>
            </w:tcMar>
            <w:vAlign w:val="center"/>
          </w:tcPr>
          <w:p w14:paraId="184D8C15"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7203B2C7" w14:textId="77777777" w:rsidR="00650973" w:rsidRDefault="00080072">
            <w:r>
              <w:rPr>
                <w:rFonts w:ascii="Arial" w:hAnsi="Arial"/>
                <w:sz w:val="21"/>
              </w:rPr>
              <w:t>≈12h30–22h30 ; mercredi fermé ; dimanche plus court selon collecte</w:t>
            </w:r>
          </w:p>
        </w:tc>
      </w:tr>
      <w:tr w:rsidR="00650973" w14:paraId="0CE55C32" w14:textId="77777777">
        <w:trPr>
          <w:cantSplit/>
          <w:jc w:val="center"/>
        </w:trPr>
        <w:tc>
          <w:tcPr>
            <w:tcW w:w="5103" w:type="dxa"/>
            <w:shd w:val="clear" w:color="auto" w:fill="F8FAF8"/>
            <w:tcMar>
              <w:top w:w="70" w:type="dxa"/>
              <w:left w:w="80" w:type="dxa"/>
              <w:bottom w:w="70" w:type="dxa"/>
              <w:right w:w="80" w:type="dxa"/>
            </w:tcMar>
            <w:vAlign w:val="center"/>
          </w:tcPr>
          <w:p w14:paraId="6310DB89"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18C306B7" w14:textId="77777777" w:rsidR="00650973" w:rsidRDefault="00080072">
            <w:r>
              <w:rPr>
                <w:rFonts w:ascii="Arial" w:hAnsi="Arial"/>
                <w:sz w:val="21"/>
              </w:rPr>
              <w:t>Poisson frais, poulpe, calamars, riz/paella</w:t>
            </w:r>
          </w:p>
        </w:tc>
      </w:tr>
      <w:tr w:rsidR="00650973" w14:paraId="6B21AFE9" w14:textId="77777777">
        <w:trPr>
          <w:cantSplit/>
          <w:jc w:val="center"/>
        </w:trPr>
        <w:tc>
          <w:tcPr>
            <w:tcW w:w="5103" w:type="dxa"/>
            <w:tcMar>
              <w:top w:w="70" w:type="dxa"/>
              <w:left w:w="80" w:type="dxa"/>
              <w:bottom w:w="70" w:type="dxa"/>
              <w:right w:w="80" w:type="dxa"/>
            </w:tcMar>
            <w:vAlign w:val="center"/>
          </w:tcPr>
          <w:p w14:paraId="560EA91A"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0B7A3A77" w14:textId="77777777" w:rsidR="00650973" w:rsidRDefault="00080072">
            <w:r>
              <w:rPr>
                <w:rFonts w:ascii="Arial" w:hAnsi="Arial"/>
                <w:sz w:val="21"/>
              </w:rPr>
              <w:t>≈10–20 €</w:t>
            </w:r>
          </w:p>
        </w:tc>
      </w:tr>
      <w:tr w:rsidR="00650973" w14:paraId="53413263" w14:textId="77777777">
        <w:trPr>
          <w:cantSplit/>
          <w:jc w:val="center"/>
        </w:trPr>
        <w:tc>
          <w:tcPr>
            <w:tcW w:w="5103" w:type="dxa"/>
            <w:shd w:val="clear" w:color="auto" w:fill="F8FAF8"/>
            <w:tcMar>
              <w:top w:w="70" w:type="dxa"/>
              <w:left w:w="80" w:type="dxa"/>
              <w:bottom w:w="70" w:type="dxa"/>
              <w:right w:w="80" w:type="dxa"/>
            </w:tcMar>
            <w:vAlign w:val="center"/>
          </w:tcPr>
          <w:p w14:paraId="06665ED5"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2050B51F" w14:textId="77777777" w:rsidR="00650973" w:rsidRDefault="00080072">
            <w:r>
              <w:rPr>
                <w:rFonts w:ascii="Arial" w:hAnsi="Arial"/>
                <w:sz w:val="21"/>
              </w:rPr>
              <w:t>Non précisé dans le chat</w:t>
            </w:r>
          </w:p>
        </w:tc>
      </w:tr>
      <w:tr w:rsidR="00650973" w14:paraId="22687701" w14:textId="77777777">
        <w:trPr>
          <w:cantSplit/>
          <w:jc w:val="center"/>
        </w:trPr>
        <w:tc>
          <w:tcPr>
            <w:tcW w:w="5103" w:type="dxa"/>
            <w:tcMar>
              <w:top w:w="70" w:type="dxa"/>
              <w:left w:w="80" w:type="dxa"/>
              <w:bottom w:w="70" w:type="dxa"/>
              <w:right w:w="80" w:type="dxa"/>
            </w:tcMar>
            <w:vAlign w:val="center"/>
          </w:tcPr>
          <w:p w14:paraId="0736EECA"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6173614B" w14:textId="77777777" w:rsidR="00650973" w:rsidRDefault="00080072">
            <w:r>
              <w:rPr>
                <w:rFonts w:ascii="Arial" w:hAnsi="Arial"/>
                <w:sz w:val="21"/>
              </w:rPr>
              <w:t>Familial/populaire ; pas de réservation selon info récoltée ; attente possible aux heures de pointe.</w:t>
            </w:r>
          </w:p>
        </w:tc>
      </w:tr>
      <w:tr w:rsidR="00650973" w14:paraId="5AF40E85" w14:textId="77777777">
        <w:trPr>
          <w:cantSplit/>
          <w:jc w:val="center"/>
        </w:trPr>
        <w:tc>
          <w:tcPr>
            <w:tcW w:w="5103" w:type="dxa"/>
            <w:shd w:val="clear" w:color="auto" w:fill="F8FAF8"/>
            <w:tcMar>
              <w:top w:w="70" w:type="dxa"/>
              <w:left w:w="80" w:type="dxa"/>
              <w:bottom w:w="70" w:type="dxa"/>
              <w:right w:w="80" w:type="dxa"/>
            </w:tcMar>
            <w:vAlign w:val="center"/>
          </w:tcPr>
          <w:p w14:paraId="1CAA2567"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46699132" w14:textId="77777777" w:rsidR="00650973" w:rsidRDefault="00080072">
            <w:r>
              <w:rPr>
                <w:rFonts w:ascii="Arial" w:hAnsi="Arial"/>
                <w:sz w:val="21"/>
              </w:rPr>
              <w:t>Voir remarques / non précisée</w:t>
            </w:r>
          </w:p>
        </w:tc>
      </w:tr>
      <w:tr w:rsidR="00650973" w14:paraId="0F88E660" w14:textId="77777777">
        <w:trPr>
          <w:cantSplit/>
          <w:jc w:val="center"/>
        </w:trPr>
        <w:tc>
          <w:tcPr>
            <w:tcW w:w="5103" w:type="dxa"/>
            <w:tcMar>
              <w:top w:w="70" w:type="dxa"/>
              <w:left w:w="80" w:type="dxa"/>
              <w:bottom w:w="70" w:type="dxa"/>
              <w:right w:w="80" w:type="dxa"/>
            </w:tcMar>
            <w:vAlign w:val="center"/>
          </w:tcPr>
          <w:p w14:paraId="5FDDD89C"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5CCBBFC6" w14:textId="77777777" w:rsidR="00650973" w:rsidRDefault="00080072">
            <w:r>
              <w:rPr>
                <w:rFonts w:ascii="Arial" w:hAnsi="Arial"/>
                <w:sz w:val="21"/>
              </w:rPr>
              <w:t>Bonne sortie poisson/fruits de mer hors zone touristique.</w:t>
            </w:r>
          </w:p>
        </w:tc>
      </w:tr>
      <w:tr w:rsidR="00650973" w14:paraId="4688A8F6" w14:textId="77777777">
        <w:trPr>
          <w:cantSplit/>
          <w:jc w:val="center"/>
        </w:trPr>
        <w:tc>
          <w:tcPr>
            <w:tcW w:w="5103" w:type="dxa"/>
            <w:shd w:val="clear" w:color="auto" w:fill="F8FAF8"/>
            <w:tcMar>
              <w:top w:w="70" w:type="dxa"/>
              <w:left w:w="80" w:type="dxa"/>
              <w:bottom w:w="70" w:type="dxa"/>
              <w:right w:w="80" w:type="dxa"/>
            </w:tcMar>
            <w:vAlign w:val="center"/>
          </w:tcPr>
          <w:p w14:paraId="11FAA361"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575A840C" w14:textId="77777777" w:rsidR="00650973" w:rsidRDefault="00080072">
            <w:r>
              <w:rPr>
                <w:rFonts w:ascii="Arial" w:hAnsi="Arial"/>
                <w:sz w:val="21"/>
              </w:rPr>
              <w:t>Toutes les données absentes ou marquées comme non établies ; horaires à revérifier avant le séjour.</w:t>
            </w:r>
          </w:p>
        </w:tc>
      </w:tr>
    </w:tbl>
    <w:p w14:paraId="03C6AEBA" w14:textId="77777777" w:rsidR="00650973" w:rsidRDefault="00650973">
      <w:pPr>
        <w:spacing w:after="40"/>
      </w:pPr>
    </w:p>
    <w:p w14:paraId="7829C260" w14:textId="77777777" w:rsidR="00650973" w:rsidRDefault="00080072">
      <w:r>
        <w:rPr>
          <w:b/>
          <w:sz w:val="17"/>
        </w:rPr>
        <w:t xml:space="preserve">URL : </w:t>
      </w:r>
      <w:hyperlink r:id="rId38">
        <w:r>
          <w:rPr>
            <w:color w:val="0563C1"/>
            <w:u w:val="single"/>
          </w:rPr>
          <w:t>Facebook</w:t>
        </w:r>
      </w:hyperlink>
    </w:p>
    <w:p w14:paraId="7512CE8A" w14:textId="77777777" w:rsidR="00650973" w:rsidRDefault="00080072">
      <w:pPr>
        <w:pStyle w:val="Titre2"/>
        <w:spacing w:before="160" w:after="80"/>
      </w:pPr>
      <w:r>
        <w:rPr>
          <w:rFonts w:ascii="Arial" w:hAnsi="Arial"/>
          <w:color w:val="C97A2B"/>
          <w:sz w:val="28"/>
        </w:rPr>
        <w:t>VAQUERÍA LAS SALINAS</w:t>
      </w:r>
    </w:p>
    <w:tbl>
      <w:tblPr>
        <w:tblStyle w:val="Grilledutableau"/>
        <w:tblW w:w="0" w:type="auto"/>
        <w:jc w:val="center"/>
        <w:tblLook w:val="04A0" w:firstRow="1" w:lastRow="0" w:firstColumn="1" w:lastColumn="0" w:noHBand="0" w:noVBand="1"/>
      </w:tblPr>
      <w:tblGrid>
        <w:gridCol w:w="5103"/>
        <w:gridCol w:w="5103"/>
      </w:tblGrid>
      <w:tr w:rsidR="00650973" w14:paraId="7233AF7D" w14:textId="77777777">
        <w:trPr>
          <w:cantSplit/>
          <w:tblHeader/>
          <w:jc w:val="center"/>
        </w:trPr>
        <w:tc>
          <w:tcPr>
            <w:tcW w:w="5103" w:type="dxa"/>
            <w:shd w:val="clear" w:color="auto" w:fill="2F6B4F"/>
            <w:tcMar>
              <w:top w:w="70" w:type="dxa"/>
              <w:left w:w="80" w:type="dxa"/>
              <w:bottom w:w="70" w:type="dxa"/>
              <w:right w:w="80" w:type="dxa"/>
            </w:tcMar>
            <w:vAlign w:val="center"/>
          </w:tcPr>
          <w:p w14:paraId="6D8A7319"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736E86BB" w14:textId="77777777" w:rsidR="00650973" w:rsidRDefault="00080072">
            <w:pPr>
              <w:jc w:val="center"/>
            </w:pPr>
            <w:r>
              <w:rPr>
                <w:rFonts w:ascii="Arial" w:hAnsi="Arial"/>
                <w:b/>
                <w:color w:val="FFFFFF"/>
                <w:sz w:val="21"/>
              </w:rPr>
              <w:t>Information</w:t>
            </w:r>
          </w:p>
        </w:tc>
      </w:tr>
      <w:tr w:rsidR="00650973" w14:paraId="3491F579" w14:textId="77777777">
        <w:trPr>
          <w:cantSplit/>
          <w:jc w:val="center"/>
        </w:trPr>
        <w:tc>
          <w:tcPr>
            <w:tcW w:w="5103" w:type="dxa"/>
            <w:tcMar>
              <w:top w:w="70" w:type="dxa"/>
              <w:left w:w="80" w:type="dxa"/>
              <w:bottom w:w="70" w:type="dxa"/>
              <w:right w:w="80" w:type="dxa"/>
            </w:tcMar>
            <w:vAlign w:val="center"/>
          </w:tcPr>
          <w:p w14:paraId="43E03C7B"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0C7D0E15" w14:textId="77777777" w:rsidR="00650973" w:rsidRDefault="00080072">
            <w:r>
              <w:rPr>
                <w:rFonts w:ascii="Arial" w:hAnsi="Arial"/>
                <w:sz w:val="21"/>
              </w:rPr>
              <w:t>Cuisine rurale canarienne</w:t>
            </w:r>
          </w:p>
        </w:tc>
      </w:tr>
      <w:tr w:rsidR="00650973" w14:paraId="4F6BA05D" w14:textId="77777777">
        <w:trPr>
          <w:cantSplit/>
          <w:jc w:val="center"/>
        </w:trPr>
        <w:tc>
          <w:tcPr>
            <w:tcW w:w="5103" w:type="dxa"/>
            <w:shd w:val="clear" w:color="auto" w:fill="F8FAF8"/>
            <w:tcMar>
              <w:top w:w="70" w:type="dxa"/>
              <w:left w:w="80" w:type="dxa"/>
              <w:bottom w:w="70" w:type="dxa"/>
              <w:right w:w="80" w:type="dxa"/>
            </w:tcMar>
            <w:vAlign w:val="center"/>
          </w:tcPr>
          <w:p w14:paraId="5E83057C"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637660C7" w14:textId="77777777" w:rsidR="00650973" w:rsidRDefault="00080072">
            <w:r>
              <w:rPr>
                <w:rFonts w:ascii="Arial" w:hAnsi="Arial"/>
                <w:sz w:val="21"/>
              </w:rPr>
              <w:t>Arinaga / secteur Las Salinas</w:t>
            </w:r>
          </w:p>
        </w:tc>
      </w:tr>
      <w:tr w:rsidR="00650973" w14:paraId="7B441F15" w14:textId="77777777">
        <w:trPr>
          <w:cantSplit/>
          <w:jc w:val="center"/>
        </w:trPr>
        <w:tc>
          <w:tcPr>
            <w:tcW w:w="5103" w:type="dxa"/>
            <w:tcMar>
              <w:top w:w="70" w:type="dxa"/>
              <w:left w:w="80" w:type="dxa"/>
              <w:bottom w:w="70" w:type="dxa"/>
              <w:right w:w="80" w:type="dxa"/>
            </w:tcMar>
            <w:vAlign w:val="center"/>
          </w:tcPr>
          <w:p w14:paraId="6EF3E31A"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1D5C5C0D" w14:textId="77777777" w:rsidR="00650973" w:rsidRDefault="00080072">
            <w:r>
              <w:rPr>
                <w:rFonts w:ascii="Arial" w:hAnsi="Arial"/>
                <w:sz w:val="21"/>
              </w:rPr>
              <w:t>Arinaga</w:t>
            </w:r>
          </w:p>
        </w:tc>
      </w:tr>
      <w:tr w:rsidR="00650973" w14:paraId="080E114B" w14:textId="77777777">
        <w:trPr>
          <w:cantSplit/>
          <w:jc w:val="center"/>
        </w:trPr>
        <w:tc>
          <w:tcPr>
            <w:tcW w:w="5103" w:type="dxa"/>
            <w:shd w:val="clear" w:color="auto" w:fill="F8FAF8"/>
            <w:tcMar>
              <w:top w:w="70" w:type="dxa"/>
              <w:left w:w="80" w:type="dxa"/>
              <w:bottom w:w="70" w:type="dxa"/>
              <w:right w:w="80" w:type="dxa"/>
            </w:tcMar>
            <w:vAlign w:val="center"/>
          </w:tcPr>
          <w:p w14:paraId="7F6969F4"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0A12A344" w14:textId="77777777" w:rsidR="00650973" w:rsidRDefault="00080072">
            <w:r>
              <w:rPr>
                <w:rFonts w:ascii="Arial" w:hAnsi="Arial"/>
                <w:sz w:val="21"/>
              </w:rPr>
              <w:t>Non établie</w:t>
            </w:r>
          </w:p>
        </w:tc>
      </w:tr>
      <w:tr w:rsidR="00650973" w14:paraId="5F4058BB" w14:textId="77777777">
        <w:trPr>
          <w:cantSplit/>
          <w:jc w:val="center"/>
        </w:trPr>
        <w:tc>
          <w:tcPr>
            <w:tcW w:w="5103" w:type="dxa"/>
            <w:tcMar>
              <w:top w:w="70" w:type="dxa"/>
              <w:left w:w="80" w:type="dxa"/>
              <w:bottom w:w="70" w:type="dxa"/>
              <w:right w:w="80" w:type="dxa"/>
            </w:tcMar>
            <w:vAlign w:val="center"/>
          </w:tcPr>
          <w:p w14:paraId="1EBA1675"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63FC406C" w14:textId="77777777" w:rsidR="00650973" w:rsidRDefault="00080072">
            <w:r>
              <w:rPr>
                <w:rFonts w:ascii="Arial" w:hAnsi="Arial"/>
                <w:sz w:val="21"/>
              </w:rPr>
              <w:t>Non établi</w:t>
            </w:r>
          </w:p>
        </w:tc>
      </w:tr>
      <w:tr w:rsidR="00650973" w14:paraId="3B7BFB5A" w14:textId="77777777">
        <w:trPr>
          <w:cantSplit/>
          <w:jc w:val="center"/>
        </w:trPr>
        <w:tc>
          <w:tcPr>
            <w:tcW w:w="5103" w:type="dxa"/>
            <w:shd w:val="clear" w:color="auto" w:fill="F8FAF8"/>
            <w:tcMar>
              <w:top w:w="70" w:type="dxa"/>
              <w:left w:w="80" w:type="dxa"/>
              <w:bottom w:w="70" w:type="dxa"/>
              <w:right w:w="80" w:type="dxa"/>
            </w:tcMar>
            <w:vAlign w:val="center"/>
          </w:tcPr>
          <w:p w14:paraId="4298F48C"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00EA66F2" w14:textId="77777777" w:rsidR="00650973" w:rsidRDefault="00080072">
            <w:r>
              <w:rPr>
                <w:rFonts w:ascii="Arial" w:hAnsi="Arial"/>
                <w:sz w:val="21"/>
              </w:rPr>
              <w:t>≈20–25 min (repéré)</w:t>
            </w:r>
          </w:p>
        </w:tc>
      </w:tr>
      <w:tr w:rsidR="00650973" w14:paraId="4D014798" w14:textId="77777777">
        <w:trPr>
          <w:cantSplit/>
          <w:jc w:val="center"/>
        </w:trPr>
        <w:tc>
          <w:tcPr>
            <w:tcW w:w="5103" w:type="dxa"/>
            <w:tcMar>
              <w:top w:w="70" w:type="dxa"/>
              <w:left w:w="80" w:type="dxa"/>
              <w:bottom w:w="70" w:type="dxa"/>
              <w:right w:w="80" w:type="dxa"/>
            </w:tcMar>
            <w:vAlign w:val="center"/>
          </w:tcPr>
          <w:p w14:paraId="1E667055"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5AF03A81" w14:textId="77777777" w:rsidR="00650973" w:rsidRDefault="00080072">
            <w:r>
              <w:rPr>
                <w:rFonts w:ascii="Arial" w:hAnsi="Arial"/>
                <w:sz w:val="21"/>
              </w:rPr>
              <w:t>Horaires contradictoires le week-end : 08h30 ou 10h30 selon sources citées dans le chat</w:t>
            </w:r>
          </w:p>
        </w:tc>
      </w:tr>
      <w:tr w:rsidR="00650973" w14:paraId="4588F1C5" w14:textId="77777777">
        <w:trPr>
          <w:cantSplit/>
          <w:jc w:val="center"/>
        </w:trPr>
        <w:tc>
          <w:tcPr>
            <w:tcW w:w="5103" w:type="dxa"/>
            <w:shd w:val="clear" w:color="auto" w:fill="F8FAF8"/>
            <w:tcMar>
              <w:top w:w="70" w:type="dxa"/>
              <w:left w:w="80" w:type="dxa"/>
              <w:bottom w:w="70" w:type="dxa"/>
              <w:right w:w="80" w:type="dxa"/>
            </w:tcMar>
            <w:vAlign w:val="center"/>
          </w:tcPr>
          <w:p w14:paraId="45247F2A"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242F4C25" w14:textId="77777777" w:rsidR="00650973" w:rsidRDefault="00080072">
            <w:r>
              <w:rPr>
                <w:rFonts w:ascii="Arial" w:hAnsi="Arial"/>
                <w:sz w:val="21"/>
              </w:rPr>
              <w:t>Cochino negro, cabrito, gofio, fromages</w:t>
            </w:r>
          </w:p>
        </w:tc>
      </w:tr>
      <w:tr w:rsidR="00650973" w14:paraId="7E7DA808" w14:textId="77777777">
        <w:trPr>
          <w:cantSplit/>
          <w:jc w:val="center"/>
        </w:trPr>
        <w:tc>
          <w:tcPr>
            <w:tcW w:w="5103" w:type="dxa"/>
            <w:tcMar>
              <w:top w:w="70" w:type="dxa"/>
              <w:left w:w="80" w:type="dxa"/>
              <w:bottom w:w="70" w:type="dxa"/>
              <w:right w:w="80" w:type="dxa"/>
            </w:tcMar>
            <w:vAlign w:val="center"/>
          </w:tcPr>
          <w:p w14:paraId="31AFF39A"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4621170A" w14:textId="77777777" w:rsidR="00650973" w:rsidRDefault="00080072">
            <w:r>
              <w:rPr>
                <w:rFonts w:ascii="Arial" w:hAnsi="Arial"/>
                <w:sz w:val="21"/>
              </w:rPr>
              <w:t>Pain chaud 1,50 € ; almogrote 2 € ; lait + gofio 2 € ; budget global €–€€</w:t>
            </w:r>
          </w:p>
        </w:tc>
      </w:tr>
      <w:tr w:rsidR="00650973" w14:paraId="4BDF484E" w14:textId="77777777">
        <w:trPr>
          <w:cantSplit/>
          <w:jc w:val="center"/>
        </w:trPr>
        <w:tc>
          <w:tcPr>
            <w:tcW w:w="5103" w:type="dxa"/>
            <w:shd w:val="clear" w:color="auto" w:fill="F8FAF8"/>
            <w:tcMar>
              <w:top w:w="70" w:type="dxa"/>
              <w:left w:w="80" w:type="dxa"/>
              <w:bottom w:w="70" w:type="dxa"/>
              <w:right w:w="80" w:type="dxa"/>
            </w:tcMar>
            <w:vAlign w:val="center"/>
          </w:tcPr>
          <w:p w14:paraId="35A42D19"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7662EB06" w14:textId="77777777" w:rsidR="00650973" w:rsidRDefault="00080072">
            <w:r>
              <w:rPr>
                <w:rFonts w:ascii="Arial" w:hAnsi="Arial"/>
                <w:sz w:val="21"/>
              </w:rPr>
              <w:t>Non précisé dans le chat</w:t>
            </w:r>
          </w:p>
        </w:tc>
      </w:tr>
      <w:tr w:rsidR="00650973" w14:paraId="64B13234" w14:textId="77777777">
        <w:trPr>
          <w:cantSplit/>
          <w:jc w:val="center"/>
        </w:trPr>
        <w:tc>
          <w:tcPr>
            <w:tcW w:w="5103" w:type="dxa"/>
            <w:tcMar>
              <w:top w:w="70" w:type="dxa"/>
              <w:left w:w="80" w:type="dxa"/>
              <w:bottom w:w="70" w:type="dxa"/>
              <w:right w:w="80" w:type="dxa"/>
            </w:tcMar>
            <w:vAlign w:val="center"/>
          </w:tcPr>
          <w:p w14:paraId="4FE5AD61"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3939424C" w14:textId="77777777" w:rsidR="00650973" w:rsidRDefault="00080072">
            <w:r>
              <w:rPr>
                <w:rFonts w:ascii="Arial" w:hAnsi="Arial"/>
                <w:sz w:val="21"/>
              </w:rPr>
              <w:t>Expérience rustique/populaire ; petit-déjeuner possible ; régularité du service discutée dans certains avis.</w:t>
            </w:r>
          </w:p>
        </w:tc>
      </w:tr>
      <w:tr w:rsidR="00650973" w14:paraId="71E03ABA" w14:textId="77777777">
        <w:trPr>
          <w:cantSplit/>
          <w:jc w:val="center"/>
        </w:trPr>
        <w:tc>
          <w:tcPr>
            <w:tcW w:w="5103" w:type="dxa"/>
            <w:shd w:val="clear" w:color="auto" w:fill="F8FAF8"/>
            <w:tcMar>
              <w:top w:w="70" w:type="dxa"/>
              <w:left w:w="80" w:type="dxa"/>
              <w:bottom w:w="70" w:type="dxa"/>
              <w:right w:w="80" w:type="dxa"/>
            </w:tcMar>
            <w:vAlign w:val="center"/>
          </w:tcPr>
          <w:p w14:paraId="7CDFD180"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317508D2" w14:textId="77777777" w:rsidR="00650973" w:rsidRDefault="00080072">
            <w:r>
              <w:rPr>
                <w:rFonts w:ascii="Arial" w:hAnsi="Arial"/>
                <w:sz w:val="21"/>
              </w:rPr>
              <w:t>Voir remarques / non précisée</w:t>
            </w:r>
          </w:p>
        </w:tc>
      </w:tr>
      <w:tr w:rsidR="00650973" w14:paraId="4C93679C" w14:textId="77777777">
        <w:trPr>
          <w:cantSplit/>
          <w:jc w:val="center"/>
        </w:trPr>
        <w:tc>
          <w:tcPr>
            <w:tcW w:w="5103" w:type="dxa"/>
            <w:tcMar>
              <w:top w:w="70" w:type="dxa"/>
              <w:left w:w="80" w:type="dxa"/>
              <w:bottom w:w="70" w:type="dxa"/>
              <w:right w:w="80" w:type="dxa"/>
            </w:tcMar>
            <w:vAlign w:val="center"/>
          </w:tcPr>
          <w:p w14:paraId="4239D4A0" w14:textId="77777777" w:rsidR="00650973" w:rsidRDefault="00080072">
            <w:r>
              <w:rPr>
                <w:rFonts w:ascii="Arial" w:hAnsi="Arial"/>
                <w:sz w:val="21"/>
              </w:rPr>
              <w:lastRenderedPageBreak/>
              <w:t>Pourquoi nous l’avons retenu</w:t>
            </w:r>
          </w:p>
        </w:tc>
        <w:tc>
          <w:tcPr>
            <w:tcW w:w="5103" w:type="dxa"/>
            <w:tcMar>
              <w:top w:w="70" w:type="dxa"/>
              <w:left w:w="80" w:type="dxa"/>
              <w:bottom w:w="70" w:type="dxa"/>
              <w:right w:w="80" w:type="dxa"/>
            </w:tcMar>
            <w:vAlign w:val="center"/>
          </w:tcPr>
          <w:p w14:paraId="3F9EDD0F" w14:textId="77777777" w:rsidR="00650973" w:rsidRDefault="00080072">
            <w:r>
              <w:rPr>
                <w:rFonts w:ascii="Arial" w:hAnsi="Arial"/>
                <w:sz w:val="21"/>
              </w:rPr>
              <w:t>Expérience rurale canarienne originale, cochino negro et gofio.</w:t>
            </w:r>
          </w:p>
        </w:tc>
      </w:tr>
      <w:tr w:rsidR="00650973" w14:paraId="5F003571" w14:textId="77777777">
        <w:trPr>
          <w:cantSplit/>
          <w:jc w:val="center"/>
        </w:trPr>
        <w:tc>
          <w:tcPr>
            <w:tcW w:w="5103" w:type="dxa"/>
            <w:shd w:val="clear" w:color="auto" w:fill="F8FAF8"/>
            <w:tcMar>
              <w:top w:w="70" w:type="dxa"/>
              <w:left w:w="80" w:type="dxa"/>
              <w:bottom w:w="70" w:type="dxa"/>
              <w:right w:w="80" w:type="dxa"/>
            </w:tcMar>
            <w:vAlign w:val="center"/>
          </w:tcPr>
          <w:p w14:paraId="4DFA995F"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21DAB937" w14:textId="77777777" w:rsidR="00650973" w:rsidRDefault="00080072">
            <w:r>
              <w:rPr>
                <w:rFonts w:ascii="Arial" w:hAnsi="Arial"/>
                <w:sz w:val="21"/>
              </w:rPr>
              <w:t>Toutes les données absentes ou marquées comme non établies ; horaires à revérifier avant le séjour.</w:t>
            </w:r>
          </w:p>
        </w:tc>
      </w:tr>
    </w:tbl>
    <w:p w14:paraId="260F0E50" w14:textId="77777777" w:rsidR="00650973" w:rsidRDefault="00650973">
      <w:pPr>
        <w:spacing w:after="40"/>
      </w:pPr>
    </w:p>
    <w:p w14:paraId="2AA4D9DF" w14:textId="77777777" w:rsidR="00650973" w:rsidRDefault="00080072">
      <w:r>
        <w:rPr>
          <w:b/>
          <w:sz w:val="17"/>
        </w:rPr>
        <w:t xml:space="preserve">URL : </w:t>
      </w:r>
      <w:hyperlink r:id="rId39">
        <w:r>
          <w:rPr>
            <w:color w:val="0563C1"/>
            <w:u w:val="single"/>
          </w:rPr>
          <w:t>Facebook</w:t>
        </w:r>
      </w:hyperlink>
    </w:p>
    <w:p w14:paraId="11470C71" w14:textId="77777777" w:rsidR="00650973" w:rsidRDefault="00080072">
      <w:pPr>
        <w:pStyle w:val="Titre2"/>
        <w:spacing w:before="160" w:after="80"/>
      </w:pPr>
      <w:r>
        <w:rPr>
          <w:rFonts w:ascii="Arial" w:hAnsi="Arial"/>
          <w:color w:val="C97A2B"/>
          <w:sz w:val="28"/>
        </w:rPr>
        <w:t>RESTAURANTE GRILL EL PALMERO</w:t>
      </w:r>
    </w:p>
    <w:tbl>
      <w:tblPr>
        <w:tblStyle w:val="Grilledutableau"/>
        <w:tblW w:w="0" w:type="auto"/>
        <w:jc w:val="center"/>
        <w:tblLook w:val="04A0" w:firstRow="1" w:lastRow="0" w:firstColumn="1" w:lastColumn="0" w:noHBand="0" w:noVBand="1"/>
      </w:tblPr>
      <w:tblGrid>
        <w:gridCol w:w="5103"/>
        <w:gridCol w:w="5103"/>
      </w:tblGrid>
      <w:tr w:rsidR="00650973" w14:paraId="7114F8B6" w14:textId="77777777">
        <w:trPr>
          <w:cantSplit/>
          <w:tblHeader/>
          <w:jc w:val="center"/>
        </w:trPr>
        <w:tc>
          <w:tcPr>
            <w:tcW w:w="5103" w:type="dxa"/>
            <w:shd w:val="clear" w:color="auto" w:fill="2F6B4F"/>
            <w:tcMar>
              <w:top w:w="70" w:type="dxa"/>
              <w:left w:w="80" w:type="dxa"/>
              <w:bottom w:w="70" w:type="dxa"/>
              <w:right w:w="80" w:type="dxa"/>
            </w:tcMar>
            <w:vAlign w:val="center"/>
          </w:tcPr>
          <w:p w14:paraId="6DB50904"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5527C09C" w14:textId="77777777" w:rsidR="00650973" w:rsidRDefault="00080072">
            <w:pPr>
              <w:jc w:val="center"/>
            </w:pPr>
            <w:r>
              <w:rPr>
                <w:rFonts w:ascii="Arial" w:hAnsi="Arial"/>
                <w:b/>
                <w:color w:val="FFFFFF"/>
                <w:sz w:val="21"/>
              </w:rPr>
              <w:t>Information</w:t>
            </w:r>
          </w:p>
        </w:tc>
      </w:tr>
      <w:tr w:rsidR="00650973" w14:paraId="3E23B309" w14:textId="77777777">
        <w:trPr>
          <w:cantSplit/>
          <w:jc w:val="center"/>
        </w:trPr>
        <w:tc>
          <w:tcPr>
            <w:tcW w:w="5103" w:type="dxa"/>
            <w:tcMar>
              <w:top w:w="70" w:type="dxa"/>
              <w:left w:w="80" w:type="dxa"/>
              <w:bottom w:w="70" w:type="dxa"/>
              <w:right w:w="80" w:type="dxa"/>
            </w:tcMar>
            <w:vAlign w:val="center"/>
          </w:tcPr>
          <w:p w14:paraId="4C96485D"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3C630781" w14:textId="77777777" w:rsidR="00650973" w:rsidRDefault="00080072">
            <w:r>
              <w:rPr>
                <w:rFonts w:ascii="Arial" w:hAnsi="Arial"/>
                <w:sz w:val="21"/>
              </w:rPr>
              <w:t>Grill / viandes</w:t>
            </w:r>
          </w:p>
        </w:tc>
      </w:tr>
      <w:tr w:rsidR="00650973" w14:paraId="4FC89A12" w14:textId="77777777">
        <w:trPr>
          <w:cantSplit/>
          <w:jc w:val="center"/>
        </w:trPr>
        <w:tc>
          <w:tcPr>
            <w:tcW w:w="5103" w:type="dxa"/>
            <w:shd w:val="clear" w:color="auto" w:fill="F8FAF8"/>
            <w:tcMar>
              <w:top w:w="70" w:type="dxa"/>
              <w:left w:w="80" w:type="dxa"/>
              <w:bottom w:w="70" w:type="dxa"/>
              <w:right w:w="80" w:type="dxa"/>
            </w:tcMar>
            <w:vAlign w:val="center"/>
          </w:tcPr>
          <w:p w14:paraId="7A982B92"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3ACC6EEF" w14:textId="77777777" w:rsidR="00650973" w:rsidRDefault="00080072">
            <w:r>
              <w:rPr>
                <w:rFonts w:ascii="Arial" w:hAnsi="Arial"/>
                <w:sz w:val="21"/>
              </w:rPr>
              <w:t>Av. Touroperador Neckermann 3</w:t>
            </w:r>
          </w:p>
        </w:tc>
      </w:tr>
      <w:tr w:rsidR="00650973" w14:paraId="647F9D13" w14:textId="77777777">
        <w:trPr>
          <w:cantSplit/>
          <w:jc w:val="center"/>
        </w:trPr>
        <w:tc>
          <w:tcPr>
            <w:tcW w:w="5103" w:type="dxa"/>
            <w:tcMar>
              <w:top w:w="70" w:type="dxa"/>
              <w:left w:w="80" w:type="dxa"/>
              <w:bottom w:w="70" w:type="dxa"/>
              <w:right w:w="80" w:type="dxa"/>
            </w:tcMar>
            <w:vAlign w:val="center"/>
          </w:tcPr>
          <w:p w14:paraId="5DCB76CF"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6199CDF8" w14:textId="77777777" w:rsidR="00650973" w:rsidRDefault="00080072">
            <w:r>
              <w:rPr>
                <w:rFonts w:ascii="Arial" w:hAnsi="Arial"/>
                <w:sz w:val="21"/>
              </w:rPr>
              <w:t>Campo Internacional</w:t>
            </w:r>
          </w:p>
        </w:tc>
      </w:tr>
      <w:tr w:rsidR="00650973" w14:paraId="1A24CB42" w14:textId="77777777">
        <w:trPr>
          <w:cantSplit/>
          <w:jc w:val="center"/>
        </w:trPr>
        <w:tc>
          <w:tcPr>
            <w:tcW w:w="5103" w:type="dxa"/>
            <w:shd w:val="clear" w:color="auto" w:fill="F8FAF8"/>
            <w:tcMar>
              <w:top w:w="70" w:type="dxa"/>
              <w:left w:w="80" w:type="dxa"/>
              <w:bottom w:w="70" w:type="dxa"/>
              <w:right w:w="80" w:type="dxa"/>
            </w:tcMar>
            <w:vAlign w:val="center"/>
          </w:tcPr>
          <w:p w14:paraId="0EB9D705"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0A7A8AA0" w14:textId="77777777" w:rsidR="00650973" w:rsidRDefault="00080072">
            <w:r>
              <w:rPr>
                <w:rFonts w:ascii="Arial" w:hAnsi="Arial"/>
                <w:sz w:val="21"/>
              </w:rPr>
              <w:t>Non établie</w:t>
            </w:r>
          </w:p>
        </w:tc>
      </w:tr>
      <w:tr w:rsidR="00650973" w14:paraId="2FB96DD9" w14:textId="77777777">
        <w:trPr>
          <w:cantSplit/>
          <w:jc w:val="center"/>
        </w:trPr>
        <w:tc>
          <w:tcPr>
            <w:tcW w:w="5103" w:type="dxa"/>
            <w:tcMar>
              <w:top w:w="70" w:type="dxa"/>
              <w:left w:w="80" w:type="dxa"/>
              <w:bottom w:w="70" w:type="dxa"/>
              <w:right w:w="80" w:type="dxa"/>
            </w:tcMar>
            <w:vAlign w:val="center"/>
          </w:tcPr>
          <w:p w14:paraId="1096601F"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73F24120" w14:textId="77777777" w:rsidR="00650973" w:rsidRDefault="00080072">
            <w:r>
              <w:rPr>
                <w:rFonts w:ascii="Arial" w:hAnsi="Arial"/>
                <w:sz w:val="21"/>
              </w:rPr>
              <w:t>≈5–7 min (repéré)</w:t>
            </w:r>
          </w:p>
        </w:tc>
      </w:tr>
      <w:tr w:rsidR="00650973" w14:paraId="2EF3B942" w14:textId="77777777">
        <w:trPr>
          <w:cantSplit/>
          <w:jc w:val="center"/>
        </w:trPr>
        <w:tc>
          <w:tcPr>
            <w:tcW w:w="5103" w:type="dxa"/>
            <w:shd w:val="clear" w:color="auto" w:fill="F8FAF8"/>
            <w:tcMar>
              <w:top w:w="70" w:type="dxa"/>
              <w:left w:w="80" w:type="dxa"/>
              <w:bottom w:w="70" w:type="dxa"/>
              <w:right w:w="80" w:type="dxa"/>
            </w:tcMar>
            <w:vAlign w:val="center"/>
          </w:tcPr>
          <w:p w14:paraId="77B7F62B"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676BD5BE" w14:textId="77777777" w:rsidR="00650973" w:rsidRDefault="00080072">
            <w:r>
              <w:rPr>
                <w:rFonts w:ascii="Arial" w:hAnsi="Arial"/>
                <w:sz w:val="21"/>
              </w:rPr>
              <w:t>Non nécessaire</w:t>
            </w:r>
          </w:p>
        </w:tc>
      </w:tr>
      <w:tr w:rsidR="00650973" w14:paraId="2E11F584" w14:textId="77777777">
        <w:trPr>
          <w:cantSplit/>
          <w:jc w:val="center"/>
        </w:trPr>
        <w:tc>
          <w:tcPr>
            <w:tcW w:w="5103" w:type="dxa"/>
            <w:tcMar>
              <w:top w:w="70" w:type="dxa"/>
              <w:left w:w="80" w:type="dxa"/>
              <w:bottom w:w="70" w:type="dxa"/>
              <w:right w:w="80" w:type="dxa"/>
            </w:tcMar>
            <w:vAlign w:val="center"/>
          </w:tcPr>
          <w:p w14:paraId="5716EDA5"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25A7B686" w14:textId="77777777" w:rsidR="00650973" w:rsidRDefault="00080072">
            <w:r>
              <w:rPr>
                <w:rFonts w:ascii="Arial" w:hAnsi="Arial"/>
                <w:sz w:val="21"/>
              </w:rPr>
              <w:t>Horaires non conservés</w:t>
            </w:r>
          </w:p>
        </w:tc>
      </w:tr>
      <w:tr w:rsidR="00650973" w14:paraId="6F6A33F3" w14:textId="77777777">
        <w:trPr>
          <w:cantSplit/>
          <w:jc w:val="center"/>
        </w:trPr>
        <w:tc>
          <w:tcPr>
            <w:tcW w:w="5103" w:type="dxa"/>
            <w:shd w:val="clear" w:color="auto" w:fill="F8FAF8"/>
            <w:tcMar>
              <w:top w:w="70" w:type="dxa"/>
              <w:left w:w="80" w:type="dxa"/>
              <w:bottom w:w="70" w:type="dxa"/>
              <w:right w:w="80" w:type="dxa"/>
            </w:tcMar>
            <w:vAlign w:val="center"/>
          </w:tcPr>
          <w:p w14:paraId="0204A3B2"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070895DF" w14:textId="77777777" w:rsidR="00650973" w:rsidRDefault="00080072">
            <w:r>
              <w:rPr>
                <w:rFonts w:ascii="Arial" w:hAnsi="Arial"/>
                <w:sz w:val="21"/>
              </w:rPr>
              <w:t>Grillades, poulet, porc, bœuf</w:t>
            </w:r>
          </w:p>
        </w:tc>
      </w:tr>
      <w:tr w:rsidR="00650973" w14:paraId="69A2DCEE" w14:textId="77777777">
        <w:trPr>
          <w:cantSplit/>
          <w:jc w:val="center"/>
        </w:trPr>
        <w:tc>
          <w:tcPr>
            <w:tcW w:w="5103" w:type="dxa"/>
            <w:tcMar>
              <w:top w:w="70" w:type="dxa"/>
              <w:left w:w="80" w:type="dxa"/>
              <w:bottom w:w="70" w:type="dxa"/>
              <w:right w:w="80" w:type="dxa"/>
            </w:tcMar>
            <w:vAlign w:val="center"/>
          </w:tcPr>
          <w:p w14:paraId="5857DAFE"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3D791837" w14:textId="77777777" w:rsidR="00650973" w:rsidRDefault="00080072">
            <w:r>
              <w:rPr>
                <w:rFonts w:ascii="Arial" w:hAnsi="Arial"/>
                <w:sz w:val="21"/>
              </w:rPr>
              <w:t>6,80–46,90 € selon plat/partage</w:t>
            </w:r>
          </w:p>
        </w:tc>
      </w:tr>
      <w:tr w:rsidR="00650973" w14:paraId="7BF82E2F" w14:textId="77777777">
        <w:trPr>
          <w:cantSplit/>
          <w:jc w:val="center"/>
        </w:trPr>
        <w:tc>
          <w:tcPr>
            <w:tcW w:w="5103" w:type="dxa"/>
            <w:shd w:val="clear" w:color="auto" w:fill="F8FAF8"/>
            <w:tcMar>
              <w:top w:w="70" w:type="dxa"/>
              <w:left w:w="80" w:type="dxa"/>
              <w:bottom w:w="70" w:type="dxa"/>
              <w:right w:w="80" w:type="dxa"/>
            </w:tcMar>
            <w:vAlign w:val="center"/>
          </w:tcPr>
          <w:p w14:paraId="28028655"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03E825A0" w14:textId="77777777" w:rsidR="00650973" w:rsidRDefault="00080072">
            <w:r>
              <w:rPr>
                <w:rFonts w:ascii="Arial" w:hAnsi="Arial"/>
                <w:sz w:val="21"/>
              </w:rPr>
              <w:t>Oui / visible dans les photos</w:t>
            </w:r>
          </w:p>
        </w:tc>
      </w:tr>
      <w:tr w:rsidR="00650973" w14:paraId="38E30E9A" w14:textId="77777777">
        <w:trPr>
          <w:cantSplit/>
          <w:jc w:val="center"/>
        </w:trPr>
        <w:tc>
          <w:tcPr>
            <w:tcW w:w="5103" w:type="dxa"/>
            <w:tcMar>
              <w:top w:w="70" w:type="dxa"/>
              <w:left w:w="80" w:type="dxa"/>
              <w:bottom w:w="70" w:type="dxa"/>
              <w:right w:w="80" w:type="dxa"/>
            </w:tcMar>
            <w:vAlign w:val="center"/>
          </w:tcPr>
          <w:p w14:paraId="7B10B0B7"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4A584F32" w14:textId="77777777" w:rsidR="00650973" w:rsidRDefault="00080072">
            <w:r>
              <w:rPr>
                <w:rFonts w:ascii="Arial" w:hAnsi="Arial"/>
                <w:sz w:val="21"/>
              </w:rPr>
              <w:t>Carte française ; plat du jour 8,50 € demi / 14,50 € portion.</w:t>
            </w:r>
          </w:p>
        </w:tc>
      </w:tr>
      <w:tr w:rsidR="00650973" w14:paraId="0F57446E" w14:textId="77777777">
        <w:trPr>
          <w:cantSplit/>
          <w:jc w:val="center"/>
        </w:trPr>
        <w:tc>
          <w:tcPr>
            <w:tcW w:w="5103" w:type="dxa"/>
            <w:shd w:val="clear" w:color="auto" w:fill="F8FAF8"/>
            <w:tcMar>
              <w:top w:w="70" w:type="dxa"/>
              <w:left w:w="80" w:type="dxa"/>
              <w:bottom w:w="70" w:type="dxa"/>
              <w:right w:w="80" w:type="dxa"/>
            </w:tcMar>
            <w:vAlign w:val="center"/>
          </w:tcPr>
          <w:p w14:paraId="79B3F0D3"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072AC86A" w14:textId="77777777" w:rsidR="00650973" w:rsidRDefault="00080072">
            <w:r>
              <w:rPr>
                <w:rFonts w:ascii="Arial" w:hAnsi="Arial"/>
                <w:sz w:val="21"/>
              </w:rPr>
              <w:t>Voir remarques / non précisée</w:t>
            </w:r>
          </w:p>
        </w:tc>
      </w:tr>
      <w:tr w:rsidR="00650973" w14:paraId="4DA542F6" w14:textId="77777777">
        <w:trPr>
          <w:cantSplit/>
          <w:jc w:val="center"/>
        </w:trPr>
        <w:tc>
          <w:tcPr>
            <w:tcW w:w="5103" w:type="dxa"/>
            <w:tcMar>
              <w:top w:w="70" w:type="dxa"/>
              <w:left w:w="80" w:type="dxa"/>
              <w:bottom w:w="70" w:type="dxa"/>
              <w:right w:w="80" w:type="dxa"/>
            </w:tcMar>
            <w:vAlign w:val="center"/>
          </w:tcPr>
          <w:p w14:paraId="21E8F319"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00C2D656" w14:textId="77777777" w:rsidR="00650973" w:rsidRDefault="00080072">
            <w:r>
              <w:rPr>
                <w:rFonts w:ascii="Arial" w:hAnsi="Arial"/>
                <w:sz w:val="21"/>
              </w:rPr>
              <w:t>Grill très proche, tarifs détaillés, plat du jour.</w:t>
            </w:r>
          </w:p>
        </w:tc>
      </w:tr>
      <w:tr w:rsidR="00650973" w14:paraId="6C512F59" w14:textId="77777777">
        <w:trPr>
          <w:cantSplit/>
          <w:jc w:val="center"/>
        </w:trPr>
        <w:tc>
          <w:tcPr>
            <w:tcW w:w="5103" w:type="dxa"/>
            <w:shd w:val="clear" w:color="auto" w:fill="F8FAF8"/>
            <w:tcMar>
              <w:top w:w="70" w:type="dxa"/>
              <w:left w:w="80" w:type="dxa"/>
              <w:bottom w:w="70" w:type="dxa"/>
              <w:right w:w="80" w:type="dxa"/>
            </w:tcMar>
            <w:vAlign w:val="center"/>
          </w:tcPr>
          <w:p w14:paraId="5806A72A"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1247ECB9" w14:textId="77777777" w:rsidR="00650973" w:rsidRDefault="00080072">
            <w:r>
              <w:rPr>
                <w:rFonts w:ascii="Arial" w:hAnsi="Arial"/>
                <w:sz w:val="21"/>
              </w:rPr>
              <w:t>Toutes les données absentes ou marquées comme non établies ; horaires à revérifier avant le séjour.</w:t>
            </w:r>
          </w:p>
        </w:tc>
      </w:tr>
    </w:tbl>
    <w:p w14:paraId="019267BD" w14:textId="77777777" w:rsidR="00650973" w:rsidRDefault="00650973">
      <w:pPr>
        <w:spacing w:after="40"/>
      </w:pPr>
    </w:p>
    <w:p w14:paraId="68A2819E" w14:textId="77777777" w:rsidR="00650973" w:rsidRDefault="00080072">
      <w:r>
        <w:rPr>
          <w:b/>
          <w:sz w:val="17"/>
        </w:rPr>
        <w:t xml:space="preserve">URL : </w:t>
      </w:r>
      <w:hyperlink r:id="rId40">
        <w:r>
          <w:rPr>
            <w:color w:val="0563C1"/>
            <w:u w:val="single"/>
          </w:rPr>
          <w:t>Site</w:t>
        </w:r>
      </w:hyperlink>
    </w:p>
    <w:p w14:paraId="3D5380F0" w14:textId="77777777" w:rsidR="00650973" w:rsidRDefault="00080072">
      <w:pPr>
        <w:pStyle w:val="Titre2"/>
        <w:spacing w:before="160" w:after="80"/>
      </w:pPr>
      <w:r>
        <w:rPr>
          <w:rFonts w:ascii="Arial" w:hAnsi="Arial"/>
          <w:color w:val="C97A2B"/>
          <w:sz w:val="28"/>
        </w:rPr>
        <w:t>THE NEW RUSTICO MASPALOMAS</w:t>
      </w:r>
    </w:p>
    <w:tbl>
      <w:tblPr>
        <w:tblStyle w:val="Grilledutableau"/>
        <w:tblW w:w="0" w:type="auto"/>
        <w:jc w:val="center"/>
        <w:tblLook w:val="04A0" w:firstRow="1" w:lastRow="0" w:firstColumn="1" w:lastColumn="0" w:noHBand="0" w:noVBand="1"/>
      </w:tblPr>
      <w:tblGrid>
        <w:gridCol w:w="5103"/>
        <w:gridCol w:w="5103"/>
      </w:tblGrid>
      <w:tr w:rsidR="00650973" w14:paraId="00A61FBA" w14:textId="77777777">
        <w:trPr>
          <w:cantSplit/>
          <w:tblHeader/>
          <w:jc w:val="center"/>
        </w:trPr>
        <w:tc>
          <w:tcPr>
            <w:tcW w:w="5103" w:type="dxa"/>
            <w:shd w:val="clear" w:color="auto" w:fill="2F6B4F"/>
            <w:tcMar>
              <w:top w:w="70" w:type="dxa"/>
              <w:left w:w="80" w:type="dxa"/>
              <w:bottom w:w="70" w:type="dxa"/>
              <w:right w:w="80" w:type="dxa"/>
            </w:tcMar>
            <w:vAlign w:val="center"/>
          </w:tcPr>
          <w:p w14:paraId="478643C4"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04E2821C" w14:textId="77777777" w:rsidR="00650973" w:rsidRDefault="00080072">
            <w:pPr>
              <w:jc w:val="center"/>
            </w:pPr>
            <w:r>
              <w:rPr>
                <w:rFonts w:ascii="Arial" w:hAnsi="Arial"/>
                <w:b/>
                <w:color w:val="FFFFFF"/>
                <w:sz w:val="21"/>
              </w:rPr>
              <w:t>Information</w:t>
            </w:r>
          </w:p>
        </w:tc>
      </w:tr>
      <w:tr w:rsidR="00650973" w14:paraId="0343E58C" w14:textId="77777777">
        <w:trPr>
          <w:cantSplit/>
          <w:jc w:val="center"/>
        </w:trPr>
        <w:tc>
          <w:tcPr>
            <w:tcW w:w="5103" w:type="dxa"/>
            <w:tcMar>
              <w:top w:w="70" w:type="dxa"/>
              <w:left w:w="80" w:type="dxa"/>
              <w:bottom w:w="70" w:type="dxa"/>
              <w:right w:w="80" w:type="dxa"/>
            </w:tcMar>
            <w:vAlign w:val="center"/>
          </w:tcPr>
          <w:p w14:paraId="001BD4DA"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46C15E1A" w14:textId="77777777" w:rsidR="00650973" w:rsidRDefault="00080072">
            <w:r>
              <w:rPr>
                <w:rFonts w:ascii="Arial" w:hAnsi="Arial"/>
                <w:sz w:val="21"/>
              </w:rPr>
              <w:t>Tapas / méditerranéen / canarien</w:t>
            </w:r>
          </w:p>
        </w:tc>
      </w:tr>
      <w:tr w:rsidR="00650973" w14:paraId="7B7DDE18" w14:textId="77777777">
        <w:trPr>
          <w:cantSplit/>
          <w:jc w:val="center"/>
        </w:trPr>
        <w:tc>
          <w:tcPr>
            <w:tcW w:w="5103" w:type="dxa"/>
            <w:shd w:val="clear" w:color="auto" w:fill="F8FAF8"/>
            <w:tcMar>
              <w:top w:w="70" w:type="dxa"/>
              <w:left w:w="80" w:type="dxa"/>
              <w:bottom w:w="70" w:type="dxa"/>
              <w:right w:w="80" w:type="dxa"/>
            </w:tcMar>
            <w:vAlign w:val="center"/>
          </w:tcPr>
          <w:p w14:paraId="5EC9EE9E"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03D41D8A" w14:textId="77777777" w:rsidR="00650973" w:rsidRDefault="00080072">
            <w:r>
              <w:rPr>
                <w:rFonts w:ascii="Arial" w:hAnsi="Arial"/>
                <w:sz w:val="21"/>
              </w:rPr>
              <w:t>Campo Internacional / Maspalomas</w:t>
            </w:r>
          </w:p>
        </w:tc>
      </w:tr>
      <w:tr w:rsidR="00650973" w14:paraId="26BB3EA8" w14:textId="77777777">
        <w:trPr>
          <w:cantSplit/>
          <w:jc w:val="center"/>
        </w:trPr>
        <w:tc>
          <w:tcPr>
            <w:tcW w:w="5103" w:type="dxa"/>
            <w:tcMar>
              <w:top w:w="70" w:type="dxa"/>
              <w:left w:w="80" w:type="dxa"/>
              <w:bottom w:w="70" w:type="dxa"/>
              <w:right w:w="80" w:type="dxa"/>
            </w:tcMar>
            <w:vAlign w:val="center"/>
          </w:tcPr>
          <w:p w14:paraId="26BE29F1"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685BD9B1" w14:textId="77777777" w:rsidR="00650973" w:rsidRDefault="00080072">
            <w:r>
              <w:rPr>
                <w:rFonts w:ascii="Arial" w:hAnsi="Arial"/>
                <w:sz w:val="21"/>
              </w:rPr>
              <w:t>Campo Internacional</w:t>
            </w:r>
          </w:p>
        </w:tc>
      </w:tr>
      <w:tr w:rsidR="00650973" w14:paraId="78E12F0D" w14:textId="77777777">
        <w:trPr>
          <w:cantSplit/>
          <w:jc w:val="center"/>
        </w:trPr>
        <w:tc>
          <w:tcPr>
            <w:tcW w:w="5103" w:type="dxa"/>
            <w:shd w:val="clear" w:color="auto" w:fill="F8FAF8"/>
            <w:tcMar>
              <w:top w:w="70" w:type="dxa"/>
              <w:left w:w="80" w:type="dxa"/>
              <w:bottom w:w="70" w:type="dxa"/>
              <w:right w:w="80" w:type="dxa"/>
            </w:tcMar>
            <w:vAlign w:val="center"/>
          </w:tcPr>
          <w:p w14:paraId="785F8753"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03D76242" w14:textId="77777777" w:rsidR="00650973" w:rsidRDefault="00080072">
            <w:r>
              <w:rPr>
                <w:rFonts w:ascii="Arial" w:hAnsi="Arial"/>
                <w:sz w:val="21"/>
              </w:rPr>
              <w:t>≈0,7 km</w:t>
            </w:r>
          </w:p>
        </w:tc>
      </w:tr>
      <w:tr w:rsidR="00650973" w14:paraId="6A4D8C31" w14:textId="77777777">
        <w:trPr>
          <w:cantSplit/>
          <w:jc w:val="center"/>
        </w:trPr>
        <w:tc>
          <w:tcPr>
            <w:tcW w:w="5103" w:type="dxa"/>
            <w:tcMar>
              <w:top w:w="70" w:type="dxa"/>
              <w:left w:w="80" w:type="dxa"/>
              <w:bottom w:w="70" w:type="dxa"/>
              <w:right w:w="80" w:type="dxa"/>
            </w:tcMar>
            <w:vAlign w:val="center"/>
          </w:tcPr>
          <w:p w14:paraId="71D704F3"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60E5C899" w14:textId="77777777" w:rsidR="00650973" w:rsidRDefault="00080072">
            <w:r>
              <w:rPr>
                <w:rFonts w:ascii="Arial" w:hAnsi="Arial"/>
                <w:sz w:val="21"/>
              </w:rPr>
              <w:t>≈9 min</w:t>
            </w:r>
          </w:p>
        </w:tc>
      </w:tr>
      <w:tr w:rsidR="00650973" w14:paraId="41391692" w14:textId="77777777">
        <w:trPr>
          <w:cantSplit/>
          <w:jc w:val="center"/>
        </w:trPr>
        <w:tc>
          <w:tcPr>
            <w:tcW w:w="5103" w:type="dxa"/>
            <w:shd w:val="clear" w:color="auto" w:fill="F8FAF8"/>
            <w:tcMar>
              <w:top w:w="70" w:type="dxa"/>
              <w:left w:w="80" w:type="dxa"/>
              <w:bottom w:w="70" w:type="dxa"/>
              <w:right w:w="80" w:type="dxa"/>
            </w:tcMar>
            <w:vAlign w:val="center"/>
          </w:tcPr>
          <w:p w14:paraId="3C08223F"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1F169AB0" w14:textId="77777777" w:rsidR="00650973" w:rsidRDefault="00080072">
            <w:r>
              <w:rPr>
                <w:rFonts w:ascii="Arial" w:hAnsi="Arial"/>
                <w:sz w:val="21"/>
              </w:rPr>
              <w:t>Non nécessaire</w:t>
            </w:r>
          </w:p>
        </w:tc>
      </w:tr>
      <w:tr w:rsidR="00650973" w14:paraId="0A26E51C" w14:textId="77777777">
        <w:trPr>
          <w:cantSplit/>
          <w:jc w:val="center"/>
        </w:trPr>
        <w:tc>
          <w:tcPr>
            <w:tcW w:w="5103" w:type="dxa"/>
            <w:tcMar>
              <w:top w:w="70" w:type="dxa"/>
              <w:left w:w="80" w:type="dxa"/>
              <w:bottom w:w="70" w:type="dxa"/>
              <w:right w:w="80" w:type="dxa"/>
            </w:tcMar>
            <w:vAlign w:val="center"/>
          </w:tcPr>
          <w:p w14:paraId="4623C790"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65ABC80F" w14:textId="77777777" w:rsidR="00650973" w:rsidRDefault="00080072">
            <w:r>
              <w:rPr>
                <w:rFonts w:ascii="Arial" w:hAnsi="Arial"/>
                <w:sz w:val="21"/>
              </w:rPr>
              <w:t>Ancienne publication : 19h–22h, fermeture sam/dim ; à revérifier</w:t>
            </w:r>
          </w:p>
        </w:tc>
      </w:tr>
      <w:tr w:rsidR="00650973" w14:paraId="406C92F8" w14:textId="77777777">
        <w:trPr>
          <w:cantSplit/>
          <w:jc w:val="center"/>
        </w:trPr>
        <w:tc>
          <w:tcPr>
            <w:tcW w:w="5103" w:type="dxa"/>
            <w:shd w:val="clear" w:color="auto" w:fill="F8FAF8"/>
            <w:tcMar>
              <w:top w:w="70" w:type="dxa"/>
              <w:left w:w="80" w:type="dxa"/>
              <w:bottom w:w="70" w:type="dxa"/>
              <w:right w:w="80" w:type="dxa"/>
            </w:tcMar>
            <w:vAlign w:val="center"/>
          </w:tcPr>
          <w:p w14:paraId="113007BD"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7AA5A9B6" w14:textId="77777777" w:rsidR="00650973" w:rsidRDefault="00080072">
            <w:r>
              <w:rPr>
                <w:rFonts w:ascii="Arial" w:hAnsi="Arial"/>
                <w:sz w:val="21"/>
              </w:rPr>
              <w:t>Tapas travaillées, Black Angus, mojo</w:t>
            </w:r>
          </w:p>
        </w:tc>
      </w:tr>
      <w:tr w:rsidR="00650973" w14:paraId="3765A616" w14:textId="77777777">
        <w:trPr>
          <w:cantSplit/>
          <w:jc w:val="center"/>
        </w:trPr>
        <w:tc>
          <w:tcPr>
            <w:tcW w:w="5103" w:type="dxa"/>
            <w:tcMar>
              <w:top w:w="70" w:type="dxa"/>
              <w:left w:w="80" w:type="dxa"/>
              <w:bottom w:w="70" w:type="dxa"/>
              <w:right w:w="80" w:type="dxa"/>
            </w:tcMar>
            <w:vAlign w:val="center"/>
          </w:tcPr>
          <w:p w14:paraId="204F04A5"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1271EB89" w14:textId="77777777" w:rsidR="00650973" w:rsidRDefault="00080072">
            <w:r>
              <w:rPr>
                <w:rFonts w:ascii="Arial" w:hAnsi="Arial"/>
                <w:sz w:val="21"/>
              </w:rPr>
              <w:t>Tapas 7–15 € ; plats jusqu’à 25 € ; vins 19–30 € courants</w:t>
            </w:r>
          </w:p>
        </w:tc>
      </w:tr>
      <w:tr w:rsidR="00650973" w14:paraId="6AB0F6DE" w14:textId="77777777">
        <w:trPr>
          <w:cantSplit/>
          <w:jc w:val="center"/>
        </w:trPr>
        <w:tc>
          <w:tcPr>
            <w:tcW w:w="5103" w:type="dxa"/>
            <w:shd w:val="clear" w:color="auto" w:fill="F8FAF8"/>
            <w:tcMar>
              <w:top w:w="70" w:type="dxa"/>
              <w:left w:w="80" w:type="dxa"/>
              <w:bottom w:w="70" w:type="dxa"/>
              <w:right w:w="80" w:type="dxa"/>
            </w:tcMar>
            <w:vAlign w:val="center"/>
          </w:tcPr>
          <w:p w14:paraId="51A16020" w14:textId="77777777" w:rsidR="00650973" w:rsidRDefault="00080072">
            <w:r>
              <w:rPr>
                <w:rFonts w:ascii="Arial" w:hAnsi="Arial"/>
                <w:sz w:val="21"/>
              </w:rPr>
              <w:lastRenderedPageBreak/>
              <w:t>Terrasse</w:t>
            </w:r>
          </w:p>
        </w:tc>
        <w:tc>
          <w:tcPr>
            <w:tcW w:w="5103" w:type="dxa"/>
            <w:shd w:val="clear" w:color="auto" w:fill="F8FAF8"/>
            <w:tcMar>
              <w:top w:w="70" w:type="dxa"/>
              <w:left w:w="80" w:type="dxa"/>
              <w:bottom w:w="70" w:type="dxa"/>
              <w:right w:w="80" w:type="dxa"/>
            </w:tcMar>
            <w:vAlign w:val="center"/>
          </w:tcPr>
          <w:p w14:paraId="36F18610" w14:textId="77777777" w:rsidR="00650973" w:rsidRDefault="00080072">
            <w:r>
              <w:rPr>
                <w:rFonts w:ascii="Arial" w:hAnsi="Arial"/>
                <w:sz w:val="21"/>
              </w:rPr>
              <w:t>Non précisé dans le chat</w:t>
            </w:r>
          </w:p>
        </w:tc>
      </w:tr>
      <w:tr w:rsidR="00650973" w14:paraId="6F9BE0CD" w14:textId="77777777">
        <w:trPr>
          <w:cantSplit/>
          <w:jc w:val="center"/>
        </w:trPr>
        <w:tc>
          <w:tcPr>
            <w:tcW w:w="5103" w:type="dxa"/>
            <w:tcMar>
              <w:top w:w="70" w:type="dxa"/>
              <w:left w:w="80" w:type="dxa"/>
              <w:bottom w:w="70" w:type="dxa"/>
              <w:right w:w="80" w:type="dxa"/>
            </w:tcMar>
            <w:vAlign w:val="center"/>
          </w:tcPr>
          <w:p w14:paraId="21FB816F"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48A1508C" w14:textId="77777777" w:rsidR="00650973" w:rsidRDefault="00080072">
            <w:r>
              <w:rPr>
                <w:rFonts w:ascii="Arial" w:hAnsi="Arial"/>
                <w:sz w:val="21"/>
              </w:rPr>
              <w:t>Bonne option dîner à deux ; réservation téléphone +34 640 755 194, appel indiqué 16h–18h sur ancien visuel.</w:t>
            </w:r>
          </w:p>
        </w:tc>
      </w:tr>
      <w:tr w:rsidR="00650973" w14:paraId="06F3004C" w14:textId="77777777">
        <w:trPr>
          <w:cantSplit/>
          <w:jc w:val="center"/>
        </w:trPr>
        <w:tc>
          <w:tcPr>
            <w:tcW w:w="5103" w:type="dxa"/>
            <w:shd w:val="clear" w:color="auto" w:fill="F8FAF8"/>
            <w:tcMar>
              <w:top w:w="70" w:type="dxa"/>
              <w:left w:w="80" w:type="dxa"/>
              <w:bottom w:w="70" w:type="dxa"/>
              <w:right w:w="80" w:type="dxa"/>
            </w:tcMar>
            <w:vAlign w:val="center"/>
          </w:tcPr>
          <w:p w14:paraId="4A0BFF6D"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4952C240" w14:textId="77777777" w:rsidR="00650973" w:rsidRDefault="00080072">
            <w:r>
              <w:rPr>
                <w:rFonts w:ascii="Arial" w:hAnsi="Arial"/>
                <w:sz w:val="21"/>
              </w:rPr>
              <w:t>Voir remarques / non précisée</w:t>
            </w:r>
          </w:p>
        </w:tc>
      </w:tr>
      <w:tr w:rsidR="00650973" w14:paraId="3DE7746F" w14:textId="77777777">
        <w:trPr>
          <w:cantSplit/>
          <w:jc w:val="center"/>
        </w:trPr>
        <w:tc>
          <w:tcPr>
            <w:tcW w:w="5103" w:type="dxa"/>
            <w:tcMar>
              <w:top w:w="70" w:type="dxa"/>
              <w:left w:w="80" w:type="dxa"/>
              <w:bottom w:w="70" w:type="dxa"/>
              <w:right w:w="80" w:type="dxa"/>
            </w:tcMar>
            <w:vAlign w:val="center"/>
          </w:tcPr>
          <w:p w14:paraId="335F1E6E"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631F2BFD" w14:textId="77777777" w:rsidR="00650973" w:rsidRDefault="00080072">
            <w:r>
              <w:rPr>
                <w:rFonts w:ascii="Arial" w:hAnsi="Arial"/>
                <w:sz w:val="21"/>
              </w:rPr>
              <w:t>Tapas travaillées et dîner à deux.</w:t>
            </w:r>
          </w:p>
        </w:tc>
      </w:tr>
      <w:tr w:rsidR="00650973" w14:paraId="3F721947" w14:textId="77777777">
        <w:trPr>
          <w:cantSplit/>
          <w:jc w:val="center"/>
        </w:trPr>
        <w:tc>
          <w:tcPr>
            <w:tcW w:w="5103" w:type="dxa"/>
            <w:shd w:val="clear" w:color="auto" w:fill="F8FAF8"/>
            <w:tcMar>
              <w:top w:w="70" w:type="dxa"/>
              <w:left w:w="80" w:type="dxa"/>
              <w:bottom w:w="70" w:type="dxa"/>
              <w:right w:w="80" w:type="dxa"/>
            </w:tcMar>
            <w:vAlign w:val="center"/>
          </w:tcPr>
          <w:p w14:paraId="736A92E6"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5A9273D2" w14:textId="77777777" w:rsidR="00650973" w:rsidRDefault="00080072">
            <w:r>
              <w:rPr>
                <w:rFonts w:ascii="Arial" w:hAnsi="Arial"/>
                <w:sz w:val="21"/>
              </w:rPr>
              <w:t>Toutes les données absentes ou marquées comme non établies ; horaires à revérifier avant le séjour.</w:t>
            </w:r>
          </w:p>
        </w:tc>
      </w:tr>
    </w:tbl>
    <w:p w14:paraId="17409867" w14:textId="77777777" w:rsidR="00650973" w:rsidRDefault="00650973">
      <w:pPr>
        <w:spacing w:after="40"/>
      </w:pPr>
    </w:p>
    <w:p w14:paraId="24237891" w14:textId="77777777" w:rsidR="00650973" w:rsidRDefault="00080072">
      <w:r>
        <w:rPr>
          <w:b/>
          <w:sz w:val="17"/>
        </w:rPr>
        <w:t xml:space="preserve">URL : </w:t>
      </w:r>
      <w:hyperlink r:id="rId41">
        <w:r>
          <w:rPr>
            <w:color w:val="0563C1"/>
            <w:u w:val="single"/>
          </w:rPr>
          <w:t>Site</w:t>
        </w:r>
      </w:hyperlink>
    </w:p>
    <w:p w14:paraId="7FD521A6" w14:textId="77777777" w:rsidR="00650973" w:rsidRDefault="00080072">
      <w:pPr>
        <w:pStyle w:val="Titre2"/>
        <w:spacing w:before="160" w:after="80"/>
      </w:pPr>
      <w:r>
        <w:rPr>
          <w:rFonts w:ascii="Arial" w:hAnsi="Arial"/>
          <w:color w:val="C97A2B"/>
          <w:sz w:val="28"/>
        </w:rPr>
        <w:t>MERCADO DEL NOMAD – HOLIDAYWORLD</w:t>
      </w:r>
    </w:p>
    <w:tbl>
      <w:tblPr>
        <w:tblStyle w:val="Grilledutableau"/>
        <w:tblW w:w="0" w:type="auto"/>
        <w:jc w:val="center"/>
        <w:tblLook w:val="04A0" w:firstRow="1" w:lastRow="0" w:firstColumn="1" w:lastColumn="0" w:noHBand="0" w:noVBand="1"/>
      </w:tblPr>
      <w:tblGrid>
        <w:gridCol w:w="5103"/>
        <w:gridCol w:w="5103"/>
      </w:tblGrid>
      <w:tr w:rsidR="00650973" w14:paraId="62B3ACA5" w14:textId="77777777">
        <w:trPr>
          <w:cantSplit/>
          <w:tblHeader/>
          <w:jc w:val="center"/>
        </w:trPr>
        <w:tc>
          <w:tcPr>
            <w:tcW w:w="5103" w:type="dxa"/>
            <w:shd w:val="clear" w:color="auto" w:fill="2F6B4F"/>
            <w:tcMar>
              <w:top w:w="70" w:type="dxa"/>
              <w:left w:w="80" w:type="dxa"/>
              <w:bottom w:w="70" w:type="dxa"/>
              <w:right w:w="80" w:type="dxa"/>
            </w:tcMar>
            <w:vAlign w:val="center"/>
          </w:tcPr>
          <w:p w14:paraId="2E78C861"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6AABFA71" w14:textId="77777777" w:rsidR="00650973" w:rsidRDefault="00080072">
            <w:pPr>
              <w:jc w:val="center"/>
            </w:pPr>
            <w:r>
              <w:rPr>
                <w:rFonts w:ascii="Arial" w:hAnsi="Arial"/>
                <w:b/>
                <w:color w:val="FFFFFF"/>
                <w:sz w:val="21"/>
              </w:rPr>
              <w:t>Information</w:t>
            </w:r>
          </w:p>
        </w:tc>
      </w:tr>
      <w:tr w:rsidR="00650973" w14:paraId="7C43A21B" w14:textId="77777777">
        <w:trPr>
          <w:cantSplit/>
          <w:jc w:val="center"/>
        </w:trPr>
        <w:tc>
          <w:tcPr>
            <w:tcW w:w="5103" w:type="dxa"/>
            <w:tcMar>
              <w:top w:w="70" w:type="dxa"/>
              <w:left w:w="80" w:type="dxa"/>
              <w:bottom w:w="70" w:type="dxa"/>
              <w:right w:w="80" w:type="dxa"/>
            </w:tcMar>
            <w:vAlign w:val="center"/>
          </w:tcPr>
          <w:p w14:paraId="21F32FDA"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097F85FB" w14:textId="77777777" w:rsidR="00650973" w:rsidRDefault="00080072">
            <w:r>
              <w:rPr>
                <w:rFonts w:ascii="Arial" w:hAnsi="Arial"/>
                <w:sz w:val="21"/>
              </w:rPr>
              <w:t>Food market</w:t>
            </w:r>
          </w:p>
        </w:tc>
      </w:tr>
      <w:tr w:rsidR="00650973" w14:paraId="57E04D1E" w14:textId="77777777">
        <w:trPr>
          <w:cantSplit/>
          <w:jc w:val="center"/>
        </w:trPr>
        <w:tc>
          <w:tcPr>
            <w:tcW w:w="5103" w:type="dxa"/>
            <w:shd w:val="clear" w:color="auto" w:fill="F8FAF8"/>
            <w:tcMar>
              <w:top w:w="70" w:type="dxa"/>
              <w:left w:w="80" w:type="dxa"/>
              <w:bottom w:w="70" w:type="dxa"/>
              <w:right w:w="80" w:type="dxa"/>
            </w:tcMar>
            <w:vAlign w:val="center"/>
          </w:tcPr>
          <w:p w14:paraId="49AEE14A"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5505BAE9" w14:textId="77777777" w:rsidR="00650973" w:rsidRDefault="00080072">
            <w:r>
              <w:rPr>
                <w:rFonts w:ascii="Arial" w:hAnsi="Arial"/>
                <w:sz w:val="21"/>
              </w:rPr>
              <w:t>Holidayworld Maspalomas Center</w:t>
            </w:r>
          </w:p>
        </w:tc>
      </w:tr>
      <w:tr w:rsidR="00650973" w14:paraId="4D10A2AD" w14:textId="77777777">
        <w:trPr>
          <w:cantSplit/>
          <w:jc w:val="center"/>
        </w:trPr>
        <w:tc>
          <w:tcPr>
            <w:tcW w:w="5103" w:type="dxa"/>
            <w:tcMar>
              <w:top w:w="70" w:type="dxa"/>
              <w:left w:w="80" w:type="dxa"/>
              <w:bottom w:w="70" w:type="dxa"/>
              <w:right w:w="80" w:type="dxa"/>
            </w:tcMar>
            <w:vAlign w:val="center"/>
          </w:tcPr>
          <w:p w14:paraId="52FB54E2"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0EF44BE7" w14:textId="77777777" w:rsidR="00650973" w:rsidRDefault="00080072">
            <w:r>
              <w:rPr>
                <w:rFonts w:ascii="Arial" w:hAnsi="Arial"/>
                <w:sz w:val="21"/>
              </w:rPr>
              <w:t>Maspalomas</w:t>
            </w:r>
          </w:p>
        </w:tc>
      </w:tr>
      <w:tr w:rsidR="00650973" w14:paraId="2C4A670D" w14:textId="77777777">
        <w:trPr>
          <w:cantSplit/>
          <w:jc w:val="center"/>
        </w:trPr>
        <w:tc>
          <w:tcPr>
            <w:tcW w:w="5103" w:type="dxa"/>
            <w:shd w:val="clear" w:color="auto" w:fill="F8FAF8"/>
            <w:tcMar>
              <w:top w:w="70" w:type="dxa"/>
              <w:left w:w="80" w:type="dxa"/>
              <w:bottom w:w="70" w:type="dxa"/>
              <w:right w:w="80" w:type="dxa"/>
            </w:tcMar>
            <w:vAlign w:val="center"/>
          </w:tcPr>
          <w:p w14:paraId="123DA4D0"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61E86A7F" w14:textId="77777777" w:rsidR="00650973" w:rsidRDefault="00080072">
            <w:r>
              <w:rPr>
                <w:rFonts w:ascii="Arial" w:hAnsi="Arial"/>
                <w:sz w:val="21"/>
              </w:rPr>
              <w:t>≈1 km</w:t>
            </w:r>
          </w:p>
        </w:tc>
      </w:tr>
      <w:tr w:rsidR="00650973" w14:paraId="780357CB" w14:textId="77777777">
        <w:trPr>
          <w:cantSplit/>
          <w:jc w:val="center"/>
        </w:trPr>
        <w:tc>
          <w:tcPr>
            <w:tcW w:w="5103" w:type="dxa"/>
            <w:tcMar>
              <w:top w:w="70" w:type="dxa"/>
              <w:left w:w="80" w:type="dxa"/>
              <w:bottom w:w="70" w:type="dxa"/>
              <w:right w:w="80" w:type="dxa"/>
            </w:tcMar>
            <w:vAlign w:val="center"/>
          </w:tcPr>
          <w:p w14:paraId="3D601A31"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2AD993AF" w14:textId="77777777" w:rsidR="00650973" w:rsidRDefault="00080072">
            <w:r>
              <w:rPr>
                <w:rFonts w:ascii="Arial" w:hAnsi="Arial"/>
                <w:sz w:val="21"/>
              </w:rPr>
              <w:t>≈12–15 min</w:t>
            </w:r>
          </w:p>
        </w:tc>
      </w:tr>
      <w:tr w:rsidR="00650973" w14:paraId="4F86B1FE" w14:textId="77777777">
        <w:trPr>
          <w:cantSplit/>
          <w:jc w:val="center"/>
        </w:trPr>
        <w:tc>
          <w:tcPr>
            <w:tcW w:w="5103" w:type="dxa"/>
            <w:shd w:val="clear" w:color="auto" w:fill="F8FAF8"/>
            <w:tcMar>
              <w:top w:w="70" w:type="dxa"/>
              <w:left w:w="80" w:type="dxa"/>
              <w:bottom w:w="70" w:type="dxa"/>
              <w:right w:w="80" w:type="dxa"/>
            </w:tcMar>
            <w:vAlign w:val="center"/>
          </w:tcPr>
          <w:p w14:paraId="334C01EE"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05F2D29E" w14:textId="77777777" w:rsidR="00650973" w:rsidRDefault="00080072">
            <w:r>
              <w:rPr>
                <w:rFonts w:ascii="Arial" w:hAnsi="Arial"/>
                <w:sz w:val="21"/>
              </w:rPr>
              <w:t>Courte voiture possible</w:t>
            </w:r>
          </w:p>
        </w:tc>
      </w:tr>
      <w:tr w:rsidR="00650973" w14:paraId="293F553D" w14:textId="77777777">
        <w:trPr>
          <w:cantSplit/>
          <w:jc w:val="center"/>
        </w:trPr>
        <w:tc>
          <w:tcPr>
            <w:tcW w:w="5103" w:type="dxa"/>
            <w:tcMar>
              <w:top w:w="70" w:type="dxa"/>
              <w:left w:w="80" w:type="dxa"/>
              <w:bottom w:w="70" w:type="dxa"/>
              <w:right w:w="80" w:type="dxa"/>
            </w:tcMar>
            <w:vAlign w:val="center"/>
          </w:tcPr>
          <w:p w14:paraId="7D6738C2"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7BF9625C" w14:textId="77777777" w:rsidR="00650973" w:rsidRDefault="00080072">
            <w:r>
              <w:rPr>
                <w:rFonts w:ascii="Arial" w:hAnsi="Arial"/>
                <w:sz w:val="21"/>
              </w:rPr>
              <w:t>18h–00h lun–jeu &amp; dim ; 18h–02h ven/sam ; cuisine ferme ~30 min avant</w:t>
            </w:r>
          </w:p>
        </w:tc>
      </w:tr>
      <w:tr w:rsidR="00650973" w14:paraId="3C2970D6" w14:textId="77777777">
        <w:trPr>
          <w:cantSplit/>
          <w:jc w:val="center"/>
        </w:trPr>
        <w:tc>
          <w:tcPr>
            <w:tcW w:w="5103" w:type="dxa"/>
            <w:shd w:val="clear" w:color="auto" w:fill="F8FAF8"/>
            <w:tcMar>
              <w:top w:w="70" w:type="dxa"/>
              <w:left w:w="80" w:type="dxa"/>
              <w:bottom w:w="70" w:type="dxa"/>
              <w:right w:w="80" w:type="dxa"/>
            </w:tcMar>
            <w:vAlign w:val="center"/>
          </w:tcPr>
          <w:p w14:paraId="7DB5DBB3"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44BA5A5D" w14:textId="77777777" w:rsidR="00650973" w:rsidRDefault="00080072">
            <w:r>
              <w:rPr>
                <w:rFonts w:ascii="Arial" w:hAnsi="Arial"/>
                <w:sz w:val="21"/>
              </w:rPr>
              <w:t>12 options : italien, chinois, grill, burgers, healthy, etc.</w:t>
            </w:r>
          </w:p>
        </w:tc>
      </w:tr>
      <w:tr w:rsidR="00650973" w14:paraId="75848886" w14:textId="77777777">
        <w:trPr>
          <w:cantSplit/>
          <w:jc w:val="center"/>
        </w:trPr>
        <w:tc>
          <w:tcPr>
            <w:tcW w:w="5103" w:type="dxa"/>
            <w:tcMar>
              <w:top w:w="70" w:type="dxa"/>
              <w:left w:w="80" w:type="dxa"/>
              <w:bottom w:w="70" w:type="dxa"/>
              <w:right w:w="80" w:type="dxa"/>
            </w:tcMar>
            <w:vAlign w:val="center"/>
          </w:tcPr>
          <w:p w14:paraId="1CDA8D6C"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07702D3F" w14:textId="77777777" w:rsidR="00650973" w:rsidRDefault="00080072">
            <w:r>
              <w:rPr>
                <w:rFonts w:ascii="Arial" w:hAnsi="Arial"/>
                <w:sz w:val="21"/>
              </w:rPr>
              <w:t>≈10–14 € plat simple ; 15–22 € viande ; ≈25–35 €/pers avec boisson/plus</w:t>
            </w:r>
          </w:p>
        </w:tc>
      </w:tr>
      <w:tr w:rsidR="00650973" w14:paraId="3EC8E493" w14:textId="77777777">
        <w:trPr>
          <w:cantSplit/>
          <w:jc w:val="center"/>
        </w:trPr>
        <w:tc>
          <w:tcPr>
            <w:tcW w:w="5103" w:type="dxa"/>
            <w:shd w:val="clear" w:color="auto" w:fill="F8FAF8"/>
            <w:tcMar>
              <w:top w:w="70" w:type="dxa"/>
              <w:left w:w="80" w:type="dxa"/>
              <w:bottom w:w="70" w:type="dxa"/>
              <w:right w:w="80" w:type="dxa"/>
            </w:tcMar>
            <w:vAlign w:val="center"/>
          </w:tcPr>
          <w:p w14:paraId="7876772F"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73C745AD" w14:textId="77777777" w:rsidR="00650973" w:rsidRDefault="00080072">
            <w:r>
              <w:rPr>
                <w:rFonts w:ascii="Arial" w:hAnsi="Arial"/>
                <w:sz w:val="21"/>
              </w:rPr>
              <w:t>Non précisé dans le chat</w:t>
            </w:r>
          </w:p>
        </w:tc>
      </w:tr>
      <w:tr w:rsidR="00650973" w14:paraId="24373ECE" w14:textId="77777777">
        <w:trPr>
          <w:cantSplit/>
          <w:jc w:val="center"/>
        </w:trPr>
        <w:tc>
          <w:tcPr>
            <w:tcW w:w="5103" w:type="dxa"/>
            <w:tcMar>
              <w:top w:w="70" w:type="dxa"/>
              <w:left w:w="80" w:type="dxa"/>
              <w:bottom w:w="70" w:type="dxa"/>
              <w:right w:w="80" w:type="dxa"/>
            </w:tcMar>
            <w:vAlign w:val="center"/>
          </w:tcPr>
          <w:p w14:paraId="3BF5B671"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5C64DB20" w14:textId="77777777" w:rsidR="00650973" w:rsidRDefault="00080072">
            <w:r>
              <w:rPr>
                <w:rFonts w:ascii="Arial" w:hAnsi="Arial"/>
                <w:sz w:val="21"/>
              </w:rPr>
              <w:t>Food market : chacun peut choisir une cuisine différente. Plusieurs tarifs proviennent de plateformes de livraison.</w:t>
            </w:r>
          </w:p>
        </w:tc>
      </w:tr>
      <w:tr w:rsidR="00650973" w14:paraId="457675FB" w14:textId="77777777">
        <w:trPr>
          <w:cantSplit/>
          <w:jc w:val="center"/>
        </w:trPr>
        <w:tc>
          <w:tcPr>
            <w:tcW w:w="5103" w:type="dxa"/>
            <w:shd w:val="clear" w:color="auto" w:fill="F8FAF8"/>
            <w:tcMar>
              <w:top w:w="70" w:type="dxa"/>
              <w:left w:w="80" w:type="dxa"/>
              <w:bottom w:w="70" w:type="dxa"/>
              <w:right w:w="80" w:type="dxa"/>
            </w:tcMar>
            <w:vAlign w:val="center"/>
          </w:tcPr>
          <w:p w14:paraId="7671390D"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70A6AE37" w14:textId="77777777" w:rsidR="00650973" w:rsidRDefault="00080072">
            <w:r>
              <w:rPr>
                <w:rFonts w:ascii="Arial" w:hAnsi="Arial"/>
                <w:sz w:val="21"/>
              </w:rPr>
              <w:t>Voir remarques / non précisée</w:t>
            </w:r>
          </w:p>
        </w:tc>
      </w:tr>
      <w:tr w:rsidR="00650973" w14:paraId="706D276C" w14:textId="77777777">
        <w:trPr>
          <w:cantSplit/>
          <w:jc w:val="center"/>
        </w:trPr>
        <w:tc>
          <w:tcPr>
            <w:tcW w:w="5103" w:type="dxa"/>
            <w:tcMar>
              <w:top w:w="70" w:type="dxa"/>
              <w:left w:w="80" w:type="dxa"/>
              <w:bottom w:w="70" w:type="dxa"/>
              <w:right w:w="80" w:type="dxa"/>
            </w:tcMar>
            <w:vAlign w:val="center"/>
          </w:tcPr>
          <w:p w14:paraId="6C98FDB7"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444A4606" w14:textId="77777777" w:rsidR="00650973" w:rsidRDefault="00080072">
            <w:r>
              <w:rPr>
                <w:rFonts w:ascii="Arial" w:hAnsi="Arial"/>
                <w:sz w:val="21"/>
              </w:rPr>
              <w:t>12 options, pratique pour varier les cuisines.</w:t>
            </w:r>
          </w:p>
        </w:tc>
      </w:tr>
      <w:tr w:rsidR="00650973" w14:paraId="5C2C3798" w14:textId="77777777">
        <w:trPr>
          <w:cantSplit/>
          <w:jc w:val="center"/>
        </w:trPr>
        <w:tc>
          <w:tcPr>
            <w:tcW w:w="5103" w:type="dxa"/>
            <w:shd w:val="clear" w:color="auto" w:fill="F8FAF8"/>
            <w:tcMar>
              <w:top w:w="70" w:type="dxa"/>
              <w:left w:w="80" w:type="dxa"/>
              <w:bottom w:w="70" w:type="dxa"/>
              <w:right w:w="80" w:type="dxa"/>
            </w:tcMar>
            <w:vAlign w:val="center"/>
          </w:tcPr>
          <w:p w14:paraId="268E52DF"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3D0DF992" w14:textId="77777777" w:rsidR="00650973" w:rsidRDefault="00080072">
            <w:r>
              <w:rPr>
                <w:rFonts w:ascii="Arial" w:hAnsi="Arial"/>
                <w:sz w:val="21"/>
              </w:rPr>
              <w:t>Toutes les données absentes ou marquées comme non établies ; horaires à revérifier avant le séjour.</w:t>
            </w:r>
          </w:p>
        </w:tc>
      </w:tr>
    </w:tbl>
    <w:p w14:paraId="275DAF17" w14:textId="77777777" w:rsidR="00650973" w:rsidRDefault="00650973">
      <w:pPr>
        <w:spacing w:after="40"/>
      </w:pPr>
    </w:p>
    <w:p w14:paraId="5012DC46" w14:textId="77777777" w:rsidR="00650973" w:rsidRDefault="00080072">
      <w:r>
        <w:rPr>
          <w:b/>
          <w:sz w:val="17"/>
        </w:rPr>
        <w:t xml:space="preserve">URL : </w:t>
      </w:r>
      <w:hyperlink r:id="rId42">
        <w:r>
          <w:rPr>
            <w:color w:val="0563C1"/>
            <w:u w:val="single"/>
          </w:rPr>
          <w:t>Gastronomie</w:t>
        </w:r>
      </w:hyperlink>
    </w:p>
    <w:p w14:paraId="7E9937E0" w14:textId="77777777" w:rsidR="00650973" w:rsidRDefault="00080072">
      <w:pPr>
        <w:pStyle w:val="Titre2"/>
        <w:spacing w:before="160" w:after="80"/>
      </w:pPr>
      <w:r>
        <w:rPr>
          <w:rFonts w:ascii="Arial" w:hAnsi="Arial"/>
          <w:color w:val="C97A2B"/>
          <w:sz w:val="28"/>
        </w:rPr>
        <w:t>DREAMS RESTAURANT &amp; BAR</w:t>
      </w:r>
    </w:p>
    <w:tbl>
      <w:tblPr>
        <w:tblStyle w:val="Grilledutableau"/>
        <w:tblW w:w="0" w:type="auto"/>
        <w:jc w:val="center"/>
        <w:tblLook w:val="04A0" w:firstRow="1" w:lastRow="0" w:firstColumn="1" w:lastColumn="0" w:noHBand="0" w:noVBand="1"/>
      </w:tblPr>
      <w:tblGrid>
        <w:gridCol w:w="5103"/>
        <w:gridCol w:w="5103"/>
      </w:tblGrid>
      <w:tr w:rsidR="00650973" w14:paraId="444E94DE" w14:textId="77777777">
        <w:trPr>
          <w:cantSplit/>
          <w:tblHeader/>
          <w:jc w:val="center"/>
        </w:trPr>
        <w:tc>
          <w:tcPr>
            <w:tcW w:w="5103" w:type="dxa"/>
            <w:shd w:val="clear" w:color="auto" w:fill="2F6B4F"/>
            <w:tcMar>
              <w:top w:w="70" w:type="dxa"/>
              <w:left w:w="80" w:type="dxa"/>
              <w:bottom w:w="70" w:type="dxa"/>
              <w:right w:w="80" w:type="dxa"/>
            </w:tcMar>
            <w:vAlign w:val="center"/>
          </w:tcPr>
          <w:p w14:paraId="57019365"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72806FD1" w14:textId="77777777" w:rsidR="00650973" w:rsidRDefault="00080072">
            <w:pPr>
              <w:jc w:val="center"/>
            </w:pPr>
            <w:r>
              <w:rPr>
                <w:rFonts w:ascii="Arial" w:hAnsi="Arial"/>
                <w:b/>
                <w:color w:val="FFFFFF"/>
                <w:sz w:val="21"/>
              </w:rPr>
              <w:t>Information</w:t>
            </w:r>
          </w:p>
        </w:tc>
      </w:tr>
      <w:tr w:rsidR="00650973" w14:paraId="53C81506" w14:textId="77777777">
        <w:trPr>
          <w:cantSplit/>
          <w:jc w:val="center"/>
        </w:trPr>
        <w:tc>
          <w:tcPr>
            <w:tcW w:w="5103" w:type="dxa"/>
            <w:tcMar>
              <w:top w:w="70" w:type="dxa"/>
              <w:left w:w="80" w:type="dxa"/>
              <w:bottom w:w="70" w:type="dxa"/>
              <w:right w:w="80" w:type="dxa"/>
            </w:tcMar>
            <w:vAlign w:val="center"/>
          </w:tcPr>
          <w:p w14:paraId="15B1F0E0"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66728E40" w14:textId="77777777" w:rsidR="00650973" w:rsidRDefault="00080072">
            <w:r>
              <w:rPr>
                <w:rFonts w:ascii="Arial" w:hAnsi="Arial"/>
                <w:sz w:val="21"/>
              </w:rPr>
              <w:t>Suisse / international / grill</w:t>
            </w:r>
          </w:p>
        </w:tc>
      </w:tr>
      <w:tr w:rsidR="00650973" w14:paraId="10069CC4" w14:textId="77777777">
        <w:trPr>
          <w:cantSplit/>
          <w:jc w:val="center"/>
        </w:trPr>
        <w:tc>
          <w:tcPr>
            <w:tcW w:w="5103" w:type="dxa"/>
            <w:shd w:val="clear" w:color="auto" w:fill="F8FAF8"/>
            <w:tcMar>
              <w:top w:w="70" w:type="dxa"/>
              <w:left w:w="80" w:type="dxa"/>
              <w:bottom w:w="70" w:type="dxa"/>
              <w:right w:w="80" w:type="dxa"/>
            </w:tcMar>
            <w:vAlign w:val="center"/>
          </w:tcPr>
          <w:p w14:paraId="3DDB76F9"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27700899" w14:textId="77777777" w:rsidR="00650973" w:rsidRDefault="00080072">
            <w:r>
              <w:rPr>
                <w:rFonts w:ascii="Arial" w:hAnsi="Arial"/>
                <w:sz w:val="21"/>
              </w:rPr>
              <w:t>Av. de Tirajana 17</w:t>
            </w:r>
          </w:p>
        </w:tc>
      </w:tr>
      <w:tr w:rsidR="00650973" w14:paraId="50250638" w14:textId="77777777">
        <w:trPr>
          <w:cantSplit/>
          <w:jc w:val="center"/>
        </w:trPr>
        <w:tc>
          <w:tcPr>
            <w:tcW w:w="5103" w:type="dxa"/>
            <w:tcMar>
              <w:top w:w="70" w:type="dxa"/>
              <w:left w:w="80" w:type="dxa"/>
              <w:bottom w:w="70" w:type="dxa"/>
              <w:right w:w="80" w:type="dxa"/>
            </w:tcMar>
            <w:vAlign w:val="center"/>
          </w:tcPr>
          <w:p w14:paraId="68B8D41B"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15AE05E6" w14:textId="77777777" w:rsidR="00650973" w:rsidRDefault="00080072">
            <w:r>
              <w:rPr>
                <w:rFonts w:ascii="Arial" w:hAnsi="Arial"/>
                <w:sz w:val="21"/>
              </w:rPr>
              <w:t>Maspalomas / Playa del Inglés</w:t>
            </w:r>
          </w:p>
        </w:tc>
      </w:tr>
      <w:tr w:rsidR="00650973" w14:paraId="26EF0356" w14:textId="77777777">
        <w:trPr>
          <w:cantSplit/>
          <w:jc w:val="center"/>
        </w:trPr>
        <w:tc>
          <w:tcPr>
            <w:tcW w:w="5103" w:type="dxa"/>
            <w:shd w:val="clear" w:color="auto" w:fill="F8FAF8"/>
            <w:tcMar>
              <w:top w:w="70" w:type="dxa"/>
              <w:left w:w="80" w:type="dxa"/>
              <w:bottom w:w="70" w:type="dxa"/>
              <w:right w:w="80" w:type="dxa"/>
            </w:tcMar>
            <w:vAlign w:val="center"/>
          </w:tcPr>
          <w:p w14:paraId="376C7EFE"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58509849" w14:textId="77777777" w:rsidR="00650973" w:rsidRDefault="00080072">
            <w:r>
              <w:rPr>
                <w:rFonts w:ascii="Arial" w:hAnsi="Arial"/>
                <w:sz w:val="21"/>
              </w:rPr>
              <w:t>≈1 km (repéré)</w:t>
            </w:r>
          </w:p>
        </w:tc>
      </w:tr>
      <w:tr w:rsidR="00650973" w14:paraId="3F643A09" w14:textId="77777777">
        <w:trPr>
          <w:cantSplit/>
          <w:jc w:val="center"/>
        </w:trPr>
        <w:tc>
          <w:tcPr>
            <w:tcW w:w="5103" w:type="dxa"/>
            <w:tcMar>
              <w:top w:w="70" w:type="dxa"/>
              <w:left w:w="80" w:type="dxa"/>
              <w:bottom w:w="70" w:type="dxa"/>
              <w:right w:w="80" w:type="dxa"/>
            </w:tcMar>
            <w:vAlign w:val="center"/>
          </w:tcPr>
          <w:p w14:paraId="3A5FB36A" w14:textId="77777777" w:rsidR="00650973" w:rsidRDefault="00080072">
            <w:r>
              <w:rPr>
                <w:rFonts w:ascii="Arial" w:hAnsi="Arial"/>
                <w:sz w:val="21"/>
              </w:rPr>
              <w:lastRenderedPageBreak/>
              <w:t>Temps à pied</w:t>
            </w:r>
          </w:p>
        </w:tc>
        <w:tc>
          <w:tcPr>
            <w:tcW w:w="5103" w:type="dxa"/>
            <w:tcMar>
              <w:top w:w="70" w:type="dxa"/>
              <w:left w:w="80" w:type="dxa"/>
              <w:bottom w:w="70" w:type="dxa"/>
              <w:right w:w="80" w:type="dxa"/>
            </w:tcMar>
            <w:vAlign w:val="center"/>
          </w:tcPr>
          <w:p w14:paraId="0472B3B1" w14:textId="77777777" w:rsidR="00650973" w:rsidRDefault="00080072">
            <w:r>
              <w:rPr>
                <w:rFonts w:ascii="Arial" w:hAnsi="Arial"/>
                <w:sz w:val="21"/>
              </w:rPr>
              <w:t>≈13–15 min (repéré)</w:t>
            </w:r>
          </w:p>
        </w:tc>
      </w:tr>
      <w:tr w:rsidR="00650973" w14:paraId="74EEC53D" w14:textId="77777777">
        <w:trPr>
          <w:cantSplit/>
          <w:jc w:val="center"/>
        </w:trPr>
        <w:tc>
          <w:tcPr>
            <w:tcW w:w="5103" w:type="dxa"/>
            <w:shd w:val="clear" w:color="auto" w:fill="F8FAF8"/>
            <w:tcMar>
              <w:top w:w="70" w:type="dxa"/>
              <w:left w:w="80" w:type="dxa"/>
              <w:bottom w:w="70" w:type="dxa"/>
              <w:right w:w="80" w:type="dxa"/>
            </w:tcMar>
            <w:vAlign w:val="center"/>
          </w:tcPr>
          <w:p w14:paraId="03132F9C"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121619F7" w14:textId="77777777" w:rsidR="00650973" w:rsidRDefault="00080072">
            <w:r>
              <w:rPr>
                <w:rFonts w:ascii="Arial" w:hAnsi="Arial"/>
                <w:sz w:val="21"/>
              </w:rPr>
              <w:t>Courte voiture</w:t>
            </w:r>
          </w:p>
        </w:tc>
      </w:tr>
      <w:tr w:rsidR="00650973" w14:paraId="05C77A37" w14:textId="77777777">
        <w:trPr>
          <w:cantSplit/>
          <w:jc w:val="center"/>
        </w:trPr>
        <w:tc>
          <w:tcPr>
            <w:tcW w:w="5103" w:type="dxa"/>
            <w:tcMar>
              <w:top w:w="70" w:type="dxa"/>
              <w:left w:w="80" w:type="dxa"/>
              <w:bottom w:w="70" w:type="dxa"/>
              <w:right w:w="80" w:type="dxa"/>
            </w:tcMar>
            <w:vAlign w:val="center"/>
          </w:tcPr>
          <w:p w14:paraId="0711A1F6"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4A7F03F4" w14:textId="77777777" w:rsidR="00650973" w:rsidRDefault="00080072">
            <w:r>
              <w:rPr>
                <w:rFonts w:ascii="Arial" w:hAnsi="Arial"/>
                <w:sz w:val="21"/>
              </w:rPr>
              <w:t>Mar–sam 18h30–22h30 ; dim/lun fermé</w:t>
            </w:r>
          </w:p>
        </w:tc>
      </w:tr>
      <w:tr w:rsidR="00650973" w14:paraId="0CB17756" w14:textId="77777777">
        <w:trPr>
          <w:cantSplit/>
          <w:jc w:val="center"/>
        </w:trPr>
        <w:tc>
          <w:tcPr>
            <w:tcW w:w="5103" w:type="dxa"/>
            <w:shd w:val="clear" w:color="auto" w:fill="F8FAF8"/>
            <w:tcMar>
              <w:top w:w="70" w:type="dxa"/>
              <w:left w:w="80" w:type="dxa"/>
              <w:bottom w:w="70" w:type="dxa"/>
              <w:right w:w="80" w:type="dxa"/>
            </w:tcMar>
            <w:vAlign w:val="center"/>
          </w:tcPr>
          <w:p w14:paraId="50A849E6"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6327E60D" w14:textId="77777777" w:rsidR="00650973" w:rsidRDefault="00080072">
            <w:r>
              <w:rPr>
                <w:rFonts w:ascii="Arial" w:hAnsi="Arial"/>
                <w:sz w:val="21"/>
              </w:rPr>
              <w:t>Fondue, cordon bleu, filet, 50 gins</w:t>
            </w:r>
          </w:p>
        </w:tc>
      </w:tr>
      <w:tr w:rsidR="00650973" w14:paraId="7B8CCE46" w14:textId="77777777">
        <w:trPr>
          <w:cantSplit/>
          <w:jc w:val="center"/>
        </w:trPr>
        <w:tc>
          <w:tcPr>
            <w:tcW w:w="5103" w:type="dxa"/>
            <w:tcMar>
              <w:top w:w="70" w:type="dxa"/>
              <w:left w:w="80" w:type="dxa"/>
              <w:bottom w:w="70" w:type="dxa"/>
              <w:right w:w="80" w:type="dxa"/>
            </w:tcMar>
            <w:vAlign w:val="center"/>
          </w:tcPr>
          <w:p w14:paraId="0F3BE654"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07FFCDF4" w14:textId="77777777" w:rsidR="00650973" w:rsidRDefault="00080072">
            <w:r>
              <w:rPr>
                <w:rFonts w:ascii="Arial" w:hAnsi="Arial"/>
                <w:sz w:val="21"/>
              </w:rPr>
              <w:t>Entrées 2,90–16,90 € ; plats 15,90–30,90 €</w:t>
            </w:r>
          </w:p>
        </w:tc>
      </w:tr>
      <w:tr w:rsidR="00650973" w14:paraId="6EACFB7D" w14:textId="77777777">
        <w:trPr>
          <w:cantSplit/>
          <w:jc w:val="center"/>
        </w:trPr>
        <w:tc>
          <w:tcPr>
            <w:tcW w:w="5103" w:type="dxa"/>
            <w:shd w:val="clear" w:color="auto" w:fill="F8FAF8"/>
            <w:tcMar>
              <w:top w:w="70" w:type="dxa"/>
              <w:left w:w="80" w:type="dxa"/>
              <w:bottom w:w="70" w:type="dxa"/>
              <w:right w:w="80" w:type="dxa"/>
            </w:tcMar>
            <w:vAlign w:val="center"/>
          </w:tcPr>
          <w:p w14:paraId="63D23BF4"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1352E878" w14:textId="77777777" w:rsidR="00650973" w:rsidRDefault="00080072">
            <w:r>
              <w:rPr>
                <w:rFonts w:ascii="Arial" w:hAnsi="Arial"/>
                <w:sz w:val="21"/>
              </w:rPr>
              <w:t>Oui / visible dans les photos</w:t>
            </w:r>
          </w:p>
        </w:tc>
      </w:tr>
      <w:tr w:rsidR="00650973" w14:paraId="5F037ADC" w14:textId="77777777">
        <w:trPr>
          <w:cantSplit/>
          <w:jc w:val="center"/>
        </w:trPr>
        <w:tc>
          <w:tcPr>
            <w:tcW w:w="5103" w:type="dxa"/>
            <w:tcMar>
              <w:top w:w="70" w:type="dxa"/>
              <w:left w:w="80" w:type="dxa"/>
              <w:bottom w:w="70" w:type="dxa"/>
              <w:right w:w="80" w:type="dxa"/>
            </w:tcMar>
            <w:vAlign w:val="center"/>
          </w:tcPr>
          <w:p w14:paraId="7D38D794"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08B33BA2" w14:textId="77777777" w:rsidR="00650973" w:rsidRDefault="00080072">
            <w:r>
              <w:rPr>
                <w:rFonts w:ascii="Arial" w:hAnsi="Arial"/>
                <w:sz w:val="21"/>
              </w:rPr>
              <w:t>Spécialités suisses, cuisine internationale, grill, vins, glaces maison. Rés. 691 546 818.</w:t>
            </w:r>
          </w:p>
        </w:tc>
      </w:tr>
      <w:tr w:rsidR="00650973" w14:paraId="1F8539B1" w14:textId="77777777">
        <w:trPr>
          <w:cantSplit/>
          <w:jc w:val="center"/>
        </w:trPr>
        <w:tc>
          <w:tcPr>
            <w:tcW w:w="5103" w:type="dxa"/>
            <w:shd w:val="clear" w:color="auto" w:fill="F8FAF8"/>
            <w:tcMar>
              <w:top w:w="70" w:type="dxa"/>
              <w:left w:w="80" w:type="dxa"/>
              <w:bottom w:w="70" w:type="dxa"/>
              <w:right w:w="80" w:type="dxa"/>
            </w:tcMar>
            <w:vAlign w:val="center"/>
          </w:tcPr>
          <w:p w14:paraId="238D2EED"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7A4E0E3D" w14:textId="77777777" w:rsidR="00650973" w:rsidRDefault="00080072">
            <w:r>
              <w:rPr>
                <w:rFonts w:ascii="Arial" w:hAnsi="Arial"/>
                <w:sz w:val="21"/>
              </w:rPr>
              <w:t>Voir remarques / non précisée</w:t>
            </w:r>
          </w:p>
        </w:tc>
      </w:tr>
      <w:tr w:rsidR="00650973" w14:paraId="3EE50960" w14:textId="77777777">
        <w:trPr>
          <w:cantSplit/>
          <w:jc w:val="center"/>
        </w:trPr>
        <w:tc>
          <w:tcPr>
            <w:tcW w:w="5103" w:type="dxa"/>
            <w:tcMar>
              <w:top w:w="70" w:type="dxa"/>
              <w:left w:w="80" w:type="dxa"/>
              <w:bottom w:w="70" w:type="dxa"/>
              <w:right w:w="80" w:type="dxa"/>
            </w:tcMar>
            <w:vAlign w:val="center"/>
          </w:tcPr>
          <w:p w14:paraId="5502F4C5"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6D750F9E" w14:textId="77777777" w:rsidR="00650973" w:rsidRDefault="00080072">
            <w:r>
              <w:rPr>
                <w:rFonts w:ascii="Arial" w:hAnsi="Arial"/>
                <w:sz w:val="21"/>
              </w:rPr>
              <w:t>Spécialités suisses originales dans le sud de Gran Canaria.</w:t>
            </w:r>
          </w:p>
        </w:tc>
      </w:tr>
      <w:tr w:rsidR="00650973" w14:paraId="18EA79A5" w14:textId="77777777">
        <w:trPr>
          <w:cantSplit/>
          <w:jc w:val="center"/>
        </w:trPr>
        <w:tc>
          <w:tcPr>
            <w:tcW w:w="5103" w:type="dxa"/>
            <w:shd w:val="clear" w:color="auto" w:fill="F8FAF8"/>
            <w:tcMar>
              <w:top w:w="70" w:type="dxa"/>
              <w:left w:w="80" w:type="dxa"/>
              <w:bottom w:w="70" w:type="dxa"/>
              <w:right w:w="80" w:type="dxa"/>
            </w:tcMar>
            <w:vAlign w:val="center"/>
          </w:tcPr>
          <w:p w14:paraId="73A56DC8"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2C717D8E" w14:textId="77777777" w:rsidR="00650973" w:rsidRDefault="00080072">
            <w:r>
              <w:rPr>
                <w:rFonts w:ascii="Arial" w:hAnsi="Arial"/>
                <w:sz w:val="21"/>
              </w:rPr>
              <w:t>Toutes les données absentes ou marquées comme non établies ; horaires à revérifier avant le séjour.</w:t>
            </w:r>
          </w:p>
        </w:tc>
      </w:tr>
    </w:tbl>
    <w:p w14:paraId="7649663C" w14:textId="77777777" w:rsidR="00650973" w:rsidRDefault="00650973">
      <w:pPr>
        <w:spacing w:after="40"/>
      </w:pPr>
    </w:p>
    <w:p w14:paraId="78E40DF2" w14:textId="77777777" w:rsidR="00650973" w:rsidRDefault="00080072">
      <w:r>
        <w:rPr>
          <w:b/>
          <w:sz w:val="17"/>
        </w:rPr>
        <w:t xml:space="preserve">URL : </w:t>
      </w:r>
      <w:hyperlink r:id="rId43">
        <w:r>
          <w:rPr>
            <w:color w:val="0563C1"/>
            <w:u w:val="single"/>
          </w:rPr>
          <w:t>Menu</w:t>
        </w:r>
      </w:hyperlink>
    </w:p>
    <w:p w14:paraId="5FF7EA62" w14:textId="77777777" w:rsidR="00650973" w:rsidRDefault="00080072">
      <w:pPr>
        <w:pStyle w:val="Titre2"/>
        <w:spacing w:before="160" w:after="80"/>
      </w:pPr>
      <w:r>
        <w:rPr>
          <w:rFonts w:ascii="Arial" w:hAnsi="Arial"/>
          <w:color w:val="C97A2B"/>
          <w:sz w:val="28"/>
        </w:rPr>
        <w:t>RESTAURANTE LOLA</w:t>
      </w:r>
    </w:p>
    <w:tbl>
      <w:tblPr>
        <w:tblStyle w:val="Grilledutableau"/>
        <w:tblW w:w="0" w:type="auto"/>
        <w:jc w:val="center"/>
        <w:tblLook w:val="04A0" w:firstRow="1" w:lastRow="0" w:firstColumn="1" w:lastColumn="0" w:noHBand="0" w:noVBand="1"/>
      </w:tblPr>
      <w:tblGrid>
        <w:gridCol w:w="5103"/>
        <w:gridCol w:w="5103"/>
      </w:tblGrid>
      <w:tr w:rsidR="00650973" w14:paraId="313EB463" w14:textId="77777777">
        <w:trPr>
          <w:cantSplit/>
          <w:tblHeader/>
          <w:jc w:val="center"/>
        </w:trPr>
        <w:tc>
          <w:tcPr>
            <w:tcW w:w="5103" w:type="dxa"/>
            <w:shd w:val="clear" w:color="auto" w:fill="2F6B4F"/>
            <w:tcMar>
              <w:top w:w="70" w:type="dxa"/>
              <w:left w:w="80" w:type="dxa"/>
              <w:bottom w:w="70" w:type="dxa"/>
              <w:right w:w="80" w:type="dxa"/>
            </w:tcMar>
            <w:vAlign w:val="center"/>
          </w:tcPr>
          <w:p w14:paraId="44E799FA"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040AE6A3" w14:textId="77777777" w:rsidR="00650973" w:rsidRDefault="00080072">
            <w:pPr>
              <w:jc w:val="center"/>
            </w:pPr>
            <w:r>
              <w:rPr>
                <w:rFonts w:ascii="Arial" w:hAnsi="Arial"/>
                <w:b/>
                <w:color w:val="FFFFFF"/>
                <w:sz w:val="21"/>
              </w:rPr>
              <w:t>Information</w:t>
            </w:r>
          </w:p>
        </w:tc>
      </w:tr>
      <w:tr w:rsidR="00650973" w14:paraId="076BBC79" w14:textId="77777777">
        <w:trPr>
          <w:cantSplit/>
          <w:jc w:val="center"/>
        </w:trPr>
        <w:tc>
          <w:tcPr>
            <w:tcW w:w="5103" w:type="dxa"/>
            <w:tcMar>
              <w:top w:w="70" w:type="dxa"/>
              <w:left w:w="80" w:type="dxa"/>
              <w:bottom w:w="70" w:type="dxa"/>
              <w:right w:w="80" w:type="dxa"/>
            </w:tcMar>
            <w:vAlign w:val="center"/>
          </w:tcPr>
          <w:p w14:paraId="4D9B0425"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4EFAD289" w14:textId="77777777" w:rsidR="00650973" w:rsidRDefault="00080072">
            <w:r>
              <w:rPr>
                <w:rFonts w:ascii="Arial" w:hAnsi="Arial"/>
                <w:sz w:val="21"/>
              </w:rPr>
              <w:t>Cuisine créative contemporaine</w:t>
            </w:r>
          </w:p>
        </w:tc>
      </w:tr>
      <w:tr w:rsidR="00650973" w14:paraId="40FFF345" w14:textId="77777777">
        <w:trPr>
          <w:cantSplit/>
          <w:jc w:val="center"/>
        </w:trPr>
        <w:tc>
          <w:tcPr>
            <w:tcW w:w="5103" w:type="dxa"/>
            <w:shd w:val="clear" w:color="auto" w:fill="F8FAF8"/>
            <w:tcMar>
              <w:top w:w="70" w:type="dxa"/>
              <w:left w:w="80" w:type="dxa"/>
              <w:bottom w:w="70" w:type="dxa"/>
              <w:right w:w="80" w:type="dxa"/>
            </w:tcMar>
            <w:vAlign w:val="center"/>
          </w:tcPr>
          <w:p w14:paraId="4B2A143F" w14:textId="77777777" w:rsidR="00650973" w:rsidRDefault="00080072">
            <w:r>
              <w:rPr>
                <w:rFonts w:ascii="Arial" w:hAnsi="Arial"/>
                <w:sz w:val="21"/>
              </w:rPr>
              <w:t>Adresse</w:t>
            </w:r>
          </w:p>
        </w:tc>
        <w:tc>
          <w:tcPr>
            <w:tcW w:w="5103" w:type="dxa"/>
            <w:shd w:val="clear" w:color="auto" w:fill="F8FAF8"/>
            <w:tcMar>
              <w:top w:w="70" w:type="dxa"/>
              <w:left w:w="80" w:type="dxa"/>
              <w:bottom w:w="70" w:type="dxa"/>
              <w:right w:w="80" w:type="dxa"/>
            </w:tcMar>
            <w:vAlign w:val="center"/>
          </w:tcPr>
          <w:p w14:paraId="285787C2" w14:textId="77777777" w:rsidR="00650973" w:rsidRDefault="00080072">
            <w:r>
              <w:rPr>
                <w:rFonts w:ascii="Arial" w:hAnsi="Arial"/>
                <w:sz w:val="21"/>
              </w:rPr>
              <w:t>Maspalomas / Playa del Inglés</w:t>
            </w:r>
          </w:p>
        </w:tc>
      </w:tr>
      <w:tr w:rsidR="00650973" w14:paraId="060E6D3D" w14:textId="77777777">
        <w:trPr>
          <w:cantSplit/>
          <w:jc w:val="center"/>
        </w:trPr>
        <w:tc>
          <w:tcPr>
            <w:tcW w:w="5103" w:type="dxa"/>
            <w:tcMar>
              <w:top w:w="70" w:type="dxa"/>
              <w:left w:w="80" w:type="dxa"/>
              <w:bottom w:w="70" w:type="dxa"/>
              <w:right w:w="80" w:type="dxa"/>
            </w:tcMar>
            <w:vAlign w:val="center"/>
          </w:tcPr>
          <w:p w14:paraId="36247715"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2FF93261" w14:textId="77777777" w:rsidR="00650973" w:rsidRDefault="00080072">
            <w:r>
              <w:rPr>
                <w:rFonts w:ascii="Arial" w:hAnsi="Arial"/>
                <w:sz w:val="21"/>
              </w:rPr>
              <w:t>Maspalomas / Playa del Inglés</w:t>
            </w:r>
          </w:p>
        </w:tc>
      </w:tr>
      <w:tr w:rsidR="00650973" w14:paraId="107876D1" w14:textId="77777777">
        <w:trPr>
          <w:cantSplit/>
          <w:jc w:val="center"/>
        </w:trPr>
        <w:tc>
          <w:tcPr>
            <w:tcW w:w="5103" w:type="dxa"/>
            <w:shd w:val="clear" w:color="auto" w:fill="F8FAF8"/>
            <w:tcMar>
              <w:top w:w="70" w:type="dxa"/>
              <w:left w:w="80" w:type="dxa"/>
              <w:bottom w:w="70" w:type="dxa"/>
              <w:right w:w="80" w:type="dxa"/>
            </w:tcMar>
            <w:vAlign w:val="center"/>
          </w:tcPr>
          <w:p w14:paraId="728160E6"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686F4A0B" w14:textId="77777777" w:rsidR="00650973" w:rsidRDefault="00080072">
            <w:r>
              <w:rPr>
                <w:rFonts w:ascii="Arial" w:hAnsi="Arial"/>
                <w:sz w:val="21"/>
              </w:rPr>
              <w:t>≈1 km cité dans première collecte</w:t>
            </w:r>
          </w:p>
        </w:tc>
      </w:tr>
      <w:tr w:rsidR="00650973" w14:paraId="7BD00DA0" w14:textId="77777777">
        <w:trPr>
          <w:cantSplit/>
          <w:jc w:val="center"/>
        </w:trPr>
        <w:tc>
          <w:tcPr>
            <w:tcW w:w="5103" w:type="dxa"/>
            <w:tcMar>
              <w:top w:w="70" w:type="dxa"/>
              <w:left w:w="80" w:type="dxa"/>
              <w:bottom w:w="70" w:type="dxa"/>
              <w:right w:w="80" w:type="dxa"/>
            </w:tcMar>
            <w:vAlign w:val="center"/>
          </w:tcPr>
          <w:p w14:paraId="7872FC33"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6E422D48" w14:textId="77777777" w:rsidR="00650973" w:rsidRDefault="00080072">
            <w:r>
              <w:rPr>
                <w:rFonts w:ascii="Arial" w:hAnsi="Arial"/>
                <w:sz w:val="21"/>
              </w:rPr>
              <w:t>≈13–15 min cité dans première collecte</w:t>
            </w:r>
          </w:p>
        </w:tc>
      </w:tr>
      <w:tr w:rsidR="00650973" w14:paraId="03883B6F" w14:textId="77777777">
        <w:trPr>
          <w:cantSplit/>
          <w:jc w:val="center"/>
        </w:trPr>
        <w:tc>
          <w:tcPr>
            <w:tcW w:w="5103" w:type="dxa"/>
            <w:shd w:val="clear" w:color="auto" w:fill="F8FAF8"/>
            <w:tcMar>
              <w:top w:w="70" w:type="dxa"/>
              <w:left w:w="80" w:type="dxa"/>
              <w:bottom w:w="70" w:type="dxa"/>
              <w:right w:w="80" w:type="dxa"/>
            </w:tcMar>
            <w:vAlign w:val="center"/>
          </w:tcPr>
          <w:p w14:paraId="77A7B7AC"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783E27C2" w14:textId="77777777" w:rsidR="00650973" w:rsidRDefault="00080072">
            <w:r>
              <w:rPr>
                <w:rFonts w:ascii="Arial" w:hAnsi="Arial"/>
                <w:sz w:val="21"/>
              </w:rPr>
              <w:t>Courte voiture</w:t>
            </w:r>
          </w:p>
        </w:tc>
      </w:tr>
      <w:tr w:rsidR="00650973" w14:paraId="61C563CE" w14:textId="77777777">
        <w:trPr>
          <w:cantSplit/>
          <w:jc w:val="center"/>
        </w:trPr>
        <w:tc>
          <w:tcPr>
            <w:tcW w:w="5103" w:type="dxa"/>
            <w:tcMar>
              <w:top w:w="70" w:type="dxa"/>
              <w:left w:w="80" w:type="dxa"/>
              <w:bottom w:w="70" w:type="dxa"/>
              <w:right w:w="80" w:type="dxa"/>
            </w:tcMar>
            <w:vAlign w:val="center"/>
          </w:tcPr>
          <w:p w14:paraId="1C5CD1D7"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2FEAE7A5" w14:textId="77777777" w:rsidR="00650973" w:rsidRDefault="00080072">
            <w:r>
              <w:rPr>
                <w:rFonts w:ascii="Arial" w:hAnsi="Arial"/>
                <w:sz w:val="21"/>
              </w:rPr>
              <w:t>Horaires non conservés</w:t>
            </w:r>
          </w:p>
        </w:tc>
      </w:tr>
      <w:tr w:rsidR="00650973" w14:paraId="459C2C96" w14:textId="77777777">
        <w:trPr>
          <w:cantSplit/>
          <w:jc w:val="center"/>
        </w:trPr>
        <w:tc>
          <w:tcPr>
            <w:tcW w:w="5103" w:type="dxa"/>
            <w:shd w:val="clear" w:color="auto" w:fill="F8FAF8"/>
            <w:tcMar>
              <w:top w:w="70" w:type="dxa"/>
              <w:left w:w="80" w:type="dxa"/>
              <w:bottom w:w="70" w:type="dxa"/>
              <w:right w:w="80" w:type="dxa"/>
            </w:tcMar>
            <w:vAlign w:val="center"/>
          </w:tcPr>
          <w:p w14:paraId="6C92BEE2"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54B1D744" w14:textId="77777777" w:rsidR="00650973" w:rsidRDefault="00080072">
            <w:r>
              <w:rPr>
                <w:rFonts w:ascii="Arial" w:hAnsi="Arial"/>
                <w:sz w:val="21"/>
              </w:rPr>
              <w:t>Cuisine entre gastronomique et décontractée</w:t>
            </w:r>
          </w:p>
        </w:tc>
      </w:tr>
      <w:tr w:rsidR="00650973" w14:paraId="5B250260" w14:textId="77777777">
        <w:trPr>
          <w:cantSplit/>
          <w:jc w:val="center"/>
        </w:trPr>
        <w:tc>
          <w:tcPr>
            <w:tcW w:w="5103" w:type="dxa"/>
            <w:tcMar>
              <w:top w:w="70" w:type="dxa"/>
              <w:left w:w="80" w:type="dxa"/>
              <w:bottom w:w="70" w:type="dxa"/>
              <w:right w:w="80" w:type="dxa"/>
            </w:tcMar>
            <w:vAlign w:val="center"/>
          </w:tcPr>
          <w:p w14:paraId="13674B04"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7CB587BB" w14:textId="77777777" w:rsidR="00650973" w:rsidRDefault="00080072">
            <w:r>
              <w:rPr>
                <w:rFonts w:ascii="Arial" w:hAnsi="Arial"/>
                <w:sz w:val="21"/>
              </w:rPr>
              <w:t>Entrées 15–18,50 € ; plats 21–28,50 € ; desserts 8,50–10 €</w:t>
            </w:r>
          </w:p>
        </w:tc>
      </w:tr>
      <w:tr w:rsidR="00650973" w14:paraId="29F6051F" w14:textId="77777777">
        <w:trPr>
          <w:cantSplit/>
          <w:jc w:val="center"/>
        </w:trPr>
        <w:tc>
          <w:tcPr>
            <w:tcW w:w="5103" w:type="dxa"/>
            <w:shd w:val="clear" w:color="auto" w:fill="F8FAF8"/>
            <w:tcMar>
              <w:top w:w="70" w:type="dxa"/>
              <w:left w:w="80" w:type="dxa"/>
              <w:bottom w:w="70" w:type="dxa"/>
              <w:right w:w="80" w:type="dxa"/>
            </w:tcMar>
            <w:vAlign w:val="center"/>
          </w:tcPr>
          <w:p w14:paraId="35D8F704"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5F891BA2" w14:textId="77777777" w:rsidR="00650973" w:rsidRDefault="00080072">
            <w:r>
              <w:rPr>
                <w:rFonts w:ascii="Arial" w:hAnsi="Arial"/>
                <w:sz w:val="21"/>
              </w:rPr>
              <w:t>Non précisé dans le chat</w:t>
            </w:r>
          </w:p>
        </w:tc>
      </w:tr>
      <w:tr w:rsidR="00650973" w14:paraId="5561CC0C" w14:textId="77777777">
        <w:trPr>
          <w:cantSplit/>
          <w:jc w:val="center"/>
        </w:trPr>
        <w:tc>
          <w:tcPr>
            <w:tcW w:w="5103" w:type="dxa"/>
            <w:tcMar>
              <w:top w:w="70" w:type="dxa"/>
              <w:left w:w="80" w:type="dxa"/>
              <w:bottom w:w="70" w:type="dxa"/>
              <w:right w:w="80" w:type="dxa"/>
            </w:tcMar>
            <w:vAlign w:val="center"/>
          </w:tcPr>
          <w:p w14:paraId="5E2F45FC"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569CB893" w14:textId="77777777" w:rsidR="00650973" w:rsidRDefault="00080072">
            <w:r>
              <w:rPr>
                <w:rFonts w:ascii="Arial" w:hAnsi="Arial"/>
                <w:sz w:val="21"/>
              </w:rPr>
              <w:t>Propriétaire Fabrizio Sbarufatti ; chef Roberto Vezzani ; ingrédients de qualité et approche créative.</w:t>
            </w:r>
          </w:p>
        </w:tc>
      </w:tr>
      <w:tr w:rsidR="00650973" w14:paraId="2BBAECB5" w14:textId="77777777">
        <w:trPr>
          <w:cantSplit/>
          <w:jc w:val="center"/>
        </w:trPr>
        <w:tc>
          <w:tcPr>
            <w:tcW w:w="5103" w:type="dxa"/>
            <w:shd w:val="clear" w:color="auto" w:fill="F8FAF8"/>
            <w:tcMar>
              <w:top w:w="70" w:type="dxa"/>
              <w:left w:w="80" w:type="dxa"/>
              <w:bottom w:w="70" w:type="dxa"/>
              <w:right w:w="80" w:type="dxa"/>
            </w:tcMar>
            <w:vAlign w:val="center"/>
          </w:tcPr>
          <w:p w14:paraId="23DDD0BD"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0F9D971D" w14:textId="77777777" w:rsidR="00650973" w:rsidRDefault="00080072">
            <w:r>
              <w:rPr>
                <w:rFonts w:ascii="Arial" w:hAnsi="Arial"/>
                <w:sz w:val="21"/>
              </w:rPr>
              <w:t>Voir remarques / non précisée</w:t>
            </w:r>
          </w:p>
        </w:tc>
      </w:tr>
      <w:tr w:rsidR="00650973" w14:paraId="3B6EE612" w14:textId="77777777">
        <w:trPr>
          <w:cantSplit/>
          <w:jc w:val="center"/>
        </w:trPr>
        <w:tc>
          <w:tcPr>
            <w:tcW w:w="5103" w:type="dxa"/>
            <w:tcMar>
              <w:top w:w="70" w:type="dxa"/>
              <w:left w:w="80" w:type="dxa"/>
              <w:bottom w:w="70" w:type="dxa"/>
              <w:right w:w="80" w:type="dxa"/>
            </w:tcMar>
            <w:vAlign w:val="center"/>
          </w:tcPr>
          <w:p w14:paraId="3D17A5EF"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4F4594EB" w14:textId="77777777" w:rsidR="00650973" w:rsidRDefault="00080072">
            <w:r>
              <w:rPr>
                <w:rFonts w:ascii="Arial" w:hAnsi="Arial"/>
                <w:sz w:val="21"/>
              </w:rPr>
              <w:t>Option créative et plus soignée, belle carte des vins.</w:t>
            </w:r>
          </w:p>
        </w:tc>
      </w:tr>
      <w:tr w:rsidR="00650973" w14:paraId="3F7E1347" w14:textId="77777777">
        <w:trPr>
          <w:cantSplit/>
          <w:jc w:val="center"/>
        </w:trPr>
        <w:tc>
          <w:tcPr>
            <w:tcW w:w="5103" w:type="dxa"/>
            <w:shd w:val="clear" w:color="auto" w:fill="F8FAF8"/>
            <w:tcMar>
              <w:top w:w="70" w:type="dxa"/>
              <w:left w:w="80" w:type="dxa"/>
              <w:bottom w:w="70" w:type="dxa"/>
              <w:right w:w="80" w:type="dxa"/>
            </w:tcMar>
            <w:vAlign w:val="center"/>
          </w:tcPr>
          <w:p w14:paraId="287D0D31"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606FE3AB" w14:textId="77777777" w:rsidR="00650973" w:rsidRDefault="00080072">
            <w:r>
              <w:rPr>
                <w:rFonts w:ascii="Arial" w:hAnsi="Arial"/>
                <w:sz w:val="21"/>
              </w:rPr>
              <w:t>Toutes les données absentes ou marquées comme non établies ; horaires à revérifier avant le séjour.</w:t>
            </w:r>
          </w:p>
        </w:tc>
      </w:tr>
    </w:tbl>
    <w:p w14:paraId="62B663CE" w14:textId="77777777" w:rsidR="00650973" w:rsidRDefault="00650973">
      <w:pPr>
        <w:spacing w:after="40"/>
      </w:pPr>
    </w:p>
    <w:p w14:paraId="0A1FCDF3" w14:textId="77777777" w:rsidR="00650973" w:rsidRDefault="00080072">
      <w:r>
        <w:rPr>
          <w:b/>
          <w:sz w:val="17"/>
        </w:rPr>
        <w:t xml:space="preserve">URL : </w:t>
      </w:r>
      <w:hyperlink r:id="rId44">
        <w:r>
          <w:rPr>
            <w:color w:val="0563C1"/>
            <w:u w:val="single"/>
          </w:rPr>
          <w:t>Site officiel</w:t>
        </w:r>
      </w:hyperlink>
    </w:p>
    <w:p w14:paraId="012C9D47" w14:textId="77777777" w:rsidR="00650973" w:rsidRDefault="00080072">
      <w:pPr>
        <w:pStyle w:val="Titre2"/>
        <w:spacing w:before="160" w:after="80"/>
      </w:pPr>
      <w:r>
        <w:rPr>
          <w:rFonts w:ascii="Arial" w:hAnsi="Arial"/>
          <w:color w:val="C97A2B"/>
          <w:sz w:val="28"/>
        </w:rPr>
        <w:t>WAPA TAPA</w:t>
      </w:r>
    </w:p>
    <w:tbl>
      <w:tblPr>
        <w:tblStyle w:val="Grilledutableau"/>
        <w:tblW w:w="0" w:type="auto"/>
        <w:jc w:val="center"/>
        <w:tblLook w:val="04A0" w:firstRow="1" w:lastRow="0" w:firstColumn="1" w:lastColumn="0" w:noHBand="0" w:noVBand="1"/>
      </w:tblPr>
      <w:tblGrid>
        <w:gridCol w:w="5103"/>
        <w:gridCol w:w="5103"/>
      </w:tblGrid>
      <w:tr w:rsidR="00650973" w14:paraId="1DD54284" w14:textId="77777777">
        <w:trPr>
          <w:cantSplit/>
          <w:tblHeader/>
          <w:jc w:val="center"/>
        </w:trPr>
        <w:tc>
          <w:tcPr>
            <w:tcW w:w="5103" w:type="dxa"/>
            <w:shd w:val="clear" w:color="auto" w:fill="2F6B4F"/>
            <w:tcMar>
              <w:top w:w="70" w:type="dxa"/>
              <w:left w:w="80" w:type="dxa"/>
              <w:bottom w:w="70" w:type="dxa"/>
              <w:right w:w="80" w:type="dxa"/>
            </w:tcMar>
            <w:vAlign w:val="center"/>
          </w:tcPr>
          <w:p w14:paraId="279A5089" w14:textId="77777777" w:rsidR="00650973" w:rsidRDefault="00080072">
            <w:pPr>
              <w:jc w:val="center"/>
            </w:pPr>
            <w:r>
              <w:rPr>
                <w:rFonts w:ascii="Arial" w:hAnsi="Arial"/>
                <w:b/>
                <w:color w:val="FFFFFF"/>
                <w:sz w:val="21"/>
              </w:rPr>
              <w:t>Champ</w:t>
            </w:r>
          </w:p>
        </w:tc>
        <w:tc>
          <w:tcPr>
            <w:tcW w:w="5103" w:type="dxa"/>
            <w:shd w:val="clear" w:color="auto" w:fill="2F6B4F"/>
            <w:tcMar>
              <w:top w:w="70" w:type="dxa"/>
              <w:left w:w="80" w:type="dxa"/>
              <w:bottom w:w="70" w:type="dxa"/>
              <w:right w:w="80" w:type="dxa"/>
            </w:tcMar>
            <w:vAlign w:val="center"/>
          </w:tcPr>
          <w:p w14:paraId="661063E5" w14:textId="77777777" w:rsidR="00650973" w:rsidRDefault="00080072">
            <w:pPr>
              <w:jc w:val="center"/>
            </w:pPr>
            <w:r>
              <w:rPr>
                <w:rFonts w:ascii="Arial" w:hAnsi="Arial"/>
                <w:b/>
                <w:color w:val="FFFFFF"/>
                <w:sz w:val="21"/>
              </w:rPr>
              <w:t>Information</w:t>
            </w:r>
          </w:p>
        </w:tc>
      </w:tr>
      <w:tr w:rsidR="00650973" w14:paraId="67622A99" w14:textId="77777777">
        <w:trPr>
          <w:cantSplit/>
          <w:jc w:val="center"/>
        </w:trPr>
        <w:tc>
          <w:tcPr>
            <w:tcW w:w="5103" w:type="dxa"/>
            <w:tcMar>
              <w:top w:w="70" w:type="dxa"/>
              <w:left w:w="80" w:type="dxa"/>
              <w:bottom w:w="70" w:type="dxa"/>
              <w:right w:w="80" w:type="dxa"/>
            </w:tcMar>
            <w:vAlign w:val="center"/>
          </w:tcPr>
          <w:p w14:paraId="1965768E" w14:textId="77777777" w:rsidR="00650973" w:rsidRDefault="00080072">
            <w:r>
              <w:rPr>
                <w:rFonts w:ascii="Arial" w:hAnsi="Arial"/>
                <w:sz w:val="21"/>
              </w:rPr>
              <w:t>Type</w:t>
            </w:r>
          </w:p>
        </w:tc>
        <w:tc>
          <w:tcPr>
            <w:tcW w:w="5103" w:type="dxa"/>
            <w:tcMar>
              <w:top w:w="70" w:type="dxa"/>
              <w:left w:w="80" w:type="dxa"/>
              <w:bottom w:w="70" w:type="dxa"/>
              <w:right w:w="80" w:type="dxa"/>
            </w:tcMar>
            <w:vAlign w:val="center"/>
          </w:tcPr>
          <w:p w14:paraId="6481ECB1" w14:textId="77777777" w:rsidR="00650973" w:rsidRDefault="00080072">
            <w:r>
              <w:rPr>
                <w:rFonts w:ascii="Arial" w:hAnsi="Arial"/>
                <w:sz w:val="21"/>
              </w:rPr>
              <w:t>Tapas espagnoles / internationales</w:t>
            </w:r>
          </w:p>
        </w:tc>
      </w:tr>
      <w:tr w:rsidR="00650973" w14:paraId="5F485F70" w14:textId="77777777">
        <w:trPr>
          <w:cantSplit/>
          <w:jc w:val="center"/>
        </w:trPr>
        <w:tc>
          <w:tcPr>
            <w:tcW w:w="5103" w:type="dxa"/>
            <w:shd w:val="clear" w:color="auto" w:fill="F8FAF8"/>
            <w:tcMar>
              <w:top w:w="70" w:type="dxa"/>
              <w:left w:w="80" w:type="dxa"/>
              <w:bottom w:w="70" w:type="dxa"/>
              <w:right w:w="80" w:type="dxa"/>
            </w:tcMar>
            <w:vAlign w:val="center"/>
          </w:tcPr>
          <w:p w14:paraId="3C0929CA" w14:textId="77777777" w:rsidR="00650973" w:rsidRDefault="00080072">
            <w:r>
              <w:rPr>
                <w:rFonts w:ascii="Arial" w:hAnsi="Arial"/>
                <w:sz w:val="21"/>
              </w:rPr>
              <w:lastRenderedPageBreak/>
              <w:t>Adresse</w:t>
            </w:r>
          </w:p>
        </w:tc>
        <w:tc>
          <w:tcPr>
            <w:tcW w:w="5103" w:type="dxa"/>
            <w:shd w:val="clear" w:color="auto" w:fill="F8FAF8"/>
            <w:tcMar>
              <w:top w:w="70" w:type="dxa"/>
              <w:left w:w="80" w:type="dxa"/>
              <w:bottom w:w="70" w:type="dxa"/>
              <w:right w:w="80" w:type="dxa"/>
            </w:tcMar>
            <w:vAlign w:val="center"/>
          </w:tcPr>
          <w:p w14:paraId="46950E0A" w14:textId="77777777" w:rsidR="00650973" w:rsidRDefault="00080072">
            <w:r>
              <w:rPr>
                <w:rFonts w:ascii="Arial" w:hAnsi="Arial"/>
                <w:sz w:val="21"/>
              </w:rPr>
              <w:t>Yumbo Centrum</w:t>
            </w:r>
          </w:p>
        </w:tc>
      </w:tr>
      <w:tr w:rsidR="00650973" w14:paraId="149DE5A6" w14:textId="77777777">
        <w:trPr>
          <w:cantSplit/>
          <w:jc w:val="center"/>
        </w:trPr>
        <w:tc>
          <w:tcPr>
            <w:tcW w:w="5103" w:type="dxa"/>
            <w:tcMar>
              <w:top w:w="70" w:type="dxa"/>
              <w:left w:w="80" w:type="dxa"/>
              <w:bottom w:w="70" w:type="dxa"/>
              <w:right w:w="80" w:type="dxa"/>
            </w:tcMar>
            <w:vAlign w:val="center"/>
          </w:tcPr>
          <w:p w14:paraId="7682224D" w14:textId="77777777" w:rsidR="00650973" w:rsidRDefault="00080072">
            <w:r>
              <w:rPr>
                <w:rFonts w:ascii="Arial" w:hAnsi="Arial"/>
                <w:sz w:val="21"/>
              </w:rPr>
              <w:t>Zone</w:t>
            </w:r>
          </w:p>
        </w:tc>
        <w:tc>
          <w:tcPr>
            <w:tcW w:w="5103" w:type="dxa"/>
            <w:tcMar>
              <w:top w:w="70" w:type="dxa"/>
              <w:left w:w="80" w:type="dxa"/>
              <w:bottom w:w="70" w:type="dxa"/>
              <w:right w:w="80" w:type="dxa"/>
            </w:tcMar>
            <w:vAlign w:val="center"/>
          </w:tcPr>
          <w:p w14:paraId="796AE346" w14:textId="77777777" w:rsidR="00650973" w:rsidRDefault="00080072">
            <w:r>
              <w:rPr>
                <w:rFonts w:ascii="Arial" w:hAnsi="Arial"/>
                <w:sz w:val="21"/>
              </w:rPr>
              <w:t>Playa del Inglés</w:t>
            </w:r>
          </w:p>
        </w:tc>
      </w:tr>
      <w:tr w:rsidR="00650973" w14:paraId="388F541A" w14:textId="77777777">
        <w:trPr>
          <w:cantSplit/>
          <w:jc w:val="center"/>
        </w:trPr>
        <w:tc>
          <w:tcPr>
            <w:tcW w:w="5103" w:type="dxa"/>
            <w:shd w:val="clear" w:color="auto" w:fill="F8FAF8"/>
            <w:tcMar>
              <w:top w:w="70" w:type="dxa"/>
              <w:left w:w="80" w:type="dxa"/>
              <w:bottom w:w="70" w:type="dxa"/>
              <w:right w:w="80" w:type="dxa"/>
            </w:tcMar>
            <w:vAlign w:val="center"/>
          </w:tcPr>
          <w:p w14:paraId="087FD678" w14:textId="77777777" w:rsidR="00650973" w:rsidRDefault="00080072">
            <w:r>
              <w:rPr>
                <w:rFonts w:ascii="Arial" w:hAnsi="Arial"/>
                <w:sz w:val="21"/>
              </w:rPr>
              <w:t>Distance depuis Dunaflor Verde</w:t>
            </w:r>
          </w:p>
        </w:tc>
        <w:tc>
          <w:tcPr>
            <w:tcW w:w="5103" w:type="dxa"/>
            <w:shd w:val="clear" w:color="auto" w:fill="F8FAF8"/>
            <w:tcMar>
              <w:top w:w="70" w:type="dxa"/>
              <w:left w:w="80" w:type="dxa"/>
              <w:bottom w:w="70" w:type="dxa"/>
              <w:right w:w="80" w:type="dxa"/>
            </w:tcMar>
            <w:vAlign w:val="center"/>
          </w:tcPr>
          <w:p w14:paraId="2B535FCF" w14:textId="77777777" w:rsidR="00650973" w:rsidRDefault="00080072">
            <w:r>
              <w:rPr>
                <w:rFonts w:ascii="Arial" w:hAnsi="Arial"/>
                <w:sz w:val="21"/>
              </w:rPr>
              <w:t>≈1,2 km</w:t>
            </w:r>
          </w:p>
        </w:tc>
      </w:tr>
      <w:tr w:rsidR="00650973" w14:paraId="565DB028" w14:textId="77777777">
        <w:trPr>
          <w:cantSplit/>
          <w:jc w:val="center"/>
        </w:trPr>
        <w:tc>
          <w:tcPr>
            <w:tcW w:w="5103" w:type="dxa"/>
            <w:tcMar>
              <w:top w:w="70" w:type="dxa"/>
              <w:left w:w="80" w:type="dxa"/>
              <w:bottom w:w="70" w:type="dxa"/>
              <w:right w:w="80" w:type="dxa"/>
            </w:tcMar>
            <w:vAlign w:val="center"/>
          </w:tcPr>
          <w:p w14:paraId="6D9A435B" w14:textId="77777777" w:rsidR="00650973" w:rsidRDefault="00080072">
            <w:r>
              <w:rPr>
                <w:rFonts w:ascii="Arial" w:hAnsi="Arial"/>
                <w:sz w:val="21"/>
              </w:rPr>
              <w:t>Temps à pied</w:t>
            </w:r>
          </w:p>
        </w:tc>
        <w:tc>
          <w:tcPr>
            <w:tcW w:w="5103" w:type="dxa"/>
            <w:tcMar>
              <w:top w:w="70" w:type="dxa"/>
              <w:left w:w="80" w:type="dxa"/>
              <w:bottom w:w="70" w:type="dxa"/>
              <w:right w:w="80" w:type="dxa"/>
            </w:tcMar>
            <w:vAlign w:val="center"/>
          </w:tcPr>
          <w:p w14:paraId="5216F910" w14:textId="77777777" w:rsidR="00650973" w:rsidRDefault="00080072">
            <w:r>
              <w:rPr>
                <w:rFonts w:ascii="Arial" w:hAnsi="Arial"/>
                <w:sz w:val="21"/>
              </w:rPr>
              <w:t>Temps exact non établi</w:t>
            </w:r>
          </w:p>
        </w:tc>
      </w:tr>
      <w:tr w:rsidR="00650973" w14:paraId="2EE66EB2" w14:textId="77777777">
        <w:trPr>
          <w:cantSplit/>
          <w:jc w:val="center"/>
        </w:trPr>
        <w:tc>
          <w:tcPr>
            <w:tcW w:w="5103" w:type="dxa"/>
            <w:shd w:val="clear" w:color="auto" w:fill="F8FAF8"/>
            <w:tcMar>
              <w:top w:w="70" w:type="dxa"/>
              <w:left w:w="80" w:type="dxa"/>
              <w:bottom w:w="70" w:type="dxa"/>
              <w:right w:w="80" w:type="dxa"/>
            </w:tcMar>
            <w:vAlign w:val="center"/>
          </w:tcPr>
          <w:p w14:paraId="633BC419" w14:textId="77777777" w:rsidR="00650973" w:rsidRDefault="00080072">
            <w:r>
              <w:rPr>
                <w:rFonts w:ascii="Arial" w:hAnsi="Arial"/>
                <w:sz w:val="21"/>
              </w:rPr>
              <w:t>Temps en voiture</w:t>
            </w:r>
          </w:p>
        </w:tc>
        <w:tc>
          <w:tcPr>
            <w:tcW w:w="5103" w:type="dxa"/>
            <w:shd w:val="clear" w:color="auto" w:fill="F8FAF8"/>
            <w:tcMar>
              <w:top w:w="70" w:type="dxa"/>
              <w:left w:w="80" w:type="dxa"/>
              <w:bottom w:w="70" w:type="dxa"/>
              <w:right w:w="80" w:type="dxa"/>
            </w:tcMar>
            <w:vAlign w:val="center"/>
          </w:tcPr>
          <w:p w14:paraId="06DEDD8F" w14:textId="77777777" w:rsidR="00650973" w:rsidRDefault="00080072">
            <w:r>
              <w:rPr>
                <w:rFonts w:ascii="Arial" w:hAnsi="Arial"/>
                <w:sz w:val="21"/>
              </w:rPr>
              <w:t>Courte voiture</w:t>
            </w:r>
          </w:p>
        </w:tc>
      </w:tr>
      <w:tr w:rsidR="00650973" w14:paraId="53A75349" w14:textId="77777777">
        <w:trPr>
          <w:cantSplit/>
          <w:jc w:val="center"/>
        </w:trPr>
        <w:tc>
          <w:tcPr>
            <w:tcW w:w="5103" w:type="dxa"/>
            <w:tcMar>
              <w:top w:w="70" w:type="dxa"/>
              <w:left w:w="80" w:type="dxa"/>
              <w:bottom w:w="70" w:type="dxa"/>
              <w:right w:w="80" w:type="dxa"/>
            </w:tcMar>
            <w:vAlign w:val="center"/>
          </w:tcPr>
          <w:p w14:paraId="593181E6" w14:textId="77777777" w:rsidR="00650973" w:rsidRDefault="00080072">
            <w:r>
              <w:rPr>
                <w:rFonts w:ascii="Arial" w:hAnsi="Arial"/>
                <w:sz w:val="21"/>
              </w:rPr>
              <w:t>Horaires</w:t>
            </w:r>
          </w:p>
        </w:tc>
        <w:tc>
          <w:tcPr>
            <w:tcW w:w="5103" w:type="dxa"/>
            <w:tcMar>
              <w:top w:w="70" w:type="dxa"/>
              <w:left w:w="80" w:type="dxa"/>
              <w:bottom w:w="70" w:type="dxa"/>
              <w:right w:w="80" w:type="dxa"/>
            </w:tcMar>
            <w:vAlign w:val="center"/>
          </w:tcPr>
          <w:p w14:paraId="5B512939" w14:textId="77777777" w:rsidR="00650973" w:rsidRDefault="00080072">
            <w:r>
              <w:rPr>
                <w:rFonts w:ascii="Arial" w:hAnsi="Arial"/>
                <w:sz w:val="21"/>
              </w:rPr>
              <w:t>Horaires non conservés</w:t>
            </w:r>
          </w:p>
        </w:tc>
      </w:tr>
      <w:tr w:rsidR="00650973" w14:paraId="050BC5B3" w14:textId="77777777">
        <w:trPr>
          <w:cantSplit/>
          <w:jc w:val="center"/>
        </w:trPr>
        <w:tc>
          <w:tcPr>
            <w:tcW w:w="5103" w:type="dxa"/>
            <w:shd w:val="clear" w:color="auto" w:fill="F8FAF8"/>
            <w:tcMar>
              <w:top w:w="70" w:type="dxa"/>
              <w:left w:w="80" w:type="dxa"/>
              <w:bottom w:w="70" w:type="dxa"/>
              <w:right w:w="80" w:type="dxa"/>
            </w:tcMar>
            <w:vAlign w:val="center"/>
          </w:tcPr>
          <w:p w14:paraId="553300B8" w14:textId="77777777" w:rsidR="00650973" w:rsidRDefault="00080072">
            <w:r>
              <w:rPr>
                <w:rFonts w:ascii="Arial" w:hAnsi="Arial"/>
                <w:sz w:val="21"/>
              </w:rPr>
              <w:t>Cuisine / spécialités</w:t>
            </w:r>
          </w:p>
        </w:tc>
        <w:tc>
          <w:tcPr>
            <w:tcW w:w="5103" w:type="dxa"/>
            <w:shd w:val="clear" w:color="auto" w:fill="F8FAF8"/>
            <w:tcMar>
              <w:top w:w="70" w:type="dxa"/>
              <w:left w:w="80" w:type="dxa"/>
              <w:bottom w:w="70" w:type="dxa"/>
              <w:right w:w="80" w:type="dxa"/>
            </w:tcMar>
            <w:vAlign w:val="center"/>
          </w:tcPr>
          <w:p w14:paraId="20AF6D96" w14:textId="77777777" w:rsidR="00650973" w:rsidRDefault="00080072">
            <w:r>
              <w:rPr>
                <w:rFonts w:ascii="Arial" w:hAnsi="Arial"/>
                <w:sz w:val="21"/>
              </w:rPr>
              <w:t>Tapas, viandes, poissons, vins, cocktails</w:t>
            </w:r>
          </w:p>
        </w:tc>
      </w:tr>
      <w:tr w:rsidR="00650973" w14:paraId="09308B00" w14:textId="77777777">
        <w:trPr>
          <w:cantSplit/>
          <w:jc w:val="center"/>
        </w:trPr>
        <w:tc>
          <w:tcPr>
            <w:tcW w:w="5103" w:type="dxa"/>
            <w:tcMar>
              <w:top w:w="70" w:type="dxa"/>
              <w:left w:w="80" w:type="dxa"/>
              <w:bottom w:w="70" w:type="dxa"/>
              <w:right w:w="80" w:type="dxa"/>
            </w:tcMar>
            <w:vAlign w:val="center"/>
          </w:tcPr>
          <w:p w14:paraId="2FAC0BF7" w14:textId="77777777" w:rsidR="00650973" w:rsidRDefault="00080072">
            <w:r>
              <w:rPr>
                <w:rFonts w:ascii="Arial" w:hAnsi="Arial"/>
                <w:sz w:val="21"/>
              </w:rPr>
              <w:t>Prix</w:t>
            </w:r>
          </w:p>
        </w:tc>
        <w:tc>
          <w:tcPr>
            <w:tcW w:w="5103" w:type="dxa"/>
            <w:tcMar>
              <w:top w:w="70" w:type="dxa"/>
              <w:left w:w="80" w:type="dxa"/>
              <w:bottom w:w="70" w:type="dxa"/>
              <w:right w:w="80" w:type="dxa"/>
            </w:tcMar>
            <w:vAlign w:val="center"/>
          </w:tcPr>
          <w:p w14:paraId="7653D573" w14:textId="77777777" w:rsidR="00650973" w:rsidRDefault="00080072">
            <w:r>
              <w:rPr>
                <w:rFonts w:ascii="Arial" w:hAnsi="Arial"/>
                <w:sz w:val="21"/>
              </w:rPr>
              <w:t>Tapas 3–15,95 € ; desserts 7,50–9,75 € ; vins 22–110 €</w:t>
            </w:r>
          </w:p>
        </w:tc>
      </w:tr>
      <w:tr w:rsidR="00650973" w14:paraId="7C609DBA" w14:textId="77777777">
        <w:trPr>
          <w:cantSplit/>
          <w:jc w:val="center"/>
        </w:trPr>
        <w:tc>
          <w:tcPr>
            <w:tcW w:w="5103" w:type="dxa"/>
            <w:shd w:val="clear" w:color="auto" w:fill="F8FAF8"/>
            <w:tcMar>
              <w:top w:w="70" w:type="dxa"/>
              <w:left w:w="80" w:type="dxa"/>
              <w:bottom w:w="70" w:type="dxa"/>
              <w:right w:w="80" w:type="dxa"/>
            </w:tcMar>
            <w:vAlign w:val="center"/>
          </w:tcPr>
          <w:p w14:paraId="265139F8" w14:textId="77777777" w:rsidR="00650973" w:rsidRDefault="00080072">
            <w:r>
              <w:rPr>
                <w:rFonts w:ascii="Arial" w:hAnsi="Arial"/>
                <w:sz w:val="21"/>
              </w:rPr>
              <w:t>Terrasse</w:t>
            </w:r>
          </w:p>
        </w:tc>
        <w:tc>
          <w:tcPr>
            <w:tcW w:w="5103" w:type="dxa"/>
            <w:shd w:val="clear" w:color="auto" w:fill="F8FAF8"/>
            <w:tcMar>
              <w:top w:w="70" w:type="dxa"/>
              <w:left w:w="80" w:type="dxa"/>
              <w:bottom w:w="70" w:type="dxa"/>
              <w:right w:w="80" w:type="dxa"/>
            </w:tcMar>
            <w:vAlign w:val="center"/>
          </w:tcPr>
          <w:p w14:paraId="1529B710" w14:textId="77777777" w:rsidR="00650973" w:rsidRDefault="00080072">
            <w:r>
              <w:rPr>
                <w:rFonts w:ascii="Arial" w:hAnsi="Arial"/>
                <w:sz w:val="21"/>
              </w:rPr>
              <w:t>Oui / visible dans les photos</w:t>
            </w:r>
          </w:p>
        </w:tc>
      </w:tr>
      <w:tr w:rsidR="00650973" w14:paraId="08776A99" w14:textId="77777777">
        <w:trPr>
          <w:cantSplit/>
          <w:jc w:val="center"/>
        </w:trPr>
        <w:tc>
          <w:tcPr>
            <w:tcW w:w="5103" w:type="dxa"/>
            <w:tcMar>
              <w:top w:w="70" w:type="dxa"/>
              <w:left w:w="80" w:type="dxa"/>
              <w:bottom w:w="70" w:type="dxa"/>
              <w:right w:w="80" w:type="dxa"/>
            </w:tcMar>
            <w:vAlign w:val="center"/>
          </w:tcPr>
          <w:p w14:paraId="218FDC43" w14:textId="77777777" w:rsidR="00650973" w:rsidRDefault="00080072">
            <w:r>
              <w:rPr>
                <w:rFonts w:ascii="Arial" w:hAnsi="Arial"/>
                <w:sz w:val="21"/>
              </w:rPr>
              <w:t>Ambiance</w:t>
            </w:r>
          </w:p>
        </w:tc>
        <w:tc>
          <w:tcPr>
            <w:tcW w:w="5103" w:type="dxa"/>
            <w:tcMar>
              <w:top w:w="70" w:type="dxa"/>
              <w:left w:w="80" w:type="dxa"/>
              <w:bottom w:w="70" w:type="dxa"/>
              <w:right w:w="80" w:type="dxa"/>
            </w:tcMar>
            <w:vAlign w:val="center"/>
          </w:tcPr>
          <w:p w14:paraId="2701BB33" w14:textId="77777777" w:rsidR="00650973" w:rsidRDefault="00080072">
            <w:r>
              <w:rPr>
                <w:rFonts w:ascii="Arial" w:hAnsi="Arial"/>
                <w:sz w:val="21"/>
              </w:rPr>
              <w:t>Très grande carte de tapas ; terrasse et salle ; bonne option dîner / verre.</w:t>
            </w:r>
          </w:p>
        </w:tc>
      </w:tr>
      <w:tr w:rsidR="00650973" w14:paraId="606636EF" w14:textId="77777777">
        <w:trPr>
          <w:cantSplit/>
          <w:jc w:val="center"/>
        </w:trPr>
        <w:tc>
          <w:tcPr>
            <w:tcW w:w="5103" w:type="dxa"/>
            <w:shd w:val="clear" w:color="auto" w:fill="F8FAF8"/>
            <w:tcMar>
              <w:top w:w="70" w:type="dxa"/>
              <w:left w:w="80" w:type="dxa"/>
              <w:bottom w:w="70" w:type="dxa"/>
              <w:right w:w="80" w:type="dxa"/>
            </w:tcMar>
            <w:vAlign w:val="center"/>
          </w:tcPr>
          <w:p w14:paraId="6841259A" w14:textId="77777777" w:rsidR="00650973" w:rsidRDefault="00080072">
            <w:r>
              <w:rPr>
                <w:rFonts w:ascii="Arial" w:hAnsi="Arial"/>
                <w:sz w:val="21"/>
              </w:rPr>
              <w:t>Réservation</w:t>
            </w:r>
          </w:p>
        </w:tc>
        <w:tc>
          <w:tcPr>
            <w:tcW w:w="5103" w:type="dxa"/>
            <w:shd w:val="clear" w:color="auto" w:fill="F8FAF8"/>
            <w:tcMar>
              <w:top w:w="70" w:type="dxa"/>
              <w:left w:w="80" w:type="dxa"/>
              <w:bottom w:w="70" w:type="dxa"/>
              <w:right w:w="80" w:type="dxa"/>
            </w:tcMar>
            <w:vAlign w:val="center"/>
          </w:tcPr>
          <w:p w14:paraId="264C83BA" w14:textId="77777777" w:rsidR="00650973" w:rsidRDefault="00080072">
            <w:r>
              <w:rPr>
                <w:rFonts w:ascii="Arial" w:hAnsi="Arial"/>
                <w:sz w:val="21"/>
              </w:rPr>
              <w:t>Voir remarques / non précisée</w:t>
            </w:r>
          </w:p>
        </w:tc>
      </w:tr>
      <w:tr w:rsidR="00650973" w14:paraId="782F50B5" w14:textId="77777777">
        <w:trPr>
          <w:cantSplit/>
          <w:jc w:val="center"/>
        </w:trPr>
        <w:tc>
          <w:tcPr>
            <w:tcW w:w="5103" w:type="dxa"/>
            <w:tcMar>
              <w:top w:w="70" w:type="dxa"/>
              <w:left w:w="80" w:type="dxa"/>
              <w:bottom w:w="70" w:type="dxa"/>
              <w:right w:w="80" w:type="dxa"/>
            </w:tcMar>
            <w:vAlign w:val="center"/>
          </w:tcPr>
          <w:p w14:paraId="4C5649C9" w14:textId="77777777" w:rsidR="00650973" w:rsidRDefault="00080072">
            <w:r>
              <w:rPr>
                <w:rFonts w:ascii="Arial" w:hAnsi="Arial"/>
                <w:sz w:val="21"/>
              </w:rPr>
              <w:t>Pourquoi nous l’avons retenu</w:t>
            </w:r>
          </w:p>
        </w:tc>
        <w:tc>
          <w:tcPr>
            <w:tcW w:w="5103" w:type="dxa"/>
            <w:tcMar>
              <w:top w:w="70" w:type="dxa"/>
              <w:left w:w="80" w:type="dxa"/>
              <w:bottom w:w="70" w:type="dxa"/>
              <w:right w:w="80" w:type="dxa"/>
            </w:tcMar>
            <w:vAlign w:val="center"/>
          </w:tcPr>
          <w:p w14:paraId="2559917E" w14:textId="77777777" w:rsidR="00650973" w:rsidRDefault="00080072">
            <w:r>
              <w:rPr>
                <w:rFonts w:ascii="Arial" w:hAnsi="Arial"/>
                <w:sz w:val="21"/>
              </w:rPr>
              <w:t>Carte de tapas très complète, nombreux vins et cocktails.</w:t>
            </w:r>
          </w:p>
        </w:tc>
      </w:tr>
      <w:tr w:rsidR="00650973" w14:paraId="3226DDDB" w14:textId="77777777">
        <w:trPr>
          <w:cantSplit/>
          <w:jc w:val="center"/>
        </w:trPr>
        <w:tc>
          <w:tcPr>
            <w:tcW w:w="5103" w:type="dxa"/>
            <w:shd w:val="clear" w:color="auto" w:fill="F8FAF8"/>
            <w:tcMar>
              <w:top w:w="70" w:type="dxa"/>
              <w:left w:w="80" w:type="dxa"/>
              <w:bottom w:w="70" w:type="dxa"/>
              <w:right w:w="80" w:type="dxa"/>
            </w:tcMar>
            <w:vAlign w:val="center"/>
          </w:tcPr>
          <w:p w14:paraId="4A3829F6" w14:textId="77777777" w:rsidR="00650973" w:rsidRDefault="00080072">
            <w:r>
              <w:rPr>
                <w:rFonts w:ascii="Arial" w:hAnsi="Arial"/>
                <w:sz w:val="21"/>
              </w:rPr>
              <w:t>Informations restant à vérifier</w:t>
            </w:r>
          </w:p>
        </w:tc>
        <w:tc>
          <w:tcPr>
            <w:tcW w:w="5103" w:type="dxa"/>
            <w:shd w:val="clear" w:color="auto" w:fill="F8FAF8"/>
            <w:tcMar>
              <w:top w:w="70" w:type="dxa"/>
              <w:left w:w="80" w:type="dxa"/>
              <w:bottom w:w="70" w:type="dxa"/>
              <w:right w:w="80" w:type="dxa"/>
            </w:tcMar>
            <w:vAlign w:val="center"/>
          </w:tcPr>
          <w:p w14:paraId="67AEA618" w14:textId="77777777" w:rsidR="00650973" w:rsidRDefault="00080072">
            <w:r>
              <w:rPr>
                <w:rFonts w:ascii="Arial" w:hAnsi="Arial"/>
                <w:sz w:val="21"/>
              </w:rPr>
              <w:t>Toutes les données absentes ou marquées comme non établies ; horaires à revérifier avant le séjour.</w:t>
            </w:r>
          </w:p>
        </w:tc>
      </w:tr>
    </w:tbl>
    <w:p w14:paraId="1819ED0F" w14:textId="77777777" w:rsidR="00650973" w:rsidRDefault="00650973">
      <w:pPr>
        <w:spacing w:after="40"/>
      </w:pPr>
    </w:p>
    <w:p w14:paraId="35A80B67" w14:textId="77777777" w:rsidR="00650973" w:rsidRDefault="00080072">
      <w:r>
        <w:rPr>
          <w:b/>
          <w:sz w:val="17"/>
        </w:rPr>
        <w:t xml:space="preserve">URL : </w:t>
      </w:r>
      <w:r>
        <w:rPr>
          <w:i/>
          <w:color w:val="666666"/>
          <w:sz w:val="17"/>
        </w:rPr>
        <w:t>URL non conservée</w:t>
      </w:r>
    </w:p>
    <w:p w14:paraId="0ACA35AE" w14:textId="77777777" w:rsidR="00650973" w:rsidRDefault="00080072">
      <w:pPr>
        <w:pStyle w:val="Titre1"/>
        <w:pageBreakBefore/>
        <w:spacing w:before="200" w:after="80"/>
      </w:pPr>
      <w:bookmarkStart w:id="10" w:name="section_10"/>
      <w:r>
        <w:rPr>
          <w:rFonts w:ascii="Arial" w:hAnsi="Arial"/>
          <w:color w:val="2F6B4F"/>
          <w:sz w:val="36"/>
        </w:rPr>
        <w:lastRenderedPageBreak/>
        <w:t>10. RÉSUMÉ PRATIQUE POUR LES VACANCES</w:t>
      </w:r>
      <w:bookmarkEnd w:id="10"/>
    </w:p>
    <w:p w14:paraId="0A79FDBA" w14:textId="77777777" w:rsidR="00650973" w:rsidRDefault="00080072">
      <w:pPr>
        <w:spacing w:after="80"/>
      </w:pPr>
      <w:hyperlink w:anchor="sommaire">
        <w:r>
          <w:t>↩</w:t>
        </w:r>
        <w:r>
          <w:t xml:space="preserve"> Retour au sommaire</w:t>
        </w:r>
      </w:hyperlink>
    </w:p>
    <w:tbl>
      <w:tblPr>
        <w:tblStyle w:val="Grilledutableau"/>
        <w:tblW w:w="0" w:type="auto"/>
        <w:jc w:val="center"/>
        <w:tblLook w:val="04A0" w:firstRow="1" w:lastRow="0" w:firstColumn="1" w:lastColumn="0" w:noHBand="0" w:noVBand="1"/>
      </w:tblPr>
      <w:tblGrid>
        <w:gridCol w:w="5103"/>
        <w:gridCol w:w="5103"/>
      </w:tblGrid>
      <w:tr w:rsidR="00650973" w14:paraId="3FFB3712" w14:textId="77777777">
        <w:trPr>
          <w:cantSplit/>
          <w:tblHeader/>
          <w:jc w:val="center"/>
        </w:trPr>
        <w:tc>
          <w:tcPr>
            <w:tcW w:w="5103" w:type="dxa"/>
            <w:shd w:val="clear" w:color="auto" w:fill="2F6B4F"/>
            <w:tcMar>
              <w:top w:w="70" w:type="dxa"/>
              <w:left w:w="80" w:type="dxa"/>
              <w:bottom w:w="70" w:type="dxa"/>
              <w:right w:w="80" w:type="dxa"/>
            </w:tcMar>
            <w:vAlign w:val="center"/>
          </w:tcPr>
          <w:p w14:paraId="05076DD0" w14:textId="77777777" w:rsidR="00650973" w:rsidRDefault="00080072">
            <w:pPr>
              <w:jc w:val="center"/>
            </w:pPr>
            <w:r>
              <w:rPr>
                <w:rFonts w:ascii="Arial" w:hAnsi="Arial"/>
                <w:b/>
                <w:color w:val="FFFFFF"/>
                <w:sz w:val="21"/>
              </w:rPr>
              <w:t>Question</w:t>
            </w:r>
          </w:p>
        </w:tc>
        <w:tc>
          <w:tcPr>
            <w:tcW w:w="5103" w:type="dxa"/>
            <w:shd w:val="clear" w:color="auto" w:fill="2F6B4F"/>
            <w:tcMar>
              <w:top w:w="70" w:type="dxa"/>
              <w:left w:w="80" w:type="dxa"/>
              <w:bottom w:w="70" w:type="dxa"/>
              <w:right w:w="80" w:type="dxa"/>
            </w:tcMar>
            <w:vAlign w:val="center"/>
          </w:tcPr>
          <w:p w14:paraId="090C829B" w14:textId="77777777" w:rsidR="00650973" w:rsidRDefault="00080072">
            <w:pPr>
              <w:jc w:val="center"/>
            </w:pPr>
            <w:r>
              <w:rPr>
                <w:rFonts w:ascii="Arial" w:hAnsi="Arial"/>
                <w:b/>
                <w:color w:val="FFFFFF"/>
                <w:sz w:val="21"/>
              </w:rPr>
              <w:t>Réponse rapide</w:t>
            </w:r>
          </w:p>
        </w:tc>
      </w:tr>
      <w:tr w:rsidR="00650973" w14:paraId="24A4F3E4" w14:textId="77777777">
        <w:trPr>
          <w:cantSplit/>
          <w:jc w:val="center"/>
        </w:trPr>
        <w:tc>
          <w:tcPr>
            <w:tcW w:w="5103" w:type="dxa"/>
            <w:tcMar>
              <w:top w:w="70" w:type="dxa"/>
              <w:left w:w="80" w:type="dxa"/>
              <w:bottom w:w="70" w:type="dxa"/>
              <w:right w:w="80" w:type="dxa"/>
            </w:tcMar>
            <w:vAlign w:val="center"/>
          </w:tcPr>
          <w:p w14:paraId="237C8150" w14:textId="77777777" w:rsidR="00650973" w:rsidRDefault="00080072">
            <w:r>
              <w:rPr>
                <w:rFonts w:ascii="Arial" w:hAnsi="Arial"/>
                <w:sz w:val="21"/>
              </w:rPr>
              <w:t>Où prendre le petit-déjeuner ?</w:t>
            </w:r>
          </w:p>
        </w:tc>
        <w:tc>
          <w:tcPr>
            <w:tcW w:w="5103" w:type="dxa"/>
            <w:tcMar>
              <w:top w:w="70" w:type="dxa"/>
              <w:left w:w="80" w:type="dxa"/>
              <w:bottom w:w="70" w:type="dxa"/>
              <w:right w:w="80" w:type="dxa"/>
            </w:tcMar>
            <w:vAlign w:val="center"/>
          </w:tcPr>
          <w:p w14:paraId="7A799062" w14:textId="77777777" w:rsidR="00650973" w:rsidRDefault="00080072">
            <w:r>
              <w:rPr>
                <w:rFonts w:ascii="Arial" w:hAnsi="Arial"/>
                <w:sz w:val="21"/>
              </w:rPr>
              <w:t>Kiosko QR pour le quotidien ; Campo de Golf pour œufs/omelette ; Vistaflor pour buffet 15 € ; Calma pour brunch ; Deliciosa pour une sortie.</w:t>
            </w:r>
          </w:p>
        </w:tc>
      </w:tr>
      <w:tr w:rsidR="00650973" w14:paraId="67A35A62" w14:textId="77777777">
        <w:trPr>
          <w:cantSplit/>
          <w:jc w:val="center"/>
        </w:trPr>
        <w:tc>
          <w:tcPr>
            <w:tcW w:w="5103" w:type="dxa"/>
            <w:shd w:val="clear" w:color="auto" w:fill="F8FAF8"/>
            <w:tcMar>
              <w:top w:w="70" w:type="dxa"/>
              <w:left w:w="80" w:type="dxa"/>
              <w:bottom w:w="70" w:type="dxa"/>
              <w:right w:w="80" w:type="dxa"/>
            </w:tcMar>
            <w:vAlign w:val="center"/>
          </w:tcPr>
          <w:p w14:paraId="672D4812" w14:textId="77777777" w:rsidR="00650973" w:rsidRDefault="00080072">
            <w:r>
              <w:rPr>
                <w:rFonts w:ascii="Arial" w:hAnsi="Arial"/>
                <w:sz w:val="21"/>
              </w:rPr>
              <w:t>Où manger canarien ?</w:t>
            </w:r>
          </w:p>
        </w:tc>
        <w:tc>
          <w:tcPr>
            <w:tcW w:w="5103" w:type="dxa"/>
            <w:shd w:val="clear" w:color="auto" w:fill="F8FAF8"/>
            <w:tcMar>
              <w:top w:w="70" w:type="dxa"/>
              <w:left w:w="80" w:type="dxa"/>
              <w:bottom w:w="70" w:type="dxa"/>
              <w:right w:w="80" w:type="dxa"/>
            </w:tcMar>
            <w:vAlign w:val="center"/>
          </w:tcPr>
          <w:p w14:paraId="4F32B700" w14:textId="77777777" w:rsidR="00650973" w:rsidRDefault="00080072">
            <w:r>
              <w:rPr>
                <w:rFonts w:ascii="Arial" w:hAnsi="Arial"/>
                <w:sz w:val="21"/>
              </w:rPr>
              <w:t>La Tasquita Canaria, La Tapita Los Jose’s, Mojo Picón, Vaquería Las Salinas.</w:t>
            </w:r>
          </w:p>
        </w:tc>
      </w:tr>
      <w:tr w:rsidR="00650973" w14:paraId="6BEA0ACE" w14:textId="77777777">
        <w:trPr>
          <w:cantSplit/>
          <w:jc w:val="center"/>
        </w:trPr>
        <w:tc>
          <w:tcPr>
            <w:tcW w:w="5103" w:type="dxa"/>
            <w:tcMar>
              <w:top w:w="70" w:type="dxa"/>
              <w:left w:w="80" w:type="dxa"/>
              <w:bottom w:w="70" w:type="dxa"/>
              <w:right w:w="80" w:type="dxa"/>
            </w:tcMar>
            <w:vAlign w:val="center"/>
          </w:tcPr>
          <w:p w14:paraId="00CF4436" w14:textId="77777777" w:rsidR="00650973" w:rsidRDefault="00080072">
            <w:r>
              <w:rPr>
                <w:rFonts w:ascii="Arial" w:hAnsi="Arial"/>
                <w:sz w:val="21"/>
              </w:rPr>
              <w:t>Où manger espagnol ?</w:t>
            </w:r>
          </w:p>
        </w:tc>
        <w:tc>
          <w:tcPr>
            <w:tcW w:w="5103" w:type="dxa"/>
            <w:tcMar>
              <w:top w:w="70" w:type="dxa"/>
              <w:left w:w="80" w:type="dxa"/>
              <w:bottom w:w="70" w:type="dxa"/>
              <w:right w:w="80" w:type="dxa"/>
            </w:tcMar>
            <w:vAlign w:val="center"/>
          </w:tcPr>
          <w:p w14:paraId="2A788098" w14:textId="77777777" w:rsidR="00650973" w:rsidRDefault="00080072">
            <w:r>
              <w:rPr>
                <w:rFonts w:ascii="Arial" w:hAnsi="Arial"/>
                <w:sz w:val="21"/>
              </w:rPr>
              <w:t>La Tapita, La Esquina Ibérica, El Bistro Tapas, Wapa Tapa.</w:t>
            </w:r>
          </w:p>
        </w:tc>
      </w:tr>
      <w:tr w:rsidR="00650973" w14:paraId="1AA45AB2" w14:textId="77777777">
        <w:trPr>
          <w:cantSplit/>
          <w:jc w:val="center"/>
        </w:trPr>
        <w:tc>
          <w:tcPr>
            <w:tcW w:w="5103" w:type="dxa"/>
            <w:shd w:val="clear" w:color="auto" w:fill="F8FAF8"/>
            <w:tcMar>
              <w:top w:w="70" w:type="dxa"/>
              <w:left w:w="80" w:type="dxa"/>
              <w:bottom w:w="70" w:type="dxa"/>
              <w:right w:w="80" w:type="dxa"/>
            </w:tcMar>
            <w:vAlign w:val="center"/>
          </w:tcPr>
          <w:p w14:paraId="0CAD6009" w14:textId="77777777" w:rsidR="00650973" w:rsidRDefault="00080072">
            <w:r>
              <w:rPr>
                <w:rFonts w:ascii="Arial" w:hAnsi="Arial"/>
                <w:sz w:val="21"/>
              </w:rPr>
              <w:t>Où manger des tapas ?</w:t>
            </w:r>
          </w:p>
        </w:tc>
        <w:tc>
          <w:tcPr>
            <w:tcW w:w="5103" w:type="dxa"/>
            <w:shd w:val="clear" w:color="auto" w:fill="F8FAF8"/>
            <w:tcMar>
              <w:top w:w="70" w:type="dxa"/>
              <w:left w:w="80" w:type="dxa"/>
              <w:bottom w:w="70" w:type="dxa"/>
              <w:right w:w="80" w:type="dxa"/>
            </w:tcMar>
            <w:vAlign w:val="center"/>
          </w:tcPr>
          <w:p w14:paraId="7249F762" w14:textId="77777777" w:rsidR="00650973" w:rsidRDefault="00080072">
            <w:r>
              <w:rPr>
                <w:rFonts w:ascii="Arial" w:hAnsi="Arial"/>
                <w:sz w:val="21"/>
              </w:rPr>
              <w:t>Wapa Tapa, New Rustico, La Tapita, El Bistro, Mojo Picón.</w:t>
            </w:r>
          </w:p>
        </w:tc>
      </w:tr>
      <w:tr w:rsidR="00650973" w14:paraId="3986E608" w14:textId="77777777">
        <w:trPr>
          <w:cantSplit/>
          <w:jc w:val="center"/>
        </w:trPr>
        <w:tc>
          <w:tcPr>
            <w:tcW w:w="5103" w:type="dxa"/>
            <w:tcMar>
              <w:top w:w="70" w:type="dxa"/>
              <w:left w:w="80" w:type="dxa"/>
              <w:bottom w:w="70" w:type="dxa"/>
              <w:right w:w="80" w:type="dxa"/>
            </w:tcMar>
            <w:vAlign w:val="center"/>
          </w:tcPr>
          <w:p w14:paraId="2E382E50" w14:textId="77777777" w:rsidR="00650973" w:rsidRDefault="00080072">
            <w:r>
              <w:rPr>
                <w:rFonts w:ascii="Arial" w:hAnsi="Arial"/>
                <w:sz w:val="21"/>
              </w:rPr>
              <w:t>Où manger à petit prix ?</w:t>
            </w:r>
          </w:p>
        </w:tc>
        <w:tc>
          <w:tcPr>
            <w:tcW w:w="5103" w:type="dxa"/>
            <w:tcMar>
              <w:top w:w="70" w:type="dxa"/>
              <w:left w:w="80" w:type="dxa"/>
              <w:bottom w:w="70" w:type="dxa"/>
              <w:right w:w="80" w:type="dxa"/>
            </w:tcMar>
            <w:vAlign w:val="center"/>
          </w:tcPr>
          <w:p w14:paraId="3C559020" w14:textId="77777777" w:rsidR="00650973" w:rsidRDefault="00080072">
            <w:r>
              <w:rPr>
                <w:rFonts w:ascii="Arial" w:hAnsi="Arial"/>
                <w:sz w:val="21"/>
              </w:rPr>
              <w:t>Mojo Picón, Tasquita, El Palmero, certains stands du Nomad, petits-déjeuners Deliciosa.</w:t>
            </w:r>
          </w:p>
        </w:tc>
      </w:tr>
      <w:tr w:rsidR="00650973" w14:paraId="23417528" w14:textId="77777777">
        <w:trPr>
          <w:cantSplit/>
          <w:jc w:val="center"/>
        </w:trPr>
        <w:tc>
          <w:tcPr>
            <w:tcW w:w="5103" w:type="dxa"/>
            <w:shd w:val="clear" w:color="auto" w:fill="F8FAF8"/>
            <w:tcMar>
              <w:top w:w="70" w:type="dxa"/>
              <w:left w:w="80" w:type="dxa"/>
              <w:bottom w:w="70" w:type="dxa"/>
              <w:right w:w="80" w:type="dxa"/>
            </w:tcMar>
            <w:vAlign w:val="center"/>
          </w:tcPr>
          <w:p w14:paraId="0733828C" w14:textId="77777777" w:rsidR="00650973" w:rsidRDefault="00080072">
            <w:r>
              <w:rPr>
                <w:rFonts w:ascii="Arial" w:hAnsi="Arial"/>
                <w:sz w:val="21"/>
              </w:rPr>
              <w:t>Qu’est-ce qui est proche de Dunaflor Verde ?</w:t>
            </w:r>
          </w:p>
        </w:tc>
        <w:tc>
          <w:tcPr>
            <w:tcW w:w="5103" w:type="dxa"/>
            <w:shd w:val="clear" w:color="auto" w:fill="F8FAF8"/>
            <w:tcMar>
              <w:top w:w="70" w:type="dxa"/>
              <w:left w:w="80" w:type="dxa"/>
              <w:bottom w:w="70" w:type="dxa"/>
              <w:right w:w="80" w:type="dxa"/>
            </w:tcMar>
            <w:vAlign w:val="center"/>
          </w:tcPr>
          <w:p w14:paraId="5E23ECD4" w14:textId="77777777" w:rsidR="00650973" w:rsidRDefault="00080072">
            <w:r>
              <w:rPr>
                <w:rFonts w:ascii="Arial" w:hAnsi="Arial"/>
                <w:sz w:val="21"/>
              </w:rPr>
              <w:t>Kiosko QR, Campo de Golf, Vistaflor, eó Maspalomas, El Palmero, Faro 2 ; New Rustico reste proche.</w:t>
            </w:r>
          </w:p>
        </w:tc>
      </w:tr>
      <w:tr w:rsidR="00650973" w14:paraId="4192110C" w14:textId="77777777">
        <w:trPr>
          <w:cantSplit/>
          <w:jc w:val="center"/>
        </w:trPr>
        <w:tc>
          <w:tcPr>
            <w:tcW w:w="5103" w:type="dxa"/>
            <w:tcMar>
              <w:top w:w="70" w:type="dxa"/>
              <w:left w:w="80" w:type="dxa"/>
              <w:bottom w:w="70" w:type="dxa"/>
              <w:right w:w="80" w:type="dxa"/>
            </w:tcMar>
            <w:vAlign w:val="center"/>
          </w:tcPr>
          <w:p w14:paraId="213847D7" w14:textId="77777777" w:rsidR="00650973" w:rsidRDefault="00080072">
            <w:r>
              <w:rPr>
                <w:rFonts w:ascii="Arial" w:hAnsi="Arial"/>
                <w:sz w:val="21"/>
              </w:rPr>
              <w:t>Où peut-on aller à pied ?</w:t>
            </w:r>
          </w:p>
        </w:tc>
        <w:tc>
          <w:tcPr>
            <w:tcW w:w="5103" w:type="dxa"/>
            <w:tcMar>
              <w:top w:w="70" w:type="dxa"/>
              <w:left w:w="80" w:type="dxa"/>
              <w:bottom w:w="70" w:type="dxa"/>
              <w:right w:w="80" w:type="dxa"/>
            </w:tcMar>
            <w:vAlign w:val="center"/>
          </w:tcPr>
          <w:p w14:paraId="0728C173" w14:textId="77777777" w:rsidR="00650973" w:rsidRDefault="00080072">
            <w:r>
              <w:rPr>
                <w:rFonts w:ascii="Arial" w:hAnsi="Arial"/>
                <w:sz w:val="21"/>
              </w:rPr>
              <w:t>Kiosko QR, Campo de Golf, El Palmero, Faro 2, New Rustico ; Nomad/DREAMS/LoLa sont dans une marche plus longue selon les valeurs citées.</w:t>
            </w:r>
          </w:p>
        </w:tc>
      </w:tr>
      <w:tr w:rsidR="00650973" w14:paraId="30414DD9" w14:textId="77777777">
        <w:trPr>
          <w:cantSplit/>
          <w:jc w:val="center"/>
        </w:trPr>
        <w:tc>
          <w:tcPr>
            <w:tcW w:w="5103" w:type="dxa"/>
            <w:shd w:val="clear" w:color="auto" w:fill="F8FAF8"/>
            <w:tcMar>
              <w:top w:w="70" w:type="dxa"/>
              <w:left w:w="80" w:type="dxa"/>
              <w:bottom w:w="70" w:type="dxa"/>
              <w:right w:w="80" w:type="dxa"/>
            </w:tcMar>
            <w:vAlign w:val="center"/>
          </w:tcPr>
          <w:p w14:paraId="1BA4E303" w14:textId="77777777" w:rsidR="00650973" w:rsidRDefault="00080072">
            <w:r>
              <w:rPr>
                <w:rFonts w:ascii="Arial" w:hAnsi="Arial"/>
                <w:sz w:val="21"/>
              </w:rPr>
              <w:t>Où aller pour un bon dîner ?</w:t>
            </w:r>
          </w:p>
        </w:tc>
        <w:tc>
          <w:tcPr>
            <w:tcW w:w="5103" w:type="dxa"/>
            <w:shd w:val="clear" w:color="auto" w:fill="F8FAF8"/>
            <w:tcMar>
              <w:top w:w="70" w:type="dxa"/>
              <w:left w:w="80" w:type="dxa"/>
              <w:bottom w:w="70" w:type="dxa"/>
              <w:right w:w="80" w:type="dxa"/>
            </w:tcMar>
            <w:vAlign w:val="center"/>
          </w:tcPr>
          <w:p w14:paraId="1FA5A1EA" w14:textId="77777777" w:rsidR="00650973" w:rsidRDefault="00080072">
            <w:r>
              <w:rPr>
                <w:rFonts w:ascii="Arial" w:hAnsi="Arial"/>
                <w:sz w:val="21"/>
              </w:rPr>
              <w:t>New Rustico, DREAMS, LoLa, Wapa Tapa ; El Palmero pour grillades.</w:t>
            </w:r>
          </w:p>
        </w:tc>
      </w:tr>
      <w:tr w:rsidR="00650973" w14:paraId="2C00147B" w14:textId="77777777">
        <w:trPr>
          <w:cantSplit/>
          <w:jc w:val="center"/>
        </w:trPr>
        <w:tc>
          <w:tcPr>
            <w:tcW w:w="5103" w:type="dxa"/>
            <w:tcMar>
              <w:top w:w="70" w:type="dxa"/>
              <w:left w:w="80" w:type="dxa"/>
              <w:bottom w:w="70" w:type="dxa"/>
              <w:right w:w="80" w:type="dxa"/>
            </w:tcMar>
            <w:vAlign w:val="center"/>
          </w:tcPr>
          <w:p w14:paraId="54544E61" w14:textId="77777777" w:rsidR="00650973" w:rsidRDefault="00080072">
            <w:r>
              <w:rPr>
                <w:rFonts w:ascii="Arial" w:hAnsi="Arial"/>
                <w:sz w:val="21"/>
              </w:rPr>
              <w:t>Où boire un verre ?</w:t>
            </w:r>
          </w:p>
        </w:tc>
        <w:tc>
          <w:tcPr>
            <w:tcW w:w="5103" w:type="dxa"/>
            <w:tcMar>
              <w:top w:w="70" w:type="dxa"/>
              <w:left w:w="80" w:type="dxa"/>
              <w:bottom w:w="70" w:type="dxa"/>
              <w:right w:w="80" w:type="dxa"/>
            </w:tcMar>
            <w:vAlign w:val="center"/>
          </w:tcPr>
          <w:p w14:paraId="414FC331" w14:textId="77777777" w:rsidR="00650973" w:rsidRDefault="00080072">
            <w:r>
              <w:rPr>
                <w:rFonts w:ascii="Arial" w:hAnsi="Arial"/>
                <w:sz w:val="21"/>
              </w:rPr>
              <w:t>Kiosko QR, Wapa Tapa, LoLa, DREAMS.</w:t>
            </w:r>
          </w:p>
        </w:tc>
      </w:tr>
      <w:tr w:rsidR="00650973" w14:paraId="113306D8" w14:textId="77777777">
        <w:trPr>
          <w:cantSplit/>
          <w:jc w:val="center"/>
        </w:trPr>
        <w:tc>
          <w:tcPr>
            <w:tcW w:w="5103" w:type="dxa"/>
            <w:shd w:val="clear" w:color="auto" w:fill="F8FAF8"/>
            <w:tcMar>
              <w:top w:w="70" w:type="dxa"/>
              <w:left w:w="80" w:type="dxa"/>
              <w:bottom w:w="70" w:type="dxa"/>
              <w:right w:w="80" w:type="dxa"/>
            </w:tcMar>
            <w:vAlign w:val="center"/>
          </w:tcPr>
          <w:p w14:paraId="1A1E78D2" w14:textId="77777777" w:rsidR="00650973" w:rsidRDefault="00080072">
            <w:r>
              <w:rPr>
                <w:rFonts w:ascii="Arial" w:hAnsi="Arial"/>
                <w:sz w:val="21"/>
              </w:rPr>
              <w:t>Quels restaurants méritent vraiment le déplacement ?</w:t>
            </w:r>
          </w:p>
        </w:tc>
        <w:tc>
          <w:tcPr>
            <w:tcW w:w="5103" w:type="dxa"/>
            <w:shd w:val="clear" w:color="auto" w:fill="F8FAF8"/>
            <w:tcMar>
              <w:top w:w="70" w:type="dxa"/>
              <w:left w:w="80" w:type="dxa"/>
              <w:bottom w:w="70" w:type="dxa"/>
              <w:right w:w="80" w:type="dxa"/>
            </w:tcMar>
            <w:vAlign w:val="center"/>
          </w:tcPr>
          <w:p w14:paraId="1E0DC45E" w14:textId="77777777" w:rsidR="00650973" w:rsidRDefault="00080072">
            <w:r>
              <w:rPr>
                <w:rFonts w:ascii="Arial" w:hAnsi="Arial"/>
                <w:sz w:val="21"/>
              </w:rPr>
              <w:t>Vaquería Las Salinas, Bar El Boya, Restaurante Las Salinas, El Bistro Tapas, Deliciosa BrunchCafe.</w:t>
            </w:r>
          </w:p>
        </w:tc>
      </w:tr>
    </w:tbl>
    <w:p w14:paraId="6D9A44E3" w14:textId="77777777" w:rsidR="00650973" w:rsidRDefault="00650973">
      <w:pPr>
        <w:spacing w:after="40"/>
      </w:pPr>
    </w:p>
    <w:p w14:paraId="5251B00D" w14:textId="77777777" w:rsidR="00650973" w:rsidRDefault="00080072">
      <w:pPr>
        <w:pStyle w:val="Titre1"/>
        <w:pageBreakBefore/>
        <w:spacing w:before="200" w:after="80"/>
      </w:pPr>
      <w:bookmarkStart w:id="11" w:name="annexe"/>
      <w:r>
        <w:rPr>
          <w:rFonts w:ascii="Arial" w:hAnsi="Arial"/>
          <w:color w:val="2F6B4F"/>
          <w:sz w:val="36"/>
        </w:rPr>
        <w:lastRenderedPageBreak/>
        <w:t>ANNEXE – INFORMATIONS À VÉRIFIER / CONTRADICTIONS</w:t>
      </w:r>
      <w:bookmarkEnd w:id="11"/>
    </w:p>
    <w:p w14:paraId="22DBB8AB" w14:textId="77777777" w:rsidR="00650973" w:rsidRDefault="00080072">
      <w:pPr>
        <w:spacing w:after="80"/>
      </w:pPr>
      <w:hyperlink w:anchor="sommaire">
        <w:r>
          <w:t>↩</w:t>
        </w:r>
        <w:r>
          <w:t xml:space="preserve"> Retour au sommaire</w:t>
        </w:r>
      </w:hyperlink>
    </w:p>
    <w:tbl>
      <w:tblPr>
        <w:tblStyle w:val="Grilledutableau"/>
        <w:tblW w:w="0" w:type="auto"/>
        <w:jc w:val="center"/>
        <w:tblLook w:val="04A0" w:firstRow="1" w:lastRow="0" w:firstColumn="1" w:lastColumn="0" w:noHBand="0" w:noVBand="1"/>
      </w:tblPr>
      <w:tblGrid>
        <w:gridCol w:w="5103"/>
        <w:gridCol w:w="5103"/>
      </w:tblGrid>
      <w:tr w:rsidR="00650973" w14:paraId="2EF81FDF" w14:textId="77777777">
        <w:trPr>
          <w:cantSplit/>
          <w:tblHeader/>
          <w:jc w:val="center"/>
        </w:trPr>
        <w:tc>
          <w:tcPr>
            <w:tcW w:w="5103" w:type="dxa"/>
            <w:shd w:val="clear" w:color="auto" w:fill="2F6B4F"/>
            <w:tcMar>
              <w:top w:w="70" w:type="dxa"/>
              <w:left w:w="80" w:type="dxa"/>
              <w:bottom w:w="70" w:type="dxa"/>
              <w:right w:w="80" w:type="dxa"/>
            </w:tcMar>
            <w:vAlign w:val="center"/>
          </w:tcPr>
          <w:p w14:paraId="624838B5" w14:textId="77777777" w:rsidR="00650973" w:rsidRDefault="00080072">
            <w:pPr>
              <w:jc w:val="center"/>
            </w:pPr>
            <w:r>
              <w:rPr>
                <w:rFonts w:ascii="Arial" w:hAnsi="Arial"/>
                <w:b/>
                <w:color w:val="FFFFFF"/>
                <w:sz w:val="21"/>
              </w:rPr>
              <w:t>Élément</w:t>
            </w:r>
          </w:p>
        </w:tc>
        <w:tc>
          <w:tcPr>
            <w:tcW w:w="5103" w:type="dxa"/>
            <w:shd w:val="clear" w:color="auto" w:fill="2F6B4F"/>
            <w:tcMar>
              <w:top w:w="70" w:type="dxa"/>
              <w:left w:w="80" w:type="dxa"/>
              <w:bottom w:w="70" w:type="dxa"/>
              <w:right w:w="80" w:type="dxa"/>
            </w:tcMar>
            <w:vAlign w:val="center"/>
          </w:tcPr>
          <w:p w14:paraId="07B467A0" w14:textId="77777777" w:rsidR="00650973" w:rsidRDefault="00080072">
            <w:pPr>
              <w:jc w:val="center"/>
            </w:pPr>
            <w:r>
              <w:rPr>
                <w:rFonts w:ascii="Arial" w:hAnsi="Arial"/>
                <w:b/>
                <w:color w:val="FFFFFF"/>
                <w:sz w:val="21"/>
              </w:rPr>
              <w:t>Vérification nécessaire</w:t>
            </w:r>
          </w:p>
        </w:tc>
      </w:tr>
      <w:tr w:rsidR="00650973" w14:paraId="53166A6D" w14:textId="77777777">
        <w:trPr>
          <w:cantSplit/>
          <w:jc w:val="center"/>
        </w:trPr>
        <w:tc>
          <w:tcPr>
            <w:tcW w:w="5103" w:type="dxa"/>
            <w:tcMar>
              <w:top w:w="70" w:type="dxa"/>
              <w:left w:w="80" w:type="dxa"/>
              <w:bottom w:w="70" w:type="dxa"/>
              <w:right w:w="80" w:type="dxa"/>
            </w:tcMar>
            <w:vAlign w:val="center"/>
          </w:tcPr>
          <w:p w14:paraId="7FEB7112" w14:textId="77777777" w:rsidR="00650973" w:rsidRDefault="00080072">
            <w:r>
              <w:rPr>
                <w:rFonts w:ascii="Arial" w:hAnsi="Arial"/>
                <w:sz w:val="21"/>
              </w:rPr>
              <w:t>Vistaflor</w:t>
            </w:r>
          </w:p>
        </w:tc>
        <w:tc>
          <w:tcPr>
            <w:tcW w:w="5103" w:type="dxa"/>
            <w:tcMar>
              <w:top w:w="70" w:type="dxa"/>
              <w:left w:w="80" w:type="dxa"/>
              <w:bottom w:w="70" w:type="dxa"/>
              <w:right w:w="80" w:type="dxa"/>
            </w:tcMar>
            <w:vAlign w:val="center"/>
          </w:tcPr>
          <w:p w14:paraId="065DAF30" w14:textId="77777777" w:rsidR="00650973" w:rsidRDefault="00080072">
            <w:r>
              <w:rPr>
                <w:rFonts w:ascii="Arial" w:hAnsi="Arial"/>
                <w:sz w:val="21"/>
              </w:rPr>
              <w:t>Prix externe 15 € confirmé directement ; ancien prix 7,50 € trouvé en ligne = ne pas utiliser pour visiteur externe sans nouvelle confirmation.</w:t>
            </w:r>
          </w:p>
        </w:tc>
      </w:tr>
      <w:tr w:rsidR="00650973" w14:paraId="7F81FEAB" w14:textId="77777777">
        <w:trPr>
          <w:cantSplit/>
          <w:jc w:val="center"/>
        </w:trPr>
        <w:tc>
          <w:tcPr>
            <w:tcW w:w="5103" w:type="dxa"/>
            <w:shd w:val="clear" w:color="auto" w:fill="F8FAF8"/>
            <w:tcMar>
              <w:top w:w="70" w:type="dxa"/>
              <w:left w:w="80" w:type="dxa"/>
              <w:bottom w:w="70" w:type="dxa"/>
              <w:right w:w="80" w:type="dxa"/>
            </w:tcMar>
            <w:vAlign w:val="center"/>
          </w:tcPr>
          <w:p w14:paraId="1DFDB4F6" w14:textId="77777777" w:rsidR="00650973" w:rsidRDefault="00080072">
            <w:r>
              <w:rPr>
                <w:rFonts w:ascii="Arial" w:hAnsi="Arial"/>
                <w:sz w:val="21"/>
              </w:rPr>
              <w:t>eó Maspalomas</w:t>
            </w:r>
          </w:p>
        </w:tc>
        <w:tc>
          <w:tcPr>
            <w:tcW w:w="5103" w:type="dxa"/>
            <w:shd w:val="clear" w:color="auto" w:fill="F8FAF8"/>
            <w:tcMar>
              <w:top w:w="70" w:type="dxa"/>
              <w:left w:w="80" w:type="dxa"/>
              <w:bottom w:w="70" w:type="dxa"/>
              <w:right w:w="80" w:type="dxa"/>
            </w:tcMar>
            <w:vAlign w:val="center"/>
          </w:tcPr>
          <w:p w14:paraId="29140148" w14:textId="77777777" w:rsidR="00650973" w:rsidRDefault="00080072">
            <w:r>
              <w:rPr>
                <w:rFonts w:ascii="Arial" w:hAnsi="Arial"/>
                <w:sz w:val="21"/>
              </w:rPr>
              <w:t>Accès externe et prix walk-in non confirmés.</w:t>
            </w:r>
          </w:p>
        </w:tc>
      </w:tr>
      <w:tr w:rsidR="00650973" w14:paraId="4470A22A" w14:textId="77777777">
        <w:trPr>
          <w:cantSplit/>
          <w:jc w:val="center"/>
        </w:trPr>
        <w:tc>
          <w:tcPr>
            <w:tcW w:w="5103" w:type="dxa"/>
            <w:tcMar>
              <w:top w:w="70" w:type="dxa"/>
              <w:left w:w="80" w:type="dxa"/>
              <w:bottom w:w="70" w:type="dxa"/>
              <w:right w:w="80" w:type="dxa"/>
            </w:tcMar>
            <w:vAlign w:val="center"/>
          </w:tcPr>
          <w:p w14:paraId="3913EC52" w14:textId="77777777" w:rsidR="00650973" w:rsidRDefault="00080072">
            <w:r>
              <w:rPr>
                <w:rFonts w:ascii="Arial" w:hAnsi="Arial"/>
                <w:sz w:val="21"/>
              </w:rPr>
              <w:t>Cordial Green Golf</w:t>
            </w:r>
          </w:p>
        </w:tc>
        <w:tc>
          <w:tcPr>
            <w:tcW w:w="5103" w:type="dxa"/>
            <w:tcMar>
              <w:top w:w="70" w:type="dxa"/>
              <w:left w:w="80" w:type="dxa"/>
              <w:bottom w:w="70" w:type="dxa"/>
              <w:right w:w="80" w:type="dxa"/>
            </w:tcMar>
            <w:vAlign w:val="center"/>
          </w:tcPr>
          <w:p w14:paraId="4C5DC58D" w14:textId="77777777" w:rsidR="00650973" w:rsidRDefault="00080072">
            <w:r>
              <w:rPr>
                <w:rFonts w:ascii="Arial" w:hAnsi="Arial"/>
                <w:sz w:val="21"/>
              </w:rPr>
              <w:t>Réponse reçue mais pas de confirmation d’accès externe.</w:t>
            </w:r>
          </w:p>
        </w:tc>
      </w:tr>
      <w:tr w:rsidR="00650973" w14:paraId="17ECE3BB" w14:textId="77777777">
        <w:trPr>
          <w:cantSplit/>
          <w:jc w:val="center"/>
        </w:trPr>
        <w:tc>
          <w:tcPr>
            <w:tcW w:w="5103" w:type="dxa"/>
            <w:shd w:val="clear" w:color="auto" w:fill="F8FAF8"/>
            <w:tcMar>
              <w:top w:w="70" w:type="dxa"/>
              <w:left w:w="80" w:type="dxa"/>
              <w:bottom w:w="70" w:type="dxa"/>
              <w:right w:w="80" w:type="dxa"/>
            </w:tcMar>
            <w:vAlign w:val="center"/>
          </w:tcPr>
          <w:p w14:paraId="300A0D56" w14:textId="77777777" w:rsidR="00650973" w:rsidRDefault="00080072">
            <w:r>
              <w:rPr>
                <w:rFonts w:ascii="Arial" w:hAnsi="Arial"/>
                <w:sz w:val="21"/>
              </w:rPr>
              <w:t>Princess</w:t>
            </w:r>
          </w:p>
        </w:tc>
        <w:tc>
          <w:tcPr>
            <w:tcW w:w="5103" w:type="dxa"/>
            <w:shd w:val="clear" w:color="auto" w:fill="F8FAF8"/>
            <w:tcMar>
              <w:top w:w="70" w:type="dxa"/>
              <w:left w:w="80" w:type="dxa"/>
              <w:bottom w:w="70" w:type="dxa"/>
              <w:right w:w="80" w:type="dxa"/>
            </w:tcMar>
            <w:vAlign w:val="center"/>
          </w:tcPr>
          <w:p w14:paraId="0CAE5B2F" w14:textId="77777777" w:rsidR="00650973" w:rsidRDefault="00080072">
            <w:r>
              <w:rPr>
                <w:rFonts w:ascii="Arial" w:hAnsi="Arial"/>
                <w:sz w:val="21"/>
              </w:rPr>
              <w:t>Prix Day Pass contradictoire dans le chat : ≈65 €+ vs 75 €+.</w:t>
            </w:r>
          </w:p>
        </w:tc>
      </w:tr>
      <w:tr w:rsidR="00650973" w14:paraId="25D72373" w14:textId="77777777">
        <w:trPr>
          <w:cantSplit/>
          <w:jc w:val="center"/>
        </w:trPr>
        <w:tc>
          <w:tcPr>
            <w:tcW w:w="5103" w:type="dxa"/>
            <w:tcMar>
              <w:top w:w="70" w:type="dxa"/>
              <w:left w:w="80" w:type="dxa"/>
              <w:bottom w:w="70" w:type="dxa"/>
              <w:right w:w="80" w:type="dxa"/>
            </w:tcMar>
            <w:vAlign w:val="center"/>
          </w:tcPr>
          <w:p w14:paraId="75E9459C" w14:textId="77777777" w:rsidR="00650973" w:rsidRDefault="00080072">
            <w:r>
              <w:rPr>
                <w:rFonts w:ascii="Arial" w:hAnsi="Arial"/>
                <w:sz w:val="21"/>
              </w:rPr>
              <w:t>Patio Canario</w:t>
            </w:r>
          </w:p>
        </w:tc>
        <w:tc>
          <w:tcPr>
            <w:tcW w:w="5103" w:type="dxa"/>
            <w:tcMar>
              <w:top w:w="70" w:type="dxa"/>
              <w:left w:w="80" w:type="dxa"/>
              <w:bottom w:w="70" w:type="dxa"/>
              <w:right w:w="80" w:type="dxa"/>
            </w:tcMar>
            <w:vAlign w:val="center"/>
          </w:tcPr>
          <w:p w14:paraId="11207938" w14:textId="77777777" w:rsidR="00650973" w:rsidRDefault="00080072">
            <w:r>
              <w:rPr>
                <w:rFonts w:ascii="Arial" w:hAnsi="Arial"/>
                <w:sz w:val="21"/>
              </w:rPr>
              <w:t>Ouverture citée à 9h puis 10h.</w:t>
            </w:r>
          </w:p>
        </w:tc>
      </w:tr>
      <w:tr w:rsidR="00650973" w14:paraId="628128EF" w14:textId="77777777">
        <w:trPr>
          <w:cantSplit/>
          <w:jc w:val="center"/>
        </w:trPr>
        <w:tc>
          <w:tcPr>
            <w:tcW w:w="5103" w:type="dxa"/>
            <w:shd w:val="clear" w:color="auto" w:fill="F8FAF8"/>
            <w:tcMar>
              <w:top w:w="70" w:type="dxa"/>
              <w:left w:w="80" w:type="dxa"/>
              <w:bottom w:w="70" w:type="dxa"/>
              <w:right w:w="80" w:type="dxa"/>
            </w:tcMar>
            <w:vAlign w:val="center"/>
          </w:tcPr>
          <w:p w14:paraId="4977BEE7" w14:textId="77777777" w:rsidR="00650973" w:rsidRDefault="00080072">
            <w:r>
              <w:rPr>
                <w:rFonts w:ascii="Arial" w:hAnsi="Arial"/>
                <w:sz w:val="21"/>
              </w:rPr>
              <w:t>Deliciosa</w:t>
            </w:r>
          </w:p>
        </w:tc>
        <w:tc>
          <w:tcPr>
            <w:tcW w:w="5103" w:type="dxa"/>
            <w:shd w:val="clear" w:color="auto" w:fill="F8FAF8"/>
            <w:tcMar>
              <w:top w:w="70" w:type="dxa"/>
              <w:left w:w="80" w:type="dxa"/>
              <w:bottom w:w="70" w:type="dxa"/>
              <w:right w:w="80" w:type="dxa"/>
            </w:tcMar>
            <w:vAlign w:val="center"/>
          </w:tcPr>
          <w:p w14:paraId="11E392BD" w14:textId="77777777" w:rsidR="00650973" w:rsidRDefault="00080072">
            <w:r>
              <w:rPr>
                <w:rFonts w:ascii="Arial" w:hAnsi="Arial"/>
                <w:sz w:val="21"/>
              </w:rPr>
              <w:t>Horaires cités 09h–16h et 09h–17h selon deux contenus ; vérifier.</w:t>
            </w:r>
          </w:p>
        </w:tc>
      </w:tr>
      <w:tr w:rsidR="00650973" w14:paraId="4BD29766" w14:textId="77777777">
        <w:trPr>
          <w:cantSplit/>
          <w:jc w:val="center"/>
        </w:trPr>
        <w:tc>
          <w:tcPr>
            <w:tcW w:w="5103" w:type="dxa"/>
            <w:tcMar>
              <w:top w:w="70" w:type="dxa"/>
              <w:left w:w="80" w:type="dxa"/>
              <w:bottom w:w="70" w:type="dxa"/>
              <w:right w:w="80" w:type="dxa"/>
            </w:tcMar>
            <w:vAlign w:val="center"/>
          </w:tcPr>
          <w:p w14:paraId="100C5595" w14:textId="77777777" w:rsidR="00650973" w:rsidRDefault="00080072">
            <w:r>
              <w:rPr>
                <w:rFonts w:ascii="Arial" w:hAnsi="Arial"/>
                <w:sz w:val="21"/>
              </w:rPr>
              <w:t>Vaquería</w:t>
            </w:r>
          </w:p>
        </w:tc>
        <w:tc>
          <w:tcPr>
            <w:tcW w:w="5103" w:type="dxa"/>
            <w:tcMar>
              <w:top w:w="70" w:type="dxa"/>
              <w:left w:w="80" w:type="dxa"/>
              <w:bottom w:w="70" w:type="dxa"/>
              <w:right w:w="80" w:type="dxa"/>
            </w:tcMar>
            <w:vAlign w:val="center"/>
          </w:tcPr>
          <w:p w14:paraId="443BF92A" w14:textId="77777777" w:rsidR="00650973" w:rsidRDefault="00080072">
            <w:r>
              <w:rPr>
                <w:rFonts w:ascii="Arial" w:hAnsi="Arial"/>
                <w:sz w:val="21"/>
              </w:rPr>
              <w:t>Ouverture week-end citée 08h30 ou 10h30 selon sources du chat.</w:t>
            </w:r>
          </w:p>
        </w:tc>
      </w:tr>
      <w:tr w:rsidR="00650973" w14:paraId="118D7ECB" w14:textId="77777777">
        <w:trPr>
          <w:cantSplit/>
          <w:jc w:val="center"/>
        </w:trPr>
        <w:tc>
          <w:tcPr>
            <w:tcW w:w="5103" w:type="dxa"/>
            <w:shd w:val="clear" w:color="auto" w:fill="F8FAF8"/>
            <w:tcMar>
              <w:top w:w="70" w:type="dxa"/>
              <w:left w:w="80" w:type="dxa"/>
              <w:bottom w:w="70" w:type="dxa"/>
              <w:right w:w="80" w:type="dxa"/>
            </w:tcMar>
            <w:vAlign w:val="center"/>
          </w:tcPr>
          <w:p w14:paraId="69070768" w14:textId="77777777" w:rsidR="00650973" w:rsidRDefault="00080072">
            <w:r>
              <w:rPr>
                <w:rFonts w:ascii="Arial" w:hAnsi="Arial"/>
                <w:sz w:val="21"/>
              </w:rPr>
              <w:t>New Rustico</w:t>
            </w:r>
          </w:p>
        </w:tc>
        <w:tc>
          <w:tcPr>
            <w:tcW w:w="5103" w:type="dxa"/>
            <w:shd w:val="clear" w:color="auto" w:fill="F8FAF8"/>
            <w:tcMar>
              <w:top w:w="70" w:type="dxa"/>
              <w:left w:w="80" w:type="dxa"/>
              <w:bottom w:w="70" w:type="dxa"/>
              <w:right w:w="80" w:type="dxa"/>
            </w:tcMar>
            <w:vAlign w:val="center"/>
          </w:tcPr>
          <w:p w14:paraId="4DB41B70" w14:textId="77777777" w:rsidR="00650973" w:rsidRDefault="00080072">
            <w:r>
              <w:rPr>
                <w:rFonts w:ascii="Arial" w:hAnsi="Arial"/>
                <w:sz w:val="21"/>
              </w:rPr>
              <w:t>Horaires visibles sur une ancienne publication 2023 ; ne pas les considérer actuels.</w:t>
            </w:r>
          </w:p>
        </w:tc>
      </w:tr>
      <w:tr w:rsidR="00650973" w14:paraId="5CAA5F46" w14:textId="77777777">
        <w:trPr>
          <w:cantSplit/>
          <w:jc w:val="center"/>
        </w:trPr>
        <w:tc>
          <w:tcPr>
            <w:tcW w:w="5103" w:type="dxa"/>
            <w:tcMar>
              <w:top w:w="70" w:type="dxa"/>
              <w:left w:w="80" w:type="dxa"/>
              <w:bottom w:w="70" w:type="dxa"/>
              <w:right w:w="80" w:type="dxa"/>
            </w:tcMar>
            <w:vAlign w:val="center"/>
          </w:tcPr>
          <w:p w14:paraId="7C45E2D2" w14:textId="77777777" w:rsidR="00650973" w:rsidRDefault="00080072">
            <w:r>
              <w:rPr>
                <w:rFonts w:ascii="Arial" w:hAnsi="Arial"/>
                <w:sz w:val="21"/>
              </w:rPr>
              <w:t>Campo de Golf – paella</w:t>
            </w:r>
          </w:p>
        </w:tc>
        <w:tc>
          <w:tcPr>
            <w:tcW w:w="5103" w:type="dxa"/>
            <w:tcMar>
              <w:top w:w="70" w:type="dxa"/>
              <w:left w:w="80" w:type="dxa"/>
              <w:bottom w:w="70" w:type="dxa"/>
              <w:right w:w="80" w:type="dxa"/>
            </w:tcMar>
            <w:vAlign w:val="center"/>
          </w:tcPr>
          <w:p w14:paraId="201B9185" w14:textId="77777777" w:rsidR="00650973" w:rsidRDefault="00080072">
            <w:r>
              <w:rPr>
                <w:rFonts w:ascii="Arial" w:hAnsi="Arial"/>
                <w:sz w:val="21"/>
              </w:rPr>
              <w:t>18 € mixte / 20 € fruits de mer, minimum 2 personnes ; prix par personne à confirmer.</w:t>
            </w:r>
          </w:p>
        </w:tc>
      </w:tr>
      <w:tr w:rsidR="00650973" w14:paraId="7DF54A2C" w14:textId="77777777">
        <w:trPr>
          <w:cantSplit/>
          <w:jc w:val="center"/>
        </w:trPr>
        <w:tc>
          <w:tcPr>
            <w:tcW w:w="5103" w:type="dxa"/>
            <w:shd w:val="clear" w:color="auto" w:fill="F8FAF8"/>
            <w:tcMar>
              <w:top w:w="70" w:type="dxa"/>
              <w:left w:w="80" w:type="dxa"/>
              <w:bottom w:w="70" w:type="dxa"/>
              <w:right w:w="80" w:type="dxa"/>
            </w:tcMar>
            <w:vAlign w:val="center"/>
          </w:tcPr>
          <w:p w14:paraId="0F15F6F8" w14:textId="77777777" w:rsidR="00650973" w:rsidRDefault="00080072">
            <w:r>
              <w:rPr>
                <w:rFonts w:ascii="Arial" w:hAnsi="Arial"/>
                <w:sz w:val="21"/>
              </w:rPr>
              <w:t>LoLa</w:t>
            </w:r>
          </w:p>
        </w:tc>
        <w:tc>
          <w:tcPr>
            <w:tcW w:w="5103" w:type="dxa"/>
            <w:shd w:val="clear" w:color="auto" w:fill="F8FAF8"/>
            <w:tcMar>
              <w:top w:w="70" w:type="dxa"/>
              <w:left w:w="80" w:type="dxa"/>
              <w:bottom w:w="70" w:type="dxa"/>
              <w:right w:w="80" w:type="dxa"/>
            </w:tcMar>
            <w:vAlign w:val="center"/>
          </w:tcPr>
          <w:p w14:paraId="58B04935" w14:textId="77777777" w:rsidR="00650973" w:rsidRDefault="00080072">
            <w:r>
              <w:rPr>
                <w:rFonts w:ascii="Arial" w:hAnsi="Arial"/>
                <w:sz w:val="21"/>
              </w:rPr>
              <w:t>« Pétanques » dans le mérou et « Saucisse » dans un gin = traduction automatique à vérifier ; allergènes contradictoires.</w:t>
            </w:r>
          </w:p>
        </w:tc>
      </w:tr>
      <w:tr w:rsidR="00650973" w14:paraId="11C8ABED" w14:textId="77777777">
        <w:trPr>
          <w:cantSplit/>
          <w:jc w:val="center"/>
        </w:trPr>
        <w:tc>
          <w:tcPr>
            <w:tcW w:w="5103" w:type="dxa"/>
            <w:tcMar>
              <w:top w:w="70" w:type="dxa"/>
              <w:left w:w="80" w:type="dxa"/>
              <w:bottom w:w="70" w:type="dxa"/>
              <w:right w:w="80" w:type="dxa"/>
            </w:tcMar>
            <w:vAlign w:val="center"/>
          </w:tcPr>
          <w:p w14:paraId="462B649B" w14:textId="77777777" w:rsidR="00650973" w:rsidRDefault="00080072">
            <w:r>
              <w:rPr>
                <w:rFonts w:ascii="Arial" w:hAnsi="Arial"/>
                <w:sz w:val="21"/>
              </w:rPr>
              <w:t>Wapa Tapa</w:t>
            </w:r>
          </w:p>
        </w:tc>
        <w:tc>
          <w:tcPr>
            <w:tcW w:w="5103" w:type="dxa"/>
            <w:tcMar>
              <w:top w:w="70" w:type="dxa"/>
              <w:left w:w="80" w:type="dxa"/>
              <w:bottom w:w="70" w:type="dxa"/>
              <w:right w:w="80" w:type="dxa"/>
            </w:tcMar>
            <w:vAlign w:val="center"/>
          </w:tcPr>
          <w:p w14:paraId="09BF7A6F" w14:textId="77777777" w:rsidR="00650973" w:rsidRDefault="00080072">
            <w:r>
              <w:rPr>
                <w:rFonts w:ascii="Arial" w:hAnsi="Arial"/>
                <w:sz w:val="21"/>
              </w:rPr>
              <w:t>Mentions allergènes contradictoires avec certains ingrédients ; contrôler la carte originale.</w:t>
            </w:r>
          </w:p>
        </w:tc>
      </w:tr>
      <w:tr w:rsidR="00650973" w14:paraId="118CE5C2" w14:textId="77777777">
        <w:trPr>
          <w:cantSplit/>
          <w:jc w:val="center"/>
        </w:trPr>
        <w:tc>
          <w:tcPr>
            <w:tcW w:w="5103" w:type="dxa"/>
            <w:shd w:val="clear" w:color="auto" w:fill="F8FAF8"/>
            <w:tcMar>
              <w:top w:w="70" w:type="dxa"/>
              <w:left w:w="80" w:type="dxa"/>
              <w:bottom w:w="70" w:type="dxa"/>
              <w:right w:w="80" w:type="dxa"/>
            </w:tcMar>
            <w:vAlign w:val="center"/>
          </w:tcPr>
          <w:p w14:paraId="5A784E08" w14:textId="77777777" w:rsidR="00650973" w:rsidRDefault="00080072">
            <w:r>
              <w:rPr>
                <w:rFonts w:ascii="Arial" w:hAnsi="Arial"/>
                <w:sz w:val="21"/>
              </w:rPr>
              <w:t>Nomad</w:t>
            </w:r>
          </w:p>
        </w:tc>
        <w:tc>
          <w:tcPr>
            <w:tcW w:w="5103" w:type="dxa"/>
            <w:shd w:val="clear" w:color="auto" w:fill="F8FAF8"/>
            <w:tcMar>
              <w:top w:w="70" w:type="dxa"/>
              <w:left w:w="80" w:type="dxa"/>
              <w:bottom w:w="70" w:type="dxa"/>
              <w:right w:w="80" w:type="dxa"/>
            </w:tcMar>
            <w:vAlign w:val="center"/>
          </w:tcPr>
          <w:p w14:paraId="545665D1" w14:textId="77777777" w:rsidR="00650973" w:rsidRDefault="00080072">
            <w:r>
              <w:rPr>
                <w:rFonts w:ascii="Arial" w:hAnsi="Arial"/>
                <w:sz w:val="21"/>
              </w:rPr>
              <w:t>Plusieurs prix issus de plateformes de livraison ; prix comptoir possiblement différent.</w:t>
            </w:r>
          </w:p>
        </w:tc>
      </w:tr>
      <w:tr w:rsidR="00650973" w14:paraId="6BB843C2" w14:textId="77777777">
        <w:trPr>
          <w:cantSplit/>
          <w:jc w:val="center"/>
        </w:trPr>
        <w:tc>
          <w:tcPr>
            <w:tcW w:w="5103" w:type="dxa"/>
            <w:tcMar>
              <w:top w:w="70" w:type="dxa"/>
              <w:left w:w="80" w:type="dxa"/>
              <w:bottom w:w="70" w:type="dxa"/>
              <w:right w:w="80" w:type="dxa"/>
            </w:tcMar>
            <w:vAlign w:val="center"/>
          </w:tcPr>
          <w:p w14:paraId="65570D5B" w14:textId="77777777" w:rsidR="00650973" w:rsidRDefault="00080072">
            <w:r>
              <w:rPr>
                <w:rFonts w:ascii="Arial" w:hAnsi="Arial"/>
                <w:sz w:val="21"/>
              </w:rPr>
              <w:t>Nomad – stands</w:t>
            </w:r>
          </w:p>
        </w:tc>
        <w:tc>
          <w:tcPr>
            <w:tcW w:w="5103" w:type="dxa"/>
            <w:tcMar>
              <w:top w:w="70" w:type="dxa"/>
              <w:left w:w="80" w:type="dxa"/>
              <w:bottom w:w="70" w:type="dxa"/>
              <w:right w:w="80" w:type="dxa"/>
            </w:tcMar>
            <w:vAlign w:val="center"/>
          </w:tcPr>
          <w:p w14:paraId="57A839A5" w14:textId="77777777" w:rsidR="00650973" w:rsidRDefault="00080072">
            <w:r>
              <w:rPr>
                <w:rFonts w:ascii="Arial" w:hAnsi="Arial"/>
                <w:sz w:val="21"/>
              </w:rPr>
              <w:t>Le chat affirme 12 options et cite Canta y No Llores, Smash Burgers, Hawai Poke ; les cartes détaillées correspondantes ne sont pas présentes dans le contenu accessible de cette compilation.</w:t>
            </w:r>
          </w:p>
        </w:tc>
      </w:tr>
    </w:tbl>
    <w:p w14:paraId="170C5AFF" w14:textId="77777777" w:rsidR="00650973" w:rsidRDefault="00650973">
      <w:pPr>
        <w:spacing w:after="40"/>
      </w:pPr>
    </w:p>
    <w:tbl>
      <w:tblPr>
        <w:tblStyle w:val="Grilledutableau"/>
        <w:tblW w:w="0" w:type="auto"/>
        <w:jc w:val="center"/>
        <w:tblLook w:val="04A0" w:firstRow="1" w:lastRow="0" w:firstColumn="1" w:lastColumn="0" w:noHBand="0" w:noVBand="1"/>
      </w:tblPr>
      <w:tblGrid>
        <w:gridCol w:w="10206"/>
      </w:tblGrid>
      <w:tr w:rsidR="00650973" w14:paraId="6984C9CA" w14:textId="77777777">
        <w:trPr>
          <w:cantSplit/>
          <w:tblHeader/>
          <w:jc w:val="center"/>
        </w:trPr>
        <w:tc>
          <w:tcPr>
            <w:tcW w:w="10206" w:type="dxa"/>
            <w:shd w:val="clear" w:color="auto" w:fill="2F6B4F"/>
            <w:tcMar>
              <w:top w:w="70" w:type="dxa"/>
              <w:left w:w="80" w:type="dxa"/>
              <w:bottom w:w="70" w:type="dxa"/>
              <w:right w:w="80" w:type="dxa"/>
            </w:tcMar>
            <w:vAlign w:val="center"/>
          </w:tcPr>
          <w:p w14:paraId="500BA34E" w14:textId="77777777" w:rsidR="00650973" w:rsidRDefault="00080072">
            <w:pPr>
              <w:jc w:val="center"/>
            </w:pPr>
            <w:r>
              <w:rPr>
                <w:rFonts w:ascii="Arial" w:hAnsi="Arial"/>
                <w:b/>
                <w:color w:val="FFFFFF"/>
                <w:sz w:val="21"/>
              </w:rPr>
              <w:t>Fin du guide. Base documentaire : exclusivement le chat « RESTAURATION FLEUR VERTE » et les contenus qui y avaient déjà été intégrés. Aucun prix, horaire, distance ou établissement supplémentaire n’a été ajouté par recherche externe lors de la création de ce document.</w:t>
            </w:r>
          </w:p>
        </w:tc>
      </w:tr>
    </w:tbl>
    <w:p w14:paraId="263E3E26" w14:textId="77777777" w:rsidR="00650973" w:rsidRDefault="00650973">
      <w:pPr>
        <w:spacing w:after="20"/>
      </w:pPr>
    </w:p>
    <w:sectPr w:rsidR="00650973" w:rsidSect="00034616">
      <w:footerReference w:type="default" r:id="rId45"/>
      <w:pgSz w:w="11906" w:h="16838"/>
      <w:pgMar w:top="794" w:right="765" w:bottom="794" w:left="7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BE50" w14:textId="77777777" w:rsidR="00080072" w:rsidRDefault="00080072">
      <w:pPr>
        <w:spacing w:after="0" w:line="240" w:lineRule="auto"/>
      </w:pPr>
      <w:r>
        <w:separator/>
      </w:r>
    </w:p>
  </w:endnote>
  <w:endnote w:type="continuationSeparator" w:id="0">
    <w:p w14:paraId="478AB08A" w14:textId="77777777" w:rsidR="00080072" w:rsidRDefault="00080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0FAD" w14:textId="77777777" w:rsidR="00650973" w:rsidRDefault="00080072">
    <w:pPr>
      <w:pStyle w:val="Pieddepage"/>
      <w:jc w:val="center"/>
    </w:pPr>
    <w:r>
      <w:rPr>
        <w:color w:val="666666"/>
        <w:sz w:val="16"/>
      </w:rPr>
      <w:t xml:space="preserve">Page </w:t>
    </w:r>
    <w:r>
      <w:fldChar w:fldCharType="begin"/>
    </w:r>
    <w:r>
      <w:instrText>PAGE</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DA24" w14:textId="77777777" w:rsidR="00650973" w:rsidRDefault="00080072">
    <w:pPr>
      <w:pStyle w:val="Pieddepage"/>
      <w:jc w:val="center"/>
    </w:pPr>
    <w:r>
      <w:rPr>
        <w:color w:val="666666"/>
        <w:sz w:val="16"/>
      </w:rPr>
      <w:t xml:space="preserve">Page </w:t>
    </w: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8D6B" w14:textId="77777777" w:rsidR="00650973" w:rsidRDefault="00080072">
    <w:pPr>
      <w:pStyle w:val="Pieddepage"/>
      <w:jc w:val="center"/>
    </w:pPr>
    <w:r>
      <w:rPr>
        <w:color w:val="666666"/>
        <w:sz w:val="16"/>
      </w:rPr>
      <w:t xml:space="preserve">Page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823E8" w14:textId="77777777" w:rsidR="00080072" w:rsidRDefault="00080072">
      <w:pPr>
        <w:spacing w:after="0" w:line="240" w:lineRule="auto"/>
      </w:pPr>
      <w:r>
        <w:separator/>
      </w:r>
    </w:p>
  </w:footnote>
  <w:footnote w:type="continuationSeparator" w:id="0">
    <w:p w14:paraId="6025BFB4" w14:textId="77777777" w:rsidR="00080072" w:rsidRDefault="00080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104959621">
    <w:abstractNumId w:val="8"/>
  </w:num>
  <w:num w:numId="2" w16cid:durableId="1308247748">
    <w:abstractNumId w:val="6"/>
  </w:num>
  <w:num w:numId="3" w16cid:durableId="1059742128">
    <w:abstractNumId w:val="5"/>
  </w:num>
  <w:num w:numId="4" w16cid:durableId="523835445">
    <w:abstractNumId w:val="4"/>
  </w:num>
  <w:num w:numId="5" w16cid:durableId="1841578272">
    <w:abstractNumId w:val="7"/>
  </w:num>
  <w:num w:numId="6" w16cid:durableId="658923097">
    <w:abstractNumId w:val="3"/>
  </w:num>
  <w:num w:numId="7" w16cid:durableId="1780030556">
    <w:abstractNumId w:val="2"/>
  </w:num>
  <w:num w:numId="8" w16cid:durableId="465515820">
    <w:abstractNumId w:val="1"/>
  </w:num>
  <w:num w:numId="9" w16cid:durableId="1760953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072"/>
    <w:rsid w:val="0015074B"/>
    <w:rsid w:val="0029639D"/>
    <w:rsid w:val="002A504D"/>
    <w:rsid w:val="00326F90"/>
    <w:rsid w:val="00394868"/>
    <w:rsid w:val="005F732A"/>
    <w:rsid w:val="0065097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D5177B"/>
  <w14:defaultImageDpi w14:val="300"/>
  <w15:docId w15:val="{FED6B2C7-826D-4607-AC04-5A64562C0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3948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alma.buenacarta.com/" TargetMode="External"/><Relationship Id="rId18" Type="http://schemas.openxmlformats.org/officeDocument/2006/relationships/hyperlink" Target="https://www.facebook.com/Restaurante-Las-Salinas-en-Castillo-del-Romeral-122561111222266/" TargetMode="External"/><Relationship Id="rId26" Type="http://schemas.openxmlformats.org/officeDocument/2006/relationships/image" Target="media/image10.jpg"/><Relationship Id="rId39" Type="http://schemas.openxmlformats.org/officeDocument/2006/relationships/hyperlink" Target="https://www.facebook.com/Arinaga-La-Vaquer%C3%ADa-737401979743894/" TargetMode="External"/><Relationship Id="rId3" Type="http://schemas.openxmlformats.org/officeDocument/2006/relationships/styles" Target="styles.xml"/><Relationship Id="rId21" Type="http://schemas.openxmlformats.org/officeDocument/2006/relationships/image" Target="media/image5.jpg"/><Relationship Id="rId34" Type="http://schemas.openxmlformats.org/officeDocument/2006/relationships/hyperlink" Target="https://calma.buenacarta.com/" TargetMode="External"/><Relationship Id="rId42" Type="http://schemas.openxmlformats.org/officeDocument/2006/relationships/hyperlink" Target="https://www.holidayworldmaspalomas.com/gastronomia/"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ripadvisor.fr/Restaurant_Review-g673330-d34316937-Reviews-Kiosco_QR-San_Bartolome_de_Tirajana_Gran_Canaria_Canary_Islands.html" TargetMode="External"/><Relationship Id="rId17" Type="http://schemas.openxmlformats.org/officeDocument/2006/relationships/hyperlink" Target="https://barmojopicon.com/menu/" TargetMode="External"/><Relationship Id="rId25" Type="http://schemas.openxmlformats.org/officeDocument/2006/relationships/image" Target="media/image9.jpg"/><Relationship Id="rId33" Type="http://schemas.openxmlformats.org/officeDocument/2006/relationships/hyperlink" Target="https://hotelesvistaflor.com/bungalowsvistaflor/en/services/" TargetMode="External"/><Relationship Id="rId38" Type="http://schemas.openxmlformats.org/officeDocument/2006/relationships/hyperlink" Target="https://www.facebook.com/Restaurante-Las-Salinas-en-Castillo-del-Romeral-122561111222266/"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atapitalosjoses.com/" TargetMode="External"/><Relationship Id="rId20" Type="http://schemas.openxmlformats.org/officeDocument/2006/relationships/image" Target="media/image4.jpg"/><Relationship Id="rId29" Type="http://schemas.openxmlformats.org/officeDocument/2006/relationships/image" Target="media/image13.jpg"/><Relationship Id="rId41" Type="http://schemas.openxmlformats.org/officeDocument/2006/relationships/hyperlink" Target="https://rusticomaspaloma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8.jpg"/><Relationship Id="rId32" Type="http://schemas.openxmlformats.org/officeDocument/2006/relationships/hyperlink" Target="https://www.tripadvisor.fr/Restaurant_Review-g673330-d34316937-Reviews-Kiosco_QR-San_Bartolome_de_Tirajana_Gran_Canaria_Canary_Islands.html" TargetMode="External"/><Relationship Id="rId37" Type="http://schemas.openxmlformats.org/officeDocument/2006/relationships/hyperlink" Target="https://barmojopicon.com/menu/" TargetMode="External"/><Relationship Id="rId40" Type="http://schemas.openxmlformats.org/officeDocument/2006/relationships/hyperlink" Target="https://restaurantegrillelpalmero.es/" TargetMode="Externa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deliciosabrunchcafe.com/" TargetMode="External"/><Relationship Id="rId23" Type="http://schemas.openxmlformats.org/officeDocument/2006/relationships/image" Target="media/image7.jpg"/><Relationship Id="rId28" Type="http://schemas.openxmlformats.org/officeDocument/2006/relationships/image" Target="media/image12.jpg"/><Relationship Id="rId36" Type="http://schemas.openxmlformats.org/officeDocument/2006/relationships/hyperlink" Target="https://latapitalosjoses.com/" TargetMode="External"/><Relationship Id="rId10" Type="http://schemas.openxmlformats.org/officeDocument/2006/relationships/image" Target="media/image1.jpg"/><Relationship Id="rId19" Type="http://schemas.openxmlformats.org/officeDocument/2006/relationships/image" Target="media/image3.jpg"/><Relationship Id="rId31" Type="http://schemas.openxmlformats.org/officeDocument/2006/relationships/hyperlink" Target="https://www.holidayworldmaspalomas.com/gastronomia/" TargetMode="External"/><Relationship Id="rId44" Type="http://schemas.openxmlformats.org/officeDocument/2006/relationships/hyperlink" Target="https://www.lola.restauran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tripadvisor.com/Restaurant_Review-g230095-d24174133-Reviews-or30-Patio_Canario-Maspalomas_San_Bartolome_de_Tirajana_Gran_Canaria_Canary_Isla.html" TargetMode="External"/><Relationship Id="rId22" Type="http://schemas.openxmlformats.org/officeDocument/2006/relationships/image" Target="media/image6.jpg"/><Relationship Id="rId27" Type="http://schemas.openxmlformats.org/officeDocument/2006/relationships/image" Target="media/image11.jpg"/><Relationship Id="rId30" Type="http://schemas.openxmlformats.org/officeDocument/2006/relationships/image" Target="media/image14.jpg"/><Relationship Id="rId35" Type="http://schemas.openxmlformats.org/officeDocument/2006/relationships/hyperlink" Target="https://www.deliciosabrunchcafe.com/" TargetMode="External"/><Relationship Id="rId43" Type="http://schemas.openxmlformats.org/officeDocument/2006/relationships/hyperlink" Target="https://www.dreamsgrancanaria.com/pages/ingles/men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12442</Words>
  <Characters>68433</Characters>
  <Application>Microsoft Office Word</Application>
  <DocSecurity>0</DocSecurity>
  <Lines>570</Lines>
  <Paragraphs>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RESTAURATION FLEUR VERTE – Guide lisible et cliquable</dc:title>
  <dc:subject/>
  <dc:creator>python-docx</dc:creator>
  <cp:keywords/>
  <dc:description>generated by python-docx</dc:description>
  <cp:lastModifiedBy>NICOLA VITULLI</cp:lastModifiedBy>
  <cp:revision>2</cp:revision>
  <dcterms:created xsi:type="dcterms:W3CDTF">2026-09-10T18:33:00Z</dcterms:created>
  <dcterms:modified xsi:type="dcterms:W3CDTF">2026-09-10T18:33:00Z</dcterms:modified>
  <cp:category/>
</cp:coreProperties>
</file>